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月考总结会校长讲话稿大全15篇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xml:space="preserve">     </w:t>
      </w:r>
      <w:r>
        <w:rPr>
          <w:lang w:eastAsia="zh-CN"/>
        </w:rPr>
        <w:br/>
      </w:r>
      <w:r>
        <w:rPr>
          <w:lang w:eastAsia="zh-CN"/>
        </w:rPr>
        <w:t>月考总结会校长讲话稿（精选篇1）</w:t>
      </w:r>
      <w:r>
        <w:rPr>
          <w:lang w:eastAsia="zh-CN"/>
        </w:rPr>
        <w:br/>
      </w:r>
      <w:r>
        <w:rPr>
          <w:lang w:eastAsia="zh-CN"/>
        </w:rPr>
        <w:t xml:space="preserve">    尊敬的的各位领导，老师们、同学们： </w:t>
      </w:r>
      <w:r>
        <w:rPr>
          <w:lang w:eastAsia="zh-CN"/>
        </w:rPr>
        <w:br/>
      </w:r>
      <w:r>
        <w:rPr>
          <w:lang w:eastAsia="zh-CN"/>
        </w:rPr>
        <w:t xml:space="preserve">    大家下午好! </w:t>
      </w:r>
      <w:r>
        <w:rPr>
          <w:lang w:eastAsia="zh-CN"/>
        </w:rPr>
        <w:br/>
      </w:r>
      <w:r>
        <w:rPr>
          <w:lang w:eastAsia="zh-CN"/>
        </w:rPr>
        <w:t xml:space="preserve">    今天，我们在这里召开高一年级下学期第一次月考考试总结大会，总结过去，展望未来。 </w:t>
      </w:r>
      <w:r>
        <w:rPr>
          <w:lang w:eastAsia="zh-CN"/>
        </w:rPr>
        <w:br/>
      </w:r>
      <w:r>
        <w:rPr>
          <w:lang w:eastAsia="zh-CN"/>
        </w:rPr>
        <w:t xml:space="preserve">    同学们，第一次月考考试已落下了帷幕。优异的成绩见证了同学们不懈的努力，也见证了老师们辛勤的工作。我为同学们取得满意的成绩而感到高兴，也为老师们付出的劳动有所收获而倍感欣慰。 </w:t>
      </w:r>
      <w:r>
        <w:rPr>
          <w:lang w:eastAsia="zh-CN"/>
        </w:rPr>
        <w:br/>
      </w:r>
      <w:r>
        <w:rPr>
          <w:lang w:eastAsia="zh-CN"/>
        </w:rPr>
        <w:t xml:space="preserve">    一份耕耘，一分收获。清晨，你们披星而来，朗朗的读书声唤醒了寂静的校园;晚上，你们戴月而去，昏黄的路灯映着你们认真投入后的满足笑容。奋斗的路上你们并不孤单——你们的老师，有的老师一大早就到校做课前准备，有的老师为了出好试卷或练习，常常夜深人静还在绞尽脑汁，更还有我们的班主任时刻陪在大家身旁。我相信，所有的老师都会觉得，即使再苦再累也是快乐的、值得的!还有什么比得上你们优异的成绩更让我们开心呢?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xml:space="preserve"> 当然，面对考试成绩，几家欢喜几家忧。对于一次考试的成功，我们不能盲目乐观。无论是谁，都不可能是永远的冠军。也许，你还有很多的弱点没有暴露，每份试卷都会有不同的结果。应该说，抓住成功的开端，也就抓住下一次成功的机会。善于总结，不断努力付出，成功才会接踵而来。</w:t>
      </w:r>
      <w:r>
        <w:rPr>
          <w:lang w:eastAsia="zh-CN"/>
        </w:rPr>
        <w:t xml:space="preserve"> </w:t>
      </w:r>
      <w:r>
        <w:rPr>
          <w:lang w:eastAsia="zh-CN"/>
        </w:rPr>
        <w:br/>
      </w:r>
      <w:r>
        <w:rPr>
          <w:lang w:eastAsia="zh-CN"/>
        </w:rPr>
        <w:t xml:space="preserve">    对于失利的同学，我觉得未必是件坏事。胜败乃兵家常事，塞翁失马焉知非福?失败是一剂清新剂，是不断总结经验教训然后成功的动力。要知道，爱迪生失败了1200多次才发明了电灯。永远不要放弃自己，永远不要后悔自己曾经的努力! </w:t>
      </w:r>
      <w:r>
        <w:rPr>
          <w:lang w:eastAsia="zh-CN"/>
        </w:rPr>
        <w:br/>
      </w:r>
      <w:r>
        <w:rPr>
          <w:lang w:eastAsia="zh-CN"/>
        </w:rPr>
        <w:t xml:space="preserve">    同学们，高中三年，高一抓习惯。你们即将进入高二了，经过近一年的磨练，我认为大多数同学在学习习惯、生活习惯很多方面都取得了长足的进步。但是，据我观察，仍有少数同学在习惯上还存在一定的差距。今天，在学校各位领导面前，我要说说你们的一些坏习惯。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xml:space="preserve"> 早晨，6：40，早自习铃声之后，我时常看到少数同学不紧不慢的迟到的身影。课间休息时，有的同学，要疯要闹，逗逗打打。于是有时急速追逐的脚步声、令人惊悚的男生的嚎叫声、女生的尖叫声响彻教学楼一栋;更有甚者，就在教学楼一栋，就在课间休息时，有个别的男生和女生，众目睽睽之下，疯疯癫癫、拉拉扯扯，不知羞、不知耻，不知男生女生应有的界限。打篮球本是好事，可是，偏有少数同学，在课间休息时，在教室门口的走廊，大秀篮球技艺，于是，篮球的拍击声令整栋教学楼为之颤抖。在没有老师的自习课上，偷偷溜出教室逃课的人有，在教室窃窃私语的人有，进进出出的人有;课间操时，好多班级缺了许多空位，不参加，参加了的同学，又有多少人在认真地做操?还有个别的人，躲在一些角落，抽烟的，谈情说爱的———，做的是一些与中学生身份不符的事情;还有，有时是课外、甚至是课内，少数同学一个耳机塞在耳内、一个手机抓在手中，打游戏、看小说、QQ聊天、逛鄂高贴吧，昏天黑地，全然不知自己是学生还有学习一事，令人痛心!</w:t>
      </w:r>
      <w:r>
        <w:rPr>
          <w:lang w:eastAsia="zh-CN"/>
        </w:rPr>
        <w:t xml:space="preserve"> </w:t>
      </w:r>
      <w:r>
        <w:rPr>
          <w:lang w:eastAsia="zh-CN"/>
        </w:rPr>
        <w:br/>
      </w:r>
      <w:r>
        <w:rPr>
          <w:lang w:eastAsia="zh-CN"/>
        </w:rPr>
        <w:t xml:space="preserve">    我们还有少数同学，过分注重外在形象而忽视内在修为。初看他们外貌青春靓丽、打扮大方时尚。但再看他们，言谈恶俗，满口污言秽语，举止粗俗，随手乱扔、随地乱吐、随意践踏草坪、恶意破坏公物;与人交往，言而无信。这两面的差别竟是如此之大。 </w:t>
      </w:r>
      <w:r>
        <w:rPr>
          <w:lang w:eastAsia="zh-CN"/>
        </w:rPr>
        <w:br/>
      </w:r>
      <w:r>
        <w:rPr>
          <w:lang w:eastAsia="zh-CN"/>
        </w:rPr>
        <w:t xml:space="preserve">    同学们，回到此次考试中来，规范应考、诚实应考是我们求学路上的基础。但是，总是有人自欺欺人。刚才我们对此次考试中查实的违纪舞弊进行了处理，今后我们将继续严抓考风考纪，希望个别人不要再怀侥幸之心。同学们，我想，无论成绩如何，只要是用自己的汗水和努力换来的，就是一分收获，一种成功。但是，如果是弄虚作假得来的，再耀眼的`成绩也是镜中花，水中月。自欺欺人只能迷醉一时，却会贻误终身。 </w:t>
      </w:r>
      <w:r>
        <w:rPr>
          <w:lang w:eastAsia="zh-CN"/>
        </w:rPr>
        <w:br/>
      </w:r>
      <w:r>
        <w:rPr>
          <w:lang w:eastAsia="zh-CN"/>
        </w:rPr>
        <w:t xml:space="preserve">    同学们，我刚刚列举了目前我们在年级的教育管理中发现的一些问题，请大家牢记古训：勿以恶小而为之，引以为戒。希望也相信犯了错误的同学能够正视错误，勇于承认和改正错误。正所谓：亡羊补牢，为时未晚，知错能改，善莫大焉。同时，希望也要求我们全体班主任针对以上存在的问题进一步加强班级管理，年级也将进一步加强督查力度，整顿教育教学秩序。 </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同学们，一次考试并不是句号，更不是全部。关键是我们要从中总结经验和教训。在此，我想给同学们提几点建议： </w:t>
      </w:r>
      <w:r>
        <w:rPr>
          <w:lang w:eastAsia="zh-CN"/>
        </w:rPr>
        <w:br/>
      </w:r>
      <w:r>
        <w:rPr>
          <w:lang w:eastAsia="zh-CN"/>
        </w:rPr>
        <w:t xml:space="preserve">    第一，要自信。自信是进步的基础，是前进道路上的明灯。这次语文考试的作文题目说得好，天生我材必有用，相信自己，努力进取，我们都可以成就辉煌! </w:t>
      </w:r>
      <w:r>
        <w:rPr>
          <w:lang w:eastAsia="zh-CN"/>
        </w:rPr>
        <w:br/>
      </w:r>
      <w:r>
        <w:rPr>
          <w:lang w:eastAsia="zh-CN"/>
        </w:rPr>
        <w:t xml:space="preserve">    第二，要立志。首先要有宏图大志，远大的目标才是远行的动力，书山有路勤为径，山登绝顶我为峰!然后要有每日小志，每天一个目标，每一节课一个目标，每十分钟一个目标，每天脚踏实地的落实一点一滴，水滴也能汇聚成浩瀚的海洋。 </w:t>
      </w:r>
      <w:r>
        <w:rPr>
          <w:lang w:eastAsia="zh-CN"/>
        </w:rPr>
        <w:br/>
      </w:r>
      <w:r>
        <w:rPr>
          <w:lang w:eastAsia="zh-CN"/>
        </w:rPr>
        <w:t xml:space="preserve">    第三，要吃苦。西天取经不容易，容易干不成大业绩!三分天注定，七分靠打拼!首先要勇于吃苦，任何一条通往成功的路上都离不开吃苦，勇于吃苦者勇于成功。其次要愿意吃苦，现在吃苦不是为了家长为了老师，是为自己而吃苦，现在苦心励志，将来才会苦尽甘来。再次要学会吃苦，不是一味苦读就能收获丰厚，要有目的，有效率的吃苦;数学英语偏弱，就在它们身上多吃苦，物理化学落后就对它们下苦功;在课堂上、自习课上多吃苦，在苦中品味甘甜和乐趣;苦了累了，歇一歇，体育课活动课尽情运动游戏，劳逸结合。即使没有百分之一的天赋，尽情挥洒那百分之九十九的勤奋的汗水，天才一样属于你。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第四，要坚持。学习的过程是长久的，知识的积累是日复一日的，做好持久战的准备，一时的领先还远不是胜利，一步一步的坚持不懈才会决胜终点。所以，请成绩在前面的同学不要松懈，你的身后还有一群天才在追赶;落后的同学更要加油，逆转得胜才更充满激情。</w:t>
      </w:r>
      <w:r>
        <w:rPr>
          <w:lang w:eastAsia="zh-CN"/>
        </w:rPr>
        <w:t xml:space="preserve"> 同学们，大家都知道：我们不能左右天气，但我们可以改变心情。我们不能改变容貌，但我们可以展现笑容。我们不能改变世界，我们可以改变自己。一句话。态度决定一切。我们要从暂时的喜悦或沮丧中走出来，胜不傲，败不馁，及时调整我们自己，为下一次考试早做准备，因为，成功只光顾有准备的人!</w:t>
      </w:r>
      <w:r>
        <w:rPr>
          <w:lang w:eastAsia="zh-CN"/>
        </w:rPr>
        <w:t xml:space="preserve"> </w:t>
      </w:r>
      <w:r>
        <w:rPr>
          <w:lang w:eastAsia="zh-CN"/>
        </w:rPr>
        <w:br/>
      </w:r>
      <w:r>
        <w:rPr>
          <w:lang w:eastAsia="zh-CN"/>
        </w:rPr>
        <w:t xml:space="preserve">    同学们，在求学之路上，我们都怀揣着梦想，而现在，梦在前方，路在脚下，自胜者强，自强者胜。让我们携起手来，同心奋进，共同努力投入吧，我坚信，我们大家一定能成为有用之才、栋梁之材，为实现中国梦贡献智慧和力量! </w:t>
      </w:r>
      <w:r>
        <w:rPr>
          <w:lang w:eastAsia="zh-CN"/>
        </w:rPr>
        <w:br/>
      </w:r>
      <w:r>
        <w:rPr>
          <w:lang w:eastAsia="zh-CN"/>
        </w:rPr>
        <w:t xml:space="preserve">    我的讲话完了，谢谢大家! </w:t>
      </w:r>
      <w:r>
        <w:rPr>
          <w:lang w:eastAsia="zh-CN"/>
        </w:rPr>
        <w:br/>
      </w:r>
      <w:r>
        <w:rPr>
          <w:lang w:eastAsia="zh-CN"/>
        </w:rPr>
        <w:t>月考总结会校长讲话稿（精选篇2）</w:t>
      </w:r>
      <w:r>
        <w:rPr>
          <w:lang w:eastAsia="zh-CN"/>
        </w:rPr>
        <w:br/>
      </w:r>
      <w:r>
        <w:rPr>
          <w:lang w:eastAsia="zh-CN"/>
        </w:rPr>
        <w:t xml:space="preserve">    同学们：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回想九月，青春的你们，带着青春的企盼，迈进这所神圣的求学殿堂。我们全年级尽70教师和1200多位同学一道开始了三年的高中生活。新的起点、新的努力，我们一起踏上了开创新辉煌的长征。“读书改变命运”，每一位同学都是在用自己的青春热血和汗水在奋斗进取的具体行动中诠释着这个真理。开学已近两个月，这其中我们每一位同学都经过了校纪校规的教育，经历了高中快节奏生活的洗礼和进入高中第一次月考的大检阅。我们决定今天下午召开第一次月考总结表彰大会，为的是总结经验，分析形势，振奋精神，齐头并进，促使同学们加快发展，更好地提高成绩，争取我们的教育教学工作的新突破。</w:t>
      </w:r>
      <w:r>
        <w:rPr>
          <w:lang w:eastAsia="zh-CN"/>
        </w:rPr>
        <w:t xml:space="preserve"> </w:t>
      </w:r>
      <w:r>
        <w:rPr>
          <w:lang w:eastAsia="zh-CN"/>
        </w:rPr>
        <w:br/>
      </w:r>
      <w:r>
        <w:rPr>
          <w:lang w:eastAsia="zh-CN"/>
        </w:rPr>
        <w:t xml:space="preserve">    自从开学上课以来，绝大多数同学很好地适应了从一名初中生到高中生的学习角色和任务的转变，积极地投身到新的学习中去，还有一大批为大家学业、身心的成长而默默奉献、辛勤耕耘的老师。为此请允许我向在这一次月考中取得了优异成绩和通过自己的努力拼搏取得进步的的同学表示最热烈的祝贺!在本次月考中，是你们——亲爱的同学们，用真实而朴素的细节之美成就了考试的辉煌;在通往成功的漫漫征途上，是他们——尊敬的老师们，用一成不变的真诚和无私奉献的精神为大家点亮了一盏盏温暖心灵的明灯，使同学们能从容自如、豪情万丈地面对以后的每一次挑战! </w:t>
      </w:r>
      <w:r>
        <w:rPr>
          <w:lang w:eastAsia="zh-CN"/>
        </w:rPr>
        <w:br/>
      </w:r>
      <w:r>
        <w:rPr>
          <w:lang w:eastAsia="zh-CN"/>
        </w:rPr>
        <w:t xml:space="preserve">    一、下面我对本次月考做一个全面的总结。在本次月考中涌现了一大批学习突出的典型。 </w:t>
      </w:r>
      <w:r>
        <w:rPr>
          <w:lang w:eastAsia="zh-CN"/>
        </w:rPr>
        <w:br/>
      </w:r>
      <w:r>
        <w:rPr>
          <w:lang w:eastAsia="zh-CN"/>
        </w:rPr>
        <w:t xml:space="preserve">    (一)公布总分年级前十名 </w:t>
      </w:r>
      <w:r>
        <w:rPr>
          <w:lang w:eastAsia="zh-CN"/>
        </w:rPr>
        <w:br/>
      </w:r>
      <w:r>
        <w:rPr>
          <w:lang w:eastAsia="zh-CN"/>
        </w:rPr>
        <w:t xml:space="preserve">    (二)公布年级单科最高分 </w:t>
      </w:r>
      <w:r>
        <w:rPr>
          <w:lang w:eastAsia="zh-CN"/>
        </w:rPr>
        <w:br/>
      </w:r>
      <w:r>
        <w:rPr>
          <w:lang w:eastAsia="zh-CN"/>
        </w:rPr>
        <w:t xml:space="preserve">    语文 数学 英语 物理 化学 政治 历史 地理 </w:t>
      </w:r>
      <w:r>
        <w:rPr>
          <w:lang w:eastAsia="zh-CN"/>
        </w:rPr>
        <w:br/>
      </w:r>
      <w:r>
        <w:rPr>
          <w:lang w:eastAsia="zh-CN"/>
        </w:rPr>
        <w:t xml:space="preserve">    以上同学是我们全体学生的楷模，理应成为我们学习的榜样，他们成为了我们学校又一道亮丽的风景!在此请大家以最热烈的掌声对他们取得优异的成绩表示祝贺!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通过这次考试，反应出的问题也不少，一是有部分同学平时不努力，学习不认真，没把学习当回事;有些同学对月考思想上不够重视，态度不端正，成绩低位徘徊或退步明显的情况不少，有极个别同学从中考时的年级前列下降到了年级的中间，还有同学某些科目在全年级排在末尾;二是有部分同学偏科现象严重，有的是语文有的是英语有的是数学。要知道一只脚跳比两只脚走要慢得多，我希望这些同学应该好好的反省反省，及早想办法培优治跛，改变这种现状。说到这儿，我还想和大家谈一谈“诚信考试”的问题。在这次月考中，学校和班主任一再强调考试纪律，以高考的标准要求同学们，目的是为了使同学们养成良好的考试习惯，但遗憾的是还是出现了舞弊行为，顾及你们的面子，今天在这儿我就不点名了，但是极少数同学的这种作弊行为，不仅使自己的名誉和成绩受损，还严重损害了班级的荣誉，在此我特地提出严正地警告，还有很多跃跃欲试的人要吸取教训。现在每年高考，国家都非常重视考风考纪的监管，</w:t>
      </w:r>
      <w:r>
        <w:rPr>
          <w:lang w:eastAsia="zh-CN"/>
        </w:rPr>
        <w:t xml:space="preserve"> “高考作为国家选拔性考试，不仅是一场文化考试，更是一场道德品质的考试。”高考发现舞弊一次，相关科目记零分，立即终止考试，而且三年不准参加高考。国家考试法正在制定当中。现在各大学都制定了非常严格的考试纪律，同学们也许听说过有大学生因为舞弊而被开除的事例吧。在此我要求每位同学必须树立“诚信考试光荣，违纪作弊可耻”的考试氛围，严守考记，诚信考试。同学们，老师们期待的不是</w:t>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虚假繁荣”，需要的是真实的成绩和反馈，家长期待的不是所谓的“虚伪的回报”，需要的是你的真诚和实在。这使我联想起一位著名教育家讲的一段话：“没有良好身体素质的学生，是废品;没有良好智力素质的学生，是次品;没有良好品德素质的学生，是危险品”。我们月考的目的有三，一是同学们自己检查自己，真实的月考成绩能够检测出一段时间内学习态度是否端正、学习方法是否对头、知识掌握是否落实，二是给任课教师反馈学习效果，三是为学校掌握年级各班学科教学教学情况，月考作弊的结果是给同学们自己、科任教师、学校反馈了虚假信息，最终害的是我们自己，在此，我真诚希望大家种下诚信，收获硕果。</w:t>
      </w:r>
      <w:r>
        <w:rPr>
          <w:lang w:eastAsia="zh-CN"/>
        </w:rPr>
        <w:t xml:space="preserve"> </w:t>
      </w:r>
      <w:r>
        <w:rPr>
          <w:lang w:eastAsia="zh-CN"/>
        </w:rPr>
        <w:br/>
      </w:r>
      <w:r>
        <w:rPr>
          <w:lang w:eastAsia="zh-CN"/>
        </w:rPr>
        <w:t xml:space="preserve">    当然，这次考试还是涌现出了很多表现优异的同学，他们克服重重困难，勤奋学习取得了不错的效果。另外在我们还有些同学，虽然他们在中考时没有考出理想的成绩来，但自他们进入二中以后，一直遵守纪律、勤奋学习，他们的努力换来了今天的收获，在本次月考中涌现出了一大批进步很快的学生。实际上成绩的高低有很多的因素影响，谁都不能完全依靠成绩来衡量一个同学，但这些同学身上体现的那种拼搏不息奋斗不止的精神才是我们最看重的。这些同学更是我们学习的榜样。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月考虽然结束了，但我们要求同学们结合本次月考成绩认真反思，把月考的意义引向深远。多找老师和同学谈心交流，找准努力方向，调整学习策略;明确学习意义，增强学习动力;在实际学习中讲求方法，提高效率，严管自我，持之以恒。俗话说无志之人常立志，有志之人立长志，我不希望同学们做常立志的人，所以在这里我向全体同学发出一个号召，号召同学们把远大的理想和铿锵的誓言内化为自觉的行动，豪情满怀地去用成功和进步书写你们成长的新历程。在未来的时间里，你们将要面临更多，更大的严峻挑战，不要看我们还只是高一，实际上我们的学习任务重，压力大，身为二中的学生，我们要养成自尊、自信、自律、自强，自立的好习惯，做到“严谨、求实、沉静”，时刻崩紧“纪律”这根弦，不要有丝毫的懈怠，以免自毁前程!做一个明智的学生，应该把握现在的学习机会。高中的学习竞争相当激烈，压力很大，关注我们的表现的人不仅有你的家长和老师，你的亲朋好友和同学，更重要的还有关心和支持我们二中发展的社会各届。</w:t>
      </w:r>
      <w:r>
        <w:rPr>
          <w:lang w:eastAsia="zh-CN"/>
        </w:rPr>
        <w:t xml:space="preserve"> </w:t>
      </w:r>
      <w:r>
        <w:rPr>
          <w:lang w:eastAsia="zh-CN"/>
        </w:rPr>
        <w:br/>
      </w:r>
      <w:r>
        <w:rPr>
          <w:lang w:eastAsia="zh-CN"/>
        </w:rPr>
        <w:t xml:space="preserve">    同学们!月考是一次阶段性考查，考试最大的功用并不是最后的分数，而在于发现自己的不足，不断地完善自我，从而提高学习成绩。借此机会，我想和大家谈一谈我对考试的两点认识。一个是考试之中的，一个是考试之外的。 </w:t>
      </w:r>
      <w:r>
        <w:rPr>
          <w:lang w:eastAsia="zh-CN"/>
        </w:rPr>
        <w:br/>
      </w:r>
      <w:r>
        <w:rPr>
          <w:lang w:eastAsia="zh-CN"/>
        </w:rPr>
        <w:t xml:space="preserve">    (一)细节决定考试的成败 </w:t>
      </w:r>
      <w:r>
        <w:rPr>
          <w:lang w:eastAsia="zh-CN"/>
        </w:rPr>
        <w:br/>
      </w:r>
      <w:r>
        <w:rPr>
          <w:lang w:eastAsia="zh-CN"/>
        </w:rPr>
        <w:t xml:space="preserve">    本次考试结束后，我听到了同学们无尽的抱怨：一些会做的题，要么条件看错了，要么公式写错了;要么分式的分子、分母写反了，要么数字运算错误，该得分的题目因为不该发生的错误而丢分。不该失误的分数因为非智力因素而擦肩而过。所以我们说，考试中不怕某一道题没有做，最怕每道题都有失误。海尔总裁张瑞敏说过：什么是不简单?把每一件简单的事做好就是不简单;什么是不平凡?能把每一件平凡的事做好就是不平凡。台湾首富王永庆说：“细节也是一种创新，创造不一定得轰轰烈烈，惊天动地。工作中的细节调整同样是一种创造。”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年级前30名的同学，在这次期中考试中都取得了优异的成绩，他们中很多都是细节成就了他们考试的辉煌，是尽可能地避免非智力因素造成的失误使他们获取了考试的成功。因为关注了细节，高一?班的</w:t>
      </w:r>
      <w:r>
        <w:rPr>
          <w:lang w:eastAsia="zh-CN"/>
        </w:rPr>
        <w:t xml:space="preserve"> 同学才会以</w:t>
      </w:r>
      <w:r>
        <w:rPr>
          <w:lang w:eastAsia="zh-CN"/>
        </w:rPr>
        <w:t xml:space="preserve"> 分的总分夺得年级第一。一滴水可以折射太阳的光辉，同样，一些不可忽视的细节也可以反映一个人的观念，可以表现一个人的修养，可以左右一场比赛的结果，可以改变一场战争的胜负，可以决定一场考试的成败。如果学习中我们关注了细节，就把握了创新之源，也就为成功奠定了基础。一心渴望伟大、追求伟大，伟大却了无踪影;甘于平淡，认真做好每个细节，伟大却不期而至。这就是细节的魅力，是水到渠成后的惊喜。这就是细节的魅力，它是一种习惯，是一种积累，也是一种眼光，一种智慧。这就是细节的魅力，它需要你用智慧的双眼去观察，需要用睿智的心灵去体味。所以我希望同学们在平时的学习中注意细节。</w:t>
      </w:r>
      <w:r>
        <w:rPr>
          <w:lang w:eastAsia="zh-CN"/>
        </w:rPr>
        <w:t xml:space="preserve"> </w:t>
      </w:r>
      <w:r>
        <w:rPr>
          <w:lang w:eastAsia="zh-CN"/>
        </w:rPr>
        <w:br/>
      </w:r>
      <w:r>
        <w:rPr>
          <w:lang w:eastAsia="zh-CN"/>
        </w:rPr>
        <w:t xml:space="preserve">    (二)学习计划是考试成功的保障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事物发展的规律应该是有步骤，有计划地循序渐进。很多同学在平时的学习中有着很不好的习惯，学习总是习惯于被老师牵着鼻子走或者被老师推着走，缺少自己的主见和独立思维的能力，缺少一种学习的主动性和积极性。一天到晚总好像什么都在忙，这个东西想学，那个东西也想学，一天下来又好像什么东西都没忙着，什么也没学到，这是典型的没有计划的表现。到了高中，学习方法与初中有了很大的不同，眉毛胡子一把抓，是不可能把学习搞好的。我觉得每一位同学都需要两个明确的学习计划，一个是长远的计划，也可以说是我们的学习目标，给自己规定一个学习上的任务，也就是下次考试我打算比现在前进多少名，另一个是每天的学习计划，每天清早起床后，自己要花上那么几分钟的时间去回忆一下昨天我学到了哪些知识，今天有些什么课，我打算学到哪些东西，掌握哪些知识，给自己布臵一个一天的明确的学习任务。这样白天学起来就会做到心中有数，就不会盲目到东一榔头，西一梆子或者无所事事的地步。完成了自己给自己布臵的任务以后，心中就会觉得踏实，学习起来也就会越来越有滋味，劲头就会更足。缺乏科学的学习计划，学习也就无异于“无源之水，无本之木”。</w:t>
      </w:r>
      <w:r>
        <w:rPr>
          <w:lang w:eastAsia="zh-CN"/>
        </w:rPr>
        <w:t xml:space="preserve"> </w:t>
      </w:r>
      <w:r>
        <w:rPr>
          <w:lang w:eastAsia="zh-CN"/>
        </w:rPr>
        <w:br/>
      </w:r>
      <w:r>
        <w:rPr>
          <w:lang w:eastAsia="zh-CN"/>
        </w:rPr>
        <w:t xml:space="preserve">    考试已经过去，那么考试以后的我们应该怎么做，应该如何调整考后的心态?这是我们每一位会学习的同学应该思考的问题。在这里我想谈一谈我的观点。 </w:t>
      </w:r>
      <w:r>
        <w:rPr>
          <w:lang w:eastAsia="zh-CN"/>
        </w:rPr>
        <w:br/>
      </w:r>
      <w:r>
        <w:rPr>
          <w:lang w:eastAsia="zh-CN"/>
        </w:rPr>
        <w:t xml:space="preserve">    第一、 要理智分析情境，正确对待外界的压力。每个人在考试后，尤其是一些大的考试后，许多同学会面对外界多方面的压力，这些压力主要来源于父母、老师、同学、亲戚朋友等等，尤其是许多父母望子成龙、望女成凤心切，再加上社会上成年人之间拿孩子的成绩进行比较，因此父母对子女的期望值普遍较高。当你没有达到他们的期望值时，你可以先分析一下：自己是否刻苦努力了，是否尽自己的全力了，如果已竭尽全力但仍无达到父母的要求，就不必再过多地责备自己，你不妨可这样思考：只要我尽力了，我的心里就是坦然的。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第二、要认真分析试卷，正确对待考试成绩。无论考的成绩如何，都要对各门试卷进行认真的分析与思考。对答的好的题目，应写出自己是如何理解运用所学知识的;答错了，要找出原因，错在那里，为什么错?以有利于今后改正。任何一次考试成绩都不是人生最后一次考试成绩，我们的每一次成绩都是为了下一次取得更好的成绩。</w:t>
      </w:r>
      <w:r>
        <w:rPr>
          <w:lang w:eastAsia="zh-CN"/>
        </w:rPr>
        <w:t xml:space="preserve"> </w:t>
      </w:r>
      <w:r>
        <w:rPr>
          <w:lang w:eastAsia="zh-CN"/>
        </w:rPr>
        <w:br/>
      </w:r>
      <w:r>
        <w:rPr>
          <w:lang w:eastAsia="zh-CN"/>
        </w:rPr>
        <w:t xml:space="preserve">    第三、要分析、总结平时的学习态度，学习方法。在考试后想痛痛快快地玩一场，这种心情是可以理解的，考试后轻松一下，放松放松，发泄一下压抑的情绪也是应该的，但考试后在一段时间里有的.同学将学习完全抛之于脑后，抛到九霄云外，对考试也不做任何分析也未免有些“潇洒”过头了。考试后我们可结合试卷，对自己平时的学习态度和学习方法进行分析，通过这一次月考，我希望每一位同学能正确的审视自己，给自己以一个明确的定位，在老师或者同学的帮助下，端正学习态度，尽快地找到一个适合自己的学习方法。 </w:t>
      </w:r>
      <w:r>
        <w:rPr>
          <w:lang w:eastAsia="zh-CN"/>
        </w:rPr>
        <w:br/>
      </w:r>
      <w:r>
        <w:rPr>
          <w:lang w:eastAsia="zh-CN"/>
        </w:rPr>
        <w:t xml:space="preserve">    第四、要多角度看名次，学会辩证地分析问题。如果每个人都还想保持原来在班上的名次是不可能的，不是进步就是退步了。尤其是一些总是排在后面的同学，很少体验到成功的感觉。这时就需要每个人都要理智。排在前面的也好、排在后面也好都要对多角度看名次，因此还要对自己纵向比较一下，自己和初中时相比，和自己当初进六中时候给自己定的， 目标相比，是否进步了，掌握的知识是否更多了。不要将自己的目光只放在眼前的名次 上，否则就很难继续进步，有些人可能还要盲目乐观，一点点退步。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第五、要正视现实。如果这次考试失败，无论你再伤心、再痛苦、再后悔，它都已经成为现实，因此，你就应该勇敢地正视现实、面对现实，并想法去接受它、适应它。发生了的你就在面对，重要的是在以后的考试中能够吸取经验和教训。</w:t>
      </w:r>
      <w:r>
        <w:rPr>
          <w:lang w:eastAsia="zh-CN"/>
        </w:rPr>
        <w:t xml:space="preserve"> </w:t>
      </w:r>
      <w:r>
        <w:rPr>
          <w:lang w:eastAsia="zh-CN"/>
        </w:rPr>
        <w:br/>
      </w:r>
      <w:r>
        <w:rPr>
          <w:lang w:eastAsia="zh-CN"/>
        </w:rPr>
        <w:t xml:space="preserve">    第六、要制订可行的计划。“亡羊补牢，未为晚也。”调整好心态后，根据自己的具体情况制订一个可行的计划，安排好下一阶段的学习和生活，在制订计划时不能急于求成，一步登天，前面我说了，制定目标，既要有长期的目标，又要又短期的目标。长期的目标是我们为什么学习的终极目标;短期的目标就是要落实在每一天，它能使自己有成功的体验，从而增强学习、考试的信心。每个人都有一个“最近发展区”，如果我们将自己确定的目标于“最近发展区”，那么经过我们努力，这个目标就会实现。如果我们将目标确定太高或太低，就会失去目标与计划的实际意义。 </w:t>
      </w:r>
      <w:r>
        <w:rPr>
          <w:lang w:eastAsia="zh-CN"/>
        </w:rPr>
        <w:br/>
      </w:r>
      <w:r>
        <w:rPr>
          <w:lang w:eastAsia="zh-CN"/>
        </w:rPr>
        <w:t xml:space="preserve">    关于第一个方面的问题我就讲这么多，下面我讲第二个方面的问题。 </w:t>
      </w:r>
      <w:r>
        <w:rPr>
          <w:lang w:eastAsia="zh-CN"/>
        </w:rPr>
        <w:br/>
      </w:r>
      <w:r>
        <w:rPr>
          <w:lang w:eastAsia="zh-CN"/>
        </w:rPr>
        <w:t xml:space="preserve">    二、目前我们学生当中存在的问题 </w:t>
      </w:r>
      <w:r>
        <w:rPr>
          <w:lang w:eastAsia="zh-CN"/>
        </w:rPr>
        <w:br/>
      </w:r>
      <w:r>
        <w:rPr>
          <w:lang w:eastAsia="zh-CN"/>
        </w:rPr>
        <w:t xml:space="preserve">    同学们开学两个月以来我们在方方面面还存在许多不如意的地方而且随着时间的流逝我感觉有些不好的方面还有发展之势主要表现在一下一些方面： </w:t>
      </w:r>
      <w:r>
        <w:rPr>
          <w:lang w:eastAsia="zh-CN"/>
        </w:rPr>
        <w:br/>
      </w:r>
      <w:r>
        <w:rPr>
          <w:lang w:eastAsia="zh-CN"/>
        </w:rPr>
        <w:t xml:space="preserve">    1、学习纪律方面 </w:t>
      </w:r>
      <w:r>
        <w:rPr>
          <w:lang w:eastAsia="zh-CN"/>
        </w:rPr>
        <w:br/>
      </w:r>
      <w:r>
        <w:rPr>
          <w:lang w:eastAsia="zh-CN"/>
        </w:rPr>
        <w:t xml:space="preserve">    目前上课自习的纪律就急待加强。 </w:t>
      </w:r>
      <w:r>
        <w:rPr>
          <w:lang w:eastAsia="zh-CN"/>
        </w:rPr>
        <w:br/>
      </w:r>
      <w:r>
        <w:rPr>
          <w:lang w:eastAsia="zh-CN"/>
        </w:rPr>
        <w:t xml:space="preserve">    (1)有上课时睡觉的，讲小话的，东张西望的，学习时心不在焉，不注意课堂记笔记，上课交头接耳等一系列影响学习效果的人或事都经常出现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(2)不按时完成各科作业或者完成任务马马虎虎甚至抄袭他人的作业敷衍塞责态度极不认真。</w:t>
      </w:r>
      <w:r>
        <w:rPr>
          <w:lang w:eastAsia="zh-CN"/>
        </w:rPr>
        <w:t xml:space="preserve"> </w:t>
      </w:r>
      <w:r>
        <w:rPr>
          <w:lang w:eastAsia="zh-CN"/>
        </w:rPr>
        <w:br/>
      </w:r>
      <w:r>
        <w:rPr>
          <w:lang w:eastAsia="zh-CN"/>
        </w:rPr>
        <w:t xml:space="preserve">    (3)上课自习自主学习时间迟到或人到了却不能迅速进入状态，存在等老师的情况 </w:t>
      </w:r>
      <w:r>
        <w:rPr>
          <w:lang w:eastAsia="zh-CN"/>
        </w:rPr>
        <w:br/>
      </w:r>
      <w:r>
        <w:rPr>
          <w:lang w:eastAsia="zh-CN"/>
        </w:rPr>
        <w:t xml:space="preserve">    (4)勤学好问的学生不多。我自己教数学，就发现两个班上很少有同学问。学习上不求甚解的多，刨根问底的少。知其然不知其所以然的多，真正弄明白的少。 </w:t>
      </w:r>
      <w:r>
        <w:rPr>
          <w:lang w:eastAsia="zh-CN"/>
        </w:rPr>
        <w:br/>
      </w:r>
      <w:r>
        <w:rPr>
          <w:lang w:eastAsia="zh-CN"/>
        </w:rPr>
        <w:t xml:space="preserve">    (5)课堂上不积极主动的回答老师的问题，该传出朗朗读书声的早自习声音低沉，不该传出声音的晚自习却蛙声一片。 </w:t>
      </w:r>
      <w:r>
        <w:rPr>
          <w:lang w:eastAsia="zh-CN"/>
        </w:rPr>
        <w:br/>
      </w:r>
      <w:r>
        <w:rPr>
          <w:lang w:eastAsia="zh-CN"/>
        </w:rPr>
        <w:t xml:space="preserve">    2、遵纪守规方面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在这个方面我们存在的问题还很多，甚至还很大。不过在这方面我首先要表扬一批以身作则，认真负责，敢于与不正之风做斗争的学生干部。但不可否认的是我们还存在一些不和谐的因素，我奉劝以上同学悬崖勒马，痛改前非，否则，我们将严格依照校纪校规给予公开的处分，该开除的坚决开除，决不手软。一个国家不能没有法律，一个学校不能没有纪律，没有规矩就不成方圆。我们处理这些同学的目的就是为了更大多数的学生拥有一个和谐，安宁的学习环境，是为了我们绝大多数的同学远离恶习，健康成长。其实在我们的学习生活中真正喜欢犯错误，出问题的也就是那么几个，遵守纪律的同学占绝大多数，而且这些同学往往还都具有关爱他人，乐于奉献的高贵品质。也许有的同学可能会说，这都值得表扬啊，那么一点点小事，如果有这样想法的同学，我倒想问问你，这么小的事，你做过了吗?你有过想做的想法吗?俗话说，入细微处看本质，正是从这一件件小事的身上，我看到的是他们一颗颗金子般的心，看到的是他们拥有的高贵的品质。那些经常违纪，屡教不改的同学们，此时你们的心中做何感想，难道你们的内心里就没有一丝的惭愧和汗颜吗?为了给绝大多数的学生营造一个好的学习环境，借这次大会的机会，我再重申几项纪律，请大家时刻牢记，务必遵守，千万别碰校纪校规的高压线。</w:t>
      </w:r>
      <w:r>
        <w:rPr>
          <w:lang w:eastAsia="zh-CN"/>
        </w:rPr>
        <w:t xml:space="preserve"> </w:t>
      </w:r>
      <w:r>
        <w:rPr>
          <w:lang w:eastAsia="zh-CN"/>
        </w:rPr>
        <w:br/>
      </w:r>
      <w:r>
        <w:rPr>
          <w:lang w:eastAsia="zh-CN"/>
        </w:rPr>
        <w:t xml:space="preserve">    1、严禁任何学生携带管制刀具进校门，有突发事故及时报告老师或者保安。 </w:t>
      </w:r>
      <w:r>
        <w:rPr>
          <w:lang w:eastAsia="zh-CN"/>
        </w:rPr>
        <w:br/>
      </w:r>
      <w:r>
        <w:rPr>
          <w:lang w:eastAsia="zh-CN"/>
        </w:rPr>
        <w:t xml:space="preserve">    2、严禁在校内外的任何时候，任何地方抽烟喝酒，坚决禁止不良习惯。 </w:t>
      </w:r>
      <w:r>
        <w:rPr>
          <w:lang w:eastAsia="zh-CN"/>
        </w:rPr>
        <w:br/>
      </w:r>
      <w:r>
        <w:rPr>
          <w:lang w:eastAsia="zh-CN"/>
        </w:rPr>
        <w:t xml:space="preserve">    3、严禁在校内外打牌赌博以及玩任何形式的纸牌游戏。 </w:t>
      </w:r>
      <w:r>
        <w:rPr>
          <w:lang w:eastAsia="zh-CN"/>
        </w:rPr>
        <w:br/>
      </w:r>
      <w:r>
        <w:rPr>
          <w:lang w:eastAsia="zh-CN"/>
        </w:rPr>
        <w:t xml:space="preserve">    4、严禁男女同学交往过密和过分亲热，坚决禁止男女同学之间的非正常交往。 </w:t>
      </w:r>
      <w:r>
        <w:rPr>
          <w:lang w:eastAsia="zh-CN"/>
        </w:rPr>
        <w:br/>
      </w:r>
      <w:r>
        <w:rPr>
          <w:lang w:eastAsia="zh-CN"/>
        </w:rPr>
        <w:t xml:space="preserve">    5、严禁攀爬学校围墙，坚决禁止学生在校学习期间进网吧。 </w:t>
      </w:r>
      <w:r>
        <w:rPr>
          <w:lang w:eastAsia="zh-CN"/>
        </w:rPr>
        <w:br/>
      </w:r>
      <w:r>
        <w:rPr>
          <w:lang w:eastAsia="zh-CN"/>
        </w:rPr>
        <w:t xml:space="preserve">    6、所有学生时刻检查自己的仪表，男生不准留长发，女生头发必须扎好，严禁佩戴任何饰物，包括耳环，戒指，玉佩，项链等。 </w:t>
      </w:r>
      <w:r>
        <w:rPr>
          <w:lang w:eastAsia="zh-CN"/>
        </w:rPr>
        <w:br/>
      </w:r>
      <w:r>
        <w:rPr>
          <w:lang w:eastAsia="zh-CN"/>
        </w:rPr>
        <w:t xml:space="preserve">    7、严禁学生之间结拜姊妹，称兄道弟，尤其是在男女同学之间。 </w:t>
      </w:r>
      <w:r>
        <w:rPr>
          <w:lang w:eastAsia="zh-CN"/>
        </w:rPr>
        <w:br/>
      </w:r>
      <w:r>
        <w:rPr>
          <w:lang w:eastAsia="zh-CN"/>
        </w:rPr>
        <w:t xml:space="preserve">    8、所有学生必须服从老师管理，严禁任何学生顶撞老师。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同学们，常规纪律是搞好学习的保证。我一直认为：态度决定一切。端正的学习态度，认真的做人态度，严格的纪律观念，学业成功的关键离不开我们做每一件事的态度。保持洁净的仪表，准时进教室，按时午休就寝，保持教学区内的和谐安静，不嬉笑打闹，高效率、有计划、有纪律的去学习才是我们应尽的本分。各位同学应该积极自我反省，自我调控，对极少数不思勤奋努力，不求进取，随心所欲，不负责任，违纪犯规，甚至影响他人的学生，将给予严惩。学校将对一贯表现较差且屡教不改，不见进步的同学，要劝退一批，惩戒一批，为了使同学们在以后有一个优越规范有序的学习环境，我们必须这样做。</w:t>
      </w:r>
      <w:r>
        <w:rPr>
          <w:lang w:eastAsia="zh-CN"/>
        </w:rPr>
        <w:t xml:space="preserve">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xml:space="preserve"> 同学们!可以错过太阳，可以错过群星，但我们不能错过细节;可以远离题海，可以远离急躁，但我们不能远离平和。因为细节成就完美，心态决定成功。而行动才是最好的誓言!第一次月考的尘埃已经落定，一切似乎又归于平淡，但教室的灯光却更加耀眼，它驱走了黎明前的黑暗，你们用行动拉开了希望的大幕;匆忙的脚步依然清脆，它打破了清晨的宁静，是你们用行动吹响了奋起的号角。可是，在再次踏上征程之时，你是否静下心来，仔细想过，目前，自己的优势是什么，劣势又是什么?因为什么而赢，又输在哪里?你是否明确的告诉自己，我想要什么，我下一阶段的目标是什么?你是否已找准了自己的位臵，我目前在哪里，离我想要的，想走到的目标还有多远，你是否清醒的认识到?成也罢，失也罢，都已成为过去，只有放下包袱，让心态归零，才能从头开始，才能轻装上阵;才能在跌倒后再爬起来，才能站在胜利的阶梯上走向另一次胜利!考试就是竞争，竞争的直接结果是分数，是名次。每一位负责任的同学，在审视这次月考成绩的时候，不论别人对自己如何评价，都有一个不容回避的思考：什么原因导致了成绩波动?为什么成绩一直平平，没有起色?能不能更好一些?在平时的学习中，老师们不怕你听不懂，就怕你不问;不怕你基础差，就怕你懒，不行动，不勤奋;更怕你丧失信心、失去斗志，自暴自弃。人活着，最重要的就是要有一种精神。一种不服输的精神，一种参与竞争的精神，一种勇于挑战自我，战胜自我的精神。这种精神，使你的生命充满活力;这种精神，使你的人生绽放光彩;这种精神使你的生活变得丰满而充实。同学们，请记住：不积小流无以成江海，不积跬步，无以致千里的古语，静下心来，脚踏实地用心来勤奋，你们一定能迎来人生一次又一次的辉煌!中学时代是人生的青春时代，是学习的黄金时期。我们要学会对生命负责，因为我们的生命朝气蓬勃;我们要学会对集体负责，因为我们的集体团结奋发;我们要学会对未来负责，因为我们的未来光明灿烂。同学们，我们每个人都有个性、有自尊，更有一股奋发向上、不甘落后的上进心，衷心希望同学们勤奋学习，在这片沃土上结出又大又甜的做人与做学问的孪生果。</w:t>
      </w:r>
      <w:r>
        <w:rPr>
          <w:lang w:eastAsia="zh-CN"/>
        </w:rPr>
        <w:t xml:space="preserve"> 谢谢大家!</w:t>
      </w:r>
      <w:r>
        <w:rPr>
          <w:lang w:eastAsia="zh-CN"/>
        </w:rPr>
        <w:t xml:space="preserve"> </w:t>
      </w:r>
      <w:r>
        <w:rPr>
          <w:lang w:eastAsia="zh-CN"/>
        </w:rPr>
        <w:br/>
      </w:r>
      <w:r>
        <w:rPr>
          <w:lang w:eastAsia="zh-CN"/>
        </w:rPr>
        <w:t>月考总结会校长讲话稿（精选篇3）</w:t>
      </w:r>
      <w:r>
        <w:rPr>
          <w:lang w:eastAsia="zh-CN"/>
        </w:rPr>
        <w:br/>
      </w:r>
      <w:r>
        <w:rPr>
          <w:lang w:eastAsia="zh-CN"/>
        </w:rPr>
        <w:t xml:space="preserve">    尊敬的领导、老师、亲爱的同学们： </w:t>
      </w:r>
      <w:r>
        <w:rPr>
          <w:lang w:eastAsia="zh-CN"/>
        </w:rPr>
        <w:br/>
      </w:r>
      <w:r>
        <w:rPr>
          <w:lang w:eastAsia="zh-CN"/>
        </w:rPr>
        <w:t xml:space="preserve">    大家好! </w:t>
      </w:r>
      <w:r>
        <w:rPr>
          <w:lang w:eastAsia="zh-CN"/>
        </w:rPr>
        <w:br/>
      </w: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今天我们七年级全体师生在这里召开第一月考分析及颁奖大会，同时也是咱们期中考试动员大会，这也意味着初中学习、生活的号角已经吹响，初中三年的时间已经进入了倒计时，你们已经站在了人生冲刺的起跑线上。同学们，你们朝气蓬勃，意气风发，斗志昂扬;你们有着青春的梦想，远大的理想，美好的憧憬，为了明天，为了希望，为了实现自己的梦，你们带着父母的希望和重托来到了__中学，你们将用三年的勤奋努力、我们的老师会付出三年的辛勤培育，父母将也会义无反顾的投入三年的辛苦关爱，无数次不放心的接送，无数次的唠叨嘱咐，时时想着你的一日三餐，冷暖饥寒，常常念着你能天天进步，走在人前。他们的所有输出，所有汗水、所有期盼就是一个目的：让你好好学习，打好基础，考一个好的高中，上一所理想的学校，将来成为全家的希望和骄傲，成为有用的人才。此时此刻，作为一名将和同学们三年来朝夕相处、相濡以沫的普通教师，我的心里也久久不能平静。会有多少个夜晚，我们促膝长谈，谈人生，谈未来，谈学习;会有多少个清晨，我来到教室，捎去关怀、捎去嘱托，捎去勉励。将会因你们在运动场上顽强拼搏、奋力夺冠，为年级添彩而骄傲;学习竞赛中，会为你们挑灯夜战，刻苦攻读，为__中学争光而感到欣慰!</w:t>
      </w:r>
      <w:r>
        <w:rPr>
          <w:lang w:eastAsia="zh-CN"/>
        </w:rPr>
        <w:t xml:space="preserve"> </w:t>
      </w:r>
      <w:r>
        <w:rPr>
          <w:lang w:eastAsia="zh-CN"/>
        </w:rPr>
        <w:br/>
      </w:r>
      <w:r>
        <w:rPr>
          <w:lang w:eastAsia="zh-CN"/>
        </w:rPr>
        <w:t xml:space="preserve">    光阴似箭，日月如梭，不经意间我们已经一起渡过了一个半月的时光。我们全组教师和谐相处、共同努力营造了一个相互支持、相互理解、相互信任、团结愉快、群策群力的集体。通过七年级的全体师生齐心协力，勤奋工作和学习，尤其是许老师、段老师、郑老师经常利用课外时间细心地给学生指导学习方法，检查学习任务，两班学文明守纪、上进勤奋的风气正在日趋形成。今天，在这里举行月考分析会，首先请允许我代表七年级向长期以来默默无闻、辛勤工作的老师们表示衷心的感谢!今天我想谈以下几方面问题： </w:t>
      </w:r>
      <w:r>
        <w:rPr>
          <w:lang w:eastAsia="zh-CN"/>
        </w:rPr>
        <w:br/>
      </w:r>
      <w:r>
        <w:rPr>
          <w:lang w:eastAsia="zh-CN"/>
        </w:rPr>
        <w:t xml:space="preserve">    一、第一次月考简要分析 </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xml:space="preserve">  </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xml:space="preserve"> 从本期第一次模考成绩看，本次只考了语数外三科，人均总分239。2分。其中语文：70。68，优秀1人，80分以上14人，及格33人，最高分101分，最低分43分：数学77。39，优秀15人，80分以上31人，及格39人，最高分117分，最低分34分。英语91。13分，优秀29人，80分以上51人，及格55人，最高分116分，最低分43分。从两班人均总分看：，一班236。64分，二班241。84分。一班比二班人均分低5。2分，如果再考虑优秀率的因素，班级成绩还是有一定差距。特别是优秀生和后进生，年级前10名，一班4人，二班6人，年级后十名，一班6人，二班4人。从单科成绩看：一班比二班语数外分别低0。3、2。1、1。9分。从分段成绩看：最高分334分，最低分121分，300分以上4人，288分以上10人;240分以上30人，216分以上48人，200分一下11人。从以上分析来看，本届学生的总体程度比上届学生同期相比要差得多，但是我们也有很多优势，首先比较薄弱的学科比如语文补充了我们能扭转乾坤的许老师，又新添了段老师这位神奇的班主任，及历年担任九年级把关的经验超丰富的朱老师、郑老师、博学且可胜任各门功课教学的刘老师，任劳任怨不计个人得失的夏老师这四位得力干将。其次咱们这些教师身上凝聚着敢打硬仗，不怕苦，忘我的工作精神，并老师们精诚团结，和睦相处，无私奉献。其三今年我们校领导班子如此重视咱们年级，多次召开班主任及教师会议，蔡校长专门委任许校长全力鼎力支持包抓我们年级工作，政教处及总务处又全力配合协助我们做好对学生的思想工作，对学生加强管理教育。其四虽然这次试卷的分数不是很高，但相比较六年级的薄弱基础，同学们取得的成绩还是相比较基本满意，况且目前学生学习热情高，积极性高涨，好的学风正在形成。其五今年蔡校长、许校长和我信心百倍一定会为大家做好表率，为大家服务，我们坚定一定会实现我们的整体目标。所以我们今年这级还是很有希望的。但如果要实现今年的目标，各班、各学科、各教师必须认真分析，寻找原因，改变策略，群策群力，倍加努力。</w:t>
      </w:r>
      <w:r>
        <w:rPr>
          <w:lang w:eastAsia="zh-CN"/>
        </w:rPr>
        <w:t xml:space="preserve"> </w:t>
      </w:r>
      <w:r>
        <w:rPr>
          <w:lang w:eastAsia="zh-CN"/>
        </w:rPr>
        <w:br/>
      </w:r>
      <w:r>
        <w:rPr>
          <w:lang w:eastAsia="zh-CN"/>
        </w:rPr>
        <w:t xml:space="preserve">    二、存在问题 </w:t>
      </w:r>
      <w:r>
        <w:rPr>
          <w:lang w:eastAsia="zh-CN"/>
        </w:rPr>
        <w:br/>
      </w:r>
      <w:r>
        <w:rPr>
          <w:lang w:eastAsia="zh-CN"/>
        </w:rPr>
        <w:t xml:space="preserve">    部分学生学习目标不够明确，学习缺乏主动性和自主性，不求积极上进，无所事事。部分学生不能按时完成作业及练习，作业练习应付差事。 </w:t>
      </w:r>
      <w:r>
        <w:rPr>
          <w:lang w:eastAsia="zh-CN"/>
        </w:rPr>
        <w:br/>
      </w:r>
      <w:r>
        <w:rPr>
          <w:lang w:eastAsia="zh-CN"/>
        </w:rPr>
        <w:t xml:space="preserve">    个别学生不能遵守校纪校规，有迟到、抄作业、抽烟、骂人等现象。 </w:t>
      </w:r>
      <w:r>
        <w:rPr>
          <w:lang w:eastAsia="zh-CN"/>
        </w:rPr>
        <w:br/>
      </w:r>
      <w:r>
        <w:rPr>
          <w:lang w:eastAsia="zh-CN"/>
        </w:rPr>
        <w:t xml:space="preserve">    相当一部分学生在校时间长，但不能有效地利用好有效时间，人在教室却不能充分利用好时间，好的学习习惯尚未养成，正确的学习方法尚未掌握。 </w:t>
      </w:r>
      <w:r>
        <w:rPr>
          <w:lang w:eastAsia="zh-CN"/>
        </w:rPr>
        <w:br/>
      </w:r>
      <w:r>
        <w:rPr>
          <w:lang w:eastAsia="zh-CN"/>
        </w:rPr>
        <w:t xml:space="preserve">    个别学生生活自理能力较差，恋家、不会叠被子、洗衣服、打扫卫生等。 </w:t>
      </w:r>
      <w:r>
        <w:rPr>
          <w:lang w:eastAsia="zh-CN"/>
        </w:rPr>
        <w:br/>
      </w:r>
      <w:r>
        <w:rPr>
          <w:lang w:eastAsia="zh-CN"/>
        </w:rPr>
        <w:t xml:space="preserve">    一些学生小学时的换习惯、坏毛病未能改掉，胡向家长要钱，乱花钱。不会合理的处理好各方面人际关系。 </w:t>
      </w:r>
      <w:r>
        <w:rPr>
          <w:lang w:eastAsia="zh-CN"/>
        </w:rPr>
        <w:br/>
      </w:r>
      <w:r>
        <w:rPr>
          <w:lang w:eastAsia="zh-CN"/>
        </w:rPr>
        <w:t xml:space="preserve">    一些班干部不能履行好职责，不能起到模范带头作用。 </w:t>
      </w:r>
      <w:r>
        <w:rPr>
          <w:lang w:eastAsia="zh-CN"/>
        </w:rPr>
        <w:br/>
      </w:r>
      <w:r>
        <w:rPr>
          <w:lang w:eastAsia="zh-CN"/>
        </w:rPr>
        <w:t xml:space="preserve">    三、几点要求 </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xml:space="preserve">    1、班主任教师通过本次考试，结合本班实际情况，狠抓课堂、自习纪律与学习习惯，为学习营造良好的学习氛围。为了提高本班的学习成绩，找后进生谈心，了解他们对学习的看法、以及存在地问题，以便采取有针对的措施。加大培优的力度、定学习目标。对学习态度端正，学习成绩中等的学生严格要求，让他们树立一个目标，并采用平时多关注、多鼓励，课后谈心、辅导等帮他们实现这个目标，逐渐提高。并召开好班干部会议，充分发挥班委会作用。 </w:t>
      </w:r>
      <w:r>
        <w:rPr>
          <w:lang w:eastAsia="zh-CN"/>
        </w:rPr>
        <w:br/>
      </w:r>
      <w:r>
        <w:rPr>
          <w:lang w:eastAsia="zh-CN"/>
        </w:rPr>
        <w:t xml:space="preserve">    2、各科任教师加强对学生的辅导，今后应加强对学习方法的指导采取分组互助，小组评价的方法，在课堂上，学生预习的检测、分组讨论、学生讲解与互助练习，都以小组为单位展开，每一个学生都是小组的代表，学生个体的学习行为都是小组整体的一部分，达成“我好组好，组荣我荣”的`共识，对学困生是个约束，有利于激发、调动学困生学习兴趣，积极参与组内学习。同时要重视的加强对差生的辅导工作。在今后的教学中，要尽快提高他们的自信心，培养他们良好的学习习惯，提高他们的学习自觉性，无论是在课堂上、作业中、自习时，都要及时地关注他们，帮助他们，让他们的知识水平，学习能力在原基础上都有长远的提高。并找自己包抓小组成员谈话，安排好后期学习。 </w:t>
      </w:r>
      <w:r>
        <w:rPr>
          <w:lang w:eastAsia="zh-CN"/>
        </w:rPr>
        <w:br/>
      </w:r>
      <w:r>
        <w:rPr>
          <w:lang w:eastAsia="zh-CN"/>
        </w:rPr>
        <w:t xml:space="preserve">    3、学生要分秒必争，向时间要成绩。要求同学们要摒弃杂念，集中精力，把时间用在学习上，要知道复习是提升成绩的最有效途径。早晨6：40，中午1：00，下午6：10必须按时间进入教室认真学习。 </w:t>
      </w:r>
      <w:r>
        <w:rPr>
          <w:lang w:eastAsia="zh-CN"/>
        </w:rPr>
        <w:br/>
      </w:r>
    </w:p>
    <w:p w:rsidR="001B1F19" w14:textId="27C3F48A">
      <w:pPr>
        <w:rPr>
          <w:lang w:eastAsia="zh-CN"/>
        </w:rPr>
      </w:pPr>
      <w:r>
        <w:rPr>
          <w:lang w:eastAsia="zh-CN"/>
        </w:rPr>
        <w:t xml:space="preserve">    4、各同学要强化落实，向落实要成绩。眼过千遍，不如手过一遍。 </w:t>
      </w:r>
      <w:r>
        <w:rPr>
          <w:lang w:eastAsia="zh-CN"/>
        </w:rPr>
        <w:br/>
      </w:r>
      <w:r>
        <w:rPr>
          <w:lang w:eastAsia="zh-CN"/>
        </w:rPr>
        <w:t xml:space="preserve">    5、学习要讲究方法，向方法要效率。学习方法得当，事半功倍，方法不当，低效误时。同学们要结合自身情况，学科特点，找出适合自己的学习方法。 </w:t>
      </w:r>
      <w:r>
        <w:rPr>
          <w:lang w:eastAsia="zh-CN"/>
        </w:rPr>
        <w:br/>
      </w:r>
      <w:r>
        <w:rPr>
          <w:lang w:eastAsia="zh-CN"/>
        </w:rPr>
        <w:t xml:space="preserve">    6、同学们要劳逸结合，养成良好的学习习惯。时间紧，任务重，压力大。同学们一定要调整好自己的心态和作息时间，保障精力充沛的投入到学习当中。 </w:t>
      </w:r>
      <w:r>
        <w:rPr>
          <w:lang w:eastAsia="zh-CN"/>
        </w:rPr>
        <w:br/>
      </w:r>
      <w:r>
        <w:rPr>
          <w:lang w:eastAsia="zh-CN"/>
        </w:rPr>
        <w:t xml:space="preserve">    7、同学们要尽快适应初中生活，时刻将安全放在首位。 </w:t>
      </w:r>
      <w:r>
        <w:rPr>
          <w:lang w:eastAsia="zh-CN"/>
        </w:rPr>
        <w:br/>
      </w:r>
      <w:r>
        <w:rPr>
          <w:lang w:eastAsia="zh-CN"/>
        </w:rPr>
        <w:t xml:space="preserve">    8、各位同学会后各学生要结合自己目前现状认真分析、剖析自身不足之处，制定好后期的学习计划及奋斗目标，及时进入紧张又繁忙的学习，并按划分好的教师包抓学生分组及时找包扶教师，向老师及时汇报自己的思想动态和学习情况。 </w:t>
      </w:r>
      <w:r>
        <w:rPr>
          <w:lang w:eastAsia="zh-CN"/>
        </w:rPr>
        <w:br/>
      </w:r>
      <w:r>
        <w:rPr>
          <w:lang w:eastAsia="zh-CN"/>
        </w:rPr>
        <w:t xml:space="preserve">  </w:t>
      </w:r>
      <w:r>
        <w:rPr>
          <w:lang w:eastAsia="zh-CN"/>
        </w:rPr>
        <w:t xml:space="preserve"> </w:t>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https://d.book118.com/768130142005006047</w:t>
        </w:r>
      </w:hyperlink>
    </w:p>
    <w:p w:rsidR="001B1F19">
      <w:pPr>
        <w:rPr>
          <w:lang w:eastAsia="zh-CN"/>
        </w:rPr>
      </w:pPr>
    </w:p>
    <w:sectPr>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68130142005006047"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