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2024年学生会期末个人总结（34篇）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2024年学生会期末个人总结（精选34篇）</w:t>
      </w:r>
      <w:r>
        <w:rPr>
          <w:lang w:eastAsia="zh-CN"/>
        </w:rPr>
        <w:br/>
      </w:r>
      <w:r>
        <w:rPr>
          <w:lang w:eastAsia="zh-CN"/>
        </w:rPr>
        <w:t xml:space="preserve">    2024年学生会期末个人总结 篇1 </w:t>
      </w:r>
      <w:r>
        <w:rPr>
          <w:lang w:eastAsia="zh-CN"/>
        </w:rPr>
        <w:br/>
      </w:r>
      <w:r>
        <w:rPr>
          <w:lang w:eastAsia="zh-CN"/>
        </w:rPr>
        <w:t>　　期末到来，新成立的公共教学部及系学生会第一学期的各项工作也喜摘硕果，学生会期末个人总结。在学校“迎评促建”、“学风建设”的两面大旗的引导下，在院党委和上级学生会的大力支持下，我公共教学部的本着踏实勤恳的态度，以开拓创新的精神，积极主动地开展各项工作，并且在系学生会的每一位成员的努力下，在各方面都取得了显著的优异成绩，当然也还存在着许多需要改进的地方。现作本学期学生会总结如下：</w:t>
      </w:r>
      <w:r>
        <w:rPr>
          <w:lang w:eastAsia="zh-CN"/>
        </w:rPr>
        <w:br/>
      </w:r>
      <w:r>
        <w:rPr>
          <w:lang w:eastAsia="zh-CN"/>
        </w:rPr>
        <w:t>　　一、加强整体组织队伍建设，端正学生干部的工作态度，提高学生会成员的工作能力和工作水平，从而提高工作效率。本届学生会各部门成员经过层层选拔，初试和面试的删选，后通过开学军训的考核以及平时上课考勤情况才确定最终录用者。大大优化了学生会组织结构，使事得其人，人尽其才。在学生会正式活动之前，我们还积极开展了系列部门培训活动，提高了工作效率，增强了工作的顺利程度，经过一学期的运作内部培训的效果是大家有目共睹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完善学生会工作制度，建健全立考评体系，提高工作的透明度和规范程度。向院学生会条例进行一部分的借鉴，完善了系内部学生会条例制定，建立了日常工作考评体系，并在实际工作中加强了对各部门活动计划、实施过程以及工作总结的指导与监督。严格部门会议制度、定时各部门定期汇报规定、有序的部门归档条例，都切实保证了新系部的新学生会工作的效率和质量。</w:t>
      </w:r>
      <w:r>
        <w:rPr>
          <w:lang w:eastAsia="zh-CN"/>
        </w:rPr>
        <w:br/>
      </w:r>
      <w:r>
        <w:rPr>
          <w:lang w:eastAsia="zh-CN"/>
        </w:rPr>
        <w:t>　　三、增强自主创新意识，提高独立开展活动的能力。本学期学系部与学生会新成立。指导老师将权利与责任进一步下放到学生手中，各部也在学生会总的引导下独立开展活动，独立进行部门会议，充分调动了每一位成员的主动性，激发了每一位成员的创新性。</w:t>
      </w:r>
      <w:r>
        <w:rPr>
          <w:lang w:eastAsia="zh-CN"/>
        </w:rPr>
        <w:br/>
      </w:r>
      <w:r>
        <w:rPr>
          <w:lang w:eastAsia="zh-CN"/>
        </w:rPr>
        <w:t>　　四、不断加强组织凝聚力建设，构建团队型学生会，个人总结《学生会期末个人总结》。我们以提高各部门沟通为基点，以“沟通协作”为理念，加强学生会内部干部个人之间、部门之间以及学生会与系团委之间的沟通，通过组织内部交流会、户外游戏等方式为大家提供沟通的平台。通过沟通，学生会干部个人之间、各部门之间加深彼此的了解，工作协调性大大增强，凝聚力不断提高。</w:t>
      </w:r>
      <w:r>
        <w:rPr>
          <w:lang w:eastAsia="zh-CN"/>
        </w:rPr>
        <w:br/>
      </w:r>
      <w:r>
        <w:rPr>
          <w:lang w:eastAsia="zh-CN"/>
        </w:rPr>
        <w:t>　　五、浓厚学风，务实求真，开拓创新，不断拓展多方面素质我们紧密围绕“迎评促建、浓厚学风”这个主题，本着为立足专业、提高素质的宗旨，以搭建展示大学生青春风采的舞台为目标，积极与外界联系，开拓更新更大的活动天地，创造更多更好的实践机会。积极开拓，勇于创新，打造出一个又一个形式新颖、内容丰富、影响深远的活动品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六、为了加大新生对大学的业余爱好，我系组织学生积极参加各协会的的活动，如近期的“魅力管理系”歌舞晚会、前一段的全院篮球争霸赛，以及新成立的计算机协会，举办面向全院的“PPT”大奖赛，和系内部的歌舞晚会，大大的提高了学生的业余爱好。</w:t>
      </w:r>
      <w:r>
        <w:rPr>
          <w:lang w:eastAsia="zh-CN"/>
        </w:rPr>
        <w:br/>
      </w:r>
      <w:r>
        <w:rPr>
          <w:lang w:eastAsia="zh-CN"/>
        </w:rPr>
        <w:t>　　七、另外，为了拓展专业素质，凸显专业特点，我系还于本学期成立了计算机会，该协会的成立为计算机专业的同学提供了施展才能的舞台，同时也将进一步拓展我系专业建设途径，为该专业人才培养模式进行了积极探索，提供了丰富的实践资源。纵观目前我系社团活动更加突出了我系专业化特色，以提高学生专业能力为基调，更多的是为了学生就业而服务。</w:t>
      </w:r>
      <w:r>
        <w:rPr>
          <w:lang w:eastAsia="zh-CN"/>
        </w:rPr>
        <w:br/>
      </w:r>
      <w:r>
        <w:rPr>
          <w:lang w:eastAsia="zh-CN"/>
        </w:rPr>
        <w:t>　　八、常规工作，不忘约束。从学生的自习、宿舍检查，到《系刊》、《班级板报》的编制工作，都无一不保持严谨、严格的一贯态度。虽然本学期中期自习考勤曾出现过一些状况，《系刊》工作也效果不理想，但可以看到在工作调整中学生会成员的成长，在不忘约束的常规工作中各部门工作都在走向成熟。</w:t>
      </w:r>
      <w:r>
        <w:rPr>
          <w:lang w:eastAsia="zh-CN"/>
        </w:rPr>
        <w:br/>
      </w:r>
      <w:r>
        <w:rPr>
          <w:lang w:eastAsia="zh-CN"/>
        </w:rPr>
        <w:t>　　九、保持优点，不断以实际行动改进不足。成绩是有目共睹，值得肯定的，但是回顾本学期的点点滴滴，我们还是能找到许多目前仍存在的不足。宏观而言，一是活动影响力不够。本学期活动数量上来说是不少的，形式多样，但是从活动效果、影响上观之，在全院影响力还不是很大，主要是时间还不够。二是活动品牌性不够。创出品牌是活动能否吸引广大同学积极参与的首要前提。而目前学生会活动呈现出“多而不精”的局面，活动缺少品牌，总体缺少精品。微观而言，一是个别工作存在沟通不足，沟通方式不妥的问题。二是在活动细节处理方面还不太全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在第一学期的历练中，我们看到了新一届学生会的成长，相信在未来的日子里，凭着我们团结齐心的精神，凭着我们集体的努力与奋斗，第一届学生会以及以后的每一届工作一定会更上一层楼!</w:t>
      </w:r>
      <w:r>
        <w:rPr>
          <w:lang w:eastAsia="zh-CN"/>
        </w:rPr>
        <w:br/>
      </w:r>
      <w:r>
        <w:rPr>
          <w:lang w:eastAsia="zh-CN"/>
        </w:rPr>
        <w:t xml:space="preserve">    2024年学生会期末个人总结 篇2 </w:t>
      </w:r>
      <w:r>
        <w:rPr>
          <w:lang w:eastAsia="zh-CN"/>
        </w:rPr>
        <w:br/>
      </w:r>
      <w:r>
        <w:rPr>
          <w:lang w:eastAsia="zh-CN"/>
        </w:rPr>
        <w:t>　　时光如梭，光阴似箭。在学生会生活快一年。</w:t>
      </w:r>
      <w:r>
        <w:rPr>
          <w:lang w:eastAsia="zh-CN"/>
        </w:rPr>
        <w:br/>
      </w:r>
      <w:r>
        <w:rPr>
          <w:lang w:eastAsia="zh-CN"/>
        </w:rPr>
        <w:t>　　原来，我还不知学生会作为何物，只是觉得时间很充裕，应该多给自己找点事情做。怀着这样的心态，我加入了面试队伍。实践证明：是的，每一位同学进入学生会，本质上都是从干事做起，可以说担任干事这一段时间做的是基础工作，但也是培养和展露自己能力的一个起点。身为一名学生会成员，首要的任务就是要协助好老师的工作。一个部门的工作是不能单单靠的几个人的，我们要成为一个集体，积极完成任务。</w:t>
      </w:r>
      <w:r>
        <w:rPr>
          <w:lang w:eastAsia="zh-CN"/>
        </w:rPr>
        <w:br/>
      </w:r>
      <w:r>
        <w:rPr>
          <w:lang w:eastAsia="zh-CN"/>
        </w:rPr>
        <w:t>　　每一学生会同事工作都是从零做起的，一年的学生会生活给我带来了很多宝贵的东西，使我有机会接触更多的人和事，令我受益匪浅!从不适应到适应，从陌生到熟悉，从只身一人到团队协作。无论从哪个方面讲，收获的东西很多，一年的学生会工作依然让我感触颇深。</w:t>
      </w:r>
      <w:r>
        <w:rPr>
          <w:lang w:eastAsia="zh-CN"/>
        </w:rPr>
        <w:br/>
      </w:r>
      <w:r>
        <w:rPr>
          <w:lang w:eastAsia="zh-CN"/>
        </w:rPr>
        <w:t>　　耐心，细心，责任心是做好本职工作的三“心”，当工作繁多时，要有充分地耐心，根据事情的轻重缓急，一件件圆满的完成;当工作比较繁琐时，我们就要细心，认真，一丝不苟的完成你的工作;当工作繁繁琐时我们要有责任心，每件事都要尽心尽力的完成，这样才会有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耐心，细心，责任心是必备的话，还给自己一点信心，把每一项难关都当成是上帝给我们考验。任何时候都不放弃相信自己一定可以。除此之外，我也通过学生会锻炼了自己的品质，由随遇而安的个性逐渐学会了坚持，学会了冷静的思考问题。能正确的认识自己的不足，弥补过失。学会周密的计划一次活动，也增强了自己的团队协作能力。</w:t>
      </w:r>
      <w:r>
        <w:rPr>
          <w:lang w:eastAsia="zh-CN"/>
        </w:rPr>
        <w:br/>
      </w:r>
      <w:r>
        <w:rPr>
          <w:lang w:eastAsia="zh-CN"/>
        </w:rPr>
        <w:t xml:space="preserve">    2024年学生会期末个人总结 篇3 </w:t>
      </w:r>
      <w:r>
        <w:rPr>
          <w:lang w:eastAsia="zh-CN"/>
        </w:rPr>
        <w:br/>
      </w:r>
      <w:r>
        <w:rPr>
          <w:lang w:eastAsia="zh-CN"/>
        </w:rPr>
        <w:t>　　年末岁首，辞旧迎新，在这个隆隆的冬日，我们会计学系第五届学生会和第一届学管会全体成员，齐聚一堂举行我们会计学系的年终总结与来年展望报告会。我很高兴很激动，高兴我们新的一届学生会在风雨中又走过了辉煌的一学期，激动我们的学生会正在不断的成长，不断的成熟。</w:t>
      </w:r>
      <w:r>
        <w:rPr>
          <w:lang w:eastAsia="zh-CN"/>
        </w:rPr>
        <w:br/>
      </w:r>
      <w:r>
        <w:rPr>
          <w:lang w:eastAsia="zh-CN"/>
        </w:rPr>
        <w:t>　　首先，我要庆祝大家，庆祝大家在过去的半年里励精图治，开拓向前，使我们学生会更加发展壮大。我更要庆祝在座的各位大一的干事们，庆祝你们在过去的一学期里，通过不断学习、不断成长取得的骄人成绩，顺利的融入大学，融入会计学系，融入我们的学生会。</w:t>
      </w:r>
      <w:r>
        <w:rPr>
          <w:lang w:eastAsia="zh-CN"/>
        </w:rPr>
        <w:br/>
      </w:r>
      <w:r>
        <w:rPr>
          <w:lang w:eastAsia="zh-CN"/>
        </w:rPr>
        <w:t>　　这个学期马上就要接近尾声了，我们学生会的工作也即将告一段落。回顾过去的一学期学生会在学工办和学管会的大力支持与帮助下，取得了长足的进步与发展。在这半年中，我们的工作都有条不紊的进行，在各项活动中也都发挥了积极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从开学伊始到现在，这个学期经历了大大小小很多事情，正是由于在各部门的共同努力下，才把各项工作做的到位。例如：</w:t>
      </w:r>
      <w:r>
        <w:rPr>
          <w:lang w:eastAsia="zh-CN"/>
        </w:rPr>
        <w:br/>
      </w:r>
      <w:r>
        <w:rPr>
          <w:lang w:eastAsia="zh-CN"/>
        </w:rPr>
        <w:t>　　办公室起到了很好的上传下达的功能，认真完成学生会备忘录，在各项活动中、会议中，起到了协调各部门的作用;</w:t>
      </w:r>
      <w:r>
        <w:rPr>
          <w:lang w:eastAsia="zh-CN"/>
        </w:rPr>
        <w:br/>
      </w:r>
      <w:r>
        <w:rPr>
          <w:lang w:eastAsia="zh-CN"/>
        </w:rPr>
        <w:t>　　体育部在日常的早操中，发挥到了积极带头的作用，并成功举办了“火焰杯”篮球赛及趣味运动会，发扬了体育精神，丰富了同学们的课余生活;</w:t>
      </w:r>
      <w:r>
        <w:rPr>
          <w:lang w:eastAsia="zh-CN"/>
        </w:rPr>
        <w:br/>
      </w:r>
      <w:r>
        <w:rPr>
          <w:lang w:eastAsia="zh-CN"/>
        </w:rPr>
        <w:t>　　文艺部及大学生艺术团给同学们提供了一个很好的施展才艺的平台，“国际大学生节”的成功举办离不开他们的身影;</w:t>
      </w:r>
      <w:r>
        <w:rPr>
          <w:lang w:eastAsia="zh-CN"/>
        </w:rPr>
        <w:br/>
      </w:r>
      <w:r>
        <w:rPr>
          <w:lang w:eastAsia="zh-CN"/>
        </w:rPr>
        <w:t>　　外联部积极的拉赞助，拉舞台，工作尽心尽力，为系报的出版和各种活动的举办，作出了不可磨灭的贡献;</w:t>
      </w:r>
      <w:r>
        <w:rPr>
          <w:lang w:eastAsia="zh-CN"/>
        </w:rPr>
        <w:br/>
      </w:r>
      <w:r>
        <w:rPr>
          <w:lang w:eastAsia="zh-CN"/>
        </w:rPr>
        <w:t>　　宣传部虽为幕后的工作，可是在每次活动中，都能看到他们制作的精美的版画，为活动添光加彩;</w:t>
      </w:r>
      <w:r>
        <w:rPr>
          <w:lang w:eastAsia="zh-CN"/>
        </w:rPr>
        <w:br/>
      </w:r>
      <w:r>
        <w:rPr>
          <w:lang w:eastAsia="zh-CN"/>
        </w:rPr>
        <w:t>　　编辑部在每次活动的过程中，都会拍很照片，来记录我们发展的历程，并且系报的出版，也离不开他们的辛勤付出;</w:t>
      </w:r>
      <w:r>
        <w:rPr>
          <w:lang w:eastAsia="zh-CN"/>
        </w:rPr>
        <w:br/>
      </w:r>
      <w:r>
        <w:rPr>
          <w:lang w:eastAsia="zh-CN"/>
        </w:rPr>
        <w:t>　　通讯部人员，用笔杆书写着精美的文章，在一次次活动进行中，记录着我们前进的步伐。</w:t>
      </w:r>
      <w:r>
        <w:rPr>
          <w:lang w:eastAsia="zh-CN"/>
        </w:rPr>
        <w:br/>
      </w:r>
      <w:r>
        <w:rPr>
          <w:lang w:eastAsia="zh-CN"/>
        </w:rPr>
        <w:t>　　总之，学生会的进步离不开各部之间的协作与互助，正因为大家的团结一心，我们才成功举办了“火焰杯”篮球赛和趣味运动会、举办“为孤儿院献爱心”活动、举办了“国际大学生节”和参观“泰山啤酒集团”等很多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谨代表主席团对学生会全体成员所做出的贡献表示感谢!但是成绩属于过去，奋斗成就未来。尽管工作中我们取得了不少的成绩但是不可否认的是我们还存在许多的不足或者可以说是错误。所以在此，我想对各位学生会成员提几点希望和要求：</w:t>
      </w:r>
      <w:r>
        <w:rPr>
          <w:lang w:eastAsia="zh-CN"/>
        </w:rPr>
        <w:br/>
      </w:r>
      <w:r>
        <w:rPr>
          <w:lang w:eastAsia="zh-CN"/>
        </w:rPr>
        <w:t>　　一、严于律己，以身作则，充分发挥学生干部的模范带头作用。</w:t>
      </w:r>
      <w:r>
        <w:rPr>
          <w:lang w:eastAsia="zh-CN"/>
        </w:rPr>
        <w:br/>
      </w:r>
      <w:r>
        <w:rPr>
          <w:lang w:eastAsia="zh-CN"/>
        </w:rPr>
        <w:t>　　学生会成员经过层层选拔脱颖而出的，我们一定得汲取以往一些学生会成员的教训，严格要求自己，不能约束自己或者是没有高标准，会影响了学生会的整体形象，在同学中造成不好的影响，让我们的同学对学生会产生了怀疑，影响了学生会的工作。因此，学生会通过一系列规章制度对广大同学实施监督管理，要求同学们遵守的，学生会成员首先要自觉遵守。要清醒认识到，自己的一言一行将在同学中产生直接影响，要充分发挥学生干部的模范带头作用。</w:t>
      </w:r>
      <w:r>
        <w:rPr>
          <w:lang w:eastAsia="zh-CN"/>
        </w:rPr>
        <w:br/>
      </w:r>
      <w:r>
        <w:rPr>
          <w:lang w:eastAsia="zh-CN"/>
        </w:rPr>
        <w:t>　　二、加强沟通，团结协作，共同进步，增强服务意识。</w:t>
      </w:r>
      <w:r>
        <w:rPr>
          <w:lang w:eastAsia="zh-CN"/>
        </w:rPr>
        <w:br/>
      </w:r>
      <w:r>
        <w:rPr>
          <w:lang w:eastAsia="zh-CN"/>
        </w:rPr>
        <w:t>　　建设一支具有战斗力的团队，才能保证学生会工作富有成效，学生会作为优秀的学生群众组织，要想具有强大的凝聚力和战斗力，就必须做到各部门工作相互配合;相互协作。彼此取长补短，共同提高工作效率，从而更好地为同学们服务。这要求学生会每一位工作人员明确职责，干好本部门工作的同时，积极参与其他部门的工作，多为工作献计献策，遇到问题不推诿，加强沟通与交流，共同进步，共同提高。</w:t>
      </w:r>
      <w:r>
        <w:rPr>
          <w:lang w:eastAsia="zh-CN"/>
        </w:rPr>
        <w:br/>
      </w:r>
      <w:r>
        <w:rPr>
          <w:lang w:eastAsia="zh-CN"/>
        </w:rPr>
        <w:t>　　希望各部以现有的工作基础为起点，把学生会的工作当作自己的事业来做，扎扎实实做好各项工作。明天，我们学生会还要不断完善我们的工作，建立属于我们会计学系的网站，并创建网络服务部;还有运动会等活动，也等待着我们积极去参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老师们，同学们：我们共聚一堂，总结过去，计划未来，承前启后，为下面的工作做了良好铺垫，我们需进一步研究探索新形势下我校学生会的自身建设和工作方向。硕果累累的一学期即将结束，成绩只能代表过去。新的一年就要来临，对于来年的学生会工作，我们需要付出更多的努力，我相信大家齐心协力，一定可以做出更好的成绩!</w:t>
      </w:r>
      <w:r>
        <w:rPr>
          <w:lang w:eastAsia="zh-CN"/>
        </w:rPr>
        <w:br/>
      </w:r>
      <w:r>
        <w:rPr>
          <w:lang w:eastAsia="zh-CN"/>
        </w:rPr>
        <w:t xml:space="preserve">    2024年学生会期末个人总结 篇4 </w:t>
      </w:r>
      <w:r>
        <w:rPr>
          <w:lang w:eastAsia="zh-CN"/>
        </w:rPr>
        <w:br/>
      </w:r>
      <w:r>
        <w:rPr>
          <w:lang w:eastAsia="zh-CN"/>
        </w:rPr>
        <w:t>　　作为学生会主席，在过去的半年里，主持开展了一些工作。在学生会其他成员的共同努力以及在辅导老师的指导下，这半年取得了一点成果，同时也有很多的不足。下面对本学期的工作以及下学期的计划具体做进一步的阐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时至岁末，回眸过去的一学期，在我担任学生会主席以来，学生会的工作都在平稳却不乏艰难地进行着，干事的素质得到了一定的提高，内部凝聚力也获得了增强，在学生会广大队伍的努力下，各项工作都取得了一定的进展，回顾我在学生会一年半的工作经历，我深深地感悟到：每一项活动的顺利举行，均离不开领导的指导，离不全体学生会干事兢兢业业的奉献，更离不开广大同学对我们工作的理解和支持。我们能够取得这样的成绩也是干事们本着为同学服务，把宝贵的时间和精力无私的投入到工作中去，把汗水和心血倾注到自己热爱的岗位上，经受住了各种考验，顺利完成了各项任务。此时我已深深地感觉到新一学期的工作重担已向我们无情地压来，为了使学生会获得更大的进步，我们必须在过去的基础上进一步学习和加深认识。</w:t>
      </w:r>
      <w:r>
        <w:rPr>
          <w:lang w:eastAsia="zh-CN"/>
        </w:rPr>
        <w:br/>
      </w:r>
      <w:r>
        <w:rPr>
          <w:lang w:eastAsia="zh-CN"/>
        </w:rPr>
        <w:t>　　我们学生会在上学期开展了一系列的活动,例如有接待新生、招新、运动会、“篮球友谊赛、足球赛，英语四六级经验交流会，演讲、朗诵比赛、文明标语征集、“大手拉小手”特色活动、元旦晚会、学生会部长与班级干部交流会、干事交流会等，在各项活动的开展中，取得了丰富的活动经验，总结有以下几点成功之处：</w:t>
      </w:r>
      <w:r>
        <w:rPr>
          <w:lang w:eastAsia="zh-CN"/>
        </w:rPr>
        <w:br/>
      </w:r>
      <w:r>
        <w:rPr>
          <w:lang w:eastAsia="zh-CN"/>
        </w:rPr>
        <w:t>　　1,活跃校园文化气息，在活动中教育人</w:t>
      </w:r>
      <w:r>
        <w:rPr>
          <w:lang w:eastAsia="zh-CN"/>
        </w:rPr>
        <w:br/>
      </w:r>
      <w:r>
        <w:rPr>
          <w:lang w:eastAsia="zh-CN"/>
        </w:rPr>
        <w:t>　　为使主题教育活动更加形象、直观，更具有感染力和说服力，我学生会特举办了《学生会部长与班级干部交流会、干事交流会》。学生会各部长、各班级班长、团支书、学习委参加了此次会议，会议上学生会各部门部长向大家介绍了各部门的具体情况、本学期特色活动。让彼此达到沟通、了解。此次会议</w:t>
      </w:r>
      <w:r>
        <w:rPr>
          <w:lang w:eastAsia="zh-CN"/>
        </w:rPr>
        <w:br/>
      </w:r>
      <w:r>
        <w:rPr>
          <w:lang w:eastAsia="zh-CN"/>
        </w:rPr>
        <w:t>　　在同学中得到了广泛的好评，取得了显著的成效。我们也决定：在下学期，每月初将开一次同样的会议，向同学们介绍学生会的各项活动，让同学们深入了解。</w:t>
      </w:r>
      <w:r>
        <w:rPr>
          <w:lang w:eastAsia="zh-CN"/>
        </w:rPr>
        <w:br/>
      </w:r>
      <w:r>
        <w:rPr>
          <w:lang w:eastAsia="zh-CN"/>
        </w:rPr>
        <w:t>　　2、引导学生组织开展活动，为学生拓展兴趣爱好提供平台</w:t>
      </w:r>
      <w:r>
        <w:rPr>
          <w:lang w:eastAsia="zh-CN"/>
        </w:rPr>
        <w:br/>
      </w:r>
      <w:r>
        <w:rPr>
          <w:lang w:eastAsia="zh-CN"/>
        </w:rPr>
        <w:t>　　学生会意指为学生服务，本学期，我们在学生会举行篮球友谊赛、足球赛，英语四六级经验交流会，演讲、朗诵比赛、文明标语征集、“大手拉小手”特色活动、元旦晚会等激发学生兴趣类的活动，旨在为学生们提供一个展现自我与相互沟通的平台，增强学生会内部的凝聚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另外，学生会也积极地以四六级讲座，新老生经验交流会，心理讲座的方式指导广大学生的在英语和心理方面的学习，潜移默化地对同学们产生影响。我们有理由相信：在领导、辅导员老师的悉心指导下，在全系广大师生的热情参与共同努力下，系学生会的明天必将更加灿烂辉煌!</w:t>
      </w:r>
      <w:r>
        <w:rPr>
          <w:lang w:eastAsia="zh-CN"/>
        </w:rPr>
        <w:br/>
      </w:r>
      <w:r>
        <w:rPr>
          <w:lang w:eastAsia="zh-CN"/>
        </w:rPr>
        <w:t>　　当然，学生会的成功不在于活动成功地举办。本学期，我们学生会的工作都没有真正处在主动地位置上，为此，我与信息系、机械系学生会进行了一次交流，与他们交流学生会的工作经验，总结成功的经验和失败的教训，弥补不足，不断创新和提高。细细总结，我们学生会存在以下几点不足：</w:t>
      </w:r>
      <w:r>
        <w:rPr>
          <w:lang w:eastAsia="zh-CN"/>
        </w:rPr>
        <w:br/>
      </w:r>
      <w:r>
        <w:rPr>
          <w:lang w:eastAsia="zh-CN"/>
        </w:rPr>
        <w:t>　　1、我们没有完全解决历史遗留问题。学生会在各班级的影响力很不均匀，这是制约学生会向前发展的一大“顽疾”。应在宣传、交流会等方面加大工作力度，充分利用海报等各种载体向同学们宣传系内活动情况，引导广大学生关注时事，帮助广大同学树立正确的世界观，真正让他们在思想上依赖学生会。</w:t>
      </w:r>
      <w:r>
        <w:rPr>
          <w:lang w:eastAsia="zh-CN"/>
        </w:rPr>
        <w:br/>
      </w:r>
      <w:r>
        <w:rPr>
          <w:lang w:eastAsia="zh-CN"/>
        </w:rPr>
        <w:t>　　2、我们没有出台完整的、具体的规章制度，对同学们的意见的收集、处理以及上传，我们还没有一个严密的机制来保证反应的迅速。这一问题需要依靠秘书部和学习部通过协商来解决这一问题。</w:t>
      </w:r>
      <w:r>
        <w:rPr>
          <w:lang w:eastAsia="zh-CN"/>
        </w:rPr>
        <w:br/>
      </w:r>
      <w:r>
        <w:rPr>
          <w:lang w:eastAsia="zh-CN"/>
        </w:rPr>
        <w:t>　　3、我们没有真正的走出去。本学期，学生会的工作几乎都局限在学生会内部，当然我们可以将这学期的工作看成是学生会内部的大练兵，在提升全员素质。</w:t>
      </w:r>
      <w:r>
        <w:rPr>
          <w:lang w:eastAsia="zh-CN"/>
        </w:rPr>
        <w:br/>
      </w:r>
      <w:r>
        <w:rPr>
          <w:lang w:eastAsia="zh-CN"/>
        </w:rPr>
        <w:t xml:space="preserve">    2024年学生会期末个人总结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随着时间飞快的流逝，对于这一学年的学生工作也告一段落。想起刚进入大学时，也是我刚加入学生会时，我学到了太多的东西，使我有机会接触更多的人和事，令我受益匪浅。其中我所在的劳委部工作开展顺利，无论从哪个方面讲，都收获了很多很多。</w:t>
      </w:r>
      <w:r>
        <w:rPr>
          <w:lang w:eastAsia="zh-CN"/>
        </w:rPr>
        <w:br/>
      </w:r>
      <w:r>
        <w:rPr>
          <w:lang w:eastAsia="zh-CN"/>
        </w:rPr>
        <w:t>　　现在就简单做一下总结：</w:t>
      </w:r>
      <w:r>
        <w:rPr>
          <w:lang w:eastAsia="zh-CN"/>
        </w:rPr>
        <w:br/>
      </w:r>
      <w:r>
        <w:rPr>
          <w:lang w:eastAsia="zh-CN"/>
        </w:rPr>
        <w:t>　　首先从认识上谈，刚被选为劳委部部长时，还很不屑，每当事实与自己的理想有差距时，我们总会很不屑于眼前的一切，总认为，自己的能力真的不仅仅是如此。而之后才慢慢发现这个工作，虽然很繁琐，但还是很有趣的。后来意识到并不是所有位处高职才会很有作为，而我，在这个小小的部里，也会有作为的，我可以做的依旧不次于当初的选择。</w:t>
      </w:r>
      <w:r>
        <w:rPr>
          <w:lang w:eastAsia="zh-CN"/>
        </w:rPr>
        <w:br/>
      </w:r>
      <w:r>
        <w:rPr>
          <w:lang w:eastAsia="zh-CN"/>
        </w:rPr>
        <w:t>　　着眼于当前，就是处世为人，虽说不上是处世，但总归还是为人吧！作为部长，对于干事怎么安排，怎么安抚大家，怎么让大家心甘情愿的配合你的工作，这里面我想是有技巧的，每句话的措辞与说话的方式，都要掂量着说，这就是我们劳委部如今团结的所在，记得刚入学生会时，老师就交代，没有上级与下级的区别，大家都是干事，这样，我的某些顾虑就少了很多，我们劳委部总共八人半年下来，依旧相处很融洽。</w:t>
      </w:r>
      <w:r>
        <w:rPr>
          <w:lang w:eastAsia="zh-CN"/>
        </w:rPr>
        <w:br/>
      </w:r>
      <w:r>
        <w:rPr>
          <w:lang w:eastAsia="zh-CN"/>
        </w:rPr>
        <w:t>　　其次就是工作，我们部平时的工作比较繁琐，每个星期都要例行卫生抽查，检查，鉴于我们的所有成员的认真负责，所有工作进行的有条不紊，工作的顺利进行，我们的所有成员都有功劳，希望在大三新学期会再接再厉，争取使我们的工作计划顺利进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再者就是说说学生会各个部的合作，其实学生会也是一个不大不小的集体，这也是一个有纪律的组织，内部之间需要，很需要好好配合，这期间就发现大家都有很强的团队精神，比如其中的团总支考评材料的准备，我为我们部的任务圆满完成而感到欣慰，还有配合组织了“母亲节送祝福”活动。</w:t>
      </w:r>
      <w:r>
        <w:rPr>
          <w:lang w:eastAsia="zh-CN"/>
        </w:rPr>
        <w:br/>
      </w:r>
      <w:r>
        <w:rPr>
          <w:lang w:eastAsia="zh-CN"/>
        </w:rPr>
        <w:t>　　而就时间的安排来说，学生会的工作有时真的是与学习时间相冲的，怎么做好这个时间的安排，工作的调配，也是我们今年学的重重之重，期间我感觉我的时间就安排的很协调，工作，学习各不干扰，关于时间的安排，平时工作期间就很注意每个成员的上课时间学习时间，做到最好的融洽。</w:t>
      </w:r>
      <w:r>
        <w:rPr>
          <w:lang w:eastAsia="zh-CN"/>
        </w:rPr>
        <w:br/>
      </w:r>
      <w:r>
        <w:rPr>
          <w:lang w:eastAsia="zh-CN"/>
        </w:rPr>
        <w:t>　　最后要做个检讨，就是我们部今天我感到很遗憾的事情，就是计划在五月中旬到六月中旬开展的争先创优宿舍文化评比的活动没有举行，一直都很遗憾，这期间也有种种原因，希望老师也在下半年的工作中多多支持，老师是我们开展活动坚强的后盾，所以请老师多多支持，在闲暇时稍微关注一下学生会工作的开展。</w:t>
      </w:r>
      <w:r>
        <w:rPr>
          <w:lang w:eastAsia="zh-CN"/>
        </w:rPr>
        <w:br/>
      </w:r>
      <w:r>
        <w:rPr>
          <w:lang w:eastAsia="zh-CN"/>
        </w:rPr>
        <w:t>　　一年，还算不上一年的合作，我认为，每个成员都很尽职尽责，希望我们劳委部在来年的工作中，蒸蒸日上，顺顺当当，我们学生会的凝聚力更上一层楼。</w:t>
      </w:r>
      <w:r>
        <w:rPr>
          <w:lang w:eastAsia="zh-CN"/>
        </w:rPr>
        <w:br/>
      </w:r>
      <w:r>
        <w:rPr>
          <w:lang w:eastAsia="zh-CN"/>
        </w:rPr>
        <w:t xml:space="preserve">    2024年学生会期末个人总结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时间过得真快，一眨眼就到学期末了。但对于我们站在学校管理前线的各位干部们，这个过程不容易，尤其在学校管理中坚持多年的干部们更不容易。我认为，她们么只所以坚持并无怨无悔付出努力，并不是单单只为了个人的能力的提升和荣誉，更多的是他们热爱我们的学校，希望我们学校发展得更好，让老师同学们住在一个环境舒适的大家庭中。在此我仅代表团委以及全体的学生会指导老师对一直以来默默无闻为学校管理付出努力的干部们说声谢谢，谢谢你们!学校会记住大家的付出于贡献!今天学校对我们工作的肯定，大家已经看到了。</w:t>
      </w:r>
      <w:r>
        <w:rPr>
          <w:lang w:eastAsia="zh-CN"/>
        </w:rPr>
        <w:br/>
      </w:r>
      <w:r>
        <w:rPr>
          <w:lang w:eastAsia="zh-CN"/>
        </w:rPr>
        <w:t>　　我曾多次说过，我们要发现自我价值和实现自我价值。当各位指导老师挑选到我们自己或你主动加入学生会这个大家庭。其实我们的价值已经找到了，而如何去实现在管理中个人的价值，虽需要老师美的指导和培养，但更多的是自己思考如何去在短时间体现个人的自身价值。例如我加入这个部门要如何去做，有什么好的建议和想法，我的短期目标和长期目标是什么等等。没有发现自身价值的人是可悲的，发现了却没有付诸行动努力实现的人是非常遗憾的。在此，希望大家在现有岗位，在老师的指导和培养下，能够主动并努力去实现自身价值。等真正实现我们自身价值的那一天，你会发现之前不管有多辛苦，今天的成就都是值得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本学期检查工作中涌现处一批优秀的团支书及学生会干部。优秀的团支书有：陈怡莹、陈明秀、唐盈盈、唐清芬、唐荣村、许婧书。思想汇报专题优秀广播员有：陈月娇、陈春艳。宿舍内务部的有：唐金滩、庄肖音、黄巧计、陈姗姗、林春媚、唐琪俏、唐铭怡。女生纪律部：庄怡颖、唐明浪、陈思艳。男生纪律部：陆德漂、林学贤、林家庆、陈华迎。食堂管理部：陈格格、唐晓梦、杨柳婷、陈饶婷。卫生部：尤小婷、陈清秋、谭欣怡、陈榴音、陈美霖。录入部：陈文茹、林晓珍等33位干部。在此希望获得优秀干部的同学要再接再厉，处处起到模范带头作用，为学校的发展做出新的贡献。同时也希望没有获得优秀称号的干部要向优秀干部同学学习，在以后工作中更加主动和积极，尽快感到优秀这一队伍中来。</w:t>
      </w:r>
      <w:r>
        <w:rPr>
          <w:lang w:eastAsia="zh-CN"/>
        </w:rPr>
        <w:br/>
      </w:r>
      <w:r>
        <w:rPr>
          <w:lang w:eastAsia="zh-CN"/>
        </w:rPr>
        <w:t>　　在这里我要提出我们存在的问题</w:t>
      </w:r>
      <w:r>
        <w:rPr>
          <w:lang w:eastAsia="zh-CN"/>
        </w:rPr>
        <w:br/>
      </w:r>
      <w:r>
        <w:rPr>
          <w:lang w:eastAsia="zh-CN"/>
        </w:rPr>
        <w:t>　　1、部分干部没有坚持去实现个人自身价值而中途离开我们这个家庭。</w:t>
      </w:r>
      <w:r>
        <w:rPr>
          <w:lang w:eastAsia="zh-CN"/>
        </w:rPr>
        <w:br/>
      </w:r>
      <w:r>
        <w:rPr>
          <w:lang w:eastAsia="zh-CN"/>
        </w:rPr>
        <w:t>　　2、干部间缺乏相互学习和提高，团队合作想进一步加强。</w:t>
      </w:r>
      <w:r>
        <w:rPr>
          <w:lang w:eastAsia="zh-CN"/>
        </w:rPr>
        <w:br/>
      </w:r>
      <w:r>
        <w:rPr>
          <w:lang w:eastAsia="zh-CN"/>
        </w:rPr>
        <w:t>　　3、个别干部在没有值日时候没有以身作则，仪容仪表等。</w:t>
      </w:r>
      <w:r>
        <w:rPr>
          <w:lang w:eastAsia="zh-CN"/>
        </w:rPr>
        <w:br/>
      </w:r>
      <w:r>
        <w:rPr>
          <w:lang w:eastAsia="zh-CN"/>
        </w:rPr>
        <w:t>　　4、检查考核严格性、公正公平性要进一步提高。</w:t>
      </w:r>
      <w:r>
        <w:rPr>
          <w:lang w:eastAsia="zh-CN"/>
        </w:rPr>
        <w:br/>
      </w:r>
      <w:r>
        <w:rPr>
          <w:lang w:eastAsia="zh-CN"/>
        </w:rPr>
        <w:t>　　5、主动向老师提一建议的干部少。</w:t>
      </w:r>
      <w:r>
        <w:rPr>
          <w:lang w:eastAsia="zh-CN"/>
        </w:rPr>
        <w:br/>
      </w:r>
      <w:r>
        <w:rPr>
          <w:lang w:eastAsia="zh-CN"/>
        </w:rPr>
        <w:t>　　6、敢于揭发坏人坏事的干部不多。</w:t>
      </w:r>
      <w:r>
        <w:rPr>
          <w:lang w:eastAsia="zh-CN"/>
        </w:rPr>
        <w:br/>
      </w:r>
      <w:r>
        <w:rPr>
          <w:lang w:eastAsia="zh-CN"/>
        </w:rPr>
        <w:t>　　7、个别干部学习上缺乏主动性</w:t>
      </w:r>
      <w:r>
        <w:rPr>
          <w:lang w:eastAsia="zh-CN"/>
        </w:rPr>
        <w:br/>
      </w:r>
      <w:r>
        <w:rPr>
          <w:lang w:eastAsia="zh-CN"/>
        </w:rPr>
        <w:t>　　8、参与各种活动的干部人数不多(体育、书法、文艺表演等)，没有全面发展。</w:t>
      </w:r>
      <w:r>
        <w:rPr>
          <w:lang w:eastAsia="zh-CN"/>
        </w:rPr>
        <w:br/>
      </w:r>
      <w:r>
        <w:rPr>
          <w:lang w:eastAsia="zh-CN"/>
        </w:rPr>
        <w:t>　　提出希望。</w:t>
      </w:r>
      <w:r>
        <w:rPr>
          <w:lang w:eastAsia="zh-CN"/>
        </w:rPr>
        <w:br/>
      </w:r>
      <w:r>
        <w:rPr>
          <w:lang w:eastAsia="zh-CN"/>
        </w:rPr>
        <w:t>　　1、希望每位干部都能在我们管理团队中找到自己的位置和自己的价值，并努力去实现自己的价值。</w:t>
      </w:r>
      <w:r>
        <w:rPr>
          <w:lang w:eastAsia="zh-CN"/>
        </w:rPr>
        <w:br/>
      </w:r>
      <w:r>
        <w:rPr>
          <w:lang w:eastAsia="zh-CN"/>
        </w:rPr>
        <w:t>　　2、希望大家平时在同学们中要以身作则(不管是仪容仪表还是工作、1学习)，祈祷带头模范作用。</w:t>
      </w:r>
      <w:r>
        <w:rPr>
          <w:lang w:eastAsia="zh-CN"/>
        </w:rPr>
        <w:br/>
      </w:r>
      <w:r>
        <w:rPr>
          <w:lang w:eastAsia="zh-CN"/>
        </w:rPr>
        <w:t>　　3、希望大家积极参加各种比赛或文艺活动，多方面同步发展。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4、希望大家在期末考试中取得友谊成绩，同时提前祝愿大家新年快乐，全面进步，开开心心。</w:t>
      </w:r>
      <w:r>
        <w:rPr>
          <w:lang w:eastAsia="zh-CN"/>
        </w:rPr>
        <w:br/>
      </w:r>
      <w:r>
        <w:rPr>
          <w:lang w:eastAsia="zh-CN"/>
        </w:rPr>
        <w:t xml:space="preserve">    2024年学生会期末个人总结 篇7 </w:t>
      </w:r>
      <w:r>
        <w:rPr>
          <w:lang w:eastAsia="zh-CN"/>
        </w:rPr>
        <w:br/>
      </w:r>
      <w:r>
        <w:rPr>
          <w:lang w:eastAsia="zh-CN"/>
        </w:rPr>
        <w:t>　　很荣幸能加入生命与环境科学学院学生会并成为其中的一员。参加竞选时的“为同学们服务”的誓词还依稀的在耳边回荡，也许曾经有把它当作一种口号，而通过这一学期的工作我才发现，进入学生会不只有别人羡慕的眼神，而更多的是踏踏实实的工作，默默无闻的付出。</w:t>
      </w:r>
      <w:r>
        <w:rPr>
          <w:lang w:eastAsia="zh-CN"/>
        </w:rPr>
        <w:br/>
      </w:r>
      <w:r>
        <w:rPr>
          <w:lang w:eastAsia="zh-CN"/>
        </w:rPr>
        <w:t>　　刚进入学生会这个大家庭就迎来了校运动会这么大的事情。因为有项目，训练的'时间和工作时间发生了冲突，因而很多工作都没有做，尽管在团体项目中取得了一定的成绩，可是没有参与工作这是我最大的遗憾。因为这不只是失去了一个为大家服务的机会，更重要的是在运动会期间没有机会和学长学姐学习，也没有和新加入的干事们相互熟悉和交流。其实走进学生会走进学习部，是一种缘分。 最初进入学生会的目的就是要来展示自己，锻炼自己。可当我真正的进来以后我有些怀疑自己是否有能力做好自己该作的事，因为好多工作都是在大家的共同帮助下完成的。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其实学习部的工作相对其他部门来说是比较少的，我们部门的最重要的一个工作就是学习经验交流会。这次会议的策划是部里的同学一起讨论的结果，幻灯片的制作我也是在旁边帮忙，尽管因为认识实习的缘故我没能亲自参加这次学习经验交流会，没能亲眼看见制作的幻灯片，但我依然觉得自己很幸运，通过这次活动我还是学到了关于策划的写作，复习了关于幻灯片的制作，更重要的是积累了作为活动组织者的经验。除了这次活动，还参加了譬如篮球比赛的计分，结构设计大赛的教室整理布置和值班。尽管我做的都是一些不起眼的小事或许并不被人注意，但我甘愿做默默无闻的蜜蜂，如我竞选时的誓言一样，为我们建工的发展尽自己的最大努力作出贡献。</w:t>
      </w:r>
      <w:r>
        <w:rPr>
          <w:lang w:eastAsia="zh-CN"/>
        </w:rPr>
        <w:br/>
      </w:r>
      <w:r>
        <w:rPr>
          <w:lang w:eastAsia="zh-CN"/>
        </w:rPr>
        <w:t>　　如果没有加入学生会我将不会有这些经历，不可能体验到这一种非课本的学习方式。或许前一阶段的我做得还不够好并且也还没有能力为学生会做更多更好的事情，但通过这么长时间的认识和学习，我想以后我会在以后的工作中带着这些经历与经验把工作任务做好，不断地在工作中发现不足并且及时弥补，努力提高自己业务水平，真正做到进学生会的目的，虽然我没有能力来展示自我但我可以通过这锻炼自己的能力。</w:t>
      </w:r>
      <w:r>
        <w:rPr>
          <w:lang w:eastAsia="zh-CN"/>
        </w:rPr>
        <w:br/>
      </w:r>
      <w:r>
        <w:rPr>
          <w:lang w:eastAsia="zh-CN"/>
        </w:rPr>
        <w:t>　　总结这一段时间的收获，我觉得我不会后悔加入学生会，或许会占用我的一些课余时间，但我得到了许多更为宝贵的东西---经历与经验，还有我交了十几个好朋友，很感谢学生会给了我这些锻炼机会。我相信态度决定一切，我会尽自己最大的努力把以后的工作做好。</w:t>
      </w:r>
      <w:r>
        <w:rPr>
          <w:lang w:eastAsia="zh-CN"/>
        </w:rPr>
        <w:br/>
      </w:r>
      <w:r>
        <w:rPr>
          <w:lang w:eastAsia="zh-CN"/>
        </w:rPr>
        <w:t xml:space="preserve">    2024年学生会期末个人总结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光阴荏苒，岁月如梭，大二上学期转眼间已接近尾声。回想这学期担任学生会生活部部长，许多工作生活的场景都像昨天发生的一样，是那么的清晰，仔细回顾这一学年，我的感悟很深刻在这一年的工作中，通过学生会各个部门的努力和配合，本学期各项活动得以有序的顺利完成。对于生活部，我们老师的领导下，在各位主席团的带领下，和各位干事和部长的积极努力工作下，努力的做好各项工作。</w:t>
      </w:r>
      <w:r>
        <w:rPr>
          <w:lang w:eastAsia="zh-CN"/>
        </w:rPr>
        <w:br/>
      </w:r>
      <w:r>
        <w:rPr>
          <w:lang w:eastAsia="zh-CN"/>
        </w:rPr>
        <w:t>　　在这一学期中，生活部新老成员团结共勉，认真协作，本着“为同学服务”的宗旨，圆满地完成了本部门的工作，并且积极地配合学生会其他部门的各项工作。经过生活部全体成员的共同努力和辛勤工作，工作有序的开展，总结如下：</w:t>
      </w:r>
      <w:r>
        <w:rPr>
          <w:lang w:eastAsia="zh-CN"/>
        </w:rPr>
        <w:br/>
      </w:r>
      <w:r>
        <w:rPr>
          <w:lang w:eastAsia="zh-CN"/>
        </w:rPr>
        <w:t>　　一、部门建设：</w:t>
      </w:r>
      <w:r>
        <w:rPr>
          <w:lang w:eastAsia="zh-CN"/>
        </w:rPr>
        <w:br/>
      </w:r>
      <w:r>
        <w:rPr>
          <w:lang w:eastAsia="zh-CN"/>
        </w:rPr>
        <w:t>　　在学生会纳新中，我们经过多次的面试，选拔出优秀的干事，为生活部补充了新鲜血液，给生活部带来了希望，迎来了生活部又一发展契机。新学期开始的查寝工作都是由我们带领学弟学妹们查的，期间我们把自己工作一年的经验会告诉给他们，让这些新鲜血液更好地融入生活部这个大家庭、使他们以饱满的热情投入到学生会工作中来。定期进行交流，共同探讨搞好工作、</w:t>
      </w:r>
      <w:r>
        <w:rPr>
          <w:lang w:eastAsia="zh-CN"/>
        </w:rPr>
        <w:br/>
      </w:r>
      <w:r>
        <w:rPr>
          <w:lang w:eastAsia="zh-CN"/>
        </w:rPr>
        <w:t>　　二、常规工作：</w:t>
      </w:r>
      <w:r>
        <w:rPr>
          <w:lang w:eastAsia="zh-CN"/>
        </w:rPr>
        <w:br/>
      </w:r>
      <w:r>
        <w:rPr>
          <w:lang w:eastAsia="zh-CN"/>
        </w:rPr>
        <w:t>　　1、生活部例会，于每单周五晚上20：30召开。例会主要总结本阶段的活动以及出现的问题。同时安排下阶段要进行的工作。例会使得生活部的各项工作有序进行。</w:t>
      </w:r>
      <w:r>
        <w:rPr>
          <w:lang w:eastAsia="zh-CN"/>
        </w:rPr>
        <w:br/>
      </w:r>
      <w:r>
        <w:rPr>
          <w:lang w:eastAsia="zh-CN"/>
        </w:rPr>
        <w:t>　　2、卫生检查生活部每周三早上检查寝室卫生，作为卫生检查项目的主体工作部门，我们的工作不仅仅是去发现问题，更重要的是去解决问题。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为此，我部多次召开院各班生活委员工作交流会，把我们在卫生检查过程中发现的做得不好的、做得不够的和容易丢分的地方，及时的反馈给各班生活委员，并达成一致的工作方向和意见，并且要求各干事一定要协助做好各班的卫生监督，在实际中去加强这方面的工作。只有这样才能在实际工作中去补缺补漏，才能真正做到发现问题和解决问题的目的。我们在去年的基础上完善了学生宿舍卫生检查参考评分标准和宿舍卫生评分评比规定，在一定程度上极大地调动了我们大学生讲究卫生，争做文明大学生的积极性。每周定期的宿舍卫生检查，不仅加强了寝室卫生管理力度，更好的督促了同学打扫好自己的宿舍，使他们养成良好的生活习惯，为学习提供了良好的环境。同时保证了同学和学生会之间的交流，及时发现问题并解决问题。这样的信息交流与工作流程确保了同学们生活环境的安全、舒适，也很好的完成了生活部应尽的使命。</w:t>
      </w:r>
      <w:r>
        <w:rPr>
          <w:lang w:eastAsia="zh-CN"/>
        </w:rPr>
        <w:br/>
      </w:r>
      <w:r>
        <w:rPr>
          <w:lang w:eastAsia="zh-CN"/>
        </w:rPr>
        <w:t>　　3、海上专业的半军事化管理的考勤工作，在每天早上的早训期间都会派出干事对各班训练情况进行考勤，督促各班级进行早训工作、</w:t>
      </w:r>
      <w:r>
        <w:rPr>
          <w:lang w:eastAsia="zh-CN"/>
        </w:rPr>
        <w:br/>
      </w:r>
      <w:r>
        <w:rPr>
          <w:lang w:eastAsia="zh-CN"/>
        </w:rPr>
        <w:t>　　4、针对兄弟部门开展的各项活动和各项体育赛事，像迎新晚会，我部积极配合，做好各项准备工作以及展开后勤服务，把最热心的帮助和最竭诚的服务提供给大家</w:t>
      </w:r>
      <w:r>
        <w:rPr>
          <w:lang w:eastAsia="zh-CN"/>
        </w:rPr>
        <w:br/>
      </w:r>
      <w:r>
        <w:rPr>
          <w:lang w:eastAsia="zh-CN"/>
        </w:rPr>
        <w:t>　　三、汇报总结：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在这学期的工作中我们团结合作，坚持不懈，带着激情，抱着为同学服务的心态完成了一项又一项的任务，得到了其他人的认可。在辛酸与汗水后，获得的成果是丰硕的.，是甜蜜的。在工作中我们也认识到了</w:t>
      </w:r>
      <w:r>
        <w:rPr>
          <w:lang w:eastAsia="zh-CN"/>
        </w:rPr>
        <w:br/>
      </w:r>
      <w:r>
        <w:rPr>
          <w:lang w:eastAsia="zh-CN"/>
        </w:rPr>
        <w:t>　　不足之处，干事们还没能完全了解学生会干事应有的思想与领悟，导致工作上太过于懒散，积极性低，工作不自觉，遇到问题不能灵活的解决。部门干事与干事之间还不能相互了解沟通，以至于工作上出现问题。但对于这些新干事的现状已经表现得很好。总结得失是我们最大的收获。每个干事对工作的热情，仔细认真，在探索中求得发展，在细微处取得进步。学会总结，才会有更大的进步。在这一学期也是我收获最大的一个学期经过一个年的实践我在各方面都有所增强，面对这些我都不会我将会扬长避短，使学生会的各项工作在稳定中创新，在创新中稳步前进，逐渐走向完善，更加积极的工作，创造出更加辉煌的成绩。同时对于做错的，前事不忘后事之师，我会好好总结，改正的，充实自己，完善自我，在以后的工作学习中，我将会继续努力，尽我最大努力付出爱与耐心，相信一切会变好!</w:t>
      </w:r>
      <w:r>
        <w:rPr>
          <w:lang w:eastAsia="zh-CN"/>
        </w:rPr>
        <w:br/>
      </w:r>
      <w:r>
        <w:rPr>
          <w:lang w:eastAsia="zh-CN"/>
        </w:rPr>
        <w:t xml:space="preserve">    2024年学生会期末个人总结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不知不觉，学生会就这样又要过了一届，身为艺术系团总支学生会副主席，从接到换届的任命书以来，身上就担任着一种责任，它不单单是一个荣誉同时也是一种责任的所在。从一名宣传部的部员转表到学生会副主席的转变，它不仅是职务的转变，同时也是工作思想的工作方法的转变。按照老师的指示，开展了自己的工作。在工作中积极配合主席策划和组织的学生会各项活动和工作，并且协调我所负责的四个部门，并顺利的完成各项工作。认真完成我的本职工作。</w:t>
      </w:r>
      <w:r>
        <w:rPr>
          <w:lang w:eastAsia="zh-CN"/>
        </w:rPr>
        <w:br/>
      </w:r>
      <w:r>
        <w:rPr>
          <w:lang w:eastAsia="zh-CN"/>
        </w:rPr>
        <w:t>　　现在将-__年度学生会本人工作总结</w:t>
      </w:r>
      <w:r>
        <w:rPr>
          <w:lang w:eastAsia="zh-CN"/>
        </w:rPr>
        <w:br/>
      </w:r>
      <w:r>
        <w:rPr>
          <w:lang w:eastAsia="zh-CN"/>
        </w:rPr>
        <w:t>　　1.宣传部</w:t>
      </w:r>
      <w:r>
        <w:rPr>
          <w:lang w:eastAsia="zh-CN"/>
        </w:rPr>
        <w:br/>
      </w:r>
      <w:r>
        <w:rPr>
          <w:lang w:eastAsia="zh-CN"/>
        </w:rPr>
        <w:t>　　在宣传方面,宣传部不断创新海报制作,在这学期的海报上我们可以看到部员们的海报手绘能力的提高。负责我系每次活动的宣传工作,从大型的舞台背景，横幅，精美的黑板报到海报和传单，为我系很好做出了宣传力度,为同学们带来最新的信息。部员们彼此互相帮助，团结友爱，在工作过中不断提高自己的工作能力,,除此以外,宣传部在日常工作以外,还经常和其它部门合作,开展了一系列上班上宿舍宣传活动。</w:t>
      </w:r>
      <w:r>
        <w:rPr>
          <w:lang w:eastAsia="zh-CN"/>
        </w:rPr>
        <w:br/>
      </w:r>
      <w:r>
        <w:rPr>
          <w:lang w:eastAsia="zh-CN"/>
        </w:rPr>
        <w:t>　　2.纪律部</w:t>
      </w:r>
      <w:r>
        <w:rPr>
          <w:lang w:eastAsia="zh-CN"/>
        </w:rPr>
        <w:br/>
      </w:r>
      <w:r>
        <w:rPr>
          <w:lang w:eastAsia="zh-CN"/>
        </w:rPr>
        <w:t>　　该部门能够认真负责完成本职日常工作,在工作中没有出现什么大的问题,在日常工作中,纪律部主要负责我系学生会活动的纪律工作,包括平时协助学习部早晚自习的检查，协助生活部宿舍教室的卫生检查,纪律部成员都能够认真完成,同时,在部内方面,纪律部也不断创新工作方法、方式,部员发现的问题和自己的想法建议,这样以来,不仅提高了工作效率,也对部员工作能力上的提高有了很大的帮助。</w:t>
      </w:r>
      <w:r>
        <w:rPr>
          <w:lang w:eastAsia="zh-CN"/>
        </w:rPr>
        <w:br/>
      </w:r>
      <w:r>
        <w:rPr>
          <w:lang w:eastAsia="zh-CN"/>
        </w:rPr>
        <w:t>　　3.生活部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这学期生活部工作也照常开展,日常工作中,生活部主要负责每周的课室、学生宿舍卫生方面和活动会议的准备工作。在生活部成员负责监督和指导各班级,使每周的课室卫生，学生宿舍卫生都能按质按量完成.让学生有着一个良好的学习环境。在完成日常工作外,生活部还协助了其他部门的一些工作,认真负责,完成协助的工作任务。</w:t>
      </w:r>
      <w:r>
        <w:rPr>
          <w:lang w:eastAsia="zh-CN"/>
        </w:rPr>
        <w:br/>
      </w:r>
      <w:r>
        <w:rPr>
          <w:lang w:eastAsia="zh-CN"/>
        </w:rPr>
        <w:t>　　4.女生部</w:t>
      </w:r>
      <w:r>
        <w:rPr>
          <w:lang w:eastAsia="zh-CN"/>
        </w:rPr>
        <w:br/>
      </w:r>
      <w:r>
        <w:rPr>
          <w:lang w:eastAsia="zh-CN"/>
        </w:rPr>
        <w:t>　　该部门主要负责我院和我系活动的拍照和化妆，例如，十大歌手，女生节、五四大合唱，技能比武开幕式等等的幕后工作，使每位站在表演台上的选手和表演者更靓丽的一面展现在观众的眼里。与此同时，女生部平时还协助生活部检查女生宿舍卫生，给生活部减少和方便了生活部的工作任务。在这学期，女生部和管理系，外语系联合举办了“sweetparty”形象大赛，也是在他们的精心安排下,顺利完成了此次比赛的各项工作.</w:t>
      </w:r>
      <w:r>
        <w:rPr>
          <w:lang w:eastAsia="zh-CN"/>
        </w:rPr>
        <w:br/>
      </w:r>
      <w:r>
        <w:rPr>
          <w:lang w:eastAsia="zh-CN"/>
        </w:rPr>
        <w:t xml:space="preserve">    2024年学生会期末个人总结 篇10 </w:t>
      </w:r>
      <w:r>
        <w:rPr>
          <w:lang w:eastAsia="zh-CN"/>
        </w:rPr>
        <w:br/>
      </w:r>
      <w:r>
        <w:rPr>
          <w:lang w:eastAsia="zh-CN"/>
        </w:rPr>
        <w:t>　　政治与行政学院组织部，在校院团委、学生会的领导下，积极完成各项任务，出色完成了本学期工作计划中的全部内容。</w:t>
      </w:r>
      <w:r>
        <w:rPr>
          <w:lang w:eastAsia="zh-CN"/>
        </w:rPr>
        <w:br/>
      </w:r>
      <w:r>
        <w:rPr>
          <w:lang w:eastAsia="zh-CN"/>
        </w:rPr>
        <w:t>　　本学期组织部切实以“精品团日大赛”、“团务交流会”等工作为本学期的工作核心，以“推优、评优”、“团关系转接”、“团组织生活”、“团员统计”、“团费收缴”等一系列常规工作为基础，合理分配工作，做到工作模块责任制，从而保证了每项工作的积极、顺利开展。同时，本学期我部门进一步完善了各项规章制度、活动方案，在联系同学、服务同学的过程中取到了很大作用。</w:t>
      </w:r>
      <w:r>
        <w:rPr>
          <w:lang w:eastAsia="zh-CN"/>
        </w:rPr>
        <w:br/>
      </w:r>
      <w:r>
        <w:rPr>
          <w:lang w:eastAsia="zh-CN"/>
        </w:rPr>
        <w:t>　　一、团委学生会换届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三月份，团委学生会试用委员第二轮面试。通过第二轮面试我们组织部正式确定了新任的6名委员，为组织部工作更好的开展注入新的动力和支撑。</w:t>
      </w:r>
      <w:r>
        <w:rPr>
          <w:lang w:eastAsia="zh-CN"/>
        </w:rPr>
        <w:br/>
      </w:r>
      <w:r>
        <w:rPr>
          <w:lang w:eastAsia="zh-CN"/>
        </w:rPr>
        <w:t>　　二、发展新团员</w:t>
      </w:r>
      <w:r>
        <w:rPr>
          <w:lang w:eastAsia="zh-CN"/>
        </w:rPr>
        <w:br/>
      </w:r>
      <w:r>
        <w:rPr>
          <w:lang w:eastAsia="zh-CN"/>
        </w:rPr>
        <w:t>　　三月份我们部门进行了发展新团员的工作，针对符合条件的同学进行申报审查，共有11人次作为本次工作的发展对象。该项工作按时按质完成。</w:t>
      </w:r>
      <w:r>
        <w:rPr>
          <w:lang w:eastAsia="zh-CN"/>
        </w:rPr>
        <w:br/>
      </w:r>
      <w:r>
        <w:rPr>
          <w:lang w:eastAsia="zh-CN"/>
        </w:rPr>
        <w:t>　　三、评优</w:t>
      </w:r>
      <w:r>
        <w:rPr>
          <w:lang w:eastAsia="zh-CN"/>
        </w:rPr>
        <w:br/>
      </w:r>
      <w:r>
        <w:rPr>
          <w:lang w:eastAsia="zh-CN"/>
        </w:rPr>
        <w:t>　　本学期的评优工作主要是根据团省委和团市委-__年评选优秀集体和个人的通知开展。三月份进行了“湛江市优秀共青团员”的申报名单和资料收集，最终确认了政治1082班的吴泳梅为我院的“湛江市优秀共青团员”的推荐人选，吴泳梅师姐也最终获得了“湛江市优秀共青团员”的称号。四月份我部门主要针对-__学年度获得学校优秀团干和优秀团员称号的名单进行确认并填写证书。以上两项内容均在规定的时间内完成。</w:t>
      </w:r>
      <w:r>
        <w:rPr>
          <w:lang w:eastAsia="zh-CN"/>
        </w:rPr>
        <w:br/>
      </w:r>
      <w:r>
        <w:rPr>
          <w:lang w:eastAsia="zh-CN"/>
        </w:rPr>
        <w:t>　　四、推优</w:t>
      </w:r>
      <w:r>
        <w:rPr>
          <w:lang w:eastAsia="zh-CN"/>
        </w:rPr>
        <w:br/>
      </w:r>
      <w:r>
        <w:rPr>
          <w:lang w:eastAsia="zh-CN"/>
        </w:rPr>
        <w:t>　　本学期的推优工作主要在三月底和四月初进行，在团支书的以及党支部的协助下各个支部严格遵守推优程序，顺利推荐了共36人作为本次的入党积极分子。本学期在推优工作上我们部门进行了一点改进，就是让符合资格的同学进行预填电子表格，再审查无误后进行纸质版的填写。这一项措施虽然增加了一点工作量但减少了失误，是一个好的尝试，在以后的工作中我们会继续完善工作的方法，更好地提高推优的工作效率与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五、团费收缴</w:t>
      </w:r>
      <w:r>
        <w:rPr>
          <w:lang w:eastAsia="zh-CN"/>
        </w:rPr>
        <w:br/>
      </w:r>
      <w:r>
        <w:rPr>
          <w:lang w:eastAsia="zh-CN"/>
        </w:rPr>
        <w:t>　　五月份，应要求我部门对我院的支部进行了__年上半年地团费收缴，共收缴团费1800员整。</w:t>
      </w:r>
      <w:r>
        <w:rPr>
          <w:lang w:eastAsia="zh-CN"/>
        </w:rPr>
        <w:br/>
      </w:r>
      <w:r>
        <w:rPr>
          <w:lang w:eastAsia="zh-CN"/>
        </w:rPr>
        <w:t>　　六、团关系转出</w:t>
      </w:r>
      <w:r>
        <w:rPr>
          <w:lang w:eastAsia="zh-CN"/>
        </w:rPr>
        <w:br/>
      </w:r>
      <w:r>
        <w:rPr>
          <w:lang w:eastAsia="zh-CN"/>
        </w:rPr>
        <w:t>　　五月底、六月初针对毕业生的团关系转接，我部配合校团委组织部以及院团委老师对大四的三个支部进行了转接资料的整理并按时上交校团委组织部。</w:t>
      </w:r>
      <w:r>
        <w:rPr>
          <w:lang w:eastAsia="zh-CN"/>
        </w:rPr>
        <w:br/>
      </w:r>
      <w:r>
        <w:rPr>
          <w:lang w:eastAsia="zh-CN"/>
        </w:rPr>
        <w:t>　　七、团组织生活</w:t>
      </w:r>
      <w:r>
        <w:rPr>
          <w:lang w:eastAsia="zh-CN"/>
        </w:rPr>
        <w:br/>
      </w:r>
      <w:r>
        <w:rPr>
          <w:lang w:eastAsia="zh-CN"/>
        </w:rPr>
        <w:t>　　本学期的团组织生活在形式上做了很大的改革，把很大的权力下放到各个院的团委，这给予了各个支部很大的自由度，我院组织部经商讨决定我们部门在以后团组织生活当中只起指导性的作用，如主题的引导，真正的内容形式由各个支部自行决定安排开展，不再安排本部委员进行现场检查但每个支部开展活动结束后要上交总结和照片。这是一个新的尝试同时存在很多的不足，因此在今后我们会改善这方面工作。</w:t>
      </w:r>
      <w:r>
        <w:rPr>
          <w:lang w:eastAsia="zh-CN"/>
        </w:rPr>
        <w:br/>
      </w:r>
      <w:r>
        <w:rPr>
          <w:lang w:eastAsia="zh-CN"/>
        </w:rPr>
        <w:t>　　八、精品团日大赛以及团务交流会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精品团日大赛”以及“团务交流”是本学期我部门的核心工作，在四、五月份校院两级的活动过程中，我们通过组织、宣传、引导等方法，提高团员知晓率，充分调动活动参与积极性。在校级精品团日大赛中，我院代表队伍政治1102和社会1101联合支部取得了较好成绩。而在院级精品团日大赛中，我们鼓励各支部的形式、内容创新，使整次活动形成良好的氛围，支部参与率也达到了80%以上。经过近两个月的活动，最终社会1102、社会1091和政治1092分获院级的一、二、三等奖。活动后期，我们策划了团务交流会，邀请了兄弟学院的相关负责人，各班团支书，交流精品团日活动、活力在基层、挑战杯以及其他团务工作的经验。通过这一活动提供了交流的平台，增进各方了解，对工作的提升有很大的帮助。</w:t>
      </w:r>
      <w:r>
        <w:rPr>
          <w:lang w:eastAsia="zh-CN"/>
        </w:rPr>
        <w:br/>
      </w:r>
      <w:r>
        <w:rPr>
          <w:lang w:eastAsia="zh-CN"/>
        </w:rPr>
        <w:t>　　九、其他</w:t>
      </w:r>
      <w:r>
        <w:rPr>
          <w:lang w:eastAsia="zh-CN"/>
        </w:rPr>
        <w:br/>
      </w:r>
      <w:r>
        <w:rPr>
          <w:lang w:eastAsia="zh-CN"/>
        </w:rPr>
        <w:t>　　除了本门的常规工作外，组织部还积极协助院其他部门的活动。通过建立团员数据库、团干通讯联络簿等方式，加强内部人员的沟通联系。同时，我部门在这学期对一些规章条例、活动计划方案，进行了更新、修改，以保证日后部门的顺利运转。</w:t>
      </w:r>
      <w:r>
        <w:rPr>
          <w:lang w:eastAsia="zh-CN"/>
        </w:rPr>
        <w:br/>
      </w:r>
      <w:r>
        <w:rPr>
          <w:lang w:eastAsia="zh-CN"/>
        </w:rPr>
        <w:t>　　最后，在成功完成这些工作的同时，我们也存在着活动内容单一、形式简单等问题，和其他兄弟学院的沟通交流太少，新进委员参加积极性较弱等缺点，我们会再接再厉，争取日后取得较大进步。</w:t>
      </w:r>
      <w:r>
        <w:rPr>
          <w:lang w:eastAsia="zh-CN"/>
        </w:rPr>
        <w:br/>
      </w:r>
      <w:r>
        <w:rPr>
          <w:lang w:eastAsia="zh-CN"/>
        </w:rPr>
        <w:t xml:space="preserve">    2024年学生会期末个人总结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弹指一挥，转眼间，_年即将过去，本学年__软件学院在软件系系学生会干部领导和关怀下，以学院的教学理念与校训为指导思想，促进了莘莘学子对社会的感知与关怀。高举社会主义的旗帜，服务社会，服务学生为宗旨，开展各种教育活动，并组织同学进行社会实践，同时加强自身建设，活跃团的工作，团结奋斗，使我系学生会整体工作在继承中有所创新，在创新中有所发展，使我们热衷生活，团结友爱，积极参加有益活动，创造良好氛围与校园学风，使我们的校园充满多姿多彩。现为我们在这一学年里所做的工作做一个小结，如下：</w:t>
      </w:r>
      <w:r>
        <w:rPr>
          <w:lang w:eastAsia="zh-CN"/>
        </w:rPr>
        <w:br/>
      </w:r>
      <w:r>
        <w:rPr>
          <w:lang w:eastAsia="zh-CN"/>
        </w:rPr>
        <w:t>　　这一学期，由于特殊原因，开展活动不多，关于“迎新晚会”，迎新晚会的圆满结束，是我们一个很有意义的里程碑，各位同学在会前工作准备当中，团结友爱，互相帮忙，发扬了“雷锋精神”与重要思想，坚守自己的部署工作岗位，以高态度、高效率完成了各部长分配的任务，成就了一位合格的优秀学生，是我们的院的典范，是我们院的先驱。与此同时，为了使我们的工作变得更加完美，需要加强对外系的思想交流，对工作更加的细致入微、宣扬本系的各良好特点，提高学生理论素养和思想道德修养，使我们的系学生会更加的对外界有说服力，感染力。</w:t>
      </w:r>
      <w:r>
        <w:rPr>
          <w:lang w:eastAsia="zh-CN"/>
        </w:rPr>
        <w:br/>
      </w:r>
      <w:r>
        <w:rPr>
          <w:lang w:eastAsia="zh-CN"/>
        </w:rPr>
        <w:t>　　转眼间，_年即将过去。在这一年中我们__软件学院软件系学生会的领导和关怀下，成长壮大了许多。在以后的工作中，我们将继往开来，在开展更多工作中取得更大进步!</w:t>
      </w:r>
      <w:r>
        <w:rPr>
          <w:lang w:eastAsia="zh-CN"/>
        </w:rPr>
        <w:br/>
      </w:r>
      <w:r>
        <w:rPr>
          <w:lang w:eastAsia="zh-CN"/>
        </w:rPr>
        <w:t xml:space="preserve">    2024年学生会期末个人总结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光阴似箭，时间流逝。不知不觉中，学生会的工作又到了学期末的时候，我们这届文娱部成员的工作也即将画上圆满的句号。在本学期的时间里，我们始终以本部门职责为工作目标和方向，积极认真地做好学校以及团委办公室对我们部门的各项工作。同时，也让我部门成员在这些活动中增长见识，积累了丰富的经验。虽然有些工作会很累，但本部门还是尽自己的能力做到最好。回顾这一年文艺部所做的工作，总体来说还是比较好的，但我们的工作中也存在不足之处。为了让下一届文娱部成员在工作中能有所借鉴，比我们这届成员做得更好，在此做出了本学期的工作总结：</w:t>
      </w:r>
      <w:r>
        <w:rPr>
          <w:lang w:eastAsia="zh-CN"/>
        </w:rPr>
        <w:br/>
      </w:r>
      <w:r>
        <w:rPr>
          <w:lang w:eastAsia="zh-CN"/>
        </w:rPr>
        <w:t>　　1、20__年4月份的全校性广播团体操比赛。在这活动中，我部门负责收集各班的入场稿以及各班的.配音。收集的过程中难免有些不如意，可我们还是以饱满的热情去跟各班的班长以及宣传委员沟通，协助我们的工作。最后把工作顺利完成！由于本学期涉及到考证，所以广播操取消。但是如果下学期照常举行，我会带领本部门的成员将工作分得更细，做得更好。</w:t>
      </w:r>
      <w:r>
        <w:rPr>
          <w:lang w:eastAsia="zh-CN"/>
        </w:rPr>
        <w:br/>
      </w:r>
      <w:r>
        <w:rPr>
          <w:lang w:eastAsia="zh-CN"/>
        </w:rPr>
        <w:t>　　2、20__年五月份由学习部举办的“演讲比赛”。在这次活动中，我部门成员梁春成同学和罗苏允同学积极参与。在比赛中，罗苏允同学获得了“优秀奖”，这是值得本部门成员去学习，也展现了大家的才艺。</w:t>
      </w:r>
      <w:r>
        <w:rPr>
          <w:lang w:eastAsia="zh-CN"/>
        </w:rPr>
        <w:br/>
      </w:r>
      <w:r>
        <w:rPr>
          <w:lang w:eastAsia="zh-CN"/>
        </w:rPr>
        <w:t>　　3、20__年五月份下旬举办学生会的狂欢晚会。在这次活动中，充分地体现了学生会对各部门成员的优惠待遇，让学生感受到学生会的温暖以及让同学们的课余生活不再单调无味，而是充满乐趣，也为他们提供了展示自己特长的舞台。</w:t>
      </w:r>
      <w:r>
        <w:rPr>
          <w:lang w:eastAsia="zh-CN"/>
        </w:rPr>
        <w:br/>
      </w:r>
      <w:r>
        <w:rPr>
          <w:lang w:eastAsia="zh-CN"/>
        </w:rPr>
        <w:t>　　4、20__年5月份下旬6月上旬体育部组织的篮球赛。在这次活动中，我部门派出了七位成员组成两小组去负责计分，催场以及场地安排。比赛过程中突然下雨，但我部门通过协商，最后将比赛如期完成，受到了上领导的表扬。为此，这也可以看出我部门成员是绝对有丰富的经验，有组织能力和负责的工作胜任。</w:t>
      </w:r>
      <w:r>
        <w:rPr>
          <w:lang w:eastAsia="zh-CN"/>
        </w:rPr>
        <w:br/>
      </w:r>
      <w:r>
        <w:rPr>
          <w:lang w:eastAsia="zh-CN"/>
        </w:rPr>
        <w:t>　　在本学期也有不足的：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1、我部门例会定在于每周二的中午12点，可是这学期有三四个星期是没有如期将会议举行，不能够给成员及时安排到工作。</w:t>
      </w:r>
      <w:r>
        <w:rPr>
          <w:lang w:eastAsia="zh-CN"/>
        </w:rPr>
        <w:br/>
      </w:r>
      <w:r>
        <w:rPr>
          <w:lang w:eastAsia="zh-CN"/>
        </w:rPr>
        <w:t>　　2、成员之间交流也不够，导致有时成员不知干什么，也不知成员在想什么。还退部了一位老成员。</w:t>
      </w:r>
      <w:r>
        <w:rPr>
          <w:lang w:eastAsia="zh-CN"/>
        </w:rPr>
        <w:br/>
      </w:r>
      <w:r>
        <w:rPr>
          <w:lang w:eastAsia="zh-CN"/>
        </w:rPr>
        <w:t>　　在这学期，我们也学会了很多的东西，虽然有点苦，有点累，但是我们还是很高兴。以我们是学生会的一员、文娱部的一员感到骄傲。在下学期，我部门将会纳入13届的新成员，把文娱部人才济济，才艺洋溢！</w:t>
      </w:r>
      <w:r>
        <w:rPr>
          <w:lang w:eastAsia="zh-CN"/>
        </w:rPr>
        <w:br/>
      </w:r>
      <w:r>
        <w:rPr>
          <w:lang w:eastAsia="zh-CN"/>
        </w:rPr>
        <w:t>　　最后，我衷心地祝愿我们学生会越办越好，文娱部越来越活跃。我们会秉着认真负责的工作态度把我们的校园生活变的有滋有味，让我们的大学生活不在单调，越来越充实！</w:t>
      </w:r>
      <w:r>
        <w:rPr>
          <w:lang w:eastAsia="zh-CN"/>
        </w:rPr>
        <w:br/>
      </w:r>
      <w:r>
        <w:rPr>
          <w:lang w:eastAsia="zh-CN"/>
        </w:rPr>
        <w:t xml:space="preserve">    2024年学生会期末个人总结 篇13 </w:t>
      </w:r>
      <w:r>
        <w:rPr>
          <w:lang w:eastAsia="zh-CN"/>
        </w:rPr>
        <w:br/>
      </w:r>
      <w:r>
        <w:rPr>
          <w:lang w:eastAsia="zh-CN"/>
        </w:rPr>
        <w:t>　　在我们组织部上，我们一起去检查了计科系那边的团组织生活，看见同学们高兴地玩这，我感到快乐，所以我们的工作就有会很好的结果。这样下一个月的团组织生活也会有很好的激情，我们组织部的工作就是在团组织生活上让同学们高兴地玩，同学们高兴了我们也高兴了，但每次的前期工作都是不长自己去完成的，在这里我要对我们的不长说以声你辛苦了，每次的任务都在我们最忙的一天所以就不能去帮你的忙，我们也纠结，希望以后的工作能尽量的不要安排在我们最忙的一天，不然我们就有帮不上忙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生活上的就是我想说的重点，每一的查卫生查晚归，我都是那么的配合，但每当查到大三的就是那么的无奈，那学姐的问题是那么的犀利，叫我不知如何去回答她，我当时就傻站在门口久久没有出声，我在想难道我们三年后我们就会是这种心态了嘛?我傻了，我不想再想下去了，我以为我不会对这件事由影响到，但结果证明我被这件事深深地打击了，在上个星期就做什么事都没有信心，犯的错也越来越多了，最后在部长的触膝交谈下我想通了，我不要为这总人所打扰到，不值得的。</w:t>
      </w:r>
      <w:r>
        <w:rPr>
          <w:lang w:eastAsia="zh-CN"/>
        </w:rPr>
        <w:br/>
      </w:r>
      <w:r>
        <w:rPr>
          <w:lang w:eastAsia="zh-CN"/>
        </w:rPr>
        <w:t>　　在学习上我们举办的指点江山辨论赛在这个月也进入了决赛，那天虽然很冷，但我们的激情一点也没有受天气的影响，我们在那里看到了一场激情四溢的辩论赛，在比赛过成中放了我们以路上的工作，看这我们的成长，[莲山课 件 心里不知道是有多高兴，在报告厅内辩手的铁齿铜牙加上我们的激情澎湃，指点江山辨论赛就这样的结束了，在最后我们照了合影，这一次我有缺席，看见争先创优个人总结大家脸上的笑容，我的心也暖了，在这场辩论赛中我们学到了很多，在做人与做事的方面都给了我们很好的例子。在里我很荣幸的说我是学生会的一员，我觉得我们只要把学生会当做自己人生的一件事来营造，它毕定会发展的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这里我也要说声抱歉，学生会的联宜我没有去，我是确实应为我家有事我要回家的，所以很抱歉的，我来的时候听宿舍的人说这次联谊活动搞的慢好玩的，我就有点小后悔的，不是回家，我肯定会去的，在加上那天在部长那看见她们玩的时候的照片，我更是羡慕，我的缺席，是我们部不是那么的完美，但我的心还是跟着你们在一起的，我要一步一步的往上爬，就算终点没了起点任然在的。部长说我们的工作缺乏创新，所以在以后的工作中要吸取教训，开拓思想，尝试新的方法，努力地把工作做到最好，也希望大家对我们工作的不足也多多包涵，我们也要努力的使自己的工作做到最好。</w:t>
      </w:r>
      <w:r>
        <w:rPr>
          <w:lang w:eastAsia="zh-CN"/>
        </w:rPr>
        <w:br/>
      </w:r>
      <w:r>
        <w:rPr>
          <w:lang w:eastAsia="zh-CN"/>
        </w:rPr>
        <w:t xml:space="preserve">    2024年学生会期末个人总结 篇14 </w:t>
      </w:r>
      <w:r>
        <w:rPr>
          <w:lang w:eastAsia="zh-CN"/>
        </w:rPr>
        <w:br/>
      </w:r>
      <w:r>
        <w:rPr>
          <w:lang w:eastAsia="zh-CN"/>
        </w:rPr>
        <w:t>　　一学期了，很多人，很多次的跟我谈到生活部过去的美好时段。我听着心里明白，充满很多感触。</w:t>
      </w:r>
      <w:r>
        <w:rPr>
          <w:lang w:eastAsia="zh-CN"/>
        </w:rPr>
        <w:br/>
      </w:r>
      <w:r>
        <w:rPr>
          <w:lang w:eastAsia="zh-CN"/>
        </w:rPr>
        <w:t>　　很多时候，很多场合，部门成员喜欢说这样一句话，“我们生活部要从小事做起”。现在觉得，它不符合我部对学生会所肩负的职责，而且低估了我们自身的工作能力。有时候，总想着生活部是否需要转型，对未来发展是否需要从新定义。</w:t>
      </w:r>
      <w:r>
        <w:rPr>
          <w:lang w:eastAsia="zh-CN"/>
        </w:rPr>
        <w:br/>
      </w:r>
      <w:r>
        <w:rPr>
          <w:lang w:eastAsia="zh-CN"/>
        </w:rPr>
        <w:t>　　在这里，我要写下我部的工作宗旨，与本学期的工作情况来作比较，进行总结。</w:t>
      </w:r>
      <w:r>
        <w:rPr>
          <w:lang w:eastAsia="zh-CN"/>
        </w:rPr>
        <w:br/>
      </w:r>
      <w:r>
        <w:rPr>
          <w:lang w:eastAsia="zh-CN"/>
        </w:rPr>
        <w:t>　　我部是以“为同学服务，为老师分忧”为工作宗旨，以“求实创新，立足服务”的态度来迎接新的挑战，主要工作是为了全系同学在班级，食堂，宿舍，学院的卫生、生活等方面，拥有秩序性和组织性，使同学们的生活学习环境充满温馨感、舒适感，让同学们的大学生活更加丰富多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对于我部来说，本学期是一个忙碌的学年，从对工商系学生会的问卷调查、工商系第二届“开心online”有奖知识竞赛、大学生“象棋大赛”工商系选拔赛、“我秀我世博”演讲比赛，再到“教室墙壁文化”大赛，还有每周在进行的“生活小贴士”海报宣传、“绿色班级”活动。此外，我部为广大同学提供了“自考”咨询平台，长期为大家进行“升本”宣传及报名工作。我部活动安排的紧张有序，工作从未间断。从中我们取得了一些新的经验，探索出这学期也是一个收获的学期。</w:t>
      </w:r>
      <w:r>
        <w:rPr>
          <w:lang w:eastAsia="zh-CN"/>
        </w:rPr>
        <w:br/>
      </w:r>
      <w:r>
        <w:rPr>
          <w:lang w:eastAsia="zh-CN"/>
        </w:rPr>
        <w:t>　　在学生会各项活动中，我们生活部成员都能积极地参加，有一定的表现力。这学期，我部工作有一个小小的遗憾，没有与宿管部在宿舍生活中进行合作。</w:t>
      </w:r>
      <w:r>
        <w:rPr>
          <w:lang w:eastAsia="zh-CN"/>
        </w:rPr>
        <w:br/>
      </w:r>
      <w:r>
        <w:rPr>
          <w:lang w:eastAsia="zh-CN"/>
        </w:rPr>
        <w:t>　　总之，在这个学期中，我部无论是工作效率或是工作质量，都有了显着的提高；在活动和工作过程中，实现了新的工作方式和管理方法。然而，我们也发现工作中还存在一些不足。但可以保证，在下一阶段，我部在与学生会其他部门的协调工作上，将主动与他们进行沟通，听取他们的计划，向他们介绍我们的工作，加强彼此之间的了解。争取提高自身的成绩。</w:t>
      </w:r>
      <w:r>
        <w:rPr>
          <w:lang w:eastAsia="zh-CN"/>
        </w:rPr>
        <w:br/>
      </w:r>
      <w:r>
        <w:rPr>
          <w:lang w:eastAsia="zh-CN"/>
        </w:rPr>
        <w:t xml:space="preserve">    2024年学生会期末个人总结 篇15 </w:t>
      </w:r>
      <w:r>
        <w:rPr>
          <w:lang w:eastAsia="zh-CN"/>
        </w:rPr>
        <w:br/>
      </w:r>
      <w:r>
        <w:rPr>
          <w:lang w:eastAsia="zh-CN"/>
        </w:rPr>
        <w:t>　　转眼间，__年下学期即将结束，在刚刚度过的这半年里，人文学院团委学生会在日常工作的基础上还组织了大量部门活动，各部门积极配合，推进第六届团学各部门的发展。</w:t>
      </w:r>
      <w:r>
        <w:rPr>
          <w:lang w:eastAsia="zh-CN"/>
        </w:rPr>
        <w:br/>
      </w:r>
      <w:r>
        <w:rPr>
          <w:lang w:eastAsia="zh-CN"/>
        </w:rPr>
        <w:t>　　__年下学期，办公室依然遵循配合各部门工作的原则，以“为人文学院发展服务”为中心，紧密而有秩序的`做着各项工作。这学期，我们主办的活动主要是第十二届“金秋科院”下的第八届“微芒”短剧大赛，本着提高节目质量，创造新的历史的原则，此次活动组织，我们部门的所有成员全身心投入，积极联系新程剧社指导剧目，以此提高质量。事实证明，我们的努力没有白费，整个活动效果良好，备受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除主办的节目外，办公室日常生活中与每个部门的活动息息相关。负责借用教室，上传下达，组织观众，布置舞台，分发请柬，打印文件，制作奖状，做会议记录，活动签到，联系各部门之间活动等等。这些都是办公室日常所要做的工作。新一届的办公室成立至今，我们17人组成了一个大家庭，定期召开例会总结一周工作，找出不足并及时改正，同时对有良好表现的人员进行表扬，激励大家共同进步。</w:t>
      </w:r>
      <w:r>
        <w:rPr>
          <w:lang w:eastAsia="zh-CN"/>
        </w:rPr>
        <w:br/>
      </w:r>
      <w:r>
        <w:rPr>
          <w:lang w:eastAsia="zh-CN"/>
        </w:rPr>
        <w:t>　　可以说，就目前来看，办公室一切工作顺利进行，所出现的问题也得到了及时的解决。例如，有的助理在开始时会互相推诿任务，或者有的工作没有找到有合适时间的人做。就此问题我部召开例会首先强调事情的严重性，同时将所有助理的课程表进行登记，以此充分调动所有人的空余时间。而此后的各助理的活动安排和完成成果来看，这个办法是正确的。</w:t>
      </w:r>
      <w:r>
        <w:rPr>
          <w:lang w:eastAsia="zh-CN"/>
        </w:rPr>
        <w:br/>
      </w:r>
      <w:r>
        <w:rPr>
          <w:lang w:eastAsia="zh-CN"/>
        </w:rPr>
        <w:t>　　但是，目前办公室还是存在一些问题，针对这些问题，我们提出早发现，早改进的原则，同时，在实践中，我们形成了一个总结的完备机制，改进与提高，批评与表扬同时进行，立志把办公室真正做大做强。</w:t>
      </w:r>
      <w:r>
        <w:rPr>
          <w:lang w:eastAsia="zh-CN"/>
        </w:rPr>
        <w:br/>
      </w:r>
      <w:r>
        <w:rPr>
          <w:lang w:eastAsia="zh-CN"/>
        </w:rPr>
        <w:t xml:space="preserve">    2024年学生会期末个人总结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光阴似箭日月如梭，又到了学期即将结束的时候，回顾过去将近一个学期的时间，学生会已红红火火地开展了各项学生活动十多件，虽然规模有大有小，但是每开展一次活动都能使同学们踊跃地参加，活动能按时开展，圆满落幕。尽管有些部长及成员没有足够的经验，但是让我们各部门新成员得到了更好的自我锻炼。</w:t>
      </w:r>
      <w:r>
        <w:rPr>
          <w:lang w:eastAsia="zh-CN"/>
        </w:rPr>
        <w:br/>
      </w:r>
      <w:r>
        <w:rPr>
          <w:lang w:eastAsia="zh-CN"/>
        </w:rPr>
        <w:t>　　作为主席，作为学生会的领导人物，我们深感这份工作的压力，但压力就是动力，我们在实践中寻找经验，在学长和老师那里寻求经验，然后认真落实到活动当中，积极在活动的内容和形式上创新，使同学们在紧张的学习之余，充实内心和精神生活，增强自己的精神力量。</w:t>
      </w:r>
      <w:r>
        <w:rPr>
          <w:lang w:eastAsia="zh-CN"/>
        </w:rPr>
        <w:br/>
      </w:r>
      <w:r>
        <w:rPr>
          <w:lang w:eastAsia="zh-CN"/>
        </w:rPr>
        <w:t>　　在学生会换届之初，接手学生会的工作存在很多困难和问题，但是在学长学姐的带领下，在我们所有成员的共同努力下学生会慢慢的走上正轨。在漫长的一个学期里，大家做了很多工作，开心过也苦恼过。一个学期的工作很多，在此我们对这一学期以来的工作进行认真的总结：</w:t>
      </w:r>
      <w:r>
        <w:rPr>
          <w:lang w:eastAsia="zh-CN"/>
        </w:rPr>
        <w:br/>
      </w:r>
      <w:r>
        <w:rPr>
          <w:lang w:eastAsia="zh-CN"/>
        </w:rPr>
        <w:t>　　一、严谨的机构，务实的态度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首先，加强组织建设一直是我们学生会工作的重中之重，在这一学期的工作中，我们不断从实践中改进管理方法，总结新经验，研究新现象，寻找新机遇，取得了一定的成绩。进一步加强了学生会与各班级之间的联系，确立了学生会联系各班的分工制度，规范了学生会干部例会制度，有力地推进了基层建设。对于从中反映出来的问题，学生会及时做了总结，并向各有关部门做了反映，都得到了不同程度的解决。拉近了学生会与同学们之间的距离，增强了同学们对学生会的了解、信任与支持，同时也增强了学生会成员的责任感。完善的管理制度，科学的管理机构是学生会各项工作顺利开展的前提，我们在制度建设上狠下功夫，形成了一整套规范有序高效的管理运作模式，注重通过规范化制度化来提高工作水平和工作效率。利用一系列的制度，对学生会的各方面工作进行规范化的管理，大大提高了学生会的工作质量。</w:t>
      </w:r>
      <w:r>
        <w:rPr>
          <w:lang w:eastAsia="zh-CN"/>
        </w:rPr>
        <w:br/>
      </w:r>
      <w:r>
        <w:rPr>
          <w:lang w:eastAsia="zh-CN"/>
        </w:rPr>
        <w:t>　　二、自我的完善，特色的彰显</w:t>
      </w:r>
      <w:r>
        <w:rPr>
          <w:lang w:eastAsia="zh-CN"/>
        </w:rPr>
        <w:br/>
      </w:r>
      <w:r>
        <w:rPr>
          <w:lang w:eastAsia="zh-CN"/>
        </w:rPr>
        <w:t>　　我们一直十分注重自我的完善，在各方面严格要求自己，为壮大组织队伍、提高创新意识而不断努力，全面提高学生会工作人员的素质是建设好学生会的关键。一个素质过硬、纪律严明、团结自律的学生干部团队，是学生会职能得以正常发挥的有效保证。我们定期传达书记的工作思想，努力改善各部门成员不足之处。对以往干事中的不好现象做了适当调整，借此提高学生工作人员的思想觉悟，强化学生工作人员服务同学、维护同学权益的思想，使学生工作人员明确工作方向，端正工作态度，锻炼工作能力，真真正正做到位同学服务，进而不断增强学生会的整体素质。</w:t>
      </w:r>
      <w:r>
        <w:rPr>
          <w:lang w:eastAsia="zh-CN"/>
        </w:rPr>
        <w:br/>
      </w:r>
      <w:r>
        <w:rPr>
          <w:lang w:eastAsia="zh-CN"/>
        </w:rPr>
        <w:t>　　为调好各部门的工作，各部门有何工作上的要求和安排应及时都会学生会主席联系。计划好各项活动所需的经费和奖品，时间、活动场所，以便使活动开展得更加顺利。负责为各项活动进行统筹安排，例如新生文艺汇演比赛，元旦晚会文艺演出的初选等工作在过去一段时间的工作中，由于时间短暂，工作经验的缺乏，我们也深知还存在这样那样的缺点和不足。</w:t>
      </w:r>
      <w:r>
        <w:rPr>
          <w:lang w:eastAsia="zh-CN"/>
        </w:rPr>
        <w:br/>
      </w:r>
      <w:r>
        <w:rPr>
          <w:lang w:eastAsia="zh-CN"/>
        </w:rPr>
        <w:t>　　部门交流欠缺。学生会各个部门之间缺乏交流和沟通，致使学生会的一些大的活动，组织工作不能完全到位，缺乏整体性和连续性。整体学生会成员素质有待进一步提高。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部门例会制度仍需改进。虽然各部门例会取得了一定成效，但由于没有固定的会议场地、又缺乏严格的监察和考核机制、某些副部对例会敷衍了事，部门例会在很大方面需要改进。</w:t>
      </w:r>
      <w:r>
        <w:rPr>
          <w:lang w:eastAsia="zh-CN"/>
        </w:rPr>
        <w:br/>
      </w:r>
      <w:r>
        <w:rPr>
          <w:lang w:eastAsia="zh-CN"/>
        </w:rPr>
        <w:t>　　从过去的经验浅薄到现在的游刃有余，从过去的手足无措到现在的成竹在胸，从过去的一片空白到现在的丰富多彩，学生会是为同学服务的窗口，是老师与同学交流的纽带.我们深知肩上责任的重大，深知自身的不足.收获是喜悦的与此同时我们也播下了希望的种子.半年以来，从每日进行的出操再到体育部不间断的如校运会等大类的体育赛事，工作在七位部长的带领下都有条不紊地开展着，不管是在学校的舞台上还是学院的舞台上，也都分别获得了不小的成绩。但是，我们的活动仍是可圈可点，有善待改进的地方，比如我们的对一个活动的策划的可行性研究还不全面，我们在执行计划时似乎总有一些干扰因素捆扰着我们，从而导致活动不尽完美。回想过去，我们的日子充实，取得的成绩可喜;展望明天，我们信心满怀，自信可以用我们不羁的个性挥洒学生会工作新篇章。</w:t>
      </w:r>
      <w:r>
        <w:rPr>
          <w:lang w:eastAsia="zh-CN"/>
        </w:rPr>
        <w:br/>
      </w:r>
      <w:r>
        <w:rPr>
          <w:lang w:eastAsia="zh-CN"/>
        </w:rPr>
        <w:t xml:space="preserve">    2024年学生会期末个人总结 篇17 </w:t>
      </w:r>
      <w:r>
        <w:rPr>
          <w:lang w:eastAsia="zh-CN"/>
        </w:rPr>
        <w:br/>
      </w:r>
      <w:r>
        <w:rPr>
          <w:lang w:eastAsia="zh-CN"/>
        </w:rPr>
        <w:t>　　在漫长的一个学期里，大家做了很多工作，苦过也喜过。流下了许多的汗水。一个学期的工作很多，在此，我们对这一学期以来的工作进行认真的总结，从而使学生会的工作再上新的台阶。</w:t>
      </w:r>
      <w:r>
        <w:rPr>
          <w:lang w:eastAsia="zh-CN"/>
        </w:rPr>
        <w:br/>
      </w:r>
      <w:r>
        <w:rPr>
          <w:lang w:eastAsia="zh-CN"/>
        </w:rPr>
        <w:t>　　一、严谨的机构务实的态度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首先，加强组织建个人工作设一直是我们学生会学生工作的重中之重，在这一学期的工作中，我们不断从实践中改进管理方法，总结新经验，研究新现象，寻找新机遇，取得了相当的成绩。学生会接待日的顺利举行，进一步加强了学生会与各班级之间的联系，确立了学生会联系各班的分工制度，规范了学生会干部例会制度，并定期对班级工作调查与指导，有力地推进了基层建设。对于从中反映出来的问题，学生会及时做了总结，并向各有关部门做了反映，都得到了不同程度的解决。通过这次活动，拉近了学生会与同学们之间的距离，增强了同学们对学生会的了解、信任与支持，同时也增强了学生会成员的责任感。学生会作为我校全体学生的群众性组织，其工作的中心是切实为广大同学服务。完善的管理制度，科学的管理机构是学生会各项工作顺利开展的前提，我们在制度建设上狠下功夫，形成了一整套规范有序高效的管理运作模式，注重通过规范化制度化来提高工作水平和工作效率。利用一系列的制度，对学生会的各方面工作进行规范化的管理，大大提高了学生会的工作质量。</w:t>
      </w:r>
      <w:r>
        <w:rPr>
          <w:lang w:eastAsia="zh-CN"/>
        </w:rPr>
        <w:br/>
      </w:r>
      <w:r>
        <w:rPr>
          <w:lang w:eastAsia="zh-CN"/>
        </w:rPr>
        <w:t>　　二、自我的完善特色的彰显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新世纪的竞争已不再是资本的竞争，而是人才资源的竞争。我们一直十分注重自我的完善，在各方面严格要求自己，为壮大组织队伍、提高创新意识而不断努力，因为我们知道，只有不断地个人工作为学生会输入新鲜的血液，才能常葆组织充满活力。在输血的同时，我们也不忘造血，全面提高学生会工作人员的素质是建设好学生会的关键。一支素质过硬、纪律严明、团结自律的学生干部队伍是学生会职能得以有效发挥的动力所在。我们通过民主选举与专门考核相结合的选拔制度，定期评选优秀干部，干事来激励学生会工作人员努力工作，纪律部、生活部、卫生部等也将吸收干事的要求提高，对以往干事中的不好现象做了适当调整，借此提高学生工作人员的思想觉悟，强化学生工作人员服务同学、维护同学权益的思想，使学生工作人员明确工作方向，端正工作态度，锻炼工作能力，真正成为为同学办实事的“贴心人”，进而不断增强学生会的整体素质。</w:t>
      </w:r>
      <w:r>
        <w:rPr>
          <w:lang w:eastAsia="zh-CN"/>
        </w:rPr>
        <w:br/>
      </w:r>
      <w:r>
        <w:rPr>
          <w:lang w:eastAsia="zh-CN"/>
        </w:rPr>
        <w:t>　　三、文化的繁荣风采的展示</w:t>
      </w:r>
      <w:r>
        <w:rPr>
          <w:lang w:eastAsia="zh-CN"/>
        </w:rPr>
        <w:br/>
      </w:r>
      <w:r>
        <w:rPr>
          <w:lang w:eastAsia="zh-CN"/>
        </w:rPr>
        <w:t>　　我校学生社团经过不懈的努力，开展了一些影响较大的活动。包括体育部主办的高一、高二篮球赛;社会部的englishclub、棋社;宣传部的广播社、画社都为丰富同学们的课余生活做了许多努力。主要由文娱部负责的“校园歌手大赛”，“迎新联欢晚会”等文艺活动整体表现地相对紧凑、活泼，活动受到领导老师以及同学的一致好评。</w:t>
      </w:r>
      <w:r>
        <w:rPr>
          <w:lang w:eastAsia="zh-CN"/>
        </w:rPr>
        <w:br/>
      </w:r>
      <w:r>
        <w:rPr>
          <w:lang w:eastAsia="zh-CN"/>
        </w:rPr>
        <w:t>　　在这一学期中，我校学生会所取得的辉煌是有目共睹、众口称赞的。当然人无完人，我们还存在着许多的不足个人工作总结范文之处。这就需要我校学生会成员努力拚搏去弥补缺陷，使学生会不断完善。在不懈的努力之下，学生会有更加骄人的表现!</w:t>
      </w:r>
      <w:r>
        <w:rPr>
          <w:lang w:eastAsia="zh-CN"/>
        </w:rPr>
        <w:br/>
      </w:r>
      <w:r>
        <w:rPr>
          <w:lang w:eastAsia="zh-CN"/>
        </w:rPr>
        <w:t xml:space="preserve">    2024年学生会期末个人总结 篇18 </w:t>
      </w:r>
      <w:r>
        <w:rPr>
          <w:lang w:eastAsia="zh-CN"/>
        </w:rPr>
        <w:br/>
      </w:r>
      <w:r>
        <w:rPr>
          <w:lang w:eastAsia="zh-CN"/>
        </w:rPr>
        <w:t>　　转眼间一个学期就要结束了，我们来到学生会也有三个多月了。经过这一个学期的学习、生活和工作，我感触颇多，自然也学到了很多东西。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我中学期间班内工作比较繁忙，另外我还参加了学生社团，所以就没有参加学生会。但是，我早在中学就计划大学参加学生会。一方面是想锻炼自己，另一方面是体验新组织的工作环境，结交新的朋友。</w:t>
      </w:r>
      <w:r>
        <w:rPr>
          <w:lang w:eastAsia="zh-CN"/>
        </w:rPr>
        <w:br/>
      </w:r>
      <w:r>
        <w:rPr>
          <w:lang w:eastAsia="zh-CN"/>
        </w:rPr>
        <w:t>　　今年入学报到当天，就有学姐来我们宿舍跟我们谈心。学姐跟我们谈过学生会、宿管会、自律会以及其它协会的区别。学姐向我们介绍各个部的工作时，我便喜欢上的外联部。我擅长交际、推销。我曾有在饰品店当导购的.打工经历。我认为外联的工作就好比把学校推销给商家。后来经过我的考虑，我报了大院学生会的外联部。我虽然错过了小院学生会的报名，但是我很幸运的参加了小院学生会的初选。后来我成为11级会计学院学生会外联部的一员。在刚刚进入学生会时，我发现很多事情并不是我想象的那么简单。显然，我把拉赞助看得太简单了。真正体会过后才知道商家毕竟是商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自从我们进入学生会以来，我们经历了不少的锻炼机会。我们的工作有篮球赛、乒乓球赛、辩论会、129合唱以及表彰大会。即将举办篮球赛的时候，我们曾出去拉赞助。这是我们第一次亲身经历拉赞助的过程。说实话，刚开始我真的很受打击。我真正体会到我们部聚会的时候张鑫说过的话。外联的人要做到三点。一要坚持，二要不要脸，三要坚持不要脸。我不觉得外联的人拉不到赞助丢人。因为只有亲身经过的人才有资格评价外联的工作。不过当我拉不到赞助时，我会觉得有愧于学哥、学姐们。他们真的很替我们着想。第一的次拉赞助真的很失败。我们组跑遍了商业街的大部分店，却没有任何成果。不过我们吸取了很多教训。另外，在我们悬挂条幅和发宣传单时也遇到一些问题。我们没有雨学校沟通好，导致条幅被拆。这是我们一个很大的过失。在这之后，由于在学生会的工作需要，我去找过学校物业以及基础部的老师。通过与老师的沟通，我们也初步了解了悬挂条幅时迎注意的问题。相信以后我们的工作会更方便完成。另外，129合唱比赛我们也出去拉过赞助。我们这次是需要礼服赞助。这次任务是我和张鑫一起完成的。我们跑了很多家摄影工作室，最后我们与V视觉摄影工作室合作的这是我的第一次成果。我真的很高兴。最起码我这次得到了自己的肯定。我进入学生会是正确的选择。第三次是表彰大会的任务。我们要拉奶茶的赞助。我们太过于关注顾客很多的一些店。我们忽视了这些店是全国连锁店。对于全国连锁店来说，肯定不会跟我们合作。而我们却没有去自习找那些比较隐蔽的小的奶茶店。这使得我们错过了机会。</w:t>
      </w:r>
      <w:r>
        <w:rPr>
          <w:lang w:eastAsia="zh-CN"/>
        </w:rPr>
        <w:br/>
      </w:r>
    </w:p>
    <w:p w:rsidR="001B1F19" w14:textId="27C3F48A">
      <w:pPr>
        <w:rPr>
          <w:rFonts w:hint="eastAsia"/>
          <w:lang w:eastAsia="zh-CN"/>
        </w:rPr>
      </w:pPr>
      <w:r>
        <w:rPr>
          <w:lang w:eastAsia="zh-CN"/>
        </w:rPr>
        <w:t>　　经过了这三个多月的工作，我总结了一些工作方面的过失。首先，拉赞助时不能因为一家店与之前碰壁的店属于同一行业就不进去试一试了。其次，我们要坚定立场，不能随便答应商家我们可能做不到的事情。在以后的工作中，我们要注意自己拉赞助的方式和地点。我们并不一定只是通过往商业街上跑的方式来拉赞助。我们可以关注其他地方的一些店。毕竟商业街上的店是有限的，大学城其他学校的学生也是来这里拉赞助，竞争过于激烈。我们在拉赞助时要做到细心、坚持。我们要去寻找出很多比较隐蔽的店。另外以后的学生会会议或其它活动，我都会做到积极参加，做到不迟到早退。我以后仍会搞好同学间的关系，平时留意商业街上店面的变化，协调学习与学生会工作之间的关系。我要在新的学期有新的成就，为我们学院多做贡献。</w:t>
      </w:r>
      <w:r>
        <w:rPr>
          <w:lang w:eastAsia="zh-CN"/>
        </w:rPr>
        <w:br/>
      </w:r>
      <w:r>
        <w:rPr>
          <w:lang w:eastAsia="zh-CN"/>
        </w:rPr>
        <w:t xml:space="preserve">    2024年学生会期末个人总结 篇19 </w:t>
      </w:r>
      <w:r>
        <w:rPr>
          <w:lang w:eastAsia="zh-CN"/>
        </w:rPr>
        <w:br/>
      </w:r>
      <w:r>
        <w:rPr>
          <w:lang w:eastAsia="zh-CN"/>
        </w:rPr>
        <w:t>　　保卫部作为校学生会的一个部门，一个常规部门，同时也是学校保卫科老师直接管理一个重要组织。保卫部发挥着它不可或缺的作用。在积极做好本部门的各项常规工作的同时，保卫部也积极参与院、系组织的活动，并做好各项辅助工作。</w:t>
      </w:r>
      <w:r>
        <w:rPr>
          <w:lang w:eastAsia="zh-CN"/>
        </w:rPr>
        <w:br/>
      </w:r>
      <w:r>
        <w:rPr>
          <w:lang w:eastAsia="zh-CN"/>
        </w:rPr>
        <w:t>　　20_年上半年我们校学生会保卫部的主要常规活动有：</w:t>
      </w:r>
      <w:r>
        <w:rPr>
          <w:lang w:eastAsia="zh-CN"/>
        </w:rPr>
        <w:br/>
      </w:r>
      <w:r>
        <w:rPr>
          <w:lang w:eastAsia="zh-CN"/>
        </w:rPr>
        <w:t>　　(1)对校园安全的保障，发现校园安全的不足进行整改，为大家创造一个安全的校园生活环境。</w:t>
      </w:r>
      <w:r>
        <w:rPr>
          <w:lang w:eastAsia="zh-CN"/>
        </w:rPr>
        <w:br/>
      </w:r>
      <w:r>
        <w:rPr>
          <w:lang w:eastAsia="zh-CN"/>
        </w:rPr>
        <w:t>　　(2)夜间巡逻工作，排除一切有可能存在的安全隐患。如：遗落草坪或教室未熄灭的烟头、抽烟、门窗没关好等。</w:t>
      </w:r>
      <w:r>
        <w:rPr>
          <w:lang w:eastAsia="zh-CN"/>
        </w:rPr>
        <w:br/>
      </w:r>
      <w:r>
        <w:rPr>
          <w:lang w:eastAsia="zh-CN"/>
        </w:rPr>
        <w:t>　　(3)晚上宿舍查违规工作，排除一切有可能存在的安全隐患，保证学生在宿舍的安全。主要查违规电器的使用，如：有线排插、拉直板、电热棒等。</w:t>
      </w:r>
      <w:r>
        <w:rPr>
          <w:lang w:eastAsia="zh-CN"/>
        </w:rPr>
        <w:br/>
      </w:r>
      <w:r>
        <w:rPr>
          <w:lang w:eastAsia="zh-CN"/>
        </w:rPr>
        <w:t>　　(4)晚上校门口值班工作，防止校外人员随意进入校园，同时让学校各辅导员了解学生迟归情况。</w:t>
      </w:r>
      <w:r>
        <w:rPr>
          <w:lang w:eastAsia="zh-CN"/>
        </w:rPr>
        <w:br/>
      </w:r>
      <w:r>
        <w:rPr>
          <w:lang w:eastAsia="zh-CN"/>
        </w:rPr>
        <w:t>　　(5)消防工作，每月对消防栓、灭火器进行检查，确保学校各个角落的灭火器的状态。</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https://d.book118.com/768142070054006033</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68142070054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