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新学期新的学习计划范文（33篇）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新学期新的学习计划范文（精选33篇）</w:t>
      </w:r>
      <w:r>
        <w:rPr>
          <w:lang w:eastAsia="zh-CN"/>
        </w:rPr>
        <w:br/>
      </w:r>
      <w:r>
        <w:rPr>
          <w:lang w:eastAsia="zh-CN"/>
        </w:rPr>
        <w:t xml:space="preserve">    新学期新的学习计划范文 篇1 </w:t>
      </w:r>
      <w:r>
        <w:rPr>
          <w:lang w:eastAsia="zh-CN"/>
        </w:rPr>
        <w:br/>
      </w:r>
      <w:r>
        <w:rPr>
          <w:lang w:eastAsia="zh-CN"/>
        </w:rPr>
        <w:t>　　结束了新年的喧嚣，我们又迎来新的一年。新的学期，什么都是新的，也要给自已一个新的打算，计划一个新的目标。</w:t>
      </w:r>
      <w:r>
        <w:rPr>
          <w:lang w:eastAsia="zh-CN"/>
        </w:rPr>
        <w:br/>
      </w:r>
      <w:r>
        <w:rPr>
          <w:lang w:eastAsia="zh-CN"/>
        </w:rPr>
        <w:t>　　今年就要进入初中学习，为了在初中阶段能尽快的进入学习，我要在六年级的最后一个学期打好基础。做到课前预习，课后复习。在上课的时候，我还要认真听讲，积极举手发言，不做小动作，不窃窃私语，集中注意，养成爱动脑，爱思考的好习惯。回家之后认真，仔细地完成老师布置的作业。在语文方面，我会多看作文，多做阅读练习，提高写作的.水平，养成爱做笔记的好习惯。；在数学方面，我要多做口算题，多做应用题，；在英语方面，我会每天都把英语课文读几遍，；养成爱做笔记的好习惯……</w:t>
      </w:r>
      <w:r>
        <w:rPr>
          <w:lang w:eastAsia="zh-CN"/>
        </w:rPr>
        <w:br/>
      </w:r>
      <w:r>
        <w:rPr>
          <w:lang w:eastAsia="zh-CN"/>
        </w:rPr>
        <w:t>　　这是我在六年级的最后一个学期里，在这个学期里，向着自己的目标奋力向前。</w:t>
      </w:r>
      <w:r>
        <w:rPr>
          <w:lang w:eastAsia="zh-CN"/>
        </w:rPr>
        <w:br/>
      </w:r>
      <w:r>
        <w:rPr>
          <w:lang w:eastAsia="zh-CN"/>
        </w:rPr>
        <w:t xml:space="preserve">    新学期新的学习计划范文 篇2 </w:t>
      </w:r>
      <w:r>
        <w:rPr>
          <w:lang w:eastAsia="zh-CN"/>
        </w:rPr>
        <w:br/>
      </w:r>
      <w:r>
        <w:rPr>
          <w:lang w:eastAsia="zh-CN"/>
        </w:rPr>
        <w:t>　　新学期倒了，我们又长大了一岁，成为了一名四年级的学生。在学习上也会更加严格，功课变得越来越多，课程也增加了，我要努力认真学习，把学习成绩提高，争当一名五好少年！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新的学期，新的面貌。在这新学期里上课加倍认真仔细听老师讲课，遵守课堂纪律，积极回答问题，在学校当一名好学生，在家听父母的话，争做一个好孩子。</w:t>
      </w:r>
      <w:r>
        <w:rPr>
          <w:lang w:eastAsia="zh-CN"/>
        </w:rPr>
        <w:br/>
      </w:r>
      <w:r>
        <w:rPr>
          <w:lang w:eastAsia="zh-CN"/>
        </w:rPr>
        <w:t>　　这个学期你要继续保持我的好习惯，改正我的坏习惯。比如：马虎、拖拉、写作业不专心，容易发小脾气，这些都是我需要改正的`缺点。</w:t>
      </w:r>
      <w:r>
        <w:rPr>
          <w:lang w:eastAsia="zh-CN"/>
        </w:rPr>
        <w:br/>
      </w:r>
      <w:r>
        <w:rPr>
          <w:lang w:eastAsia="zh-CN"/>
        </w:rPr>
        <w:t>　　我还要帮家长做力所能及的事，如洗碗、扫地、学会做饭……如果当上了班干部，我要当一名合格的班干部，当好老师的小助手。团结友爱同学，互相帮助，相互理解，热爱集体，爱护公物，为236班成为五星班级而努力！</w:t>
      </w:r>
      <w:r>
        <w:rPr>
          <w:lang w:eastAsia="zh-CN"/>
        </w:rPr>
        <w:br/>
      </w:r>
      <w:r>
        <w:rPr>
          <w:lang w:eastAsia="zh-CN"/>
        </w:rPr>
        <w:t>　　新学期，迎来一个崭新的我！</w:t>
      </w:r>
      <w:r>
        <w:rPr>
          <w:lang w:eastAsia="zh-CN"/>
        </w:rPr>
        <w:br/>
      </w:r>
      <w:r>
        <w:rPr>
          <w:lang w:eastAsia="zh-CN"/>
        </w:rPr>
        <w:t xml:space="preserve">    新学期新的学习计划范文 篇3 </w:t>
      </w:r>
      <w:r>
        <w:rPr>
          <w:lang w:eastAsia="zh-CN"/>
        </w:rPr>
        <w:br/>
      </w:r>
      <w:r>
        <w:rPr>
          <w:lang w:eastAsia="zh-CN"/>
        </w:rPr>
        <w:t>　　转眼间时间如白驹过隙，暑假已经接近尾声。又到了和同学们一起努力拼搏的日子了。新的学期，新的一年，伴随而来的是我为踏入五年级而做的充足准备。我相信在我有条理的安排部署下一定能取得质的飞跃。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认为只有看清自己的缺点弱势，才能扬长避短。首先在语文上，要掌握生字积累，熟读每个单元的`课文及其课后生字，在课外时间注重成语的应用。学过的古诗倒背如流，并且每周看三篇精美范文，学习优美段落。了解四大名著各章节情节并分析优点。其次在数学上，详细掌握每章具体内容，并对逐个重点进行专题联系，多做数学题。最后在英语上的学习内容分为两大块，单词积累和语法，预定一天背20个单词，每周掌握三种语法，并加之练习。</w:t>
      </w:r>
      <w:r>
        <w:rPr>
          <w:lang w:eastAsia="zh-CN"/>
        </w:rPr>
        <w:br/>
      </w:r>
      <w:r>
        <w:rPr>
          <w:lang w:eastAsia="zh-CN"/>
        </w:rPr>
        <w:t>　　一个良好的学习状态是课前预习加课后复习，并伴随课余积累而养成的。爱因斯坦曾经说过：“只要你有一件合理的事去做，你的生活就会显得特别美好。”我相信，新的学期，我能行！</w:t>
      </w:r>
      <w:r>
        <w:rPr>
          <w:lang w:eastAsia="zh-CN"/>
        </w:rPr>
        <w:br/>
      </w:r>
      <w:r>
        <w:rPr>
          <w:lang w:eastAsia="zh-CN"/>
        </w:rPr>
        <w:t xml:space="preserve">    新学期新的学习计划范文 篇4 </w:t>
      </w:r>
      <w:r>
        <w:rPr>
          <w:lang w:eastAsia="zh-CN"/>
        </w:rPr>
        <w:br/>
      </w:r>
      <w:r>
        <w:rPr>
          <w:lang w:eastAsia="zh-CN"/>
        </w:rPr>
        <w:t>　　一、怎样制订学期计划</w:t>
      </w:r>
      <w:r>
        <w:rPr>
          <w:lang w:eastAsia="zh-CN"/>
        </w:rPr>
        <w:br/>
      </w:r>
      <w:r>
        <w:rPr>
          <w:lang w:eastAsia="zh-CN"/>
        </w:rPr>
        <w:t>　　1、首先总结一下上学期的成绩、进步和不足之处，分析一下在德、智、体、美、劳诸方面的优势和问题，这是订新学期计划的基础。</w:t>
      </w:r>
      <w:r>
        <w:rPr>
          <w:lang w:eastAsia="zh-CN"/>
        </w:rPr>
        <w:br/>
      </w:r>
      <w:r>
        <w:rPr>
          <w:lang w:eastAsia="zh-CN"/>
        </w:rPr>
        <w:t>　　2、通过和老师以及高年级同学的交流，了解新学期学校要举办哪些活动，对学生有哪些具体要求，新学期各科课程以及主要内容，为制订有关内容做好准备。</w:t>
      </w:r>
      <w:r>
        <w:rPr>
          <w:lang w:eastAsia="zh-CN"/>
        </w:rPr>
        <w:br/>
      </w:r>
      <w:r>
        <w:rPr>
          <w:lang w:eastAsia="zh-CN"/>
        </w:rPr>
        <w:t>　　3、根据学校要求、课程内容，针对自己的实际，提出本学期在各方面的奋斗目标。订目标时，一要体现全面发展学有特长，二要体现均衡发展突出重点，三要适度，要求过高过低都不利孩子进步，经过孩子努力即可达到为宜。</w:t>
      </w:r>
      <w:r>
        <w:rPr>
          <w:lang w:eastAsia="zh-CN"/>
        </w:rPr>
        <w:br/>
      </w:r>
      <w:r>
        <w:rPr>
          <w:lang w:eastAsia="zh-CN"/>
        </w:rPr>
        <w:t>　　4、一学期时间不长，目标要求不要订得过高或过多或大而空。目标要明确，要求要具体，措施要可操作。在制定计划过程中，家长重在引导而不要强加或包办代替，要通过商量把家长的意图变成孩子自己的，因他是订计划执行计划的主人。在方法上，低年级以口头订计划为主，中年级可以帮着写出来，到了高年级让孩子独立去订，家长当个参谋就可以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二、怎样执行计划</w:t>
      </w:r>
      <w:r>
        <w:rPr>
          <w:lang w:eastAsia="zh-CN"/>
        </w:rPr>
        <w:br/>
      </w:r>
      <w:r>
        <w:rPr>
          <w:lang w:eastAsia="zh-CN"/>
        </w:rPr>
        <w:t>　　1、学期计划是通过阶段性的小计划来完成的。每天、每周、每月都有个小计划，不一定写出来，说一说想一想都行。例如双休日或放学回家以后，要合理安排和使用时间，或学习、或劳动、或娱乐、或交友……要有序地生活。既不要无计划地度日浪费时间，也不要只知读书学习不注意劳逸结合。</w:t>
      </w:r>
      <w:r>
        <w:rPr>
          <w:lang w:eastAsia="zh-CN"/>
        </w:rPr>
        <w:br/>
      </w:r>
      <w:r>
        <w:rPr>
          <w:lang w:eastAsia="zh-CN"/>
        </w:rPr>
        <w:t>　　2、在孩子执行计划中，家长要关心。发现有困难要及时帮助，有进步及时鼓励，有失误及时纠正，有疏忽及时提醒。如果家长能参与和孩子一起来完成计划，利于增加孩子的兴趣和进步幅度。如一起打球锻炼，共同参加家务劳动，一块学习、看报并讨论些感兴趣的问题等。</w:t>
      </w:r>
      <w:r>
        <w:rPr>
          <w:lang w:eastAsia="zh-CN"/>
        </w:rPr>
        <w:br/>
      </w:r>
      <w:r>
        <w:rPr>
          <w:lang w:eastAsia="zh-CN"/>
        </w:rPr>
        <w:t>　　3、一般情况下，到了期中可检查计划的执行情况，如果目标要求已经完成或发现难以执行，就要对计划进行调整修改使之更加合实际。同时对孩子的进步加以肯定，增加他完成计划的信心，起个加油站作用。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到了期末，结合考试成绩和老师评语对孩子执行计划情况，做全面总结，逐条分析。成功的总结经验，既总结孩子的学习经验，家长教子的经验，也总结孩子学习方法和自理能力进步的经验。关于问题和不足，既找主观原因也找客观原因，并研究出改进的办法。有些知识缺陷在假期中及时给以弥补，有的问题可在下学期订计划时安排解决。通过总结要使孩子体会到制订计划并按计划生活、学习的好处和作用。坚持几年，就可以提高按计划办事的自觉性并形成习惯，这既是孩子走上社会的基本功，也是一份宝贵的财富。</w:t>
      </w:r>
      <w:r>
        <w:rPr>
          <w:lang w:eastAsia="zh-CN"/>
        </w:rPr>
        <w:br/>
      </w:r>
      <w:r>
        <w:rPr>
          <w:lang w:eastAsia="zh-CN"/>
        </w:rPr>
        <w:t>　　最后，预祝同学们都能取得优异的成绩，进入理想的中学！</w:t>
      </w:r>
      <w:r>
        <w:rPr>
          <w:lang w:eastAsia="zh-CN"/>
        </w:rPr>
        <w:br/>
      </w:r>
      <w:r>
        <w:rPr>
          <w:lang w:eastAsia="zh-CN"/>
        </w:rPr>
        <w:t xml:space="preserve">    新学期新的学习计划范文 篇5 </w:t>
      </w:r>
      <w:r>
        <w:rPr>
          <w:lang w:eastAsia="zh-CN"/>
        </w:rPr>
        <w:br/>
      </w:r>
      <w:r>
        <w:rPr>
          <w:lang w:eastAsia="zh-CN"/>
        </w:rPr>
        <w:t>　　快乐的暑假一眨眼就过去了，新的学期又来了。现在我们已经是初三的学生了。初三是我们更努力的时候，初三的学习成绩成绩就看初二的学习成绩表现了。回头去看初二，我又奴隶吗？</w:t>
      </w:r>
      <w:r>
        <w:rPr>
          <w:lang w:eastAsia="zh-CN"/>
        </w:rPr>
        <w:br/>
      </w:r>
      <w:r>
        <w:rPr>
          <w:lang w:eastAsia="zh-CN"/>
        </w:rPr>
        <w:t>　　别人都说，要想初三学得好，就必须在初二的时候学好。但是我初二的时候一点也不认真，我的成绩是直线的下降，字还是写的很难看。而且我在初二写的那些新学期计划，反思和一大堆证明与决定，我好像一样都没做到。我上课还是不认真。到了初二的期末考，我没有一个科目是几个的。</w:t>
      </w:r>
      <w:r>
        <w:rPr>
          <w:lang w:eastAsia="zh-CN"/>
        </w:rPr>
        <w:br/>
      </w:r>
      <w:r>
        <w:rPr>
          <w:lang w:eastAsia="zh-CN"/>
        </w:rPr>
        <w:t>　　我初二的学习成绩成绩已经很不理想了，我不知道我初三的成绩会怎么样。在初二期末考回去后，看到家长的表情，很是难过。因为不只是家长不满意，我自己也不满意，因为我也想更努力。</w:t>
      </w:r>
      <w:r>
        <w:rPr>
          <w:lang w:eastAsia="zh-CN"/>
        </w:rPr>
        <w:br/>
      </w:r>
      <w:r>
        <w:rPr>
          <w:lang w:eastAsia="zh-CN"/>
        </w:rPr>
        <w:t>　　就在八月二十三日的前一天晚上，我还在烦恼该怎么办，于是我终于想通了：我发誓，在初三学习成绩开始后，一定要认真听课。</w:t>
      </w:r>
      <w:r>
        <w:rPr>
          <w:lang w:eastAsia="zh-CN"/>
        </w:rPr>
        <w:br/>
      </w:r>
      <w:r>
        <w:rPr>
          <w:lang w:eastAsia="zh-CN"/>
        </w:rPr>
        <w:t>　　我发现了一件事，原来要上课认真听讲其实很简单，只要不胡思乱想，认真听课，学习成绩成绩一定会上的去。我以前上课人在教室里，魂早就跑到别的地方去了。</w:t>
      </w:r>
      <w:r>
        <w:rPr>
          <w:lang w:eastAsia="zh-CN"/>
        </w:rPr>
        <w:br/>
      </w:r>
      <w:r>
        <w:rPr>
          <w:lang w:eastAsia="zh-CN"/>
        </w:rPr>
        <w:t>　　从现在开始我必须用功了，因为初二的期末考让我学到了很多，给了我一次教训。如果我现在不努力一点，那么初三还会再给我一次这样的教训，那个时候我可能连高中都没得上。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我要向我救救学习成绩，因为她学习成绩很好，体育也超棒。虽然现在的工作是送邮件，但她是最棒的。</w:t>
      </w:r>
      <w:r>
        <w:rPr>
          <w:lang w:eastAsia="zh-CN"/>
        </w:rPr>
        <w:br/>
      </w:r>
      <w:r>
        <w:rPr>
          <w:lang w:eastAsia="zh-CN"/>
        </w:rPr>
        <w:t>　　在初三的这个学期里，我要更加努力了。</w:t>
      </w:r>
      <w:r>
        <w:rPr>
          <w:lang w:eastAsia="zh-CN"/>
        </w:rPr>
        <w:br/>
      </w:r>
      <w:r>
        <w:rPr>
          <w:lang w:eastAsia="zh-CN"/>
        </w:rPr>
        <w:t xml:space="preserve">    新学期新的学习计划范文 篇6 </w:t>
      </w:r>
      <w:r>
        <w:rPr>
          <w:lang w:eastAsia="zh-CN"/>
        </w:rPr>
        <w:br/>
      </w:r>
      <w:r>
        <w:rPr>
          <w:lang w:eastAsia="zh-CN"/>
        </w:rPr>
        <w:t>　　时间飞逝，转眼间，就要进入小学生活的最后一年了，为了让我在小学生活得最后一年能够有所收获，我将以新的心态、新的精神面貌迎接我的新学期。</w:t>
      </w:r>
      <w:r>
        <w:rPr>
          <w:lang w:eastAsia="zh-CN"/>
        </w:rPr>
        <w:br/>
      </w:r>
      <w:r>
        <w:rPr>
          <w:lang w:eastAsia="zh-CN"/>
        </w:rPr>
        <w:t>　　在数学方面，不能够只弄明白课本上的习题就万事大吉了，要多做一些习题才能够熟能生巧。做到当天的课程当天消化吸收。</w:t>
      </w:r>
      <w:r>
        <w:rPr>
          <w:lang w:eastAsia="zh-CN"/>
        </w:rPr>
        <w:br/>
      </w:r>
      <w:r>
        <w:rPr>
          <w:lang w:eastAsia="zh-CN"/>
        </w:rPr>
        <w:t>　　在语文方面，除了把课文中的内容、知识掌握好以外，多读一些课外书，如名人名著及感兴趣的书籍等。提高自己的阅读和写作能力，做一些课外阅读能力的题。</w:t>
      </w:r>
      <w:r>
        <w:rPr>
          <w:lang w:eastAsia="zh-CN"/>
        </w:rPr>
        <w:br/>
      </w:r>
      <w:r>
        <w:rPr>
          <w:lang w:eastAsia="zh-CN"/>
        </w:rPr>
        <w:t>　　在英语方面，多读、多听、多背，加大自己的英语词汇量。</w:t>
      </w:r>
      <w:r>
        <w:rPr>
          <w:lang w:eastAsia="zh-CN"/>
        </w:rPr>
        <w:br/>
      </w:r>
      <w:r>
        <w:rPr>
          <w:lang w:eastAsia="zh-CN"/>
        </w:rPr>
        <w:t>　　通过以上的想法，现将我们的学习计划制定如下：</w:t>
      </w:r>
      <w:r>
        <w:rPr>
          <w:lang w:eastAsia="zh-CN"/>
        </w:rPr>
        <w:br/>
      </w:r>
      <w:r>
        <w:rPr>
          <w:lang w:eastAsia="zh-CN"/>
        </w:rPr>
        <w:t>　　1、每天做好预习，预习是学好语文、数学、英语的第一个环节；在书中做好记录，第二天上课时才有所目标。</w:t>
      </w:r>
      <w:r>
        <w:rPr>
          <w:lang w:eastAsia="zh-CN"/>
        </w:rPr>
        <w:br/>
      </w:r>
      <w:r>
        <w:rPr>
          <w:lang w:eastAsia="zh-CN"/>
        </w:rPr>
        <w:t>　　2、认真听课，上课的时候，认真听讲，不做小动作，不和同学们交头接耳，不说笑话，力争把老师课堂上的知识全部消化，对于不会的问题，要不耻下问，虚心向同学和老师请教。</w:t>
      </w:r>
      <w:r>
        <w:rPr>
          <w:lang w:eastAsia="zh-CN"/>
        </w:rPr>
        <w:br/>
      </w:r>
      <w:r>
        <w:rPr>
          <w:lang w:eastAsia="zh-CN"/>
        </w:rPr>
        <w:t>　　3、认真完成老师布置的各项作业。认真审题，明确解题思路，字迹工整，学会自己检查作业。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4、及时复习，要做到日日清；一周学过的内容，要有计划复习、回顾；做过的错题，要科学地整理、分析。</w:t>
      </w:r>
      <w:r>
        <w:rPr>
          <w:lang w:eastAsia="zh-CN"/>
        </w:rPr>
        <w:br/>
      </w:r>
      <w:r>
        <w:rPr>
          <w:lang w:eastAsia="zh-CN"/>
        </w:rPr>
        <w:t>　　5、多读课外书，不断丰富自己的知识。</w:t>
      </w:r>
      <w:r>
        <w:rPr>
          <w:lang w:eastAsia="zh-CN"/>
        </w:rPr>
        <w:br/>
      </w:r>
      <w:r>
        <w:rPr>
          <w:lang w:eastAsia="zh-CN"/>
        </w:rPr>
        <w:t>　　6、每个星期周末的晚上可以下楼玩、也可以看看娱乐电视，但是时间控制在十点左右。</w:t>
      </w:r>
      <w:r>
        <w:rPr>
          <w:lang w:eastAsia="zh-CN"/>
        </w:rPr>
        <w:br/>
      </w:r>
      <w:r>
        <w:rPr>
          <w:lang w:eastAsia="zh-CN"/>
        </w:rPr>
        <w:t>　　新学期，新计划，新心态，新目标，不要让我们输在这一起跑线上！让我们互相努力，相互竞争吧！</w:t>
      </w:r>
      <w:r>
        <w:rPr>
          <w:lang w:eastAsia="zh-CN"/>
        </w:rPr>
        <w:br/>
      </w:r>
      <w:r>
        <w:rPr>
          <w:lang w:eastAsia="zh-CN"/>
        </w:rPr>
        <w:t xml:space="preserve">    新学期新的学习计划范文 篇7 </w:t>
      </w:r>
      <w:r>
        <w:rPr>
          <w:lang w:eastAsia="zh-CN"/>
        </w:rPr>
        <w:br/>
      </w:r>
      <w:r>
        <w:rPr>
          <w:lang w:eastAsia="zh-CN"/>
        </w:rPr>
        <w:t>　　同学们：</w:t>
      </w:r>
      <w:r>
        <w:rPr>
          <w:lang w:eastAsia="zh-CN"/>
        </w:rPr>
        <w:br/>
      </w:r>
      <w:r>
        <w:rPr>
          <w:lang w:eastAsia="zh-CN"/>
        </w:rPr>
        <w:t>　　在这春暖花开时节，我们迎来了新的学期，在学校里，我们有共有的名字，我们都是万全道小学的学生，我们都有自己的班集体。你一定会发现，当你在校外听到别人夸赞我们学校时，你的内心也会觉得喜悦；当老师表扬你所在的班级体时，你的脸上会自然而然地流露出笑容。不为别的，只因为你是其中的一员。这些体验，都带给我们快乐。快乐人人向往，老师期望每一个孩子都能收获更多的快乐，那么，怎么才能让自己成为一个快乐的小学生呢？</w:t>
      </w:r>
      <w:r>
        <w:rPr>
          <w:lang w:eastAsia="zh-CN"/>
        </w:rPr>
        <w:br/>
      </w:r>
      <w:r>
        <w:rPr>
          <w:lang w:eastAsia="zh-CN"/>
        </w:rPr>
        <w:t>　　首先，请你做到，相信自己！李白说：“天生我材必有用”。请你相信，你在这个世界上是独一无二的，你有你的特长，你有能力成为一个对社会、对他人有用的人。所以当你面对任何学习上的困难时，请先不要害怕、退缩，给自己一个挑战的机会，让自己去尝试，去为之努力！快乐来自相信自己，超越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第二，请你做到，对自己负责！作为一个小学生，我们有自己的行为规范，我们有自己的道德要求，请你以此为标准要求自己。让“讲文明、讲卫生、守纪律、尊长辈”成为你的生活习惯，让按时完成学习任务成为你的学习习惯，当你发现你做到了对自己负责这五个字的时候，你一定会感受到格外的轻松！</w:t>
      </w:r>
      <w:r>
        <w:rPr>
          <w:lang w:eastAsia="zh-CN"/>
        </w:rPr>
        <w:br/>
      </w:r>
      <w:r>
        <w:rPr>
          <w:lang w:eastAsia="zh-CN"/>
        </w:rPr>
        <w:t>　　第三，请你做到，与人合作！在班级中，在校园里，我们有很多同伴。不论是背书、做值日，还是课堂学习、课外活动，我们都需要学会与人合作，与人相处。假若你能在与人相处时做到将心比心，通情达理，就一定会在合作的过程中收获知识，提高能力，感受到共同学习的快乐！</w:t>
      </w:r>
      <w:r>
        <w:rPr>
          <w:lang w:eastAsia="zh-CN"/>
        </w:rPr>
        <w:br/>
      </w:r>
      <w:r>
        <w:rPr>
          <w:lang w:eastAsia="zh-CN"/>
        </w:rPr>
        <w:t>　　另外，告诉大家一个能让自己变得快乐的小秘诀，那就是，常给自己制定一个个小目标，让自己做自己的老师，对自己的学习、工作做出及时的评价。比如，在做作业之前，先定个目标：这次作业我要拿满分！相信，对自己负责的你一定会为此努力，认真地去完成作业，也相信，你的付出一定会帮你达成这个小小的目标！所以，建议大家，从今天开始，学会给自己制定小目标，你会发现成功离你很近，快乐就在你身边！</w:t>
      </w:r>
      <w:r>
        <w:rPr>
          <w:lang w:eastAsia="zh-CN"/>
        </w:rPr>
        <w:br/>
      </w:r>
      <w:r>
        <w:rPr>
          <w:lang w:eastAsia="zh-CN"/>
        </w:rPr>
        <w:t>　　最后，我要强调的是快乐是辛勤汗水耕耘的甜美结果，快乐离不开你的勤奋。祝愿所有同学在本学期里能用心地把自己打造成一个快乐的小学生，让我们的班级充满快乐因子，让我们的校园洋溢和谐氛围，让我们在快乐中不断成长！</w:t>
      </w:r>
      <w:r>
        <w:rPr>
          <w:lang w:eastAsia="zh-CN"/>
        </w:rPr>
        <w:br/>
      </w:r>
      <w:r>
        <w:rPr>
          <w:lang w:eastAsia="zh-CN"/>
        </w:rPr>
        <w:t xml:space="preserve">    新学期新的学习计划范文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今天开学了，我升入了六年级。是全校最高年级，学校对我们各方面都严格要求，我也想以崭新的精神面貌，投入新学期的学习、生活当中，特定计划如下：</w:t>
      </w:r>
      <w:r>
        <w:rPr>
          <w:lang w:eastAsia="zh-CN"/>
        </w:rPr>
        <w:br/>
      </w:r>
      <w:r>
        <w:rPr>
          <w:lang w:eastAsia="zh-CN"/>
        </w:rPr>
        <w:t>　　1、每天上课专心听讲，认真完成各科作业，做到书写工整、美观;</w:t>
      </w:r>
      <w:r>
        <w:rPr>
          <w:lang w:eastAsia="zh-CN"/>
        </w:rPr>
        <w:br/>
      </w:r>
      <w:r>
        <w:rPr>
          <w:lang w:eastAsia="zh-CN"/>
        </w:rPr>
        <w:t>　　2、每天要有30分钟读书时间，看报纸、课外书籍、坚持摘录好词佳句，丰富语言;</w:t>
      </w:r>
      <w:r>
        <w:rPr>
          <w:lang w:eastAsia="zh-CN"/>
        </w:rPr>
        <w:br/>
      </w:r>
      <w:r>
        <w:rPr>
          <w:lang w:eastAsia="zh-CN"/>
        </w:rPr>
        <w:t>　　3、针对数学计算马虎的问题，每天保证10分钟的练习时间，提高计算的准确性;</w:t>
      </w:r>
      <w:r>
        <w:rPr>
          <w:lang w:eastAsia="zh-CN"/>
        </w:rPr>
        <w:br/>
      </w:r>
      <w:r>
        <w:rPr>
          <w:lang w:eastAsia="zh-CN"/>
        </w:rPr>
        <w:t>　　4、做到不懂就问，不会就学，对当天出现的问题及时解决，对当天出现的作业的错误及时改正，扎扎实实地学好文化知识。</w:t>
      </w:r>
      <w:r>
        <w:rPr>
          <w:lang w:eastAsia="zh-CN"/>
        </w:rPr>
        <w:br/>
      </w:r>
      <w:r>
        <w:rPr>
          <w:lang w:eastAsia="zh-CN"/>
        </w:rPr>
        <w:t>　　5.写好单元总结，每学一单元后，要对所学的知识进行分类整理，查找漏洞，总结学习方法，提高学习成绩;</w:t>
      </w:r>
      <w:r>
        <w:rPr>
          <w:lang w:eastAsia="zh-CN"/>
        </w:rPr>
        <w:br/>
      </w:r>
      <w:r>
        <w:rPr>
          <w:lang w:eastAsia="zh-CN"/>
        </w:rPr>
        <w:t>　　6.每个星期去一次新华书店，只有博览群书，才能开阔眼界、丰富知识;</w:t>
      </w:r>
      <w:r>
        <w:rPr>
          <w:lang w:eastAsia="zh-CN"/>
        </w:rPr>
        <w:br/>
      </w:r>
      <w:r>
        <w:rPr>
          <w:lang w:eastAsia="zh-CN"/>
        </w:rPr>
        <w:t>　　以上是我的学习计划.我一定按照计划去做.朝着“三好学生”的方向努力，做一名合格的小学毕业生!</w:t>
      </w:r>
      <w:r>
        <w:rPr>
          <w:lang w:eastAsia="zh-CN"/>
        </w:rPr>
        <w:br/>
      </w:r>
      <w:r>
        <w:rPr>
          <w:lang w:eastAsia="zh-CN"/>
        </w:rPr>
        <w:t xml:space="preserve">    新学期新的学习计划范文 篇9 </w:t>
      </w:r>
      <w:r>
        <w:rPr>
          <w:lang w:eastAsia="zh-CN"/>
        </w:rPr>
        <w:br/>
      </w:r>
      <w:r>
        <w:rPr>
          <w:lang w:eastAsia="zh-CN"/>
        </w:rPr>
        <w:t>　　新的一个学期开始了，又是一个紧张的时刻，我要有一个新的学习计划，让我更认真学习。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学习上，我要更认真了。每天早早起床，上学不要迟到。要做到课前预习，课后认真复习，按时完成老师布置的作业，认真书写，把字写得工工整整。上课时，要认真听讲，积极举手发言，不要跟同学交头接耳。做错了，要细心接受老师的教导，改正错误，不会的题目要问同学和老师。</w:t>
      </w:r>
      <w:r>
        <w:rPr>
          <w:lang w:eastAsia="zh-CN"/>
        </w:rPr>
        <w:br/>
      </w:r>
      <w:r>
        <w:rPr>
          <w:lang w:eastAsia="zh-CN"/>
        </w:rPr>
        <w:t>　　在礼仪上，也要更懂礼貌。要尊敬老师，见到老师要主动问好，主动与老师交流。尊老爱幼，平等待人。同学之间友好相处，互相关心，互相帮助。不欺负弱小，不讥笑、戏弄他人。尊重残疾人，尊重他人的民族习惯。如果看到老师在教室，要先报告，老师同意，才可以进入教室。我一定按照计划行事，做个听话、懂事、勤劳的好孩子。</w:t>
      </w:r>
      <w:r>
        <w:rPr>
          <w:lang w:eastAsia="zh-CN"/>
        </w:rPr>
        <w:br/>
      </w:r>
      <w:r>
        <w:rPr>
          <w:lang w:eastAsia="zh-CN"/>
        </w:rPr>
        <w:t xml:space="preserve">    新学期新的学习计划范文 篇10 </w:t>
      </w:r>
      <w:r>
        <w:rPr>
          <w:lang w:eastAsia="zh-CN"/>
        </w:rPr>
        <w:br/>
      </w:r>
      <w:r>
        <w:rPr>
          <w:lang w:eastAsia="zh-CN"/>
        </w:rPr>
        <w:t>　　时间过得真快，回想当初踏进学校的门时仿佛在昨天，我的脑海只有空荡荡的一片。因为我不曾学到些什么，原因是我上课都不认真听讲。现在想想真够后悔。</w:t>
      </w:r>
      <w:r>
        <w:rPr>
          <w:lang w:eastAsia="zh-CN"/>
        </w:rPr>
        <w:br/>
      </w:r>
      <w:r>
        <w:rPr>
          <w:lang w:eastAsia="zh-CN"/>
        </w:rPr>
        <w:t>　　在新的学期里，我给自己定了一些新的计划：</w:t>
      </w:r>
      <w:r>
        <w:rPr>
          <w:lang w:eastAsia="zh-CN"/>
        </w:rPr>
        <w:br/>
      </w:r>
      <w:r>
        <w:rPr>
          <w:lang w:eastAsia="zh-CN"/>
        </w:rPr>
        <w:t>　　1、上课不能再像往常一样玩手机，睡觉了，一定要改正，把握现在，认真听讲。</w:t>
      </w:r>
      <w:r>
        <w:rPr>
          <w:lang w:eastAsia="zh-CN"/>
        </w:rPr>
        <w:br/>
      </w:r>
      <w:r>
        <w:rPr>
          <w:lang w:eastAsia="zh-CN"/>
        </w:rPr>
        <w:t>　　2、利用晚自修时间认真做完当天的作业。不随手拿别人的作业抄，遇到难题，要虚心向教师或同学求教。在完成作业时，应认真复习。</w:t>
      </w:r>
      <w:r>
        <w:rPr>
          <w:lang w:eastAsia="zh-CN"/>
        </w:rPr>
        <w:br/>
      </w:r>
      <w:r>
        <w:rPr>
          <w:lang w:eastAsia="zh-CN"/>
        </w:rPr>
        <w:t>　　3、在课余时间内，问一些自己不懂的间题，预习下节课的课文。</w:t>
      </w:r>
      <w:r>
        <w:rPr>
          <w:lang w:eastAsia="zh-CN"/>
        </w:rPr>
        <w:br/>
      </w:r>
      <w:r>
        <w:rPr>
          <w:lang w:eastAsia="zh-CN"/>
        </w:rPr>
        <w:t>　　4、上课多积极发言，多动脑。</w:t>
      </w:r>
      <w:r>
        <w:rPr>
          <w:lang w:eastAsia="zh-CN"/>
        </w:rPr>
        <w:br/>
      </w:r>
      <w:r>
        <w:rPr>
          <w:lang w:eastAsia="zh-CN"/>
        </w:rPr>
        <w:t>　　虽然这些我不一定会做到优秀，但我一定会努力做到。</w:t>
      </w:r>
      <w:r>
        <w:rPr>
          <w:lang w:eastAsia="zh-CN"/>
        </w:rPr>
        <w:br/>
      </w:r>
      <w:r>
        <w:rPr>
          <w:lang w:eastAsia="zh-CN"/>
        </w:rPr>
        <w:t xml:space="preserve">    新学期新的学习计划范文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阳阳，（我的小名）新的一年，你有什么新计划吗？”一大清早妈妈对我说。“当然有呀，我早就都想过了妈妈，为了我下学期学习不偏科，做到‘双腿’都并齐走路。我在这里就把我的新学期新计划都告诉大家吧！</w:t>
      </w:r>
      <w:r>
        <w:rPr>
          <w:lang w:eastAsia="zh-CN"/>
        </w:rPr>
        <w:br/>
      </w:r>
      <w:r>
        <w:rPr>
          <w:lang w:eastAsia="zh-CN"/>
        </w:rPr>
        <w:t>　　新学期新计划如下：</w:t>
      </w:r>
      <w:r>
        <w:rPr>
          <w:lang w:eastAsia="zh-CN"/>
        </w:rPr>
        <w:br/>
      </w:r>
      <w:r>
        <w:rPr>
          <w:lang w:eastAsia="zh-CN"/>
        </w:rPr>
        <w:t>　　做好预习：预习在学习中有着很大的作用，它能够让你提前了解自己不会或者不懂的知识内容。上课的时候才能够有针对性的去理解。还可以发现现有的内容与以前学过的内容有没有结合点，对已学过的进行再一次的复习。</w:t>
      </w:r>
      <w:r>
        <w:rPr>
          <w:lang w:eastAsia="zh-CN"/>
        </w:rPr>
        <w:br/>
      </w:r>
      <w:r>
        <w:rPr>
          <w:lang w:eastAsia="zh-CN"/>
        </w:rPr>
        <w:t>　　听课：上课要认真听讲，俗话说的好“下课在用功，不如上课的一分钟”，而且还要注重“理解”。</w:t>
      </w:r>
      <w:r>
        <w:rPr>
          <w:lang w:eastAsia="zh-CN"/>
        </w:rPr>
        <w:br/>
      </w:r>
      <w:r>
        <w:rPr>
          <w:lang w:eastAsia="zh-CN"/>
        </w:rPr>
        <w:t>　　课堂笔记：上课要做好课堂笔记，它能够让你在以后的复习中起到关键的作用。还要及时的整理课堂笔记。</w:t>
      </w:r>
      <w:r>
        <w:rPr>
          <w:lang w:eastAsia="zh-CN"/>
        </w:rPr>
        <w:br/>
      </w:r>
      <w:r>
        <w:rPr>
          <w:lang w:eastAsia="zh-CN"/>
        </w:rPr>
        <w:t>　　做作业：</w:t>
      </w:r>
      <w:r>
        <w:rPr>
          <w:lang w:eastAsia="zh-CN"/>
        </w:rPr>
        <w:br/>
      </w:r>
      <w:r>
        <w:rPr>
          <w:lang w:eastAsia="zh-CN"/>
        </w:rPr>
        <w:t>　　1、做作业之前要整理好自己的思路，回想老师上课所讲的内容，再看一遍课堂笔记，记住重点内容，然后才开始做作业，</w:t>
      </w:r>
      <w:r>
        <w:rPr>
          <w:lang w:eastAsia="zh-CN"/>
        </w:rPr>
        <w:br/>
      </w:r>
      <w:r>
        <w:rPr>
          <w:lang w:eastAsia="zh-CN"/>
        </w:rPr>
        <w:t>　　2、要认真审题，不能走马观花。</w:t>
      </w:r>
      <w:r>
        <w:rPr>
          <w:lang w:eastAsia="zh-CN"/>
        </w:rPr>
        <w:br/>
      </w:r>
      <w:r>
        <w:rPr>
          <w:lang w:eastAsia="zh-CN"/>
        </w:rPr>
        <w:t>　　3、遇到不会的题目，不能马上问家长更不能抄袭别人的作业。要静下心来，自己从新审理题目，捋清思路，如果实在做不出来，要作为重点去研究，说明这项内容没有掌握。</w:t>
      </w:r>
      <w:r>
        <w:rPr>
          <w:lang w:eastAsia="zh-CN"/>
        </w:rPr>
        <w:br/>
      </w:r>
      <w:r>
        <w:rPr>
          <w:lang w:eastAsia="zh-CN"/>
        </w:rPr>
        <w:t>　　4、做完作业后要认真检查。</w:t>
      </w:r>
      <w:r>
        <w:rPr>
          <w:lang w:eastAsia="zh-CN"/>
        </w:rPr>
        <w:br/>
      </w:r>
      <w:r>
        <w:rPr>
          <w:lang w:eastAsia="zh-CN"/>
        </w:rPr>
        <w:t>　　5、对于背诵的内容，一定要严格按照要求去做，不能对自己不负责任。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复习：期中，期末前要将学过的知识和难点进行分类复习。争取做到不漏掉一项内容。</w:t>
      </w:r>
      <w:r>
        <w:rPr>
          <w:lang w:eastAsia="zh-CN"/>
        </w:rPr>
        <w:br/>
      </w:r>
      <w:r>
        <w:rPr>
          <w:lang w:eastAsia="zh-CN"/>
        </w:rPr>
        <w:t>　　因为我写字慢，我打算每天在19：00—20：30之间写完作业；每天看书10—30分钟；周六周日、暑假寒假和节假日帮爸爸妈妈干5—20项力所能及的家务活，（20项为暑假，15项为寒假、5—10项为双休日和节假日任务）；学会课外知识5项。</w:t>
      </w:r>
      <w:r>
        <w:rPr>
          <w:lang w:eastAsia="zh-CN"/>
        </w:rPr>
        <w:br/>
      </w:r>
      <w:r>
        <w:rPr>
          <w:lang w:eastAsia="zh-CN"/>
        </w:rPr>
        <w:t>　　我知道做好这些内容不容易，但是我会争取尽量做好。让妈妈当好我的监督员。</w:t>
      </w:r>
      <w:r>
        <w:rPr>
          <w:lang w:eastAsia="zh-CN"/>
        </w:rPr>
        <w:br/>
      </w:r>
      <w:r>
        <w:rPr>
          <w:lang w:eastAsia="zh-CN"/>
        </w:rPr>
        <w:t xml:space="preserve">    新学期新的学习计划范文 篇12 </w:t>
      </w:r>
      <w:r>
        <w:rPr>
          <w:lang w:eastAsia="zh-CN"/>
        </w:rPr>
        <w:br/>
      </w:r>
      <w:r>
        <w:rPr>
          <w:lang w:eastAsia="zh-CN"/>
        </w:rPr>
        <w:t>　　但愿我的新学期学习计划会帮助我在新学期中取得好成绩。但是，有一点我坚信，只要有付出就会有回报，只要我认真，专心的好好学习了，我就能取得好成绩，如果，我不认真学习的话，那我就不要妄想在新学期中取得好成绩!加油!</w:t>
      </w:r>
      <w:r>
        <w:rPr>
          <w:lang w:eastAsia="zh-CN"/>
        </w:rPr>
        <w:br/>
      </w:r>
      <w:r>
        <w:rPr>
          <w:lang w:eastAsia="zh-CN"/>
        </w:rPr>
        <w:t xml:space="preserve">    新学期新的学习计划范文 篇13 </w:t>
      </w:r>
      <w:r>
        <w:rPr>
          <w:lang w:eastAsia="zh-CN"/>
        </w:rPr>
        <w:br/>
      </w:r>
      <w:r>
        <w:rPr>
          <w:lang w:eastAsia="zh-CN"/>
        </w:rPr>
        <w:t>　　今天是开学报到的日子。我一大早就匆匆地来到了学校。</w:t>
      </w:r>
      <w:r>
        <w:rPr>
          <w:lang w:eastAsia="zh-CN"/>
        </w:rPr>
        <w:br/>
      </w:r>
      <w:r>
        <w:rPr>
          <w:lang w:eastAsia="zh-CN"/>
        </w:rPr>
        <w:t>　　我领到书了之后，看了看书之后，尤其是语文书，比以前更加深奥，更加难以理解了，童话故事少了，更加难懂的课文更多了。五颜六色的图画少了，更加贴近生活的图画更多了。但这难不倒我，我会向以前那样努力学习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这个学期当中，我争取，但不能说一定。我争取做到课堂上积极发言，因为有的时候，老师一出题目，我马上就想到了正确答案只不过我不敢说，因为我怕说错了。还有，我争取在写作文是不丢字、漏子，不写错别子这是我在写作文是存在地最严重的问题。</w:t>
      </w:r>
      <w:r>
        <w:rPr>
          <w:lang w:eastAsia="zh-CN"/>
        </w:rPr>
        <w:br/>
      </w:r>
      <w:r>
        <w:rPr>
          <w:lang w:eastAsia="zh-CN"/>
        </w:rPr>
        <w:t>　　这就是我在开学后想写的内容，不过，我还是应该继续找到我的缺点并加以改正。</w:t>
      </w:r>
      <w:r>
        <w:rPr>
          <w:lang w:eastAsia="zh-CN"/>
        </w:rPr>
        <w:br/>
      </w:r>
      <w:r>
        <w:rPr>
          <w:lang w:eastAsia="zh-CN"/>
        </w:rPr>
        <w:t xml:space="preserve">    新学期新的学习计划范文 篇14 </w:t>
      </w:r>
      <w:r>
        <w:rPr>
          <w:lang w:eastAsia="zh-CN"/>
        </w:rPr>
        <w:br/>
      </w:r>
      <w:r>
        <w:rPr>
          <w:lang w:eastAsia="zh-CN"/>
        </w:rPr>
        <w:t>　　20__年的春季学期满打满算也只有四个月的时间，这样算下来会过得很快。</w:t>
      </w:r>
      <w:r>
        <w:rPr>
          <w:lang w:eastAsia="zh-CN"/>
        </w:rPr>
        <w:br/>
      </w:r>
      <w:r>
        <w:rPr>
          <w:lang w:eastAsia="zh-CN"/>
        </w:rPr>
        <w:t>　　1.英语上完成新二第三单元的学习。第三单元一共24课，如果坚持下来完成基本上没有太大的问题，但泛读上可能就会减少很多，要做的事情很多，只能拣最重要的事列出，并每天安排一定的时间去完成。</w:t>
      </w:r>
      <w:r>
        <w:rPr>
          <w:lang w:eastAsia="zh-CN"/>
        </w:rPr>
        <w:br/>
      </w:r>
      <w:r>
        <w:rPr>
          <w:lang w:eastAsia="zh-CN"/>
        </w:rPr>
        <w:t>　　2.争取每周有一次学习语法的时间。人员依然是四人组，时间依然安排在周六的晚上。</w:t>
      </w:r>
      <w:r>
        <w:rPr>
          <w:lang w:eastAsia="zh-CN"/>
        </w:rPr>
        <w:br/>
      </w:r>
      <w:r>
        <w:rPr>
          <w:lang w:eastAsia="zh-CN"/>
        </w:rPr>
        <w:t>　　3.继续把《孟子》读完。其实平时在读的过程中我就发现小王已经开始学会用自己曾经读过的经典来分析问题了，有时让人颇有惊喜之感。</w:t>
      </w:r>
      <w:r>
        <w:rPr>
          <w:lang w:eastAsia="zh-CN"/>
        </w:rPr>
        <w:br/>
      </w:r>
      <w:r>
        <w:rPr>
          <w:lang w:eastAsia="zh-CN"/>
        </w:rPr>
        <w:t>　　4.新学期继续报班学习小提琴、画画和奥数。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20__年，小王已经养成了非常有规律的学习生活习惯。和过去相比我似乎没什么计划可言了，每天要做的事情总是那么几样。回顾这几年来陪着孩子成长的过程，我觉得有几点非常重要，一是心态一定要平和，平时努力了总比什么都不干强，只要做了哪怕考试考得一塌糊涂，心态也是非常平和的，因为已经努力过了，不后悔，心态自然就平和下来了；二是一定要坚持，不管外界有任何的惊涛骇浪，我也不改初衷，最多也只是在方式上改进一下而已；三是悦纳，一定要培养孩子对学习和生活的悦纳。我认识的很多孩子一提学习就会心烦意乱，一提游戏就会生龙活虎，其实也是我们在生活中人为地把生活和学习做了区别，导致孩子有这样的体会。如果一开始就很自然地对待这些，培养了孩子的悦纳，现在也不会因此而纠结。四是生活，生活比学习更重要，生活即学习，学习即生活，生活中的各种表现会映射到我们的学习中，不能事事都替孩子做好。有一个笑话，我们孩子中的小C，从小就习惯了母亲打理一切生活，所以她们四个在一起的时候，小C总是很习惯地让其他人帮她剥桔子、开零食袋或打开糖果的包装。终于有一天大家忍不住了，都不帮她了，她来找妈妈求助，被我阻止。我说，如果你剥不开一个桔子得话，就不要吃了，从那时开始，她才真正自己开始做类似这样的小事情。在生活中如果自己愿意开动脑筋想问题，愿意自己承担应该完成的事务，在学习中他也会愿意思考如何才能做得更好；假如孩子生活中是个白痴，我们就不要指望将来他有能离开父母独立生活的能力了...</w:t>
      </w:r>
      <w:r>
        <w:rPr>
          <w:lang w:eastAsia="zh-CN"/>
        </w:rPr>
        <w:br/>
      </w:r>
      <w:r>
        <w:rPr>
          <w:lang w:eastAsia="zh-CN"/>
        </w:rPr>
        <w:t>　　每年开学我都会和孩子谈话，谈话的内容又是最平淡无奇的“罗嗦”，一是要把字写干净、整洁；二是作业即考试、考试即作业，把平时做好了，至于考试，就随它去吧。</w:t>
      </w:r>
      <w:r>
        <w:rPr>
          <w:lang w:eastAsia="zh-CN"/>
        </w:rPr>
        <w:br/>
      </w:r>
      <w:r>
        <w:rPr>
          <w:lang w:eastAsia="zh-CN"/>
        </w:rPr>
        <w:t xml:space="preserve">    新学期新的学习计划范文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这学期，我决定在体育上好好努力，争取多参加班级的体育活动，比如接力赛、跳大绳、跳小绳、春季运动会上的项目等。为了做到这一点，我要每天7点半以前到校，跟着老师在操场上练习。</w:t>
      </w:r>
      <w:r>
        <w:rPr>
          <w:lang w:eastAsia="zh-CN"/>
        </w:rPr>
        <w:br/>
      </w:r>
      <w:r>
        <w:rPr>
          <w:lang w:eastAsia="zh-CN"/>
        </w:rPr>
        <w:t>　　在语文上面，我要继续坚持大量阅读课外书，每天早上早到校跟着领读小老师一起早读。在写字方面能够写得又快又好，握笔姿势正确。在生字方面争取每次单元小考都考90分以上，课前认真预习，每个字的一笔一画都不放过;上课时候眼睛紧盯老师，寸光不离;回家认真复习，把老师讲到的要点都记在心里。</w:t>
      </w:r>
      <w:r>
        <w:rPr>
          <w:lang w:eastAsia="zh-CN"/>
        </w:rPr>
        <w:br/>
      </w:r>
      <w:r>
        <w:rPr>
          <w:lang w:eastAsia="zh-CN"/>
        </w:rPr>
        <w:t>　　在数学方面，我主要要掌握每道题的方法，把每一道题弄明白，就掌握了这一类题目。</w:t>
      </w:r>
      <w:r>
        <w:rPr>
          <w:lang w:eastAsia="zh-CN"/>
        </w:rPr>
        <w:br/>
      </w:r>
      <w:r>
        <w:rPr>
          <w:lang w:eastAsia="zh-CN"/>
        </w:rPr>
        <w:t>　　在英语方面，我要每天都阅读一本英语小书，坚持每天看英语碟。</w:t>
      </w:r>
      <w:r>
        <w:rPr>
          <w:lang w:eastAsia="zh-CN"/>
        </w:rPr>
        <w:br/>
      </w:r>
      <w:r>
        <w:rPr>
          <w:lang w:eastAsia="zh-CN"/>
        </w:rPr>
        <w:t xml:space="preserve">    新学期新的学习计划范文 篇16 </w:t>
      </w:r>
      <w:r>
        <w:rPr>
          <w:lang w:eastAsia="zh-CN"/>
        </w:rPr>
        <w:br/>
      </w:r>
      <w:r>
        <w:rPr>
          <w:lang w:eastAsia="zh-CN"/>
        </w:rPr>
        <w:t>　　两个月的暑假生活马上就要过去。新的学期马上就要来临。我马上就能见到我敬爱的老师和同学，心里十分激动。在这新的学期即将来临之际，我为自己制定了新的学习计划。</w:t>
      </w:r>
      <w:r>
        <w:rPr>
          <w:lang w:eastAsia="zh-CN"/>
        </w:rPr>
        <w:br/>
      </w:r>
      <w:r>
        <w:rPr>
          <w:lang w:eastAsia="zh-CN"/>
        </w:rPr>
        <w:t>　　本学期我就要升四年级了，新学期我又要学习新的知识了。我想在新的学期，我更要努力学习，每次考试都要向一百分靠近，在班里一定要名列前茅，做一名优秀的好学生，让妈妈以我为容，让老师一提到我就竖起大拇指，赞不绝口。</w:t>
      </w:r>
      <w:r>
        <w:rPr>
          <w:lang w:eastAsia="zh-CN"/>
        </w:rPr>
        <w:br/>
      </w:r>
      <w:r>
        <w:rPr>
          <w:lang w:eastAsia="zh-CN"/>
        </w:rPr>
        <w:t>　　为了这一目标，我特意为自己制定几条学习计划，我要以这个计划为目标，在新学期奋力拼搏。</w:t>
      </w:r>
      <w:r>
        <w:rPr>
          <w:lang w:eastAsia="zh-CN"/>
        </w:rPr>
        <w:br/>
      </w:r>
      <w:r>
        <w:rPr>
          <w:lang w:eastAsia="zh-CN"/>
        </w:rPr>
        <w:t>　　第一条：做好课前预习：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预习很重要，如果只凭空去听讲，那么学习知识就是囫囵吞枣。在老师讲课之前，我们要做好充分的预习，熟悉课文，跟老师的讲解相结合，才会有效果。</w:t>
      </w:r>
      <w:r>
        <w:rPr>
          <w:lang w:eastAsia="zh-CN"/>
        </w:rPr>
        <w:br/>
      </w:r>
      <w:r>
        <w:rPr>
          <w:lang w:eastAsia="zh-CN"/>
        </w:rPr>
        <w:t>　　第二条：上课认真听讲：</w:t>
      </w:r>
      <w:r>
        <w:rPr>
          <w:lang w:eastAsia="zh-CN"/>
        </w:rPr>
        <w:br/>
      </w:r>
      <w:r>
        <w:rPr>
          <w:lang w:eastAsia="zh-CN"/>
        </w:rPr>
        <w:t>　　上课认真听讲是每一位学生必须要做到的。认真听老师说的每一句话，专心致志，一心一意，要珍惜每分每秒。当老师讲到重点的时候，我们还要做好笔记，把老师说的重点记下了，以便复习。</w:t>
      </w:r>
      <w:r>
        <w:rPr>
          <w:lang w:eastAsia="zh-CN"/>
        </w:rPr>
        <w:br/>
      </w:r>
      <w:r>
        <w:rPr>
          <w:lang w:eastAsia="zh-CN"/>
        </w:rPr>
        <w:t>　　第三条：在写作业之前，做好课后复习。</w:t>
      </w:r>
      <w:r>
        <w:rPr>
          <w:lang w:eastAsia="zh-CN"/>
        </w:rPr>
        <w:br/>
      </w:r>
      <w:r>
        <w:rPr>
          <w:lang w:eastAsia="zh-CN"/>
        </w:rPr>
        <w:t>　　不管做什么作业，在做之前，都要先回顾一下，当天老师所讲内容。并且一定要把字写端正、写干净，每道题做完都要认真检查要做对做好，不能马虎。</w:t>
      </w:r>
      <w:r>
        <w:rPr>
          <w:lang w:eastAsia="zh-CN"/>
        </w:rPr>
        <w:br/>
      </w:r>
      <w:r>
        <w:rPr>
          <w:lang w:eastAsia="zh-CN"/>
        </w:rPr>
        <w:t>　　第四条：准备一个错题本，把平时的错题和不会的题抄上去集中起来，在抄上去后一定要弄会弄懂，不会的一定要主动去问老师，在考前把错题本上的题必须全部搞懂。</w:t>
      </w:r>
      <w:r>
        <w:rPr>
          <w:lang w:eastAsia="zh-CN"/>
        </w:rPr>
        <w:br/>
      </w:r>
      <w:r>
        <w:rPr>
          <w:lang w:eastAsia="zh-CN"/>
        </w:rPr>
        <w:t xml:space="preserve">    新学期新的学习计划范文 篇17 </w:t>
      </w:r>
      <w:r>
        <w:rPr>
          <w:lang w:eastAsia="zh-CN"/>
        </w:rPr>
        <w:br/>
      </w:r>
      <w:r>
        <w:rPr>
          <w:lang w:eastAsia="zh-CN"/>
        </w:rPr>
        <w:t>　　新一学期又到了，上学期虽然没什么好成绩，但也评到一个三好学生，我没什么优点，只有老实，诚实。</w:t>
      </w:r>
      <w:r>
        <w:rPr>
          <w:lang w:eastAsia="zh-CN"/>
        </w:rPr>
        <w:br/>
      </w:r>
      <w:r>
        <w:rPr>
          <w:lang w:eastAsia="zh-CN"/>
        </w:rPr>
        <w:t>　　然而缺点一大堆，如：不爱看书，不认真听讲，胆小怕事，爱睡觉……，就是因为这些，我才会成绩下降。我非常害怕我会被父母责骂，被朋友无视我的存在。</w:t>
      </w:r>
      <w:r>
        <w:rPr>
          <w:lang w:eastAsia="zh-CN"/>
        </w:rPr>
        <w:br/>
      </w:r>
      <w:r>
        <w:rPr>
          <w:lang w:eastAsia="zh-CN"/>
        </w:rPr>
        <w:t>　　所以我一定要在六年级阶段拼搏，我会努力地请父母支持我！我的计划如下：</w:t>
      </w:r>
      <w:r>
        <w:rPr>
          <w:lang w:eastAsia="zh-CN"/>
        </w:rPr>
        <w:br/>
      </w:r>
      <w:r>
        <w:rPr>
          <w:lang w:eastAsia="zh-CN"/>
        </w:rPr>
        <w:t>　　1、老师上课认真听。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2、课堂作业按时按刻去完成。</w:t>
      </w:r>
      <w:r>
        <w:rPr>
          <w:lang w:eastAsia="zh-CN"/>
        </w:rPr>
        <w:br/>
      </w:r>
      <w:r>
        <w:rPr>
          <w:lang w:eastAsia="zh-CN"/>
        </w:rPr>
        <w:t>　　3、家庭作业要认真，不忘记。</w:t>
      </w:r>
      <w:r>
        <w:rPr>
          <w:lang w:eastAsia="zh-CN"/>
        </w:rPr>
        <w:br/>
      </w:r>
      <w:r>
        <w:rPr>
          <w:lang w:eastAsia="zh-CN"/>
        </w:rPr>
        <w:t>　　4、不懂问题下课问。</w:t>
      </w:r>
      <w:r>
        <w:rPr>
          <w:lang w:eastAsia="zh-CN"/>
        </w:rPr>
        <w:br/>
      </w:r>
      <w:r>
        <w:rPr>
          <w:lang w:eastAsia="zh-CN"/>
        </w:rPr>
        <w:t>　　5、计算题要认真仔细。</w:t>
      </w:r>
      <w:r>
        <w:rPr>
          <w:lang w:eastAsia="zh-CN"/>
        </w:rPr>
        <w:br/>
      </w:r>
      <w:r>
        <w:rPr>
          <w:lang w:eastAsia="zh-CN"/>
        </w:rPr>
        <w:t>　　6、作业字迹要工整。</w:t>
      </w:r>
      <w:r>
        <w:rPr>
          <w:lang w:eastAsia="zh-CN"/>
        </w:rPr>
        <w:br/>
      </w:r>
      <w:r>
        <w:rPr>
          <w:lang w:eastAsia="zh-CN"/>
        </w:rPr>
        <w:t>　　7、英语书要先预习，上课听的更懂。</w:t>
      </w:r>
      <w:r>
        <w:rPr>
          <w:lang w:eastAsia="zh-CN"/>
        </w:rPr>
        <w:br/>
      </w:r>
      <w:r>
        <w:rPr>
          <w:lang w:eastAsia="zh-CN"/>
        </w:rPr>
        <w:t>　　8、英语争取好成绩。</w:t>
      </w:r>
      <w:r>
        <w:rPr>
          <w:lang w:eastAsia="zh-CN"/>
        </w:rPr>
        <w:br/>
      </w:r>
      <w:r>
        <w:rPr>
          <w:lang w:eastAsia="zh-CN"/>
        </w:rPr>
        <w:t>　　9、配合老师要机急。</w:t>
      </w:r>
      <w:r>
        <w:rPr>
          <w:lang w:eastAsia="zh-CN"/>
        </w:rPr>
        <w:br/>
      </w:r>
      <w:r>
        <w:rPr>
          <w:lang w:eastAsia="zh-CN"/>
        </w:rPr>
        <w:t>　　10、作业不会勤思考，实在不行问老师。</w:t>
      </w:r>
      <w:r>
        <w:rPr>
          <w:lang w:eastAsia="zh-CN"/>
        </w:rPr>
        <w:br/>
      </w:r>
      <w:r>
        <w:rPr>
          <w:lang w:eastAsia="zh-CN"/>
        </w:rPr>
        <w:t>　　做到以上这十点，成绩优先一定行！</w:t>
      </w:r>
      <w:r>
        <w:rPr>
          <w:lang w:eastAsia="zh-CN"/>
        </w:rPr>
        <w:br/>
      </w:r>
      <w:r>
        <w:rPr>
          <w:lang w:eastAsia="zh-CN"/>
        </w:rPr>
        <w:t>　　我一定努力学习，新学期加油！</w:t>
      </w:r>
      <w:r>
        <w:rPr>
          <w:lang w:eastAsia="zh-CN"/>
        </w:rPr>
        <w:br/>
      </w:r>
      <w:r>
        <w:rPr>
          <w:lang w:eastAsia="zh-CN"/>
        </w:rPr>
        <w:t xml:space="preserve">    新学期新的学习计划范文 篇18 </w:t>
      </w:r>
      <w:r>
        <w:rPr>
          <w:lang w:eastAsia="zh-CN"/>
        </w:rPr>
        <w:br/>
      </w:r>
      <w:r>
        <w:rPr>
          <w:lang w:eastAsia="zh-CN"/>
        </w:rPr>
        <w:t>　　一、合理利用和安排时间</w:t>
      </w:r>
      <w:r>
        <w:rPr>
          <w:lang w:eastAsia="zh-CN"/>
        </w:rPr>
        <w:br/>
      </w:r>
      <w:r>
        <w:rPr>
          <w:lang w:eastAsia="zh-CN"/>
        </w:rPr>
        <w:t>　　凡事预则立，不预则废。刚上初三，最好能订一个学习计划，长远计划和近期计划相结合，最好能细致些，具体到早、午、晚做什么、学什么、复习什么。</w:t>
      </w:r>
      <w:r>
        <w:rPr>
          <w:lang w:eastAsia="zh-CN"/>
        </w:rPr>
        <w:br/>
      </w:r>
      <w:r>
        <w:rPr>
          <w:lang w:eastAsia="zh-CN"/>
        </w:rPr>
        <w:t>　　二、平衡各科，注意基础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妥善处理好优势科目和劣势科目的关系，尽量保持平衡。专家认为，对刚升上初三的学生来说，各科一般是一边上新课一边复习学过的内容，这个时候，相对来讲，供学生自由支配的时间多一些，我们可指导学生在自己较差的科目上稍微多花一点精力。而化学这门新学的科目，从一开始就要认真打好基础，即使不一定成为优科，也不至于成为弱科。到了中考前三个月，情况就有所不同了。可能经过几个月的努力，原来相对较弱的科目已经有了明显的进步，也可能收效仍不是十分显着。但这时如果再偏向弱科的话，很可能把比较强的科目也拉了下来。因此，应该在尽量照顾弱势科目的前提下，全面兼顾各科，并且努力提高优势科目，以期在优势科目的考试中与别人拉开差距，弥补弱势科目的不足。</w:t>
      </w:r>
      <w:r>
        <w:rPr>
          <w:lang w:eastAsia="zh-CN"/>
        </w:rPr>
        <w:br/>
      </w:r>
      <w:r>
        <w:rPr>
          <w:lang w:eastAsia="zh-CN"/>
        </w:rPr>
        <w:t>　　三、搞好生活，保证学习</w:t>
      </w:r>
      <w:r>
        <w:rPr>
          <w:lang w:eastAsia="zh-CN"/>
        </w:rPr>
        <w:br/>
      </w:r>
      <w:r>
        <w:rPr>
          <w:lang w:eastAsia="zh-CN"/>
        </w:rPr>
        <w:t>　　从某种意义来说，高考、中考不仅是智力的竞争，也是体力的竞争，开夜车或不午睡，牺牲休息时间去突击学习会搞垮身体，不值得，实际上也不利于学习。总之，生活越有规律，学习成效就越大，成绩上升就越快。</w:t>
      </w:r>
      <w:r>
        <w:rPr>
          <w:lang w:eastAsia="zh-CN"/>
        </w:rPr>
        <w:br/>
      </w:r>
      <w:r>
        <w:rPr>
          <w:lang w:eastAsia="zh-CN"/>
        </w:rPr>
        <w:t>　　四、加强思维能力培养</w:t>
      </w:r>
      <w:r>
        <w:rPr>
          <w:lang w:eastAsia="zh-CN"/>
        </w:rPr>
        <w:br/>
      </w:r>
      <w:r>
        <w:rPr>
          <w:lang w:eastAsia="zh-CN"/>
        </w:rPr>
        <w:t>　　多思多问课堂上，老师讲解的内容相当丰富，并具有很强的逻辑性，他们所讲的很多东西往往是多年教学实践的经验所得，是课本上根本找不到的，对培养我们的分析、判断和推理能力具有很大的帮助。所以，课堂上学生一定要紧跟老师的思路，集中注意力听取他们一些独特的见解，掌握他们的思维方式及其认知规律，并认真做好笔记。课外，更要多向任课教师请教，以加深理解，拓展知识面。培养思维能力的另一途径，就是经常运用逻辑思维进行独立思考，使自己的思维能力不断得到锻炼和提高。</w:t>
      </w:r>
      <w:r>
        <w:rPr>
          <w:lang w:eastAsia="zh-CN"/>
        </w:rPr>
        <w:br/>
      </w:r>
      <w:r>
        <w:rPr>
          <w:lang w:eastAsia="zh-CN"/>
        </w:rPr>
        <w:t>　　五、仔细分析错误，避免重犯</w:t>
      </w:r>
      <w:r>
        <w:rPr>
          <w:lang w:eastAsia="zh-CN"/>
        </w:rPr>
        <w:br/>
      </w:r>
    </w:p>
    <w:p w:rsidR="001B1F19" w14:textId="27C3F48A">
      <w:pPr>
        <w:rPr>
          <w:rFonts w:hint="eastAsia"/>
          <w:lang w:eastAsia="zh-CN"/>
        </w:rPr>
      </w:pPr>
      <w:r>
        <w:rPr>
          <w:lang w:eastAsia="zh-CN"/>
        </w:rPr>
        <w:t>　　对于做练习或各种测验中出现的一些错误，不能只简单更正一下就完事，而要认真地加以分析，找出造成错误的症结所在。这些症结正暴露了我们掌握得不够牢固的某些薄弱环节，因而要及时地查漏补缺。可建议学生设一个错题本，通过分析错题，明白自己的弱点，经常拿错题本翻翻，可进一步巩固基础知识，以避免下一次重犯错误。</w:t>
      </w:r>
      <w:r>
        <w:rPr>
          <w:lang w:eastAsia="zh-CN"/>
        </w:rPr>
        <w:br/>
      </w:r>
      <w:r>
        <w:rPr>
          <w:lang w:eastAsia="zh-CN"/>
        </w:rPr>
        <w:t>　　六、善于归纳和总结</w:t>
      </w:r>
      <w:r>
        <w:rPr>
          <w:lang w:eastAsia="zh-CN"/>
        </w:rPr>
        <w:br/>
      </w:r>
      <w:r>
        <w:rPr>
          <w:lang w:eastAsia="zh-CN"/>
        </w:rPr>
        <w:t>　　归纳和总结，这是使知识条理化、网络化和立体化的关键一环。</w:t>
      </w:r>
      <w:r>
        <w:rPr>
          <w:lang w:eastAsia="zh-CN"/>
        </w:rPr>
        <w:br/>
      </w:r>
      <w:r>
        <w:rPr>
          <w:lang w:eastAsia="zh-CN"/>
        </w:rPr>
        <w:t>　　可从两方面进行总结：</w:t>
      </w:r>
      <w:r>
        <w:rPr>
          <w:lang w:eastAsia="zh-CN"/>
        </w:rPr>
        <w:br/>
      </w:r>
      <w:r>
        <w:rPr>
          <w:lang w:eastAsia="zh-CN"/>
        </w:rPr>
        <w:t>　　1、内容上，分科、按体系、分章节。</w:t>
      </w:r>
      <w:r>
        <w:rPr>
          <w:lang w:eastAsia="zh-CN"/>
        </w:rPr>
        <w:br/>
      </w:r>
      <w:r>
        <w:rPr>
          <w:lang w:eastAsia="zh-CN"/>
        </w:rPr>
        <w:t>　　2、时间上，每节课后、每次作业后、每轮测验后、每日、每周、每月，都应及时梳理、巩固知识点。</w:t>
      </w:r>
      <w:r>
        <w:rPr>
          <w:lang w:eastAsia="zh-CN"/>
        </w:rPr>
        <w:br/>
      </w:r>
      <w:r>
        <w:rPr>
          <w:lang w:eastAsia="zh-CN"/>
        </w:rPr>
        <w:t>　　七、满怀信心，提高素质</w:t>
      </w:r>
      <w:r>
        <w:rPr>
          <w:lang w:eastAsia="zh-CN"/>
        </w:rPr>
        <w:br/>
      </w:r>
      <w:r>
        <w:rPr>
          <w:lang w:eastAsia="zh-CN"/>
        </w:rPr>
        <w:t>　　保持一颗平常心，放松自己的心灵，不要被分数牵着鼻子走，在竞争压力面前不屈服，在挫折面前不灰心丧气，学习上尽力而为，即可问心无愧。</w:t>
      </w:r>
      <w:r>
        <w:rPr>
          <w:lang w:eastAsia="zh-CN"/>
        </w:rPr>
        <w:br/>
      </w:r>
      <w:r>
        <w:rPr>
          <w:lang w:eastAsia="zh-CN"/>
        </w:rPr>
        <w:t xml:space="preserve">    新学期新的学习计划范文 篇19 </w:t>
      </w:r>
      <w:r>
        <w:rPr>
          <w:lang w:eastAsia="zh-CN"/>
        </w:rPr>
        <w:br/>
      </w:r>
      <w:r>
        <w:rPr>
          <w:lang w:eastAsia="zh-CN"/>
        </w:rPr>
        <w:t>　　终于迎来了忙碌的初三，可能还会沉浸在轻松、惬意的暑假，但一开学就让咱们措手不及的课程、作业着实压得咱们喘不过气。</w:t>
      </w:r>
      <w:r>
        <w:rPr>
          <w:lang w:eastAsia="zh-CN"/>
        </w:rPr>
        <w:br/>
      </w:r>
      <w:r>
        <w:rPr>
          <w:lang w:eastAsia="zh-CN"/>
        </w:rPr>
        <w:t>　　转眼回望过去的两年，都那样毫无意义的过了，不努力的我也后悔莫及。目标，是我从未拥有过的，说到这个代名词，让我想起暑假里学吉他的事。</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https://d.book118.com/776133031153010044</w:t>
        </w:r>
      </w:hyperlink>
    </w:p>
    <w:p w:rsidR="001B1F19">
      <w:pPr>
        <w:rPr>
          <w:rFonts w:hint="eastAsia"/>
          <w:lang w:eastAsia="zh-CN"/>
        </w:rPr>
      </w:pPr>
    </w:p>
    <w:sectPr>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76133031153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