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br/>
        <w:t>亲爱的朋友们</w:t>
        <w:br/>
        <w:t>Dear</w:t>
      </w:r>
      <w:r>
        <w:t xml:space="preserve"> friends,</w:t>
        <w:br/>
        <w:t>我们终于到达了</w:t>
        <w:br/>
        <w:t>it</w:t>
      </w:r>
      <w:r>
        <w:t xml:space="preserve"> is</w:t>
      </w:r>
      <w:r>
        <w:t xml:space="preserve"> here</w:t>
      </w:r>
      <w:r>
        <w:t xml:space="preserve"> that</w:t>
      </w:r>
      <w:r>
        <w:t xml:space="preserve"> we</w:t>
      </w:r>
      <w:r>
        <w:t xml:space="preserve"> finally</w:t>
      </w:r>
      <w:r>
        <w:t xml:space="preserve"> arrive</w:t>
        <w:br/>
        <w:t>本次伟大旅程的</w:t>
        <w:br/>
        <w:t>at</w:t>
      </w:r>
      <w:r>
        <w:t xml:space="preserve"> the</w:t>
      </w:r>
      <w:r>
        <w:t xml:space="preserve"> very</w:t>
      </w:r>
      <w:r>
        <w:t xml:space="preserve"> heart</w:t>
      </w:r>
      <w:r>
        <w:t xml:space="preserve"> and</w:t>
      </w:r>
      <w:r>
        <w:t xml:space="preserve"> soul</w:t>
        <w:br/>
        <w:t>核心与灵魂之处</w:t>
        <w:br/>
        <w:t>of</w:t>
      </w:r>
      <w:r>
        <w:t xml:space="preserve"> our</w:t>
      </w:r>
      <w:r>
        <w:t xml:space="preserve"> great</w:t>
      </w:r>
      <w:r>
        <w:t xml:space="preserve"> journey.</w:t>
        <w:br/>
        <w:t>这里就是</w:t>
      </w:r>
      <w:r>
        <w:t xml:space="preserve"> 市场街</w:t>
        <w:br/>
        <w:t>This...is</w:t>
      </w:r>
      <w:r>
        <w:t xml:space="preserve"> Market</w:t>
      </w:r>
      <w:r>
        <w:t xml:space="preserve"> Street!</w:t>
        <w:br/>
        <w:t>尽管在我于第四大道路口</w:t>
        <w:br/>
        <w:t>Though,</w:t>
      </w:r>
      <w:r>
        <w:t xml:space="preserve"> much</w:t>
      </w:r>
      <w:r>
        <w:t xml:space="preserve"> has</w:t>
      </w:r>
      <w:r>
        <w:t xml:space="preserve"> changed</w:t>
        <w:br/>
        <w:t>买&amp;hearts;&amp;hearts;了房&amp;hearts;子之后</w:t>
      </w:r>
      <w:r>
        <w:t xml:space="preserve"> 发生了很大变化</w:t>
        <w:br/>
        <w:t>since</w:t>
      </w:r>
      <w:r>
        <w:t xml:space="preserve"> I</w:t>
      </w:r>
      <w:r>
        <w:t xml:space="preserve"> owned</w:t>
      </w:r>
      <w:r>
        <w:t xml:space="preserve"> a</w:t>
      </w:r>
      <w:r>
        <w:t xml:space="preserve"> home</w:t>
      </w:r>
      <w:r>
        <w:t xml:space="preserve"> at</w:t>
      </w:r>
      <w:r>
        <w:t xml:space="preserve"> the</w:t>
      </w:r>
      <w:r>
        <w:t xml:space="preserve"> intersection</w:t>
      </w:r>
      <w:r>
        <w:t xml:space="preserve"> of</w:t>
      </w:r>
      <w:r>
        <w:t xml:space="preserve"> Fourth.</w:t>
        <w:br/>
        <w:t>但有件事没有变过</w:t>
        <w:br/>
        <w:t>But</w:t>
      </w:r>
      <w:r>
        <w:t xml:space="preserve"> one</w:t>
      </w:r>
      <w:r>
        <w:t xml:space="preserve"> thing</w:t>
      </w:r>
      <w:r>
        <w:t xml:space="preserve"> remains</w:t>
      </w:r>
      <w:r>
        <w:t xml:space="preserve"> consistent</w:t>
        <w:br/>
        <w:t>年轻的伊娃因为卖&amp;hearts;&amp;hearts;布朗尼而变得非常富有</w:t>
        <w:br/>
        <w:t>young</w:t>
      </w:r>
      <w:r>
        <w:t xml:space="preserve"> Ava</w:t>
      </w:r>
      <w:r>
        <w:t xml:space="preserve"> sells</w:t>
      </w:r>
      <w:r>
        <w:t xml:space="preserve"> brownies</w:t>
      </w:r>
      <w:r>
        <w:t xml:space="preserve"> so</w:t>
      </w:r>
      <w:r>
        <w:t xml:space="preserve"> rich</w:t>
        <w:br/>
        <w:t>以至于乔治国王</w:t>
        <w:br/>
        <w:t>that</w:t>
      </w:r>
      <w:r>
        <w:t xml:space="preserve"> King</w:t>
      </w:r>
      <w:r>
        <w:t xml:space="preserve"> George</w:t>
        <w:br/>
        <w:t>都试图在没有相关规定的情况下对其征收税款</w:t>
        <w:br/>
        <w:t>would</w:t>
      </w:r>
      <w:r>
        <w:t xml:space="preserve"> attempt</w:t>
      </w:r>
      <w:r>
        <w:t xml:space="preserve"> to</w:t>
      </w:r>
      <w:r>
        <w:t xml:space="preserve"> tax</w:t>
      </w:r>
      <w:r>
        <w:t xml:space="preserve"> them</w:t>
      </w:r>
      <w:r>
        <w:t xml:space="preserve"> without</w:t>
      </w:r>
      <w:r>
        <w:t xml:space="preserve"> representation.</w:t>
        <w:br/>
        <w:t>所以</w:t>
        <w:br/>
        <w:t>So...</w:t>
        <w:br/>
        <w:t>请上前</w:t>
      </w:r>
      <w:r>
        <w:t xml:space="preserve"> 各位好市民</w:t>
        <w:br/>
        <w:t>go</w:t>
      </w:r>
      <w:r>
        <w:t xml:space="preserve"> forth,</w:t>
      </w:r>
      <w:r>
        <w:t xml:space="preserve"> good</w:t>
      </w:r>
      <w:r>
        <w:t xml:space="preserve"> citizens,</w:t>
        <w:br/>
        <w:t>来花钱品尝一下吧</w:t>
        <w:br/>
        <w:t>and</w:t>
      </w:r>
      <w:r>
        <w:t xml:space="preserve"> spend!</w:t>
        <w:br/>
        <w:t>一如既往</w:t>
        <w:br/>
        <w:t>As</w:t>
      </w:r>
      <w:r>
        <w:t xml:space="preserve"> always,</w:t>
        <w:br/>
        <w:t>你又给我带来了一天最大的客流</w:t>
      </w:r>
      <w:r>
        <w:t xml:space="preserve"> 本吉</w:t>
        <w:br/>
        <w:t>you're</w:t>
      </w:r>
      <w:r>
        <w:t xml:space="preserve"> the</w:t>
      </w:r>
      <w:r>
        <w:t xml:space="preserve"> high</w:t>
      </w:r>
      <w:r>
        <w:t xml:space="preserve"> point</w:t>
      </w:r>
      <w:r>
        <w:t xml:space="preserve"> of</w:t>
      </w:r>
      <w:r>
        <w:t xml:space="preserve"> my</w:t>
      </w:r>
      <w:r>
        <w:t xml:space="preserve"> day,</w:t>
      </w:r>
      <w:r>
        <w:t xml:space="preserve"> Benji.</w:t>
        <w:br/>
        <w:t>甜点耶</w:t>
        <w:br/>
        <w:t>Ooh,</w:t>
      </w:r>
      <w:r>
        <w:t xml:space="preserve"> dessert.</w:t>
        <w:br/>
        <w:t>我想吃布朗迪</w:t>
        <w:br/>
        <w:t>I</w:t>
      </w:r>
      <w:r>
        <w:t xml:space="preserve"> want</w:t>
      </w:r>
      <w:r>
        <w:t xml:space="preserve"> a</w:t>
      </w:r>
      <w:r>
        <w:t xml:space="preserve"> blondie.</w:t>
        <w:br/>
        <w:t>我能买&amp;hearts;&amp;hearts;一块吗</w:t>
        <w:br/>
        <w:t>Can</w:t>
      </w:r>
      <w:r>
        <w:t xml:space="preserve"> I</w:t>
      </w:r>
      <w:r>
        <w:t xml:space="preserve"> have</w:t>
      </w:r>
      <w:r>
        <w:t xml:space="preserve"> one?</w:t>
        <w:br/>
        <w:t>松露布朗尼是我的最爱</w:t>
        <w:br/>
        <w:t>The</w:t>
      </w:r>
      <w:r>
        <w:t xml:space="preserve"> truffle</w:t>
      </w:r>
      <w:r>
        <w:t xml:space="preserve"> brownie</w:t>
      </w:r>
      <w:r>
        <w:t xml:space="preserve"> is</w:t>
      </w:r>
      <w:r>
        <w:t xml:space="preserve"> my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favorite.</w:t>
        <w:br/>
        <w:t>我们是不是在哪里见过</w:t>
        <w:br/>
        <w:t>Do</w:t>
      </w:r>
      <w:r>
        <w:t xml:space="preserve"> I</w:t>
      </w:r>
      <w:r>
        <w:t xml:space="preserve"> know</w:t>
      </w:r>
      <w:r>
        <w:t xml:space="preserve"> you</w:t>
      </w:r>
      <w:r>
        <w:t xml:space="preserve"> from</w:t>
      </w:r>
      <w:r>
        <w:t xml:space="preserve"> somewhere?</w:t>
        <w:br/>
        <w:t>也许是在共济会会所</w:t>
        <w:br/>
        <w:t>Perhaps,</w:t>
      </w:r>
      <w:r>
        <w:t xml:space="preserve"> uh,</w:t>
      </w:r>
      <w:r>
        <w:t xml:space="preserve"> the</w:t>
      </w:r>
      <w:r>
        <w:t xml:space="preserve"> Masonic</w:t>
      </w:r>
      <w:r>
        <w:t xml:space="preserve"> Lodge?</w:t>
        <w:br/>
        <w:t>不</w:t>
      </w:r>
      <w:r>
        <w:t xml:space="preserve"> 我没开玩笑</w:t>
        <w:br/>
        <w:t>No,</w:t>
      </w:r>
      <w:r>
        <w:t xml:space="preserve"> I'm</w:t>
      </w:r>
      <w:r>
        <w:t xml:space="preserve"> serious.</w:t>
        <w:br/>
        <w:t>你去过堪萨斯吗</w:t>
        <w:br/>
        <w:t>You</w:t>
      </w:r>
      <w:r>
        <w:t xml:space="preserve"> ever</w:t>
      </w:r>
      <w:r>
        <w:t xml:space="preserve"> been</w:t>
      </w:r>
      <w:r>
        <w:t xml:space="preserve"> to</w:t>
      </w:r>
      <w:r>
        <w:t xml:space="preserve"> Kansas</w:t>
      </w:r>
      <w:r>
        <w:t xml:space="preserve"> City?</w:t>
        <w:br/>
        <w:t>没有吧</w:t>
        <w:br/>
        <w:t>I</w:t>
      </w:r>
      <w:r>
        <w:t xml:space="preserve"> don't</w:t>
      </w:r>
      <w:r>
        <w:t xml:space="preserve"> believe</w:t>
      </w:r>
      <w:r>
        <w:t xml:space="preserve"> so.</w:t>
        <w:br/>
        <w:t>那是</w:t>
        <w:br/>
        <w:t>Is.</w:t>
        <w:br/>
        <w:t>殖民地中的一个新城吗</w:t>
        <w:br/>
        <w:t>that</w:t>
      </w:r>
      <w:r>
        <w:t xml:space="preserve"> one</w:t>
      </w:r>
      <w:r>
        <w:t xml:space="preserve"> of</w:t>
      </w:r>
      <w:r>
        <w:t xml:space="preserve"> the</w:t>
      </w:r>
      <w:r>
        <w:t xml:space="preserve"> new</w:t>
      </w:r>
      <w:r>
        <w:t xml:space="preserve"> townships</w:t>
      </w:r>
      <w:r>
        <w:t xml:space="preserve"> amongst</w:t>
      </w:r>
      <w:r>
        <w:t xml:space="preserve"> the</w:t>
      </w:r>
      <w:r>
        <w:t xml:space="preserve"> colonies?</w:t>
        <w:br/>
        <w:t>年轻的小姐</w:t>
        <w:br/>
        <w:t>Young</w:t>
      </w:r>
      <w:r>
        <w:t xml:space="preserve"> miss,</w:t>
        <w:br/>
        <w:t>你知道市场街上还发生过什么吗</w:t>
        <w:br/>
        <w:t>do</w:t>
      </w:r>
      <w:r>
        <w:t xml:space="preserve"> you</w:t>
      </w:r>
      <w:r>
        <w:t xml:space="preserve"> know</w:t>
      </w:r>
      <w:r>
        <w:t xml:space="preserve"> what</w:t>
      </w:r>
      <w:r>
        <w:t xml:space="preserve"> else</w:t>
      </w:r>
      <w:r>
        <w:t xml:space="preserve"> occurred</w:t>
      </w:r>
      <w:r>
        <w:t xml:space="preserve"> here</w:t>
      </w:r>
      <w:r>
        <w:t xml:space="preserve"> on</w:t>
      </w:r>
      <w:r>
        <w:t xml:space="preserve"> Market</w:t>
      </w:r>
      <w:r>
        <w:t xml:space="preserve"> Street?</w:t>
        <w:br/>
        <w:t>我那著名的电试验</w:t>
        <w:br/>
        <w:t>My</w:t>
      </w:r>
      <w:r>
        <w:t xml:space="preserve"> famous</w:t>
      </w:r>
      <w:r>
        <w:t xml:space="preserve"> experiment</w:t>
      </w:r>
      <w:r>
        <w:t xml:space="preserve"> with</w:t>
      </w:r>
      <w:r>
        <w:t xml:space="preserve"> electricity.</w:t>
        <w:br/>
        <w:t>爷爷</w:t>
      </w:r>
      <w:r>
        <w:t xml:space="preserve"> 你看我找到了什么</w:t>
        <w:br/>
        <w:t>Grandpa!</w:t>
      </w:r>
      <w:r>
        <w:t xml:space="preserve"> Look</w:t>
      </w:r>
      <w:r>
        <w:t xml:space="preserve"> what</w:t>
      </w:r>
      <w:r>
        <w:t xml:space="preserve"> I</w:t>
      </w:r>
      <w:r>
        <w:t xml:space="preserve"> found!</w:t>
        <w:br/>
        <w:t>让我看看</w:t>
        <w:br/>
        <w:t>Oh,</w:t>
      </w:r>
      <w:r>
        <w:t xml:space="preserve"> let</w:t>
      </w:r>
      <w:r>
        <w:t xml:space="preserve"> me</w:t>
      </w:r>
      <w:r>
        <w:t xml:space="preserve"> see.</w:t>
        <w:br/>
        <w:t>真不错</w:t>
        <w:br/>
        <w:t>Oh,</w:t>
      </w:r>
      <w:r>
        <w:t xml:space="preserve"> wow.</w:t>
      </w:r>
      <w:r>
        <w:t xml:space="preserve"> That's</w:t>
      </w:r>
      <w:r>
        <w:t xml:space="preserve"> nice.</w:t>
        <w:br/>
        <w:t>嫉妒吗</w:t>
      </w:r>
      <w:r>
        <w:t xml:space="preserve"> 没有</w:t>
        <w:br/>
        <w:t>Jealous?</w:t>
      </w:r>
      <w:r>
        <w:t xml:space="preserve"> No.</w:t>
        <w:br/>
        <w:t>开玩笑呢</w:t>
        <w:br/>
        <w:t>Are</w:t>
      </w:r>
      <w:r>
        <w:t xml:space="preserve"> you</w:t>
      </w:r>
      <w:r>
        <w:t xml:space="preserve"> kidding</w:t>
      </w:r>
      <w:r>
        <w:t xml:space="preserve"> me?</w:t>
        <w:br/>
        <w:t>杰森可以有自己的隐私</w:t>
        <w:br/>
        <w:t>Jason</w:t>
      </w:r>
      <w:r>
        <w:t xml:space="preserve"> is</w:t>
      </w:r>
      <w:r>
        <w:t xml:space="preserve"> entitled</w:t>
      </w:r>
      <w:r>
        <w:t xml:space="preserve"> to</w:t>
      </w:r>
      <w:r>
        <w:t xml:space="preserve"> his</w:t>
      </w:r>
      <w:r>
        <w:t xml:space="preserve"> privacy.</w:t>
        <w:br/>
        <w:t>他也可以有自己的朋友</w:t>
        <w:br/>
        <w:t>He's</w:t>
      </w:r>
      <w:r>
        <w:t xml:space="preserve"> allowed</w:t>
      </w:r>
      <w:r>
        <w:t xml:space="preserve"> to</w:t>
      </w:r>
      <w:r>
        <w:t xml:space="preserve"> have</w:t>
      </w:r>
      <w:r>
        <w:t xml:space="preserve"> friends.</w:t>
        <w:br/>
        <w:t>我不是说我们要做点什么</w:t>
        <w:br/>
        <w:t>I'm</w:t>
      </w:r>
      <w:r>
        <w:t xml:space="preserve"> not</w:t>
      </w:r>
      <w:r>
        <w:t xml:space="preserve"> suggesting</w:t>
      </w:r>
      <w:r>
        <w:t xml:space="preserve"> that</w:t>
      </w:r>
      <w:r>
        <w:t xml:space="preserve"> we</w:t>
      </w:r>
      <w:r>
        <w:t xml:space="preserve"> run</w:t>
      </w:r>
      <w:r>
        <w:t xml:space="preserve"> things</w:t>
      </w:r>
      <w:r>
        <w:t xml:space="preserve"> back,</w:t>
        <w:br/>
        <w:t>我就找人帮个忙而已</w:t>
        <w:br/>
        <w:t>I'd</w:t>
      </w:r>
      <w:r>
        <w:t xml:space="preserve"> just</w:t>
      </w:r>
      <w:r>
        <w:t xml:space="preserve"> be,</w:t>
      </w:r>
      <w:r>
        <w:t xml:space="preserve"> uh,</w:t>
      </w:r>
      <w:r>
        <w:t xml:space="preserve"> calling</w:t>
      </w:r>
      <w:r>
        <w:t xml:space="preserve"> in</w:t>
      </w:r>
      <w:r>
        <w:t xml:space="preserve"> a</w:t>
      </w:r>
      <w:r>
        <w:t xml:space="preserve"> favor.</w:t>
        <w:br/>
        <w:t>我很感激</w:t>
      </w:r>
      <w:r>
        <w:t xml:space="preserve"> 但我不</w:t>
        <w:br/>
        <w:t>I-</w:t>
      </w:r>
      <w:r>
        <w:t xml:space="preserve"> I</w:t>
      </w:r>
      <w:r>
        <w:t xml:space="preserve"> appreciate</w:t>
      </w:r>
      <w:r>
        <w:t xml:space="preserve"> that,</w:t>
      </w:r>
      <w:r>
        <w:t xml:space="preserve"> but</w:t>
      </w:r>
      <w:r>
        <w:t xml:space="preserve"> I</w:t>
      </w:r>
      <w:r>
        <w:t xml:space="preserve"> don't-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-</w:t>
        <w:br/>
        <w:t>等会儿</w:t>
        <w:br/>
        <w:t>Wait</w:t>
      </w:r>
      <w:r>
        <w:t xml:space="preserve"> a</w:t>
      </w:r>
      <w:r>
        <w:t xml:space="preserve"> minute.</w:t>
        <w:br/>
        <w:t>那房&amp;hearts;间应该是空的对吧</w:t>
        <w:br/>
        <w:t>That</w:t>
      </w:r>
      <w:r>
        <w:t xml:space="preserve"> room</w:t>
      </w:r>
      <w:r>
        <w:t xml:space="preserve"> was</w:t>
      </w:r>
      <w:r>
        <w:t xml:space="preserve"> empty,</w:t>
      </w:r>
      <w:r>
        <w:t xml:space="preserve"> right?</w:t>
        <w:br/>
        <w:t>对</w:t>
      </w:r>
      <w:r>
        <w:t xml:space="preserve"> </w:t>
      </w:r>
      <w:r>
        <w:t xml:space="preserve"> -你请人了吗</w:t>
        <w:br/>
        <w:t>Yep.</w:t>
      </w:r>
      <w:r>
        <w:t xml:space="preserve"> -</w:t>
      </w:r>
      <w:r>
        <w:t xml:space="preserve"> Did</w:t>
      </w:r>
      <w:r>
        <w:t xml:space="preserve"> you</w:t>
      </w:r>
      <w:r>
        <w:t xml:space="preserve"> hire-</w:t>
      </w:r>
      <w:r>
        <w:t xml:space="preserve"> -</w:t>
      </w:r>
      <w:r>
        <w:t xml:space="preserve"> ?</w:t>
        <w:br/>
        <w:t>没有啊</w:t>
        <w:br/>
        <w:t>No.</w:t>
        <w:br/>
        <w:t>早上好</w:t>
        <w:br/>
        <w:t>Good</w:t>
      </w:r>
      <w:r>
        <w:t xml:space="preserve"> morning.</w:t>
        <w:br/>
        <w:t>嗨</w:t>
        <w:br/>
        <w:t>Hi.</w:t>
        <w:br/>
        <w:t>粉色的是给你的</w:t>
      </w:r>
      <w:r>
        <w:t xml:space="preserve"> 巴蒂斯塔警监</w:t>
        <w:br/>
        <w:t>Pink</w:t>
      </w:r>
      <w:r>
        <w:t xml:space="preserve"> for</w:t>
      </w:r>
      <w:r>
        <w:t xml:space="preserve"> you,</w:t>
      </w:r>
      <w:r>
        <w:t xml:space="preserve"> Captain</w:t>
      </w:r>
      <w:r>
        <w:t xml:space="preserve"> Batista.</w:t>
        <w:br/>
        <w:t>紫色的是给你</w:t>
      </w:r>
      <w:r>
        <w:t xml:space="preserve"> 阿迪巴约警探</w:t>
        <w:br/>
        <w:t>And</w:t>
      </w:r>
      <w:r>
        <w:t xml:space="preserve"> purple</w:t>
      </w:r>
      <w:r>
        <w:t xml:space="preserve"> for</w:t>
      </w:r>
      <w:r>
        <w:t xml:space="preserve"> you,</w:t>
      </w:r>
      <w:r>
        <w:t xml:space="preserve"> Detective</w:t>
      </w:r>
      <w:r>
        <w:t xml:space="preserve"> Adebayo.</w:t>
        <w:br/>
        <w:t>呃</w:t>
      </w:r>
      <w:r>
        <w:t xml:space="preserve"> 叫我凯米就行</w:t>
        <w:br/>
        <w:t>Oh,</w:t>
      </w:r>
      <w:r>
        <w:t xml:space="preserve"> uh...Kemi's</w:t>
      </w:r>
      <w:r>
        <w:t xml:space="preserve"> fine.</w:t>
        <w:br/>
        <w:t>不好意思</w:t>
      </w:r>
      <w:r>
        <w:t xml:space="preserve"> 你是</w:t>
        <w:br/>
        <w:t>I'm</w:t>
      </w:r>
      <w:r>
        <w:t xml:space="preserve"> sorry,</w:t>
      </w:r>
      <w:r>
        <w:t xml:space="preserve"> who</w:t>
      </w:r>
      <w:r>
        <w:t xml:space="preserve"> are</w:t>
      </w:r>
      <w:r>
        <w:t xml:space="preserve"> you?</w:t>
        <w:br/>
        <w:t>海伦</w:t>
        <w:br/>
        <w:t>Helen-</w:t>
        <w:br/>
        <w:t>新来的法证学家</w:t>
        <w:br/>
        <w:t>your</w:t>
      </w:r>
      <w:r>
        <w:t xml:space="preserve"> new</w:t>
      </w:r>
      <w:r>
        <w:t xml:space="preserve"> forensic</w:t>
      </w:r>
      <w:r>
        <w:t xml:space="preserve"> scientist.</w:t>
        <w:br/>
        <w:t>我不记得有要求增派人手啊</w:t>
        <w:br/>
        <w:t>I</w:t>
      </w:r>
      <w:r>
        <w:t xml:space="preserve"> don't</w:t>
      </w:r>
      <w:r>
        <w:t xml:space="preserve"> remember</w:t>
      </w:r>
      <w:r>
        <w:t xml:space="preserve"> requesting</w:t>
      </w:r>
      <w:r>
        <w:t xml:space="preserve"> any</w:t>
      </w:r>
      <w:r>
        <w:t xml:space="preserve"> additional</w:t>
      </w:r>
      <w:r>
        <w:t xml:space="preserve"> personnel.</w:t>
        <w:br/>
        <w:t>是布劳恩警督派我来的</w:t>
        <w:br/>
        <w:t>I</w:t>
      </w:r>
      <w:r>
        <w:t xml:space="preserve"> was</w:t>
      </w:r>
      <w:r>
        <w:t xml:space="preserve"> assigned</w:t>
      </w:r>
      <w:r>
        <w:t xml:space="preserve"> by</w:t>
      </w:r>
      <w:r>
        <w:t xml:space="preserve"> Inspector</w:t>
      </w:r>
      <w:r>
        <w:t xml:space="preserve"> Braun.</w:t>
        <w:br/>
        <w:t>所以是警督让你来的</w:t>
        <w:br/>
        <w:t>So</w:t>
      </w:r>
      <w:r>
        <w:t xml:space="preserve"> the</w:t>
      </w:r>
      <w:r>
        <w:t xml:space="preserve"> Inspector</w:t>
      </w:r>
      <w:r>
        <w:t xml:space="preserve"> put</w:t>
      </w:r>
      <w:r>
        <w:t xml:space="preserve"> you</w:t>
      </w:r>
      <w:r>
        <w:t xml:space="preserve"> here?</w:t>
        <w:br/>
        <w:t>我以为他告诉你了</w:t>
        <w:br/>
        <w:t>I</w:t>
      </w:r>
      <w:r>
        <w:t xml:space="preserve"> thought</w:t>
      </w:r>
      <w:r>
        <w:t xml:space="preserve"> he</w:t>
      </w:r>
      <w:r>
        <w:t xml:space="preserve"> told</w:t>
      </w:r>
      <w:r>
        <w:t xml:space="preserve"> you.</w:t>
        <w:br/>
        <w:t>好吧</w:t>
        <w:br/>
        <w:t>Oh,</w:t>
      </w:r>
      <w:r>
        <w:t xml:space="preserve"> well</w:t>
        <w:br/>
        <w:t>惊喜</w:t>
        <w:br/>
        <w:t>surprise!</w:t>
        <w:br/>
        <w:t>我喜欢惊喜</w:t>
        <w:br/>
        <w:t>I</w:t>
      </w:r>
      <w:r>
        <w:t xml:space="preserve"> love</w:t>
      </w:r>
      <w:r>
        <w:t xml:space="preserve"> surprises.</w:t>
        <w:br/>
        <w:t>尤其是带着礼物的惊喜</w:t>
        <w:br/>
        <w:t>Especially</w:t>
      </w:r>
      <w:r>
        <w:t xml:space="preserve"> ones</w:t>
      </w:r>
      <w:r>
        <w:t xml:space="preserve"> that</w:t>
      </w:r>
      <w:r>
        <w:t xml:space="preserve"> come</w:t>
      </w:r>
      <w:r>
        <w:t xml:space="preserve"> bearing</w:t>
      </w:r>
      <w:r>
        <w:t xml:space="preserve"> gifts.</w:t>
        <w:br/>
        <w:t>快打开看看</w:t>
        <w:br/>
        <w:t>Go</w:t>
      </w:r>
      <w:r>
        <w:t xml:space="preserve"> ahead,</w:t>
      </w:r>
      <w:r>
        <w:t xml:space="preserve"> open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them.</w:t>
        <w:br/>
        <w:t>好</w:t>
      </w:r>
      <w:r>
        <w:t xml:space="preserve"> 我先来吧</w:t>
      </w:r>
      <w:r>
        <w:t xml:space="preserve"> 看看这是什么</w:t>
        <w:br/>
        <w:t>Yeah,</w:t>
      </w:r>
      <w:r>
        <w:t xml:space="preserve"> hey,</w:t>
      </w:r>
      <w:r>
        <w:t xml:space="preserve"> I'II</w:t>
      </w:r>
      <w:r>
        <w:t xml:space="preserve"> go</w:t>
      </w:r>
      <w:r>
        <w:t xml:space="preserve"> first.</w:t>
      </w:r>
      <w:r>
        <w:t xml:space="preserve"> Look</w:t>
      </w:r>
      <w:r>
        <w:t xml:space="preserve"> at</w:t>
      </w:r>
      <w:r>
        <w:t xml:space="preserve"> that.</w:t>
        <w:br/>
        <w:t>礼物啊</w:t>
      </w:r>
      <w:r>
        <w:t xml:space="preserve"> 嘿嘿</w:t>
        <w:br/>
        <w:t>"Ooh,</w:t>
      </w:r>
      <w:r>
        <w:t xml:space="preserve"> gifts!</w:t>
      </w:r>
      <w:r>
        <w:t xml:space="preserve"> "Heh,</w:t>
      </w:r>
      <w:r>
        <w:t xml:space="preserve"> heh.</w:t>
        <w:br/>
        <w:t>这是</w:t>
        <w:br/>
        <w:t>Oh,</w:t>
      </w:r>
      <w:r>
        <w:t xml:space="preserve"> is</w:t>
      </w:r>
      <w:r>
        <w:t xml:space="preserve"> this-</w:t>
      </w:r>
      <w:r>
        <w:t xml:space="preserve"> um</w:t>
        <w:br/>
        <w:t>吉百利巧克力蛋</w:t>
        <w:br/>
        <w:t>A</w:t>
      </w:r>
      <w:r>
        <w:t xml:space="preserve"> Cadbury</w:t>
      </w:r>
      <w:r>
        <w:t xml:space="preserve"> Creme</w:t>
      </w:r>
      <w:r>
        <w:t xml:space="preserve"> Egg.</w:t>
        <w:br/>
        <w:t>可好吃了</w:t>
        <w:br/>
        <w:t>They're</w:t>
      </w:r>
      <w:r>
        <w:t xml:space="preserve"> so</w:t>
      </w:r>
      <w:r>
        <w:t xml:space="preserve"> good.</w:t>
        <w:br/>
        <w:t>布劳恩警督说你喜欢蛋形物</w:t>
        <w:br/>
        <w:t>Inspector</w:t>
      </w:r>
      <w:r>
        <w:t xml:space="preserve"> Braun</w:t>
      </w:r>
      <w:r>
        <w:t xml:space="preserve"> said</w:t>
      </w:r>
      <w:r>
        <w:t xml:space="preserve"> you</w:t>
      </w:r>
      <w:r>
        <w:t xml:space="preserve"> have</w:t>
      </w:r>
      <w:r>
        <w:t xml:space="preserve"> a</w:t>
      </w:r>
      <w:r>
        <w:t xml:space="preserve"> thing</w:t>
      </w:r>
      <w:r>
        <w:t xml:space="preserve"> for</w:t>
      </w:r>
      <w:r>
        <w:t xml:space="preserve"> eggs,</w:t>
        <w:br/>
        <w:t>我不太明白为什么</w:t>
      </w:r>
      <w:r>
        <w:t xml:space="preserve"> 但</w:t>
        <w:br/>
        <w:t>I</w:t>
      </w:r>
      <w:r>
        <w:t xml:space="preserve"> didn't</w:t>
      </w:r>
      <w:r>
        <w:t xml:space="preserve"> really</w:t>
      </w:r>
      <w:r>
        <w:t xml:space="preserve"> get</w:t>
      </w:r>
      <w:r>
        <w:t xml:space="preserve"> it,</w:t>
      </w:r>
      <w:r>
        <w:t xml:space="preserve"> but</w:t>
        <w:br/>
        <w:t>我又一想</w:t>
      </w:r>
      <w:r>
        <w:t xml:space="preserve"> 送吉百利肯定不会错吧</w:t>
        <w:br/>
        <w:t>figured</w:t>
      </w:r>
      <w:r>
        <w:t xml:space="preserve"> you</w:t>
      </w:r>
      <w:r>
        <w:t xml:space="preserve"> can't</w:t>
      </w:r>
      <w:r>
        <w:t xml:space="preserve"> go</w:t>
      </w:r>
      <w:r>
        <w:t xml:space="preserve"> wrong</w:t>
      </w:r>
      <w:r>
        <w:t xml:space="preserve"> with</w:t>
      </w:r>
      <w:r>
        <w:t xml:space="preserve"> Cadbury.</w:t>
        <w:br/>
        <w:t>真不错</w:t>
      </w:r>
      <w:r>
        <w:t xml:space="preserve"> 非常感谢</w:t>
        <w:br/>
        <w:t>They</w:t>
      </w:r>
      <w:r>
        <w:t xml:space="preserve"> are</w:t>
      </w:r>
      <w:r>
        <w:t xml:space="preserve"> really</w:t>
      </w:r>
      <w:r>
        <w:t xml:space="preserve"> good.</w:t>
      </w:r>
      <w:r>
        <w:t xml:space="preserve"> Thank</w:t>
      </w:r>
      <w:r>
        <w:t xml:space="preserve"> you</w:t>
      </w:r>
      <w:r>
        <w:t xml:space="preserve"> so</w:t>
      </w:r>
      <w:r>
        <w:t xml:space="preserve"> much.</w:t>
        <w:br/>
        <w:t>很高兴认识你</w:t>
      </w:r>
      <w:r>
        <w:t xml:space="preserve"> 海伦</w:t>
        <w:br/>
        <w:t>Nice</w:t>
      </w:r>
      <w:r>
        <w:t xml:space="preserve"> to</w:t>
      </w:r>
      <w:r>
        <w:t xml:space="preserve"> meet</w:t>
      </w:r>
      <w:r>
        <w:t xml:space="preserve"> you,</w:t>
      </w:r>
      <w:r>
        <w:t xml:space="preserve"> Helen.</w:t>
        <w:br/>
        <w:t>得打给警督问问</w:t>
        <w:br/>
        <w:t>I</w:t>
      </w:r>
      <w:r>
        <w:t xml:space="preserve"> need</w:t>
      </w:r>
      <w:r>
        <w:t xml:space="preserve"> to</w:t>
      </w:r>
      <w:r>
        <w:t xml:space="preserve"> call</w:t>
      </w:r>
      <w:r>
        <w:t xml:space="preserve"> the</w:t>
      </w:r>
      <w:r>
        <w:t xml:space="preserve"> Inspector.</w:t>
        <w:br/>
        <w:t>你</w:t>
      </w:r>
      <w:r>
        <w:t xml:space="preserve"> 你忘了这个</w:t>
        <w:br/>
        <w:t>You</w:t>
      </w:r>
      <w:r>
        <w:t xml:space="preserve"> You</w:t>
      </w:r>
      <w:r>
        <w:t xml:space="preserve"> forgot</w:t>
      </w:r>
      <w:r>
        <w:t xml:space="preserve"> this!</w:t>
        <w:br/>
        <w:t>很期待跟你们共事</w:t>
        <w:br/>
        <w:t>I</w:t>
      </w:r>
      <w:r>
        <w:t xml:space="preserve"> look</w:t>
      </w:r>
      <w:r>
        <w:t xml:space="preserve"> forward</w:t>
      </w:r>
      <w:r>
        <w:t xml:space="preserve"> to</w:t>
      </w:r>
      <w:r>
        <w:t xml:space="preserve"> working</w:t>
      </w:r>
      <w:r>
        <w:t xml:space="preserve"> together.</w:t>
        <w:br/>
        <w:t>好的</w:t>
        <w:br/>
        <w:t>Okay.</w:t>
        <w:br/>
        <w:t>如果你不打算停车买&amp;hearts;&amp;hearts;咖啡</w:t>
        <w:br/>
        <w:t>If</w:t>
      </w:r>
      <w:r>
        <w:t xml:space="preserve"> you're</w:t>
      </w:r>
      <w:r>
        <w:t xml:space="preserve"> not</w:t>
      </w:r>
      <w:r>
        <w:t xml:space="preserve"> gonna</w:t>
      </w:r>
      <w:r>
        <w:t xml:space="preserve"> stop</w:t>
      </w:r>
      <w:r>
        <w:t xml:space="preserve"> for</w:t>
      </w:r>
      <w:r>
        <w:t xml:space="preserve"> coffee,</w:t>
        <w:br/>
        <w:t>那你就得带上咖啡</w:t>
        <w:br/>
        <w:t>you</w:t>
      </w:r>
      <w:r>
        <w:t xml:space="preserve"> gotta</w:t>
      </w:r>
      <w:r>
        <w:t xml:space="preserve"> bring</w:t>
      </w:r>
      <w:r>
        <w:t xml:space="preserve"> coffee-</w:t>
      </w:r>
      <w:r>
        <w:t xml:space="preserve"> -</w:t>
        <w:br/>
        <w:t>这是搭档准则第一条</w:t>
        <w:br/>
        <w:t>that's,</w:t>
      </w:r>
      <w:r>
        <w:t xml:space="preserve"> like,</w:t>
      </w:r>
      <w:r>
        <w:t xml:space="preserve"> Partner</w:t>
      </w:r>
      <w:r>
        <w:t xml:space="preserve"> 101.</w:t>
        <w:br/>
        <w:t>可不是我害咱俩迟到的</w:t>
        <w:br/>
        <w:t>Look,</w:t>
      </w:r>
      <w:r>
        <w:t xml:space="preserve"> I'm</w:t>
      </w:r>
      <w:r>
        <w:t xml:space="preserve"> not</w:t>
      </w:r>
      <w:r>
        <w:t xml:space="preserve"> the</w:t>
      </w:r>
      <w:r>
        <w:t xml:space="preserve"> one</w:t>
      </w:r>
      <w:r>
        <w:t xml:space="preserve"> who</w:t>
      </w:r>
      <w:r>
        <w:t xml:space="preserve"> made</w:t>
      </w:r>
      <w:r>
        <w:t xml:space="preserve"> us</w:t>
      </w:r>
      <w:r>
        <w:t xml:space="preserve"> late.</w:t>
        <w:br/>
        <w:t>是</w:t>
      </w:r>
      <w:r>
        <w:t xml:space="preserve"> 但我也没说</w:t>
        <w:br/>
        <w:t>You</w:t>
      </w:r>
      <w:r>
        <w:t xml:space="preserve"> know</w:t>
      </w:r>
      <w:r>
        <w:t xml:space="preserve"> what?</w:t>
      </w:r>
      <w:r>
        <w:t xml:space="preserve"> It</w:t>
      </w:r>
      <w:r>
        <w:t xml:space="preserve"> wasn't</w:t>
      </w:r>
      <w:r>
        <w:t xml:space="preserve"> my</w:t>
      </w:r>
      <w:r>
        <w:t xml:space="preserve"> idea</w:t>
        <w:br/>
        <w:t>咱俩一车走啊</w:t>
      </w:r>
      <w:r>
        <w:t xml:space="preserve"> 是你说的</w:t>
        <w:br/>
        <w:t>for</w:t>
      </w:r>
      <w:r>
        <w:t xml:space="preserve"> us</w:t>
      </w:r>
      <w:r>
        <w:t xml:space="preserve"> to</w:t>
      </w:r>
      <w:r>
        <w:t xml:space="preserve"> drive</w:t>
      </w:r>
      <w:r>
        <w:t xml:space="preserve"> together-</w:t>
      </w:r>
      <w:r>
        <w:t xml:space="preserve"> -</w:t>
      </w:r>
      <w:r>
        <w:t xml:space="preserve"> that</w:t>
      </w:r>
      <w:r>
        <w:t xml:space="preserve"> was</w:t>
      </w:r>
      <w:r>
        <w:t xml:space="preserve"> you.</w:t>
        <w:br/>
        <w:t>是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因为布劳恩会盯着我们的</w:t>
        <w:br/>
        <w:t>Yeah,</w:t>
      </w:r>
      <w:r>
        <w:t xml:space="preserve"> because</w:t>
      </w:r>
      <w:r>
        <w:t xml:space="preserve"> Braun's</w:t>
      </w:r>
      <w:r>
        <w:t xml:space="preserve"> gonna</w:t>
      </w:r>
      <w:r>
        <w:t xml:space="preserve"> be</w:t>
      </w:r>
      <w:r>
        <w:t xml:space="preserve"> watching</w:t>
      </w:r>
      <w:r>
        <w:t xml:space="preserve"> us.</w:t>
      </w:r>
      <w:r>
        <w:t xml:space="preserve"> All</w:t>
      </w:r>
      <w:r>
        <w:t xml:space="preserve"> right?</w:t>
        <w:br/>
        <w:t>我们不能出错</w:t>
        <w:br/>
        <w:t>We</w:t>
      </w:r>
      <w:r>
        <w:t xml:space="preserve"> gotta</w:t>
      </w:r>
      <w:r>
        <w:t xml:space="preserve"> be</w:t>
      </w:r>
      <w:r>
        <w:t xml:space="preserve"> on</w:t>
      </w:r>
      <w:r>
        <w:t xml:space="preserve"> point.</w:t>
        <w:br/>
        <w:t>所以现在就这样了是吗</w:t>
        <w:br/>
        <w:t>Oh,</w:t>
      </w:r>
      <w:r>
        <w:t xml:space="preserve"> so</w:t>
      </w:r>
      <w:r>
        <w:t xml:space="preserve"> this</w:t>
      </w:r>
      <w:r>
        <w:t xml:space="preserve"> is</w:t>
      </w:r>
      <w:r>
        <w:t xml:space="preserve"> a</w:t>
      </w:r>
      <w:r>
        <w:t xml:space="preserve"> thing?</w:t>
        <w:br/>
        <w:t>你是怎么着</w:t>
        <w:br/>
        <w:t>So,</w:t>
      </w:r>
      <w:r>
        <w:t xml:space="preserve"> what,</w:t>
      </w:r>
      <w:r>
        <w:t xml:space="preserve"> are</w:t>
      </w:r>
      <w:r>
        <w:t xml:space="preserve"> you-</w:t>
      </w:r>
      <w:r>
        <w:t xml:space="preserve"> -</w:t>
        <w:br/>
        <w:t>你是我保姆吗还是</w:t>
        <w:br/>
        <w:t>You're</w:t>
      </w:r>
      <w:r>
        <w:t xml:space="preserve"> like</w:t>
      </w:r>
      <w:r>
        <w:t xml:space="preserve"> my</w:t>
      </w:r>
      <w:r>
        <w:t xml:space="preserve"> babysitter</w:t>
      </w:r>
      <w:r>
        <w:t xml:space="preserve"> now,</w:t>
      </w:r>
      <w:r>
        <w:t xml:space="preserve"> or-</w:t>
      </w:r>
      <w:r>
        <w:t xml:space="preserve"> -</w:t>
      </w:r>
      <w:r>
        <w:t xml:space="preserve"> ?</w:t>
        <w:br/>
        <w:t>当然不是</w:t>
      </w:r>
      <w:r>
        <w:t xml:space="preserve"> 我是你的搭档</w:t>
        <w:br/>
        <w:t>Absolutely</w:t>
      </w:r>
      <w:r>
        <w:t xml:space="preserve"> not.</w:t>
      </w:r>
      <w:r>
        <w:t xml:space="preserve"> No.</w:t>
      </w:r>
      <w:r>
        <w:t xml:space="preserve"> I'm</w:t>
      </w:r>
      <w:r>
        <w:t xml:space="preserve"> your</w:t>
      </w:r>
      <w:r>
        <w:t xml:space="preserve"> partner.</w:t>
        <w:br/>
        <w:t>除非你非得表现得像个宝宝</w:t>
        <w:br/>
        <w:t>Unless</w:t>
      </w:r>
      <w:r>
        <w:t xml:space="preserve"> you're</w:t>
      </w:r>
      <w:r>
        <w:t xml:space="preserve"> gonna</w:t>
      </w:r>
      <w:r>
        <w:t xml:space="preserve"> act</w:t>
      </w:r>
      <w:r>
        <w:t xml:space="preserve"> like</w:t>
      </w:r>
      <w:r>
        <w:t xml:space="preserve"> a</w:t>
      </w:r>
      <w:r>
        <w:t xml:space="preserve"> baby.</w:t>
        <w:br/>
        <w:t>行吧</w:t>
      </w:r>
      <w:r>
        <w:t xml:space="preserve"> 搭档</w:t>
        <w:br/>
        <w:t>Okay,</w:t>
      </w:r>
      <w:r>
        <w:t xml:space="preserve"> "partner.</w:t>
      </w:r>
      <w:r>
        <w:t xml:space="preserve"> "</w:t>
        <w:br/>
        <w:t>我一直在思考</w:t>
        <w:br/>
        <w:t>I</w:t>
      </w:r>
      <w:r>
        <w:t xml:space="preserve"> have</w:t>
      </w:r>
      <w:r>
        <w:t xml:space="preserve"> been</w:t>
        <w:br/>
        <w:t>马里茨汽车炸&amp;hearts;弹&amp;hearts;一案</w:t>
        <w:br/>
        <w:t>thinking</w:t>
      </w:r>
      <w:r>
        <w:t xml:space="preserve"> a</w:t>
      </w:r>
      <w:r>
        <w:t xml:space="preserve"> lot</w:t>
      </w:r>
      <w:r>
        <w:t xml:space="preserve"> about</w:t>
      </w:r>
      <w:r>
        <w:t xml:space="preserve"> the</w:t>
      </w:r>
      <w:r>
        <w:t xml:space="preserve"> Maritz</w:t>
      </w:r>
      <w:r>
        <w:t xml:space="preserve"> car</w:t>
      </w:r>
      <w:r>
        <w:t xml:space="preserve"> bombing-</w:t>
      </w:r>
      <w:r>
        <w:t xml:space="preserve"> -</w:t>
        <w:br/>
        <w:t>够了</w:t>
      </w:r>
      <w:r>
        <w:t xml:space="preserve"> 别再说了</w:t>
        <w:br/>
        <w:t>No,</w:t>
      </w:r>
      <w:r>
        <w:t xml:space="preserve"> please</w:t>
      </w:r>
      <w:r>
        <w:t xml:space="preserve"> don't.</w:t>
        <w:br/>
        <w:t>什么就别再说了</w:t>
        <w:br/>
        <w:t>"Please</w:t>
      </w:r>
      <w:r>
        <w:t xml:space="preserve"> don't,</w:t>
      </w:r>
      <w:r>
        <w:t xml:space="preserve"> "what?</w:t>
        <w:br/>
        <w:t>这个叫马里茨的</w:t>
      </w:r>
      <w:r>
        <w:t xml:space="preserve"> 刚出去就被炸死了</w:t>
        <w:br/>
        <w:t>This</w:t>
      </w:r>
      <w:r>
        <w:t xml:space="preserve"> guy</w:t>
      </w:r>
      <w:r>
        <w:t xml:space="preserve"> Maritz,</w:t>
      </w:r>
      <w:r>
        <w:t xml:space="preserve"> he</w:t>
      </w:r>
      <w:r>
        <w:t xml:space="preserve"> gets</w:t>
      </w:r>
      <w:r>
        <w:t xml:space="preserve"> out,</w:t>
      </w:r>
      <w:r>
        <w:t xml:space="preserve"> two</w:t>
      </w:r>
      <w:r>
        <w:t xml:space="preserve"> seconds</w:t>
      </w:r>
      <w:r>
        <w:t xml:space="preserve"> later,</w:t>
      </w:r>
      <w:r>
        <w:t xml:space="preserve"> kabloom?</w:t>
        <w:br/>
        <w:t>你都不会多想吗</w:t>
        <w:br/>
        <w:t>That</w:t>
      </w:r>
      <w:r>
        <w:t xml:space="preserve"> doesn't</w:t>
      </w:r>
      <w:r>
        <w:t xml:space="preserve"> make</w:t>
      </w:r>
      <w:r>
        <w:t xml:space="preserve"> you</w:t>
      </w:r>
      <w:r>
        <w:t xml:space="preserve"> think?</w:t>
        <w:br/>
        <w:t>会</w:t>
      </w:r>
      <w:r>
        <w:t xml:space="preserve"> 行了吧</w:t>
        <w:br/>
        <w:t>Yeah,</w:t>
      </w:r>
      <w:r>
        <w:t xml:space="preserve"> it</w:t>
      </w:r>
      <w:r>
        <w:t xml:space="preserve"> does,</w:t>
      </w:r>
      <w:r>
        <w:t xml:space="preserve"> all</w:t>
      </w:r>
      <w:r>
        <w:t xml:space="preserve"> right?</w:t>
        <w:br/>
        <w:t>但我想的是妮基</w:t>
        <w:br/>
        <w:t>But</w:t>
      </w:r>
      <w:r>
        <w:t xml:space="preserve"> I'm</w:t>
      </w:r>
      <w:r>
        <w:t xml:space="preserve"> thinking</w:t>
      </w:r>
      <w:r>
        <w:t xml:space="preserve"> about</w:t>
      </w:r>
      <w:r>
        <w:t xml:space="preserve"> Nikki.</w:t>
        <w:br/>
        <w:t>好吗</w:t>
      </w:r>
      <w:r>
        <w:t xml:space="preserve"> 布劳恩说的很清楚了</w:t>
      </w:r>
      <w:r>
        <w:t xml:space="preserve"> 这案子归凶杀组了</w:t>
        <w:br/>
        <w:t>Okay?</w:t>
      </w:r>
      <w:r>
        <w:t xml:space="preserve"> Braun</w:t>
      </w:r>
      <w:r>
        <w:t xml:space="preserve"> was</w:t>
      </w:r>
      <w:r>
        <w:t xml:space="preserve"> clear.</w:t>
      </w:r>
      <w:r>
        <w:t xml:space="preserve"> Case</w:t>
      </w:r>
      <w:r>
        <w:t xml:space="preserve"> belongs</w:t>
      </w:r>
      <w:r>
        <w:t xml:space="preserve"> to</w:t>
      </w:r>
      <w:r>
        <w:t xml:space="preserve"> Homicide</w:t>
      </w:r>
      <w:r>
        <w:t xml:space="preserve"> now.</w:t>
        <w:br/>
        <w:t>好吧</w:t>
      </w:r>
      <w:r>
        <w:t xml:space="preserve"> 所以不要再让她在新老大面前难做了</w:t>
        <w:br/>
        <w:t>Okay,</w:t>
      </w:r>
      <w:r>
        <w:t xml:space="preserve"> so</w:t>
      </w:r>
      <w:r>
        <w:t xml:space="preserve"> please</w:t>
      </w:r>
      <w:r>
        <w:t xml:space="preserve"> don't</w:t>
      </w:r>
      <w:r>
        <w:t xml:space="preserve"> put</w:t>
      </w:r>
      <w:r>
        <w:t xml:space="preserve"> her</w:t>
      </w:r>
      <w:r>
        <w:t xml:space="preserve"> in</w:t>
      </w:r>
      <w:r>
        <w:t xml:space="preserve"> a</w:t>
      </w:r>
      <w:r>
        <w:t xml:space="preserve"> bad</w:t>
      </w:r>
      <w:r>
        <w:t xml:space="preserve"> spot</w:t>
      </w:r>
      <w:r>
        <w:t xml:space="preserve"> with</w:t>
      </w:r>
      <w:r>
        <w:t xml:space="preserve"> her</w:t>
      </w:r>
      <w:r>
        <w:t xml:space="preserve"> new</w:t>
      </w:r>
      <w:r>
        <w:t xml:space="preserve"> boss.</w:t>
        <w:br/>
        <w:t>行吗</w:t>
      </w:r>
      <w:r>
        <w:t xml:space="preserve"> 就一次</w:t>
      </w:r>
      <w:r>
        <w:t xml:space="preserve"> 专业点</w:t>
      </w:r>
      <w:r>
        <w:t xml:space="preserve"> 别再提了</w:t>
        <w:br/>
        <w:t>Okay?</w:t>
      </w:r>
      <w:r>
        <w:t xml:space="preserve"> Just</w:t>
      </w:r>
      <w:r>
        <w:t xml:space="preserve"> for</w:t>
      </w:r>
      <w:r>
        <w:t xml:space="preserve"> once,</w:t>
      </w:r>
      <w:r>
        <w:t xml:space="preserve"> be</w:t>
      </w:r>
      <w:r>
        <w:t xml:space="preserve"> professional,</w:t>
      </w:r>
      <w:r>
        <w:t xml:space="preserve"> drop</w:t>
      </w:r>
      <w:r>
        <w:t xml:space="preserve"> it.</w:t>
        <w:br/>
        <w:t>你还让我专业点哈</w:t>
        <w:br/>
        <w:t>Me</w:t>
      </w:r>
      <w:r>
        <w:t xml:space="preserve"> be</w:t>
      </w:r>
      <w:r>
        <w:t xml:space="preserve"> professional?</w:t>
        <w:br/>
        <w:t>对</w:t>
      </w:r>
      <w:r>
        <w:t xml:space="preserve"> </w:t>
      </w:r>
      <w:r>
        <w:t xml:space="preserve"> -好吧</w:t>
        <w:br/>
        <w:t>Yeah.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Okay.</w:t>
        <w:br/>
        <w:t>就像在整个办公室里唱歌&amp;hearts;求婚一样那么专业吗</w:t>
        <w:br/>
        <w:t>singing</w:t>
      </w:r>
      <w:r>
        <w:t xml:space="preserve"> an</w:t>
      </w:r>
      <w:r>
        <w:t xml:space="preserve"> engagement</w:t>
      </w:r>
      <w:r>
        <w:t xml:space="preserve"> in</w:t>
      </w:r>
      <w:r>
        <w:t xml:space="preserve"> front</w:t>
      </w:r>
      <w:r>
        <w:t xml:space="preserve"> of</w:t>
      </w:r>
      <w:r>
        <w:t xml:space="preserve"> the</w:t>
      </w:r>
      <w:r>
        <w:t xml:space="preserve"> whole</w:t>
      </w:r>
      <w:r>
        <w:t xml:space="preserve"> office?</w:t>
        <w:br/>
        <w:t>好吧</w:t>
      </w:r>
      <w:r>
        <w:t xml:space="preserve"> 首先</w:t>
      </w:r>
      <w:r>
        <w:t xml:space="preserve"> 我唱得很卖&amp;hearts;&amp;hearts;力</w:t>
        <w:br/>
        <w:t>Okay,</w:t>
      </w:r>
      <w:r>
        <w:t xml:space="preserve"> one,</w:t>
      </w:r>
      <w:r>
        <w:t xml:space="preserve"> okay-</w:t>
      </w:r>
      <w:r>
        <w:t xml:space="preserve"> I</w:t>
      </w:r>
      <w:r>
        <w:t xml:space="preserve"> was</w:t>
      </w:r>
      <w:r>
        <w:t xml:space="preserve"> singing</w:t>
      </w:r>
      <w:r>
        <w:t xml:space="preserve"> my</w:t>
      </w:r>
      <w:r>
        <w:t xml:space="preserve"> ass</w:t>
      </w:r>
      <w:r>
        <w:t xml:space="preserve"> off.</w:t>
        <w:br/>
        <w:t>行吧</w:t>
      </w:r>
      <w:r>
        <w:t xml:space="preserve"> 但这不是重点</w:t>
      </w:r>
      <w:r>
        <w:t xml:space="preserve"> </w:t>
      </w:r>
      <w:r>
        <w:t xml:space="preserve"> -好吧</w:t>
        <w:br/>
        <w:t>Yeah,</w:t>
      </w:r>
      <w:r>
        <w:t xml:space="preserve"> that's</w:t>
      </w:r>
      <w:r>
        <w:t xml:space="preserve"> fine.</w:t>
      </w:r>
      <w:r>
        <w:t xml:space="preserve"> That's</w:t>
      </w:r>
      <w:r>
        <w:t xml:space="preserve"> not</w:t>
      </w:r>
      <w:r>
        <w:t xml:space="preserve"> the</w:t>
      </w:r>
      <w:r>
        <w:t xml:space="preserve"> point</w:t>
      </w:r>
      <w:r>
        <w:t xml:space="preserve"> though.</w:t>
      </w:r>
      <w:r>
        <w:t xml:space="preserve"> -</w:t>
      </w:r>
      <w:r>
        <w:t xml:space="preserve"> Okay,</w:t>
      </w:r>
      <w:r>
        <w:t xml:space="preserve"> yeah.</w:t>
        <w:br/>
        <w:t>第二</w:t>
      </w:r>
      <w:r>
        <w:t xml:space="preserve"> 我跟人事部打过招呼了</w:t>
      </w:r>
      <w:r>
        <w:t xml:space="preserve"> 那多美好的一刻啊</w:t>
        <w:br/>
        <w:t>I</w:t>
      </w:r>
      <w:r>
        <w:t xml:space="preserve"> cleared</w:t>
      </w:r>
      <w:r>
        <w:t xml:space="preserve"> it</w:t>
      </w:r>
      <w:r>
        <w:t xml:space="preserve"> with</w:t>
      </w:r>
      <w:r>
        <w:t xml:space="preserve"> H.</w:t>
      </w:r>
      <w:r>
        <w:t xml:space="preserve"> R.</w:t>
      </w:r>
      <w:r>
        <w:t xml:space="preserve"> It</w:t>
      </w:r>
      <w:r>
        <w:t xml:space="preserve"> was</w:t>
      </w:r>
      <w:r>
        <w:t xml:space="preserve"> a</w:t>
      </w:r>
      <w:r>
        <w:t xml:space="preserve"> beautiful</w:t>
      </w:r>
      <w:r>
        <w:t xml:space="preserve"> moment.</w:t>
        <w:br/>
        <w:t>是挺美好啊</w:t>
        <w:br/>
        <w:t>It</w:t>
      </w:r>
      <w:r>
        <w:t xml:space="preserve"> was</w:t>
      </w:r>
      <w:r>
        <w:t xml:space="preserve"> a</w:t>
      </w:r>
      <w:r>
        <w:t xml:space="preserve"> beautiful</w:t>
      </w:r>
      <w:r>
        <w:t xml:space="preserve"> moment!</w:t>
        <w:br/>
        <w:t>是个非常美好</w:t>
      </w:r>
      <w:r>
        <w:t xml:space="preserve"> 但一点都不专业的时刻</w:t>
        <w:br/>
        <w:t>It</w:t>
      </w:r>
      <w:r>
        <w:t xml:space="preserve"> was</w:t>
      </w:r>
      <w:r>
        <w:t xml:space="preserve"> a</w:t>
      </w:r>
      <w:r>
        <w:t xml:space="preserve"> beautiful,</w:t>
      </w:r>
      <w:r>
        <w:t xml:space="preserve"> unprofessional</w:t>
      </w:r>
      <w:r>
        <w:t xml:space="preserve"> moment.</w:t>
        <w:br/>
        <w:t>好吧</w:t>
      </w:r>
      <w:r>
        <w:t xml:space="preserve"> 你开心就好</w:t>
        <w:br/>
        <w:t>AlI</w:t>
      </w:r>
      <w:r>
        <w:t xml:space="preserve"> right,</w:t>
      </w:r>
      <w:r>
        <w:t xml:space="preserve"> if</w:t>
      </w:r>
      <w:r>
        <w:t xml:space="preserve"> you</w:t>
      </w:r>
      <w:r>
        <w:t xml:space="preserve"> say</w:t>
      </w:r>
      <w:r>
        <w:t xml:space="preserve"> so.</w:t>
        <w:br/>
        <w:t>嘿</w:t>
      </w:r>
      <w:r>
        <w:t xml:space="preserve"> 凯米</w:t>
        <w:br/>
        <w:t>Hey,</w:t>
      </w:r>
      <w:r>
        <w:t xml:space="preserve"> Kemi.</w:t>
        <w:br/>
        <w:t>很高兴你打来了</w:t>
        <w:br/>
        <w:t>Glad</w:t>
      </w:r>
      <w:r>
        <w:t xml:space="preserve"> you</w:t>
      </w:r>
      <w:r>
        <w:t xml:space="preserve"> called,</w:t>
        <w:br/>
        <w:t>因为迈克正要给我唱小夜曲呢</w:t>
        <w:br/>
        <w:t>'cause</w:t>
      </w:r>
      <w:r>
        <w:t xml:space="preserve"> Mike</w:t>
      </w:r>
      <w:r>
        <w:t xml:space="preserve"> here</w:t>
      </w:r>
      <w:r>
        <w:t xml:space="preserve"> was</w:t>
      </w:r>
      <w:r>
        <w:t xml:space="preserve"> about</w:t>
      </w:r>
      <w:r>
        <w:t xml:space="preserve"> to</w:t>
      </w:r>
      <w:r>
        <w:t xml:space="preserve"> serenade</w:t>
      </w:r>
      <w:r>
        <w:t xml:space="preserve"> me.</w:t>
        <w:br/>
        <w:t>你还要对他求婚了吗</w:t>
        <w:br/>
        <w:t>Aww!</w:t>
      </w:r>
      <w:r>
        <w:t xml:space="preserve"> Are</w:t>
      </w:r>
      <w:r>
        <w:t xml:space="preserve"> you</w:t>
      </w:r>
      <w:r>
        <w:t xml:space="preserve"> proposing</w:t>
      </w:r>
      <w:r>
        <w:t xml:space="preserve"> to</w:t>
      </w:r>
      <w:r>
        <w:t xml:space="preserve"> him,</w:t>
      </w:r>
      <w:r>
        <w:t xml:space="preserve"> too?</w:t>
        <w:br/>
        <w:t>真不错</w:t>
      </w:r>
      <w:r>
        <w:t xml:space="preserve"> </w:t>
      </w:r>
      <w:r>
        <w:t xml:space="preserve"> -行了</w:t>
      </w:r>
      <w:r>
        <w:t xml:space="preserve"> 行了</w:t>
        <w:br/>
        <w:t>That's</w:t>
      </w:r>
      <w:r>
        <w:t xml:space="preserve"> nice.</w:t>
      </w:r>
      <w:r>
        <w:t xml:space="preserve"> All</w:t>
      </w:r>
      <w:r>
        <w:t xml:space="preserve"> right,</w:t>
      </w:r>
      <w:r>
        <w:t xml:space="preserve"> all</w:t>
      </w:r>
      <w:r>
        <w:t xml:space="preserve"> rightl</w:t>
        <w:br/>
        <w:t>看见没</w:t>
      </w:r>
      <w:r>
        <w:t xml:space="preserve"> 这就是不专业</w:t>
        <w:br/>
        <w:t>See?</w:t>
      </w:r>
      <w:r>
        <w:t xml:space="preserve"> See?</w:t>
      </w:r>
      <w:r>
        <w:t xml:space="preserve"> Unprofessional!</w:t>
        <w:br/>
        <w:t>承认吧</w:t>
        <w:br/>
        <w:t>Just</w:t>
      </w:r>
      <w:r>
        <w:t xml:space="preserve"> admit</w:t>
      </w:r>
      <w:r>
        <w:t xml:space="preserve"> it!</w:t>
        <w:br/>
        <w:t>你们俩快到了吗</w:t>
        <w:br/>
        <w:t>Um,</w:t>
      </w:r>
      <w:r>
        <w:t xml:space="preserve"> are</w:t>
      </w:r>
      <w:r>
        <w:t xml:space="preserve"> you</w:t>
      </w:r>
      <w:r>
        <w:t xml:space="preserve"> guys</w:t>
      </w:r>
      <w:r>
        <w:t xml:space="preserve"> close?</w:t>
        <w:br/>
        <w:t>我们这里有个奇怪的事情</w:t>
        <w:br/>
        <w:t>We've</w:t>
      </w:r>
      <w:r>
        <w:t xml:space="preserve"> got</w:t>
      </w:r>
      <w:r>
        <w:t xml:space="preserve"> a</w:t>
      </w:r>
      <w:r>
        <w:t xml:space="preserve"> strange</w:t>
      </w:r>
      <w:r>
        <w:t xml:space="preserve"> situation</w:t>
      </w:r>
      <w:r>
        <w:t xml:space="preserve"> here.</w:t>
        <w:br/>
        <w:t>你说本杰明·富兰克林失踪了</w:t>
        <w:br/>
        <w:t>"Benjamin</w:t>
      </w:r>
      <w:r>
        <w:t xml:space="preserve"> Franklin"</w:t>
      </w:r>
      <w:r>
        <w:t xml:space="preserve"> is</w:t>
      </w:r>
      <w:r>
        <w:t xml:space="preserve"> missing?</w:t>
        <w:br/>
        <w:t>我不能撒谎</w:t>
        <w:br/>
        <w:t>I</w:t>
      </w:r>
      <w:r>
        <w:t xml:space="preserve"> cannot</w:t>
      </w:r>
      <w:r>
        <w:t xml:space="preserve"> tell</w:t>
      </w:r>
      <w:r>
        <w:t xml:space="preserve"> a</w:t>
      </w:r>
      <w:r>
        <w:t xml:space="preserve"> lie.</w:t>
        <w:br/>
        <w:t>我们的国父同事失踪了</w:t>
        <w:br/>
        <w:t>Our</w:t>
      </w:r>
      <w:r>
        <w:t xml:space="preserve"> founding</w:t>
      </w:r>
      <w:r>
        <w:t xml:space="preserve"> father</w:t>
      </w:r>
      <w:r>
        <w:t xml:space="preserve"> compatriot</w:t>
      </w:r>
      <w:r>
        <w:t xml:space="preserve"> has</w:t>
      </w:r>
      <w:r>
        <w:t xml:space="preserve"> disappeared.</w:t>
        <w:br/>
        <w:t>我们是徒步殖民历史旅游公&amp;hearts;司&amp;hearts;的</w:t>
        <w:br/>
        <w:t>We</w:t>
      </w:r>
      <w:r>
        <w:t xml:space="preserve"> work</w:t>
      </w:r>
      <w:r>
        <w:t xml:space="preserve"> for</w:t>
      </w:r>
      <w:r>
        <w:t xml:space="preserve"> the</w:t>
      </w:r>
      <w:r>
        <w:t xml:space="preserve"> Walking</w:t>
      </w:r>
      <w:r>
        <w:t xml:space="preserve"> History</w:t>
      </w:r>
      <w:r>
        <w:t xml:space="preserve"> Colonial</w:t>
      </w:r>
      <w:r>
        <w:t xml:space="preserve"> Tour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Company.</w:t>
        <w:br/>
        <w:t>我是亚历山大·汉密尔顿</w:t>
        <w:br/>
        <w:t>I'm</w:t>
      </w:r>
      <w:r>
        <w:t xml:space="preserve"> Alexander</w:t>
      </w:r>
      <w:r>
        <w:t xml:space="preserve"> Hamilton.</w:t>
        <w:br/>
        <w:t>我们中有些人特别严格</w:t>
        <w:br/>
        <w:t>Some</w:t>
      </w:r>
      <w:r>
        <w:t xml:space="preserve"> of</w:t>
      </w:r>
      <w:r>
        <w:t xml:space="preserve"> us</w:t>
      </w:r>
      <w:r>
        <w:t xml:space="preserve"> are</w:t>
      </w:r>
      <w:r>
        <w:t xml:space="preserve"> pretty</w:t>
      </w:r>
      <w:r>
        <w:t xml:space="preserve"> strict</w:t>
        <w:br/>
        <w:t>不肯破坏角色</w:t>
        <w:br/>
        <w:t>about</w:t>
      </w:r>
      <w:r>
        <w:t xml:space="preserve"> breaking</w:t>
      </w:r>
      <w:r>
        <w:t xml:space="preserve"> character.</w:t>
        <w:br/>
        <w:t>可不是吗</w:t>
        <w:br/>
        <w:t>You</w:t>
      </w:r>
      <w:r>
        <w:t xml:space="preserve"> don't</w:t>
      </w:r>
      <w:r>
        <w:t xml:space="preserve"> say.</w:t>
        <w:br/>
        <w:t>本·富兰克林今天</w:t>
        <w:br/>
        <w:t>Ben</w:t>
      </w:r>
      <w:r>
        <w:t xml:space="preserve"> Franklin</w:t>
      </w:r>
      <w:r>
        <w:t xml:space="preserve"> bailed</w:t>
      </w:r>
      <w:r>
        <w:t xml:space="preserve"> today</w:t>
        <w:br/>
        <w:t>在一次带队时突然失踪</w:t>
        <w:br/>
        <w:t>in</w:t>
      </w:r>
      <w:r>
        <w:t xml:space="preserve"> the</w:t>
      </w:r>
      <w:r>
        <w:t xml:space="preserve"> middle</w:t>
      </w:r>
      <w:r>
        <w:t xml:space="preserve"> of</w:t>
      </w:r>
      <w:r>
        <w:t xml:space="preserve"> one</w:t>
      </w:r>
      <w:r>
        <w:t xml:space="preserve"> of</w:t>
      </w:r>
      <w:r>
        <w:t xml:space="preserve"> his</w:t>
      </w:r>
      <w:r>
        <w:t xml:space="preserve"> tours,</w:t>
        <w:br/>
        <w:t>但这家伙真的特别敬业</w:t>
        <w:br/>
        <w:t>but</w:t>
      </w:r>
      <w:r>
        <w:t xml:space="preserve"> the</w:t>
      </w:r>
      <w:r>
        <w:t xml:space="preserve"> guy</w:t>
      </w:r>
      <w:r>
        <w:t xml:space="preserve"> was</w:t>
      </w:r>
      <w:r>
        <w:t xml:space="preserve"> usually</w:t>
      </w:r>
      <w:r>
        <w:t xml:space="preserve"> a</w:t>
      </w:r>
      <w:r>
        <w:t xml:space="preserve"> total</w:t>
      </w:r>
      <w:r>
        <w:t xml:space="preserve"> pro</w:t>
        <w:br/>
        <w:t>甚至比这个乔治更醉心于自己的角色</w:t>
        <w:br/>
        <w:br/>
        <w:t>even</w:t>
      </w:r>
      <w:r>
        <w:t xml:space="preserve"> more</w:t>
      </w:r>
      <w:r>
        <w:t xml:space="preserve"> into</w:t>
      </w:r>
      <w:r>
        <w:t xml:space="preserve"> his</w:t>
      </w:r>
      <w:r>
        <w:t xml:space="preserve"> character</w:t>
      </w:r>
      <w:r>
        <w:t xml:space="preserve"> than</w:t>
      </w:r>
      <w:r>
        <w:t xml:space="preserve"> George</w:t>
      </w:r>
      <w:r>
        <w:t xml:space="preserve"> here.</w:t>
        <w:br/>
        <w:t>他绝对不会中途跑掉的</w:t>
        <w:br/>
        <w:t>He</w:t>
      </w:r>
      <w:r>
        <w:t xml:space="preserve"> would</w:t>
      </w:r>
      <w:r>
        <w:t xml:space="preserve"> never</w:t>
      </w:r>
      <w:r>
        <w:t xml:space="preserve"> run</w:t>
      </w:r>
      <w:r>
        <w:t xml:space="preserve"> out</w:t>
      </w:r>
      <w:r>
        <w:t xml:space="preserve"> on</w:t>
      </w:r>
      <w:r>
        <w:t xml:space="preserve"> a</w:t>
      </w:r>
      <w:r>
        <w:t xml:space="preserve"> job.</w:t>
        <w:br/>
        <w:t>所以你担心他是出什么事了</w:t>
        <w:br/>
        <w:t>So</w:t>
      </w:r>
      <w:r>
        <w:t xml:space="preserve"> you're</w:t>
      </w:r>
      <w:r>
        <w:t xml:space="preserve"> worried</w:t>
      </w:r>
      <w:r>
        <w:t xml:space="preserve"> something</w:t>
      </w:r>
      <w:r>
        <w:t xml:space="preserve"> happened</w:t>
      </w:r>
      <w:r>
        <w:t xml:space="preserve"> to</w:t>
      </w:r>
      <w:r>
        <w:t xml:space="preserve"> him?</w:t>
        <w:br/>
        <w:t>我其实并不太了解这个人本身</w:t>
        <w:br/>
        <w:t>I</w:t>
      </w:r>
      <w:r>
        <w:t xml:space="preserve"> didn't</w:t>
      </w:r>
      <w:r>
        <w:t xml:space="preserve"> know</w:t>
      </w:r>
      <w:r>
        <w:t xml:space="preserve"> the</w:t>
      </w:r>
      <w:r>
        <w:t xml:space="preserve"> guy</w:t>
      </w:r>
      <w:r>
        <w:t xml:space="preserve"> behind</w:t>
      </w:r>
      <w:r>
        <w:t xml:space="preserve"> the</w:t>
      </w:r>
      <w:r>
        <w:t xml:space="preserve"> glasses</w:t>
        <w:br/>
        <w:t>就像我说的</w:t>
        <w:br/>
        <w:t>or</w:t>
      </w:r>
      <w:r>
        <w:t xml:space="preserve"> anything,</w:t>
      </w:r>
      <w:r>
        <w:t xml:space="preserve"> like</w:t>
      </w:r>
      <w:r>
        <w:t xml:space="preserve"> I</w:t>
      </w:r>
      <w:r>
        <w:t xml:space="preserve"> said-</w:t>
      </w:r>
      <w:r>
        <w:t xml:space="preserve"> -</w:t>
        <w:br/>
        <w:t>大家都遵从于自已的角色</w:t>
        <w:br/>
        <w:t>he</w:t>
      </w:r>
      <w:r>
        <w:t xml:space="preserve"> didn't</w:t>
      </w:r>
      <w:r>
        <w:t xml:space="preserve"> break</w:t>
      </w:r>
      <w:r>
        <w:t xml:space="preserve"> the</w:t>
      </w:r>
      <w:r>
        <w:t xml:space="preserve"> act,</w:t>
        <w:br/>
        <w:t>但他人很好</w:t>
      </w:r>
      <w:r>
        <w:t xml:space="preserve"> 比我们大多数人年纪大些</w:t>
        <w:br/>
        <w:t>but</w:t>
      </w:r>
      <w:r>
        <w:t xml:space="preserve"> he</w:t>
      </w:r>
      <w:r>
        <w:t xml:space="preserve"> was</w:t>
      </w:r>
      <w:r>
        <w:t xml:space="preserve"> nice-</w:t>
      </w:r>
      <w:r>
        <w:t xml:space="preserve"> bit</w:t>
      </w:r>
      <w:r>
        <w:t xml:space="preserve"> older</w:t>
      </w:r>
      <w:r>
        <w:t xml:space="preserve"> than</w:t>
      </w:r>
      <w:r>
        <w:t xml:space="preserve"> most</w:t>
      </w:r>
      <w:r>
        <w:t xml:space="preserve"> of</w:t>
      </w:r>
      <w:r>
        <w:t xml:space="preserve"> us.</w:t>
        <w:br/>
        <w:t>我说不好</w:t>
        <w:br/>
        <w:t>I</w:t>
      </w:r>
      <w:r>
        <w:t xml:space="preserve"> don't</w:t>
      </w:r>
      <w:r>
        <w:t xml:space="preserve"> know.</w:t>
        <w:br/>
        <w:t>就是他没回来这事儿真挺奇怪的</w:t>
        <w:br/>
        <w:t>It's</w:t>
      </w:r>
      <w:r>
        <w:t xml:space="preserve"> weird</w:t>
      </w:r>
      <w:r>
        <w:t xml:space="preserve"> he</w:t>
      </w:r>
      <w:r>
        <w:t xml:space="preserve"> didn't</w:t>
      </w:r>
      <w:r>
        <w:t xml:space="preserve"> come</w:t>
      </w:r>
      <w:r>
        <w:t xml:space="preserve"> back.</w:t>
        <w:br/>
        <w:t>就是他没回来这事儿真挺奇怪的</w:t>
        <w:br/>
        <w:t>It's</w:t>
      </w:r>
      <w:r>
        <w:t xml:space="preserve"> weird</w:t>
      </w:r>
      <w:r>
        <w:t xml:space="preserve"> he</w:t>
      </w:r>
      <w:r>
        <w:t xml:space="preserve"> didn't</w:t>
      </w:r>
      <w:r>
        <w:t xml:space="preserve"> come</w:t>
      </w:r>
      <w:r>
        <w:t xml:space="preserve"> back.</w:t>
        <w:br/>
        <w:t>汉密尔顿</w:t>
        <w:br/>
        <w:t>Hamilton?</w:t>
        <w:br/>
        <w:t>嗯嗯</w:t>
      </w:r>
      <w:r>
        <w:t xml:space="preserve"> </w:t>
      </w:r>
      <w:r>
        <w:t xml:space="preserve"> -他会说唱吗</w:t>
        <w:br/>
        <w:t>Mm-</w:t>
      </w:r>
      <w:r>
        <w:t xml:space="preserve"> hmm.</w:t>
      </w:r>
      <w:r>
        <w:t xml:space="preserve"> Did</w:t>
      </w:r>
      <w:r>
        <w:t xml:space="preserve"> he</w:t>
      </w:r>
      <w:r>
        <w:t xml:space="preserve"> rap?</w:t>
        <w:br/>
        <w:t>你可真搞笑</w:t>
        <w:br/>
        <w:t>Oh,</w:t>
      </w:r>
      <w:r>
        <w:t xml:space="preserve"> you're</w:t>
      </w:r>
      <w:r>
        <w:t xml:space="preserve"> just</w:t>
      </w:r>
      <w:r>
        <w:t xml:space="preserve"> so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funny!</w:t>
        <w:br/>
        <w:t>就是在那个房&amp;hearts;间发生的吗</w:t>
        <w:br/>
        <w:t>Is</w:t>
      </w:r>
      <w:r>
        <w:t xml:space="preserve"> that</w:t>
      </w:r>
      <w:r>
        <w:t xml:space="preserve"> the</w:t>
      </w:r>
      <w:r>
        <w:t xml:space="preserve"> room</w:t>
      </w:r>
      <w:r>
        <w:t xml:space="preserve"> where</w:t>
      </w:r>
      <w:r>
        <w:t xml:space="preserve"> it</w:t>
      </w:r>
      <w:r>
        <w:t xml:space="preserve"> happened?</w:t>
        <w:br/>
        <w:t>别这样</w:t>
      </w:r>
      <w:r>
        <w:t xml:space="preserve"> </w:t>
      </w:r>
      <w:r>
        <w:t xml:space="preserve"> -好吧</w:t>
        <w:br/>
        <w:t>Don't</w:t>
      </w:r>
      <w:r>
        <w:t xml:space="preserve"> do</w:t>
      </w:r>
      <w:r>
        <w:t xml:space="preserve"> that.</w:t>
      </w:r>
      <w:r>
        <w:t xml:space="preserve"> -</w:t>
      </w:r>
      <w:r>
        <w:t xml:space="preserve"> Okay.</w:t>
        <w:br/>
        <w:t>好吧</w:t>
      </w:r>
      <w:r>
        <w:t xml:space="preserve"> 那这案子是怎么回事</w:t>
        <w:br/>
        <w:t>AlI</w:t>
      </w:r>
      <w:r>
        <w:t xml:space="preserve"> right,</w:t>
      </w:r>
      <w:r>
        <w:t xml:space="preserve"> so</w:t>
      </w:r>
      <w:r>
        <w:t xml:space="preserve"> what</w:t>
      </w:r>
      <w:r>
        <w:t xml:space="preserve"> what</w:t>
      </w:r>
      <w:r>
        <w:t xml:space="preserve"> are</w:t>
      </w:r>
      <w:r>
        <w:t xml:space="preserve"> we</w:t>
      </w:r>
      <w:r>
        <w:t xml:space="preserve"> dealing</w:t>
      </w:r>
      <w:r>
        <w:t xml:space="preserve"> with?</w:t>
        <w:br/>
        <w:t>就是个老人家</w:t>
        <w:br/>
        <w:t>We</w:t>
      </w:r>
      <w:r>
        <w:t xml:space="preserve"> got</w:t>
      </w:r>
      <w:r>
        <w:t xml:space="preserve"> our</w:t>
      </w:r>
      <w:r>
        <w:t xml:space="preserve"> old</w:t>
      </w:r>
      <w:r>
        <w:t xml:space="preserve"> guy,</w:t>
        <w:br/>
        <w:t>忘记吃药了</w:t>
      </w:r>
      <w:r>
        <w:t xml:space="preserve"> 所以搞晕乎了</w:t>
        <w:br/>
        <w:t>forgets</w:t>
      </w:r>
      <w:r>
        <w:t xml:space="preserve"> to</w:t>
      </w:r>
      <w:r>
        <w:t xml:space="preserve"> take</w:t>
      </w:r>
      <w:r>
        <w:t xml:space="preserve"> his</w:t>
      </w:r>
      <w:r>
        <w:t xml:space="preserve"> pills,</w:t>
      </w:r>
      <w:r>
        <w:t xml:space="preserve"> he</w:t>
      </w:r>
      <w:r>
        <w:t xml:space="preserve"> gets</w:t>
      </w:r>
      <w:r>
        <w:t xml:space="preserve"> confused?</w:t>
        <w:br/>
        <w:t>所以是起银色警报吗</w:t>
        <w:br/>
        <w:t>We</w:t>
      </w:r>
      <w:r>
        <w:t xml:space="preserve"> got</w:t>
      </w:r>
      <w:r>
        <w:t xml:space="preserve"> a"Silver</w:t>
      </w:r>
      <w:r>
        <w:t xml:space="preserve"> Alert"situation?</w:t>
        <w:br/>
        <w:t>不是</w:t>
      </w:r>
      <w:r>
        <w:t xml:space="preserve"> 不止如此</w:t>
        <w:br/>
        <w:t>No,</w:t>
      </w:r>
      <w:r>
        <w:t xml:space="preserve"> it's,</w:t>
      </w:r>
      <w:r>
        <w:t xml:space="preserve"> um,</w:t>
      </w:r>
      <w:r>
        <w:t xml:space="preserve"> it's</w:t>
      </w:r>
      <w:r>
        <w:t xml:space="preserve"> more</w:t>
      </w:r>
      <w:r>
        <w:t xml:space="preserve"> than</w:t>
      </w:r>
      <w:r>
        <w:t xml:space="preserve"> that.</w:t>
        <w:br/>
        <w:t>这个人一直活在自己的角色里</w:t>
      </w:r>
      <w:r>
        <w:t xml:space="preserve"> 从来不出戏</w:t>
        <w:br/>
        <w:t>This</w:t>
      </w:r>
      <w:r>
        <w:t xml:space="preserve"> guy</w:t>
      </w:r>
      <w:r>
        <w:t xml:space="preserve"> never</w:t>
      </w:r>
      <w:r>
        <w:t xml:space="preserve"> broke</w:t>
      </w:r>
      <w:r>
        <w:t xml:space="preserve"> character-</w:t>
      </w:r>
      <w:r>
        <w:t xml:space="preserve"> -</w:t>
      </w:r>
      <w:r>
        <w:t xml:space="preserve"> like,</w:t>
      </w:r>
      <w:r>
        <w:t xml:space="preserve"> ever.</w:t>
        <w:br/>
        <w:t>我们不知道他的名字</w:t>
        <w:br/>
        <w:t>Um,</w:t>
      </w:r>
      <w:r>
        <w:t xml:space="preserve"> we</w:t>
      </w:r>
      <w:r>
        <w:t xml:space="preserve"> don't</w:t>
      </w:r>
      <w:r>
        <w:t xml:space="preserve"> have</w:t>
      </w:r>
      <w:r>
        <w:t xml:space="preserve"> a</w:t>
      </w:r>
      <w:r>
        <w:t xml:space="preserve"> name,</w:t>
        <w:br/>
        <w:t>也不知道他的年龄</w:t>
        <w:br/>
        <w:t>let</w:t>
      </w:r>
      <w:r>
        <w:t xml:space="preserve"> alone</w:t>
      </w:r>
      <w:r>
        <w:t xml:space="preserve"> verification</w:t>
      </w:r>
      <w:r>
        <w:t xml:space="preserve"> of</w:t>
      </w:r>
      <w:r>
        <w:t xml:space="preserve"> his</w:t>
      </w:r>
      <w:r>
        <w:t xml:space="preserve"> age.</w:t>
        <w:br/>
        <w:t>我们派了制&amp;hearts;服&amp;hearts;警在该地区排查</w:t>
        <w:br/>
        <w:t>We've</w:t>
      </w:r>
      <w:r>
        <w:t xml:space="preserve"> got</w:t>
      </w:r>
      <w:r>
        <w:t xml:space="preserve"> uniforms</w:t>
      </w:r>
      <w:r>
        <w:t xml:space="preserve"> canvassing</w:t>
      </w:r>
      <w:r>
        <w:t xml:space="preserve"> the</w:t>
      </w:r>
      <w:r>
        <w:t xml:space="preserve"> area</w:t>
        <w:br/>
        <w:t>询问旅行团的人</w:t>
        <w:br/>
        <w:t>taking</w:t>
      </w:r>
      <w:r>
        <w:t xml:space="preserve"> statements</w:t>
      </w:r>
      <w:r>
        <w:t xml:space="preserve"> from</w:t>
      </w:r>
      <w:r>
        <w:t xml:space="preserve"> the</w:t>
      </w:r>
      <w:r>
        <w:t xml:space="preserve"> tour</w:t>
      </w:r>
      <w:r>
        <w:t xml:space="preserve"> group,</w:t>
        <w:br/>
        <w:t>但从各方面来看</w:t>
      </w:r>
      <w:r>
        <w:t xml:space="preserve"> 这个人就这么失踪了</w:t>
        <w:br/>
        <w:t>but</w:t>
      </w:r>
      <w:r>
        <w:t xml:space="preserve"> from</w:t>
      </w:r>
      <w:r>
        <w:t xml:space="preserve"> all</w:t>
      </w:r>
      <w:r>
        <w:t xml:space="preserve"> accounts,</w:t>
      </w:r>
      <w:r>
        <w:t xml:space="preserve"> the</w:t>
      </w:r>
      <w:r>
        <w:t xml:space="preserve"> man</w:t>
      </w:r>
      <w:r>
        <w:t xml:space="preserve"> just</w:t>
      </w:r>
      <w:r>
        <w:t xml:space="preserve"> disappeared.</w:t>
        <w:br/>
        <w:t>格兰特警探</w:t>
        <w:br/>
        <w:t>Detective</w:t>
      </w:r>
      <w:r>
        <w:t xml:space="preserve"> Grant.</w:t>
        <w:br/>
        <w:t>嗯</w:t>
        <w:br/>
        <w:t>Yeah?</w:t>
        <w:br/>
        <w:t>嗯</w:t>
        <w:br/>
        <w:t>Yeah?</w:t>
        <w:br/>
        <w:t>谢尔曼警佐</w:t>
        <w:br/>
        <w:t>Sergeant</w:t>
      </w:r>
      <w:r>
        <w:t xml:space="preserve"> Sherman.</w:t>
        <w:br/>
        <w:t>我是海伦</w:t>
      </w:r>
      <w:r>
        <w:t xml:space="preserve"> 新来的法证学家</w:t>
        <w:br/>
        <w:t>I'm</w:t>
      </w:r>
      <w:r>
        <w:t xml:space="preserve"> Helen,</w:t>
      </w:r>
      <w:r>
        <w:t xml:space="preserve"> your</w:t>
      </w:r>
      <w:r>
        <w:t xml:space="preserve"> new</w:t>
      </w:r>
      <w:r>
        <w:t xml:space="preserve"> forensic</w:t>
      </w:r>
      <w:r>
        <w:t xml:space="preserve"> scientist.</w:t>
        <w:br/>
        <w:t>这是什么职位</w:t>
      </w:r>
      <w:r>
        <w:t xml:space="preserve"> 鉴证人员吗</w:t>
        <w:br/>
        <w:t>What</w:t>
      </w:r>
      <w:r>
        <w:t xml:space="preserve"> is</w:t>
      </w:r>
      <w:r>
        <w:t xml:space="preserve"> that-</w:t>
      </w:r>
      <w:r>
        <w:t xml:space="preserve"> an</w:t>
      </w:r>
      <w:r>
        <w:t xml:space="preserve"> evidence</w:t>
      </w:r>
      <w:r>
        <w:t xml:space="preserve"> tech?</w:t>
        <w:br/>
        <w:t>妮基是</w:t>
        <w:br/>
        <w:t>Did</w:t>
      </w:r>
      <w:r>
        <w:t xml:space="preserve"> Nikki-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-</w:t>
        <w:br/>
        <w:t>布劳恩</w:t>
        <w:br/>
        <w:t>Braun.</w:t>
        <w:br/>
        <w:t>这是给二位外勤组的礼物</w:t>
        <w:br/>
        <w:t>A</w:t>
      </w:r>
      <w:r>
        <w:t xml:space="preserve"> gift</w:t>
      </w:r>
      <w:r>
        <w:t xml:space="preserve"> for</w:t>
      </w:r>
      <w:r>
        <w:t xml:space="preserve"> our</w:t>
      </w:r>
      <w:r>
        <w:t xml:space="preserve"> team</w:t>
      </w:r>
      <w:r>
        <w:t xml:space="preserve"> in</w:t>
      </w:r>
      <w:r>
        <w:t xml:space="preserve"> the</w:t>
      </w:r>
      <w:r>
        <w:t xml:space="preserve"> field,</w:t>
        <w:br/>
        <w:t>根据我读到的案卷</w:t>
        <w:br/>
        <w:t>who,</w:t>
      </w:r>
      <w:r>
        <w:t xml:space="preserve"> from</w:t>
      </w:r>
      <w:r>
        <w:t xml:space="preserve"> the</w:t>
      </w:r>
      <w:r>
        <w:t xml:space="preserve"> case</w:t>
      </w:r>
      <w:r>
        <w:t xml:space="preserve"> files</w:t>
      </w:r>
      <w:r>
        <w:t xml:space="preserve"> I've</w:t>
      </w:r>
      <w:r>
        <w:t xml:space="preserve"> read-</w:t>
      </w:r>
      <w:r>
        <w:t xml:space="preserve"> -</w:t>
        <w:br/>
        <w:t>你们就跟阴阳一样</w:t>
        <w:br/>
        <w:t>like</w:t>
      </w:r>
      <w:r>
        <w:t xml:space="preserve"> the</w:t>
      </w:r>
      <w:r>
        <w:t xml:space="preserve"> Yin</w:t>
      </w:r>
      <w:r>
        <w:t xml:space="preserve"> and</w:t>
      </w:r>
      <w:r>
        <w:t xml:space="preserve"> Yang-</w:t>
      </w:r>
      <w:r>
        <w:t xml:space="preserve"> -</w:t>
        <w:br/>
        <w:t>代表着不可分割的矛盾</w:t>
        <w:br/>
        <w:t>represent</w:t>
      </w:r>
      <w:r>
        <w:t xml:space="preserve"> the</w:t>
      </w:r>
      <w:r>
        <w:t xml:space="preserve"> inseparable</w:t>
      </w:r>
      <w:r>
        <w:t xml:space="preserve"> contradictory.</w:t>
        <w:br/>
        <w:t>真不错</w:t>
      </w:r>
      <w:r>
        <w:t xml:space="preserve"> 也很合适</w:t>
        <w:br/>
        <w:t>That's</w:t>
      </w:r>
      <w:r>
        <w:t xml:space="preserve"> good.</w:t>
      </w:r>
      <w:r>
        <w:t xml:space="preserve"> It's</w:t>
      </w:r>
      <w:r>
        <w:t xml:space="preserve"> appropriate,</w:t>
      </w:r>
      <w:r>
        <w:t xml:space="preserve"> too.</w:t>
        <w:br/>
        <w:t>一个白</w:t>
      </w:r>
      <w:r>
        <w:t xml:space="preserve"> 一个黑</w:t>
        <w:br/>
        <w:t>One's</w:t>
      </w:r>
      <w:r>
        <w:t xml:space="preserve"> white...and</w:t>
      </w:r>
      <w:r>
        <w:t xml:space="preserve"> one's</w:t>
      </w:r>
      <w:r>
        <w:t xml:space="preserve"> black.</w:t>
        <w:br/>
        <w:t>好吧</w:t>
      </w:r>
      <w:r>
        <w:t xml:space="preserve"> </w:t>
      </w:r>
      <w:r>
        <w:t xml:space="preserve"> -看看啊</w:t>
        <w:br/>
        <w:t>Okay...Oh,</w:t>
      </w:r>
      <w:r>
        <w:t xml:space="preserve"> look</w:t>
      </w:r>
      <w:r>
        <w:t xml:space="preserve"> at</w:t>
      </w:r>
      <w:r>
        <w:t xml:space="preserve"> that.</w:t>
        <w:br/>
        <w:t>我不是那个意思</w:t>
        <w:br/>
        <w:t>Oh,</w:t>
      </w:r>
      <w:r>
        <w:t xml:space="preserve"> I</w:t>
      </w:r>
      <w:r>
        <w:t xml:space="preserve"> didn't</w:t>
      </w:r>
      <w:r>
        <w:t xml:space="preserve"> mean</w:t>
      </w:r>
      <w:r>
        <w:t xml:space="preserve"> to-</w:t>
      </w:r>
      <w:r>
        <w:t xml:space="preserve"> -</w:t>
        <w:br/>
        <w:t>旅游公&amp;hearts;司&amp;hearts;那边提供的信息没什么大用</w:t>
        <w:br/>
        <w:t>The</w:t>
      </w:r>
      <w:r>
        <w:t xml:space="preserve"> tour</w:t>
      </w:r>
      <w:r>
        <w:t xml:space="preserve"> company</w:t>
      </w:r>
      <w:r>
        <w:t xml:space="preserve"> had</w:t>
      </w:r>
      <w:r>
        <w:t xml:space="preserve"> very</w:t>
      </w:r>
      <w:r>
        <w:t xml:space="preserve"> little</w:t>
      </w:r>
      <w:r>
        <w:t xml:space="preserve"> useful</w:t>
      </w:r>
      <w:r>
        <w:t xml:space="preserve"> information.</w:t>
        <w:br/>
        <w:t>他们有一个打不通的电&amp;hearts;话&amp;hearts;号&amp;hearts;码</w:t>
        <w:br/>
        <w:t>They</w:t>
      </w:r>
      <w:r>
        <w:t xml:space="preserve"> had</w:t>
      </w:r>
      <w:r>
        <w:t xml:space="preserve"> a</w:t>
      </w:r>
      <w:r>
        <w:t xml:space="preserve"> disconnected</w:t>
      </w:r>
      <w:r>
        <w:t xml:space="preserve"> phone</w:t>
      </w:r>
      <w:r>
        <w:t xml:space="preserve"> number</w:t>
        <w:br/>
        <w:t>还有个邮政信箱地址</w:t>
        <w:br/>
        <w:t>and</w:t>
      </w:r>
      <w:r>
        <w:t xml:space="preserve"> P.</w:t>
      </w:r>
      <w:r>
        <w:t xml:space="preserve"> O.</w:t>
      </w:r>
      <w:r>
        <w:t xml:space="preserve"> box</w:t>
      </w:r>
      <w:r>
        <w:t xml:space="preserve"> address.</w:t>
        <w:br/>
        <w:t>我们需要查一下本地医院和紧急救护部门</w:t>
        <w:br/>
        <w:t>We</w:t>
      </w:r>
      <w:r>
        <w:t xml:space="preserve"> need</w:t>
      </w:r>
      <w:r>
        <w:t xml:space="preserve"> to</w:t>
      </w:r>
      <w:r>
        <w:t xml:space="preserve"> check</w:t>
      </w:r>
      <w:r>
        <w:t xml:space="preserve"> local</w:t>
      </w:r>
      <w:r>
        <w:t xml:space="preserve"> hospitals</w:t>
      </w:r>
      <w:r>
        <w:t xml:space="preserve"> and</w:t>
      </w:r>
      <w:r>
        <w:t xml:space="preserve"> urgent</w:t>
      </w:r>
      <w:r>
        <w:t xml:space="preserve"> care.</w:t>
        <w:br/>
        <w:t>收到</w:t>
        <w:br/>
        <w:t>Gotcha.</w:t>
        <w:br/>
        <w:t>这位本·富兰克林的档案上写的真名是</w:t>
        <w:br/>
        <w:t>Name</w:t>
      </w:r>
      <w:r>
        <w:t xml:space="preserve"> on</w:t>
      </w:r>
      <w:r>
        <w:t xml:space="preserve"> file</w:t>
      </w:r>
      <w:r>
        <w:t xml:space="preserve"> for</w:t>
      </w:r>
      <w:r>
        <w:t xml:space="preserve"> our</w:t>
      </w:r>
      <w:r>
        <w:t xml:space="preserve"> Ben</w:t>
      </w:r>
      <w:r>
        <w:t xml:space="preserve"> Franklin</w:t>
        <w:br/>
        <w:t>理查德·桑德斯</w:t>
        <w:br/>
        <w:t>is,</w:t>
      </w:r>
      <w:r>
        <w:t xml:space="preserve"> uh,</w:t>
      </w:r>
      <w:r>
        <w:t xml:space="preserve"> "Richard</w:t>
      </w:r>
      <w:r>
        <w:t xml:space="preserve"> Saunders.</w:t>
      </w:r>
      <w:r>
        <w:t xml:space="preserve"> "</w:t>
        <w:br/>
        <w:t>你们这样是查不到什么的</w:t>
        <w:br/>
        <w:t>Uh...you're</w:t>
      </w:r>
      <w:r>
        <w:t xml:space="preserve"> not</w:t>
      </w:r>
      <w:r>
        <w:t xml:space="preserve"> gonna</w:t>
      </w:r>
      <w:r>
        <w:t xml:space="preserve"> find</w:t>
      </w:r>
      <w:r>
        <w:t xml:space="preserve"> anything.</w:t>
        <w:br/>
        <w:t>好吧</w:t>
        <w:br/>
        <w:t>Okay.</w:t>
        <w:br/>
        <w:t>我前世的经历之一</w:t>
        <w:br/>
        <w:t>One</w:t>
      </w:r>
      <w:r>
        <w:t xml:space="preserve"> of</w:t>
      </w:r>
      <w:r>
        <w:t xml:space="preserve"> my</w:t>
      </w:r>
      <w:r>
        <w:t xml:space="preserve"> previous</w:t>
      </w:r>
      <w:r>
        <w:t xml:space="preserve"> existences</w:t>
      </w:r>
      <w:r>
        <w:t xml:space="preserve"> involved</w:t>
        <w:br/>
        <w:t>就是和这位开国元勋</w:t>
        <w:br/>
        <w:t>a</w:t>
      </w:r>
      <w:r>
        <w:t xml:space="preserve"> very</w:t>
      </w:r>
      <w:r>
        <w:t xml:space="preserve"> physically</w:t>
      </w:r>
      <w:r>
        <w:t xml:space="preserve"> gratifying</w:t>
        <w:br/>
        <w:t>有过一段肉体上的亲密关系</w:t>
        <w:br/>
        <w:t>relationship</w:t>
      </w:r>
      <w:r>
        <w:t xml:space="preserve"> with</w:t>
      </w:r>
      <w:r>
        <w:t xml:space="preserve"> the</w:t>
      </w:r>
      <w:r>
        <w:t xml:space="preserve"> founding</w:t>
      </w:r>
      <w:r>
        <w:t xml:space="preserve"> father</w:t>
      </w:r>
      <w:r>
        <w:t xml:space="preserve"> in</w:t>
      </w:r>
      <w:r>
        <w:t xml:space="preserve"> question.</w:t>
        <w:br/>
        <w:t>你那什么表情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我说的是真的</w:t>
        <w:br/>
        <w:t>Fix</w:t>
      </w:r>
      <w:r>
        <w:t xml:space="preserve"> your</w:t>
      </w:r>
      <w:r>
        <w:t xml:space="preserve"> face.</w:t>
      </w:r>
      <w:r>
        <w:t xml:space="preserve"> Yes,</w:t>
      </w:r>
      <w:r>
        <w:t xml:space="preserve"> it</w:t>
      </w:r>
      <w:r>
        <w:t xml:space="preserve"> did.</w:t>
        <w:br/>
        <w:t>好酷啊</w:t>
        <w:br/>
        <w:t>Sounds</w:t>
      </w:r>
      <w:r>
        <w:t xml:space="preserve"> cool.</w:t>
        <w:br/>
        <w:t>她这话什么意思</w:t>
        <w:br/>
        <w:t>What</w:t>
      </w:r>
      <w:r>
        <w:t xml:space="preserve"> does</w:t>
      </w:r>
      <w:r>
        <w:t xml:space="preserve"> she</w:t>
      </w:r>
      <w:r>
        <w:t xml:space="preserve"> mean?</w:t>
        <w:br/>
        <w:t>她在</w:t>
      </w:r>
      <w:r>
        <w:t xml:space="preserve"> 前世跟本·富兰克林</w:t>
        <w:br/>
        <w:t>She...played</w:t>
      </w:r>
      <w:r>
        <w:t xml:space="preserve"> "hide</w:t>
      </w:r>
      <w:r>
        <w:t xml:space="preserve"> the</w:t>
      </w:r>
      <w:r>
        <w:t xml:space="preserve"> pickle"</w:t>
        <w:br/>
        <w:t>玩过“藏腌黄瓜”的游戏</w:t>
        <w:br/>
        <w:t>with</w:t>
      </w:r>
      <w:r>
        <w:t xml:space="preserve"> Ben</w:t>
      </w:r>
      <w:r>
        <w:t xml:space="preserve"> Franklin</w:t>
      </w:r>
      <w:r>
        <w:t xml:space="preserve"> in</w:t>
      </w:r>
      <w:r>
        <w:t xml:space="preserve"> a</w:t>
      </w:r>
      <w:r>
        <w:t xml:space="preserve"> past</w:t>
      </w:r>
      <w:r>
        <w:t xml:space="preserve"> life</w:t>
        <w:br/>
        <w:t>我们的关系可不止是睡在一起这么简单</w:t>
        <w:br/>
        <w:t>AII</w:t>
      </w:r>
      <w:r>
        <w:t xml:space="preserve"> right,</w:t>
      </w:r>
      <w:r>
        <w:t xml:space="preserve"> we</w:t>
      </w:r>
      <w:r>
        <w:t xml:space="preserve"> did</w:t>
      </w:r>
      <w:r>
        <w:t xml:space="preserve"> more</w:t>
      </w:r>
      <w:r>
        <w:t xml:space="preserve"> than</w:t>
      </w:r>
      <w:r>
        <w:t xml:space="preserve"> share</w:t>
      </w:r>
      <w:r>
        <w:t xml:space="preserve"> a</w:t>
      </w:r>
      <w:r>
        <w:t xml:space="preserve"> bed.</w:t>
        <w:br/>
        <w:t>当时</w:t>
        <w:br/>
        <w:t>In</w:t>
      </w:r>
      <w:r>
        <w:t xml:space="preserve"> that</w:t>
      </w:r>
      <w:r>
        <w:t xml:space="preserve"> time,</w:t>
        <w:br/>
        <w:t>我当时还接触到了</w:t>
        <w:br/>
        <w:t>I</w:t>
      </w:r>
      <w:r>
        <w:t xml:space="preserve"> was</w:t>
      </w:r>
      <w:r>
        <w:t xml:space="preserve"> exposed</w:t>
        <w:br/>
        <w:t>他其它的一些创意活动</w:t>
        <w:br/>
        <w:t>to</w:t>
      </w:r>
      <w:r>
        <w:t xml:space="preserve"> some</w:t>
      </w:r>
      <w:r>
        <w:t xml:space="preserve"> of</w:t>
      </w:r>
      <w:r>
        <w:t xml:space="preserve"> his</w:t>
      </w:r>
      <w:r>
        <w:t xml:space="preserve"> other</w:t>
      </w:r>
      <w:r>
        <w:t xml:space="preserve"> creative</w:t>
      </w:r>
      <w:r>
        <w:t xml:space="preserve"> endeavors,</w:t>
        <w:br/>
        <w:t>包括他以笔名理查德·桑德斯</w:t>
        <w:br/>
        <w:t>which</w:t>
      </w:r>
      <w:r>
        <w:t xml:space="preserve"> included</w:t>
      </w:r>
      <w:r>
        <w:t xml:space="preserve"> writings</w:t>
      </w:r>
      <w:r>
        <w:t xml:space="preserve"> that</w:t>
      </w:r>
      <w:r>
        <w:t xml:space="preserve"> he</w:t>
      </w:r>
      <w:r>
        <w:t xml:space="preserve"> published</w:t>
        <w:br/>
        <w:t>出版的文章</w:t>
        <w:br/>
        <w:t>under</w:t>
      </w:r>
      <w:r>
        <w:t xml:space="preserve"> his</w:t>
      </w:r>
      <w:r>
        <w:t xml:space="preserve"> pen</w:t>
      </w:r>
      <w:r>
        <w:t xml:space="preserve"> name,</w:t>
      </w:r>
      <w:r>
        <w:t xml:space="preserve"> "Richard</w:t>
      </w:r>
      <w:r>
        <w:t xml:space="preserve"> Saunders.</w:t>
      </w:r>
      <w:r>
        <w:t xml:space="preserve"> "</w:t>
        <w:br/>
        <w:t>就是《穷查理历书》</w:t>
        <w:br/>
        <w:t>As</w:t>
      </w:r>
      <w:r>
        <w:t xml:space="preserve"> in,</w:t>
      </w:r>
      <w:r>
        <w:t xml:space="preserve"> Poor</w:t>
      </w:r>
      <w:r>
        <w:t xml:space="preserve"> Richard's</w:t>
      </w:r>
      <w:r>
        <w:t xml:space="preserve"> Farming</w:t>
      </w:r>
      <w:r>
        <w:t xml:space="preserve"> Almanac-</w:t>
      </w:r>
      <w:r>
        <w:t xml:space="preserve"> -</w:t>
        <w:br/>
        <w:t>你们都不知道吗</w:t>
      </w:r>
      <w:r>
        <w:t xml:space="preserve"> 好吧</w:t>
        <w:br/>
        <w:t>anyone,</w:t>
      </w:r>
      <w:r>
        <w:t xml:space="preserve"> no?</w:t>
      </w:r>
      <w:r>
        <w:t xml:space="preserve"> Okay.</w:t>
        <w:br/>
        <w:t>所以我们这个假本·富兰克林跟真本·富兰克林</w:t>
        <w:br/>
        <w:t>So</w:t>
      </w:r>
      <w:r>
        <w:t xml:space="preserve"> our</w:t>
      </w:r>
      <w:r>
        <w:t xml:space="preserve"> fake</w:t>
      </w:r>
      <w:r>
        <w:t xml:space="preserve"> Ben</w:t>
      </w:r>
      <w:r>
        <w:t xml:space="preserve"> Franklin</w:t>
      </w:r>
      <w:r>
        <w:t xml:space="preserve"> is</w:t>
      </w:r>
      <w:r>
        <w:t xml:space="preserve"> using</w:t>
      </w:r>
      <w:r>
        <w:t xml:space="preserve"> the</w:t>
      </w:r>
      <w:r>
        <w:t xml:space="preserve"> same</w:t>
      </w:r>
      <w:r>
        <w:t xml:space="preserve"> pseudonym</w:t>
        <w:br/>
        <w:t>用了同一个假名吗</w:t>
        <w:br/>
        <w:t>as</w:t>
      </w:r>
      <w:r>
        <w:t xml:space="preserve"> the</w:t>
      </w:r>
      <w:r>
        <w:t xml:space="preserve"> real</w:t>
      </w:r>
      <w:r>
        <w:t xml:space="preserve"> Ben</w:t>
      </w:r>
      <w:r>
        <w:t xml:space="preserve"> Franklin?</w:t>
        <w:br/>
        <w:t>他有时候会用理查德·桑德斯</w:t>
        <w:br/>
        <w:t>And</w:t>
      </w:r>
      <w:r>
        <w:t xml:space="preserve"> he</w:t>
      </w:r>
      <w:r>
        <w:t xml:space="preserve"> would</w:t>
      </w:r>
      <w:r>
        <w:t xml:space="preserve"> occasionally</w:t>
      </w:r>
      <w:r>
        <w:t xml:space="preserve"> use"Richard</w:t>
      </w:r>
      <w:r>
        <w:t xml:space="preserve"> Saunders"</w:t>
        <w:br/>
        <w:t>代指其它事情</w:t>
      </w:r>
      <w:r>
        <w:t xml:space="preserve"> 你明白我的意思吧</w:t>
        <w:br/>
        <w:t>to</w:t>
      </w:r>
      <w:r>
        <w:t xml:space="preserve"> refer</w:t>
      </w:r>
      <w:r>
        <w:t xml:space="preserve"> to</w:t>
      </w:r>
      <w:r>
        <w:t xml:space="preserve"> other</w:t>
      </w:r>
      <w:r>
        <w:t xml:space="preserve"> things-</w:t>
      </w:r>
      <w:r>
        <w:t xml:space="preserve"> -</w:t>
      </w:r>
      <w:r>
        <w:t xml:space="preserve"> you</w:t>
      </w:r>
      <w:r>
        <w:t xml:space="preserve"> know</w:t>
      </w:r>
      <w:r>
        <w:t xml:space="preserve"> what</w:t>
      </w:r>
      <w:r>
        <w:t xml:space="preserve"> I'm</w:t>
      </w:r>
      <w:r>
        <w:t xml:space="preserve"> sayin'?</w:t>
        <w:br/>
        <w:t>她开玩笑呢吗</w:t>
        <w:br/>
        <w:t>Is</w:t>
      </w:r>
      <w:r>
        <w:t xml:space="preserve"> she</w:t>
      </w:r>
      <w:r>
        <w:t xml:space="preserve"> joking?</w:t>
        <w:br/>
        <w:t>不是</w:t>
        <w:br/>
        <w:t>She's</w:t>
      </w:r>
      <w:r>
        <w:t xml:space="preserve"> not.</w:t>
        <w:br/>
        <w:t>虽然我们不知道这个人到底是谁</w:t>
        <w:br/>
        <w:t>We</w:t>
      </w:r>
      <w:r>
        <w:t xml:space="preserve"> may</w:t>
      </w:r>
      <w:r>
        <w:t xml:space="preserve"> not</w:t>
      </w:r>
      <w:r>
        <w:t xml:space="preserve"> know</w:t>
      </w:r>
      <w:r>
        <w:t xml:space="preserve"> who</w:t>
      </w:r>
      <w:r>
        <w:t xml:space="preserve"> this</w:t>
      </w:r>
      <w:r>
        <w:t xml:space="preserve"> man</w:t>
      </w:r>
      <w:r>
        <w:t xml:space="preserve"> really</w:t>
      </w:r>
      <w:r>
        <w:t xml:space="preserve"> is,</w:t>
        <w:br/>
        <w:t>但他失踪了</w:t>
      </w:r>
      <w:r>
        <w:t xml:space="preserve"> 所以我们的任务就是要找到他</w:t>
        <w:br/>
        <w:t>but</w:t>
      </w:r>
      <w:r>
        <w:t xml:space="preserve"> he</w:t>
      </w:r>
      <w:r>
        <w:t xml:space="preserve"> is</w:t>
      </w:r>
      <w:r>
        <w:t xml:space="preserve"> missing,</w:t>
      </w:r>
      <w:r>
        <w:t xml:space="preserve"> and</w:t>
      </w:r>
      <w:r>
        <w:t xml:space="preserve"> it's</w:t>
      </w:r>
      <w:r>
        <w:t xml:space="preserve"> our</w:t>
      </w:r>
      <w:r>
        <w:t xml:space="preserve"> job</w:t>
      </w:r>
      <w:r>
        <w:t xml:space="preserve"> to</w:t>
      </w:r>
      <w:r>
        <w:t xml:space="preserve"> find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him.</w:t>
        <w:br/>
        <w:t>他就是个上了年纪的导游</w:t>
        <w:br/>
        <w:t>He's</w:t>
      </w:r>
      <w:r>
        <w:t xml:space="preserve"> an</w:t>
      </w:r>
      <w:r>
        <w:t xml:space="preserve"> elderly</w:t>
      </w:r>
      <w:r>
        <w:t xml:space="preserve"> tour</w:t>
      </w:r>
      <w:r>
        <w:t xml:space="preserve"> guide.</w:t>
        <w:br/>
        <w:t>能惹上多大&amp;hearts;麻&amp;hearts;烦啊</w:t>
        <w:br/>
        <w:t>How</w:t>
      </w:r>
      <w:r>
        <w:t xml:space="preserve"> much</w:t>
      </w:r>
      <w:r>
        <w:t xml:space="preserve"> trouble</w:t>
      </w:r>
      <w:r>
        <w:t xml:space="preserve"> could</w:t>
      </w:r>
      <w:r>
        <w:t xml:space="preserve"> he</w:t>
      </w:r>
      <w:r>
        <w:t xml:space="preserve"> be</w:t>
      </w:r>
      <w:r>
        <w:t xml:space="preserve"> in?</w:t>
        <w:br/>
        <w:t>我们询问了所有本地医院</w:t>
        <w:br/>
        <w:t>So,</w:t>
      </w:r>
      <w:r>
        <w:t xml:space="preserve"> we</w:t>
      </w:r>
      <w:r>
        <w:t xml:space="preserve"> checked</w:t>
      </w:r>
      <w:r>
        <w:t xml:space="preserve"> all</w:t>
      </w:r>
      <w:r>
        <w:t xml:space="preserve"> the</w:t>
      </w:r>
      <w:r>
        <w:t xml:space="preserve"> local</w:t>
      </w:r>
      <w:r>
        <w:t xml:space="preserve"> hospitals</w:t>
        <w:br/>
        <w:t>找理查德·桑德斯这个人</w:t>
        <w:br/>
        <w:t>for</w:t>
      </w:r>
      <w:r>
        <w:t xml:space="preserve"> Richard</w:t>
      </w:r>
      <w:r>
        <w:t xml:space="preserve"> Saunders.</w:t>
        <w:br/>
        <w:t>让我猜猜看</w:t>
        <w:br/>
        <w:t>Oh,</w:t>
      </w:r>
      <w:r>
        <w:t xml:space="preserve"> let</w:t>
      </w:r>
      <w:r>
        <w:t xml:space="preserve"> me</w:t>
      </w:r>
      <w:r>
        <w:t xml:space="preserve"> guess.</w:t>
        <w:br/>
        <w:t>你说的对</w:t>
      </w:r>
      <w:r>
        <w:t xml:space="preserve"> 什么都没查到是吧</w:t>
        <w:br/>
        <w:t>You</w:t>
      </w:r>
      <w:r>
        <w:t xml:space="preserve"> were</w:t>
      </w:r>
      <w:r>
        <w:t xml:space="preserve"> right,</w:t>
      </w:r>
      <w:r>
        <w:t xml:space="preserve"> and</w:t>
      </w:r>
      <w:r>
        <w:t xml:space="preserve"> there's</w:t>
      </w:r>
      <w:r>
        <w:t xml:space="preserve"> nothing?</w:t>
        <w:br/>
        <w:t>麻烦你费心了</w:t>
        <w:br/>
        <w:t>I</w:t>
      </w:r>
      <w:r>
        <w:t xml:space="preserve"> appreciate</w:t>
      </w:r>
      <w:r>
        <w:t xml:space="preserve"> you</w:t>
      </w:r>
      <w:r>
        <w:t xml:space="preserve"> checking.</w:t>
        <w:br/>
        <w:t>还有别的事吗</w:t>
        <w:br/>
        <w:t>Something</w:t>
      </w:r>
      <w:r>
        <w:t xml:space="preserve"> else?</w:t>
        <w:br/>
        <w:t>你好像很担心这个新来的鉴证人员海伦</w:t>
        <w:br/>
        <w:t>You</w:t>
      </w:r>
      <w:r>
        <w:t xml:space="preserve"> seemed</w:t>
      </w:r>
      <w:r>
        <w:t xml:space="preserve"> concerned</w:t>
      </w:r>
      <w:r>
        <w:t xml:space="preserve"> about</w:t>
      </w:r>
      <w:r>
        <w:t xml:space="preserve"> the</w:t>
      </w:r>
      <w:r>
        <w:t xml:space="preserve"> new</w:t>
      </w:r>
      <w:r>
        <w:t xml:space="preserve"> evidence</w:t>
      </w:r>
      <w:r>
        <w:t xml:space="preserve"> tech,</w:t>
      </w:r>
      <w:r>
        <w:t xml:space="preserve"> Helen?</w:t>
        <w:br/>
        <w:t>所以我打了几个电&amp;hearts;话&amp;hearts;</w:t>
        <w:br/>
        <w:t>So,</w:t>
      </w:r>
      <w:r>
        <w:t xml:space="preserve"> I</w:t>
      </w:r>
      <w:r>
        <w:t xml:space="preserve"> called</w:t>
      </w:r>
      <w:r>
        <w:t xml:space="preserve"> around,</w:t>
        <w:br/>
        <w:t>发现她经常调岗</w:t>
        <w:br/>
        <w:t>and,</w:t>
      </w:r>
      <w:r>
        <w:t xml:space="preserve"> um,</w:t>
      </w:r>
      <w:r>
        <w:t xml:space="preserve"> she</w:t>
      </w:r>
      <w:r>
        <w:t xml:space="preserve"> has</w:t>
      </w:r>
      <w:r>
        <w:t xml:space="preserve"> been</w:t>
      </w:r>
      <w:r>
        <w:t xml:space="preserve"> transferred</w:t>
      </w:r>
      <w:r>
        <w:t xml:space="preserve"> a</w:t>
      </w:r>
      <w:r>
        <w:t xml:space="preserve"> lot.</w:t>
        <w:br/>
        <w:t>尽管她有着完美的取证记录吗</w:t>
        <w:br/>
        <w:t>In</w:t>
      </w:r>
      <w:r>
        <w:t xml:space="preserve"> spite</w:t>
      </w:r>
      <w:r>
        <w:t xml:space="preserve"> of</w:t>
      </w:r>
      <w:r>
        <w:t xml:space="preserve"> her</w:t>
      </w:r>
      <w:r>
        <w:t xml:space="preserve"> spotless</w:t>
      </w:r>
      <w:r>
        <w:t xml:space="preserve"> evidential</w:t>
      </w:r>
      <w:r>
        <w:t xml:space="preserve"> integrity</w:t>
      </w:r>
      <w:r>
        <w:t xml:space="preserve"> record?</w:t>
        <w:br/>
        <w:t>她什么问题</w:t>
        <w:br/>
        <w:t>What's</w:t>
      </w:r>
      <w:r>
        <w:t xml:space="preserve"> her</w:t>
      </w:r>
      <w:r>
        <w:t xml:space="preserve"> story?</w:t>
        <w:br/>
        <w:t>技术方面很过硬</w:t>
      </w:r>
      <w:r>
        <w:t xml:space="preserve"> 但接人待物不行</w:t>
        <w:br/>
        <w:t>She's</w:t>
      </w:r>
      <w:r>
        <w:t xml:space="preserve"> good</w:t>
      </w:r>
      <w:r>
        <w:t xml:space="preserve"> at</w:t>
      </w:r>
      <w:r>
        <w:t xml:space="preserve"> science,</w:t>
      </w:r>
      <w:r>
        <w:t xml:space="preserve"> not</w:t>
      </w:r>
      <w:r>
        <w:t xml:space="preserve"> so</w:t>
      </w:r>
      <w:r>
        <w:t xml:space="preserve"> good</w:t>
      </w:r>
      <w:r>
        <w:t xml:space="preserve"> at</w:t>
      </w:r>
      <w:r>
        <w:t xml:space="preserve"> people.</w:t>
        <w:br/>
        <w:t>看上去她的个性</w:t>
        <w:br/>
        <w:t>It</w:t>
      </w:r>
      <w:r>
        <w:t xml:space="preserve"> seems</w:t>
      </w:r>
      <w:r>
        <w:t xml:space="preserve"> that</w:t>
      </w:r>
      <w:r>
        <w:t xml:space="preserve"> her</w:t>
      </w:r>
      <w:r>
        <w:t xml:space="preserve"> personality</w:t>
      </w:r>
      <w:r>
        <w:t xml:space="preserve"> has</w:t>
      </w:r>
      <w:r>
        <w:t xml:space="preserve"> clashed</w:t>
        <w:br/>
        <w:t>和太多上级发生了冲突</w:t>
        <w:br/>
        <w:t>with</w:t>
      </w:r>
      <w:r>
        <w:t xml:space="preserve"> too</w:t>
      </w:r>
      <w:r>
        <w:t xml:space="preserve"> many</w:t>
      </w:r>
      <w:r>
        <w:t xml:space="preserve"> superiors,</w:t>
        <w:br/>
        <w:t>都是同级调动</w:t>
        <w:br/>
        <w:t>and</w:t>
      </w:r>
      <w:r>
        <w:t xml:space="preserve"> it's</w:t>
      </w:r>
      <w:r>
        <w:t xml:space="preserve"> all</w:t>
      </w:r>
      <w:r>
        <w:t xml:space="preserve"> been</w:t>
      </w:r>
      <w:r>
        <w:t xml:space="preserve"> lateral</w:t>
      </w:r>
      <w:r>
        <w:t xml:space="preserve"> moves.</w:t>
        <w:br/>
        <w:t>凶杀组</w:t>
      </w:r>
      <w:r>
        <w:t xml:space="preserve"> 风化组</w:t>
      </w:r>
      <w:r>
        <w:t xml:space="preserve"> 悬案组</w:t>
      </w:r>
      <w:r>
        <w:t xml:space="preserve"> 再到我们</w:t>
        <w:br/>
        <w:t>Homicide,</w:t>
      </w:r>
      <w:r>
        <w:t xml:space="preserve"> Vice,</w:t>
      </w:r>
      <w:r>
        <w:t xml:space="preserve"> Cold</w:t>
      </w:r>
      <w:r>
        <w:t xml:space="preserve"> Case,</w:t>
      </w:r>
      <w:r>
        <w:t xml:space="preserve"> to</w:t>
      </w:r>
      <w:r>
        <w:t xml:space="preserve"> us.</w:t>
        <w:br/>
        <w:t>所以现在这烫手山芋抛给我们了吗</w:t>
        <w:br/>
        <w:t>So</w:t>
      </w:r>
      <w:r>
        <w:t xml:space="preserve"> what,</w:t>
      </w:r>
      <w:r>
        <w:t xml:space="preserve"> she's</w:t>
      </w:r>
      <w:r>
        <w:t xml:space="preserve"> our</w:t>
      </w:r>
      <w:r>
        <w:t xml:space="preserve"> problem</w:t>
      </w:r>
      <w:r>
        <w:t xml:space="preserve"> now?</w:t>
        <w:br/>
        <w:t>嘿</w:t>
      </w:r>
      <w:r>
        <w:t xml:space="preserve"> 你我心里一样清楚</w:t>
        <w:br/>
        <w:t>Hey,</w:t>
      </w:r>
      <w:r>
        <w:t xml:space="preserve"> you</w:t>
      </w:r>
      <w:r>
        <w:t xml:space="preserve"> know</w:t>
      </w:r>
      <w:r>
        <w:t xml:space="preserve"> as</w:t>
      </w:r>
      <w:r>
        <w:t xml:space="preserve"> well</w:t>
      </w:r>
      <w:r>
        <w:t xml:space="preserve"> as</w:t>
      </w:r>
      <w:r>
        <w:t xml:space="preserve"> I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do</w:t>
        <w:br/>
        <w:t>如果被人打上难搞女人的标签</w:t>
        <w:br/>
        <w:t>that</w:t>
      </w:r>
      <w:r>
        <w:t xml:space="preserve"> the</w:t>
      </w:r>
      <w:r>
        <w:t xml:space="preserve"> label</w:t>
      </w:r>
      <w:r>
        <w:t xml:space="preserve"> of</w:t>
      </w:r>
      <w:r>
        <w:t xml:space="preserve"> a"difficult</w:t>
      </w:r>
      <w:r>
        <w:t xml:space="preserve"> woman"</w:t>
        <w:br/>
        <w:t>对事业的影响有多致命</w:t>
        <w:br/>
        <w:t>can</w:t>
      </w:r>
      <w:r>
        <w:t xml:space="preserve"> stifle</w:t>
      </w:r>
      <w:r>
        <w:t xml:space="preserve"> a</w:t>
      </w:r>
      <w:r>
        <w:t xml:space="preserve"> career.</w:t>
        <w:br/>
        <w:t>也许她只是需要个合适的导师</w:t>
        <w:br/>
        <w:t>Maybe</w:t>
      </w:r>
      <w:r>
        <w:t xml:space="preserve"> she</w:t>
      </w:r>
      <w:r>
        <w:t xml:space="preserve"> just</w:t>
      </w:r>
      <w:r>
        <w:t xml:space="preserve"> needs</w:t>
      </w:r>
      <w:r>
        <w:t xml:space="preserve"> the</w:t>
      </w:r>
      <w:r>
        <w:t xml:space="preserve"> right</w:t>
      </w:r>
      <w:r>
        <w:t xml:space="preserve"> mentors.</w:t>
        <w:br/>
        <w:t>我好自豪</w:t>
        <w:br/>
        <w:t>♪`I</w:t>
      </w:r>
      <w:r>
        <w:t xml:space="preserve"> am</w:t>
      </w:r>
      <w:r>
        <w:t xml:space="preserve"> so</w:t>
      </w:r>
      <w:r>
        <w:t xml:space="preserve"> proud</w:t>
      </w:r>
      <w:r>
        <w:t xml:space="preserve"> ♪</w:t>
        <w:br/>
        <w:t>如果能让</w:t>
        <w:br/>
        <w:t>♪</w:t>
      </w:r>
      <w:r>
        <w:t xml:space="preserve"> If</w:t>
      </w:r>
      <w:r>
        <w:t xml:space="preserve"> I</w:t>
      </w:r>
      <w:r>
        <w:t xml:space="preserve"> allowed</w:t>
      </w:r>
      <w:r>
        <w:t xml:space="preserve"> ♪</w:t>
        <w:br/>
        <w:t>家族骄傲作为我的指导</w:t>
        <w:br/>
        <w:t>♪My</w:t>
      </w:r>
      <w:r>
        <w:t xml:space="preserve"> family</w:t>
      </w:r>
      <w:r>
        <w:t xml:space="preserve"> pride</w:t>
      </w:r>
      <w:r>
        <w:t xml:space="preserve"> to</w:t>
      </w:r>
      <w:r>
        <w:t xml:space="preserve"> be</w:t>
      </w:r>
      <w:r>
        <w:t xml:space="preserve"> my</w:t>
      </w:r>
      <w:r>
        <w:t xml:space="preserve"> guide</w:t>
      </w:r>
      <w:r>
        <w:t xml:space="preserve"> ♪</w:t>
        <w:br/>
        <w:t>我好自豪</w:t>
        <w:br/>
        <w:t>♪</w:t>
      </w:r>
      <w:r>
        <w:t xml:space="preserve"> I</w:t>
      </w:r>
      <w:r>
        <w:t xml:space="preserve"> am</w:t>
      </w:r>
      <w:r>
        <w:t xml:space="preserve"> so</w:t>
      </w:r>
      <w:r>
        <w:t xml:space="preserve"> proud...♪</w:t>
        <w:br/>
        <w:t>我还是坚持我的看法</w:t>
        <w:br/>
        <w:t>I</w:t>
      </w:r>
      <w:r>
        <w:t xml:space="preserve"> stand</w:t>
      </w:r>
      <w:r>
        <w:t xml:space="preserve"> by</w:t>
      </w:r>
      <w:r>
        <w:t xml:space="preserve"> what</w:t>
      </w:r>
      <w:r>
        <w:t xml:space="preserve"> I</w:t>
      </w:r>
      <w:r>
        <w:t xml:space="preserve"> just</w:t>
      </w:r>
      <w:r>
        <w:t xml:space="preserve"> said.</w:t>
        <w:br/>
        <w:t>如果能让</w:t>
      </w:r>
      <w:r>
        <w:t xml:space="preserve"> </w:t>
      </w:r>
      <w:r>
        <w:t xml:space="preserve"> -行</w:t>
        <w:br/>
        <w:t>JIf</w:t>
      </w:r>
      <w:r>
        <w:t xml:space="preserve"> I</w:t>
      </w:r>
      <w:r>
        <w:t xml:space="preserve"> allowed∫-</w:t>
      </w:r>
      <w:r>
        <w:t xml:space="preserve"> Yeah.</w:t>
        <w:br/>
        <w:t>如果能让</w:t>
      </w:r>
      <w:r>
        <w:t xml:space="preserve"> </w:t>
      </w:r>
      <w:r>
        <w:t xml:space="preserve"> -行</w:t>
        <w:br/>
        <w:t>JIfI</w:t>
      </w:r>
      <w:r>
        <w:t xml:space="preserve"> allowed</w:t>
      </w:r>
      <w:r>
        <w:t xml:space="preserve"> J-</w:t>
      </w:r>
      <w:r>
        <w:t xml:space="preserve"> Yeah.</w:t>
        <w:br/>
        <w:t>巡警那边有发现</w:t>
        <w:br/>
        <w:t>I</w:t>
      </w:r>
      <w:r>
        <w:t xml:space="preserve"> got</w:t>
      </w:r>
      <w:r>
        <w:t xml:space="preserve"> something</w:t>
      </w:r>
      <w:r>
        <w:t xml:space="preserve"> from</w:t>
      </w:r>
      <w:r>
        <w:t xml:space="preserve"> Patrol</w:t>
        <w:br/>
        <w:t>说这失踪的本·富兰克林把这钥匙扔给了一个小孩</w:t>
        <w:br/>
        <w:t>Said</w:t>
      </w:r>
      <w:r>
        <w:t xml:space="preserve"> our</w:t>
      </w:r>
      <w:r>
        <w:t xml:space="preserve"> missing</w:t>
      </w:r>
      <w:r>
        <w:t xml:space="preserve"> Ben</w:t>
      </w:r>
      <w:r>
        <w:t xml:space="preserve"> Franklin</w:t>
      </w:r>
      <w:r>
        <w:t xml:space="preserve"> tossed</w:t>
      </w:r>
      <w:r>
        <w:t xml:space="preserve"> this</w:t>
      </w:r>
      <w:r>
        <w:t xml:space="preserve"> key</w:t>
      </w:r>
      <w:r>
        <w:t xml:space="preserve"> to</w:t>
      </w:r>
      <w:r>
        <w:t xml:space="preserve"> a</w:t>
      </w:r>
      <w:r>
        <w:t xml:space="preserve"> kid,</w:t>
        <w:br/>
        <w:t>所以上面可能有他指纹</w:t>
        <w:br/>
        <w:t>so</w:t>
      </w:r>
      <w:r>
        <w:t xml:space="preserve"> there</w:t>
      </w:r>
      <w:r>
        <w:t xml:space="preserve"> could</w:t>
      </w:r>
      <w:r>
        <w:t xml:space="preserve"> be</w:t>
      </w:r>
      <w:r>
        <w:t xml:space="preserve"> prints</w:t>
      </w:r>
      <w:r>
        <w:t xml:space="preserve"> on</w:t>
      </w:r>
      <w:r>
        <w:t xml:space="preserve"> it.</w:t>
        <w:br/>
        <w:t>让埃塞尔·默曼看看</w:t>
        <w:br/>
        <w:t>Have</w:t>
      </w:r>
      <w:r>
        <w:t xml:space="preserve"> Ethel</w:t>
      </w:r>
      <w:r>
        <w:t xml:space="preserve"> Merman</w:t>
      </w:r>
      <w:r>
        <w:t xml:space="preserve"> take</w:t>
      </w:r>
      <w:r>
        <w:t xml:space="preserve"> a</w:t>
      </w:r>
      <w:r>
        <w:t xml:space="preserve"> look.</w:t>
        <w:br/>
        <w:t>好</w:t>
      </w:r>
      <w:r>
        <w:t xml:space="preserve"> </w:t>
      </w:r>
      <w:r>
        <w:t xml:space="preserve"> -谁</w:t>
        <w:br/>
        <w:t>Okay.</w:t>
      </w:r>
      <w:r>
        <w:t xml:space="preserve"> Who?</w:t>
        <w:br/>
        <w:t>别</w:t>
      </w:r>
      <w:r>
        <w:t xml:space="preserve"> 别问了</w:t>
        <w:br/>
        <w:t>Just</w:t>
      </w:r>
      <w:r>
        <w:t xml:space="preserve"> don't,</w:t>
      </w:r>
      <w:r>
        <w:t xml:space="preserve"> don't</w:t>
      </w:r>
      <w:r>
        <w:t xml:space="preserve"> don't</w:t>
      </w:r>
      <w:r>
        <w:t xml:space="preserve"> worry</w:t>
      </w:r>
      <w:r>
        <w:t xml:space="preserve"> about</w:t>
      </w:r>
      <w:r>
        <w:t xml:space="preserve"> it.</w:t>
        <w:br/>
        <w:t>好</w:t>
      </w:r>
      <w:r>
        <w:t xml:space="preserve"> 吧</w:t>
      </w:r>
      <w:r>
        <w:t xml:space="preserve"> 你好</w:t>
        <w:br/>
        <w:t>Oh...kay.</w:t>
      </w:r>
      <w:r>
        <w:t xml:space="preserve"> Hi.</w:t>
        <w:br/>
        <w:t>嘿</w:t>
      </w:r>
      <w:r>
        <w:t xml:space="preserve"> 有什么发现吗</w:t>
        <w:br/>
        <w:t>Hey,</w:t>
      </w:r>
      <w:r>
        <w:t xml:space="preserve"> what</w:t>
      </w:r>
      <w:r>
        <w:t xml:space="preserve"> do</w:t>
      </w:r>
      <w:r>
        <w:t xml:space="preserve"> you</w:t>
      </w:r>
      <w:r>
        <w:t xml:space="preserve"> got?</w:t>
        <w:br/>
        <w:t>这东西肯定经过很多人的手</w:t>
        <w:br/>
        <w:t>Everyone</w:t>
      </w:r>
      <w:r>
        <w:t xml:space="preserve"> and</w:t>
      </w:r>
      <w:r>
        <w:t xml:space="preserve"> their</w:t>
      </w:r>
      <w:r>
        <w:t xml:space="preserve"> brother</w:t>
      </w:r>
      <w:r>
        <w:t xml:space="preserve"> must've</w:t>
      </w:r>
      <w:r>
        <w:t xml:space="preserve"> handled</w:t>
      </w:r>
      <w:r>
        <w:t xml:space="preserve"> this</w:t>
      </w:r>
      <w:r>
        <w:t xml:space="preserve"> thing</w:t>
        <w:br/>
        <w:t>因为这上面有好多部分指纹要分辨</w:t>
        <w:br/>
        <w:t>because</w:t>
      </w:r>
      <w:r>
        <w:t xml:space="preserve"> I've</w:t>
      </w:r>
      <w:r>
        <w:t xml:space="preserve"> got</w:t>
      </w:r>
      <w:r>
        <w:t xml:space="preserve"> dozens</w:t>
      </w:r>
      <w:r>
        <w:t xml:space="preserve"> of</w:t>
      </w:r>
      <w:r>
        <w:t xml:space="preserve"> partials</w:t>
      </w:r>
      <w:r>
        <w:t xml:space="preserve"> to</w:t>
      </w:r>
      <w:r>
        <w:t xml:space="preserve"> sort</w:t>
      </w:r>
      <w:r>
        <w:t xml:space="preserve"> through.</w:t>
        <w:br/>
        <w:t>你还挺开心的吗</w:t>
        <w:br/>
        <w:t>Are</w:t>
      </w:r>
      <w:r>
        <w:t xml:space="preserve"> you</w:t>
      </w:r>
      <w:r>
        <w:t xml:space="preserve"> happy</w:t>
      </w:r>
      <w:r>
        <w:t xml:space="preserve"> about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that?</w:t>
        <w:br/>
        <w:t>这其中有一种真菌</w:t>
        <w:br/>
        <w:t>There</w:t>
      </w:r>
      <w:r>
        <w:t xml:space="preserve"> is</w:t>
      </w:r>
      <w:r>
        <w:t xml:space="preserve"> a</w:t>
      </w:r>
      <w:r>
        <w:t xml:space="preserve"> fungus</w:t>
      </w:r>
      <w:r>
        <w:t xml:space="preserve"> among</w:t>
      </w:r>
      <w:r>
        <w:t xml:space="preserve"> us!</w:t>
        <w:br/>
        <w:t>钥匙上那些小斑点是一种叫做</w:t>
        <w:br/>
        <w:t>Those</w:t>
      </w:r>
      <w:r>
        <w:t xml:space="preserve"> little</w:t>
      </w:r>
      <w:r>
        <w:t xml:space="preserve"> specks</w:t>
      </w:r>
      <w:r>
        <w:t xml:space="preserve"> on</w:t>
      </w:r>
      <w:r>
        <w:t xml:space="preserve"> the</w:t>
      </w:r>
      <w:r>
        <w:t xml:space="preserve"> key</w:t>
      </w:r>
      <w:r>
        <w:t xml:space="preserve"> are</w:t>
      </w:r>
      <w:r>
        <w:t xml:space="preserve"> from</w:t>
      </w:r>
      <w:r>
        <w:t xml:space="preserve"> a</w:t>
      </w:r>
      <w:r>
        <w:t xml:space="preserve"> strain</w:t>
      </w:r>
      <w:r>
        <w:t xml:space="preserve"> of</w:t>
      </w:r>
      <w:r>
        <w:t xml:space="preserve"> black</w:t>
      </w:r>
      <w:r>
        <w:t xml:space="preserve"> mold</w:t>
        <w:br/>
        <w:t>黑葡萄穗霉的黑霉</w:t>
        <w:br/>
        <w:t>called</w:t>
      </w:r>
      <w:r>
        <w:t xml:space="preserve"> Stachybotrys</w:t>
      </w:r>
      <w:r>
        <w:t xml:space="preserve"> atra,</w:t>
        <w:br/>
        <w:t>它本身不包含什么信息</w:t>
        <w:br/>
        <w:t>which,</w:t>
      </w:r>
      <w:r>
        <w:t xml:space="preserve"> by</w:t>
      </w:r>
      <w:r>
        <w:t xml:space="preserve"> itself,</w:t>
      </w:r>
      <w:r>
        <w:t xml:space="preserve"> isn't</w:t>
      </w:r>
      <w:r>
        <w:t xml:space="preserve"> too</w:t>
      </w:r>
      <w:r>
        <w:t xml:space="preserve"> informative,</w:t>
        <w:br/>
        <w:t>因为有毒霉菌可以在任何</w:t>
        <w:br/>
        <w:t>since</w:t>
      </w:r>
      <w:r>
        <w:t xml:space="preserve"> toxic</w:t>
      </w:r>
      <w:r>
        <w:t xml:space="preserve"> mold</w:t>
      </w:r>
      <w:r>
        <w:t xml:space="preserve"> can</w:t>
      </w:r>
      <w:r>
        <w:t xml:space="preserve"> grow</w:t>
      </w:r>
      <w:r>
        <w:t xml:space="preserve"> anywhere</w:t>
        <w:br/>
        <w:t>水质不洁净的地方生长</w:t>
        <w:br/>
        <w:t>where</w:t>
      </w:r>
      <w:r>
        <w:t xml:space="preserve"> there's</w:t>
      </w:r>
      <w:r>
        <w:t xml:space="preserve"> water</w:t>
      </w:r>
      <w:r>
        <w:t xml:space="preserve"> damage.</w:t>
        <w:br/>
        <w:t>但这把钥匙</w:t>
        <w:br/>
        <w:t>But,</w:t>
      </w:r>
      <w:r>
        <w:t xml:space="preserve"> this</w:t>
      </w:r>
      <w:r>
        <w:t xml:space="preserve"> key-</w:t>
        <w:br/>
        <w:t>大多数中古钥匙都是铜制或者铁制</w:t>
        <w:br/>
        <w:t>...most</w:t>
      </w:r>
      <w:r>
        <w:t xml:space="preserve"> skeleton</w:t>
      </w:r>
      <w:r>
        <w:t xml:space="preserve"> keys</w:t>
      </w:r>
      <w:r>
        <w:t xml:space="preserve"> are</w:t>
      </w:r>
      <w:r>
        <w:t xml:space="preserve"> brass</w:t>
      </w:r>
      <w:r>
        <w:t xml:space="preserve"> or</w:t>
      </w:r>
      <w:r>
        <w:t xml:space="preserve"> iron,</w:t>
        <w:br/>
        <w:t>但这把钥匙是青铜制成</w:t>
        <w:br/>
        <w:t>but</w:t>
      </w:r>
      <w:r>
        <w:t xml:space="preserve"> this</w:t>
      </w:r>
      <w:r>
        <w:t xml:space="preserve"> key</w:t>
      </w:r>
      <w:r>
        <w:t xml:space="preserve"> is</w:t>
      </w:r>
      <w:r>
        <w:t xml:space="preserve"> made</w:t>
      </w:r>
      <w:r>
        <w:t xml:space="preserve"> of</w:t>
      </w:r>
      <w:r>
        <w:t xml:space="preserve"> bronze,</w:t>
        <w:br/>
        <w:t>看到这个简单的双齿设计了吗</w:t>
        <w:br/>
        <w:t>and</w:t>
      </w:r>
      <w:r>
        <w:t xml:space="preserve"> see</w:t>
      </w:r>
      <w:r>
        <w:t xml:space="preserve"> the</w:t>
      </w:r>
      <w:r>
        <w:t xml:space="preserve"> simple</w:t>
      </w:r>
      <w:r>
        <w:t xml:space="preserve"> double-</w:t>
      </w:r>
      <w:r>
        <w:t xml:space="preserve"> tooth</w:t>
      </w:r>
      <w:r>
        <w:t xml:space="preserve"> design?</w:t>
        <w:br/>
        <w:t>怎么了</w:t>
        <w:br/>
        <w:t>Yeah?</w:t>
        <w:br/>
        <w:t>是病房&amp;hearts;钥匙</w:t>
        <w:br/>
        <w:t>It's</w:t>
      </w:r>
      <w:r>
        <w:t xml:space="preserve"> a</w:t>
      </w:r>
      <w:r>
        <w:t xml:space="preserve"> ward</w:t>
      </w:r>
      <w:r>
        <w:t xml:space="preserve"> key,</w:t>
        <w:br/>
        <w:t>常见于18世世纪末的建筑</w:t>
        <w:br/>
        <w:t>common</w:t>
      </w:r>
      <w:r>
        <w:t xml:space="preserve"> to</w:t>
      </w:r>
      <w:r>
        <w:t xml:space="preserve"> buildings</w:t>
      </w:r>
      <w:r>
        <w:t xml:space="preserve"> from</w:t>
      </w:r>
      <w:r>
        <w:t xml:space="preserve"> the</w:t>
      </w:r>
      <w:r>
        <w:t xml:space="preserve"> late-</w:t>
      </w:r>
      <w:r>
        <w:t xml:space="preserve"> 1700s.</w:t>
        <w:br/>
        <w:t>所以我们要找的是个</w:t>
        <w:br/>
        <w:t>Okay,</w:t>
      </w:r>
      <w:r>
        <w:t xml:space="preserve"> so</w:t>
      </w:r>
      <w:r>
        <w:t xml:space="preserve"> we're</w:t>
      </w:r>
      <w:r>
        <w:t xml:space="preserve"> looking</w:t>
      </w:r>
      <w:r>
        <w:t xml:space="preserve"> for</w:t>
      </w:r>
      <w:r>
        <w:t xml:space="preserve"> a.</w:t>
        <w:br/>
        <w:t>殖民时期的建筑</w:t>
        <w:br/>
        <w:br/>
        <w:t>colonial-</w:t>
      </w:r>
      <w:r>
        <w:t xml:space="preserve"> era</w:t>
      </w:r>
      <w:r>
        <w:t xml:space="preserve"> building</w:t>
        <w:br/>
        <w:t>还有黑霉问题</w:t>
        <w:br/>
        <w:t>...with</w:t>
      </w:r>
      <w:r>
        <w:t xml:space="preserve"> a</w:t>
      </w:r>
      <w:r>
        <w:t xml:space="preserve"> black</w:t>
      </w:r>
      <w:r>
        <w:t xml:space="preserve"> mold</w:t>
      </w:r>
      <w:r>
        <w:t xml:space="preserve"> problem.</w:t>
        <w:br/>
        <w:t>天</w:t>
        <w:br/>
        <w:t>Oh,</w:t>
      </w:r>
      <w:r>
        <w:t xml:space="preserve"> geez.</w:t>
        <w:br/>
        <w:t>怎么了</w:t>
        <w:br/>
        <w:t>What?</w:t>
        <w:br/>
        <w:t>本·富兰克林的贵格会会议室</w:t>
        <w:br/>
        <w:t>Ben</w:t>
      </w:r>
      <w:r>
        <w:t xml:space="preserve"> Franklin's</w:t>
      </w:r>
      <w:r>
        <w:t xml:space="preserve"> Quaker</w:t>
      </w:r>
      <w:r>
        <w:t xml:space="preserve"> Meeting</w:t>
      </w:r>
      <w:r>
        <w:t xml:space="preserve"> House-</w:t>
      </w:r>
      <w:r>
        <w:t xml:space="preserve"> -</w:t>
        <w:br/>
        <w:t>几十年前被改建为寄宿学校</w:t>
        <w:br/>
        <w:t>it</w:t>
      </w:r>
      <w:r>
        <w:t xml:space="preserve"> was</w:t>
      </w:r>
      <w:r>
        <w:t xml:space="preserve"> converted</w:t>
      </w:r>
      <w:r>
        <w:t xml:space="preserve"> into</w:t>
      </w:r>
      <w:r>
        <w:t xml:space="preserve"> a</w:t>
      </w:r>
      <w:r>
        <w:t xml:space="preserve"> boarding</w:t>
      </w:r>
      <w:r>
        <w:t xml:space="preserve"> school</w:t>
      </w:r>
      <w:r>
        <w:t xml:space="preserve"> decades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ago,</w:t>
        <w:br/>
        <w:t>近几个月</w:t>
        <w:br/>
        <w:t>and</w:t>
      </w:r>
      <w:r>
        <w:t xml:space="preserve"> has</w:t>
      </w:r>
      <w:r>
        <w:t xml:space="preserve"> been</w:t>
      </w:r>
      <w:r>
        <w:t xml:space="preserve"> shut</w:t>
      </w:r>
      <w:r>
        <w:t xml:space="preserve"> down</w:t>
        <w:br/>
        <w:t>因黑霉问题而关闭</w:t>
        <w:br/>
        <w:t>for</w:t>
      </w:r>
      <w:r>
        <w:t xml:space="preserve"> months</w:t>
      </w:r>
      <w:r>
        <w:t xml:space="preserve"> because</w:t>
      </w:r>
      <w:r>
        <w:t xml:space="preserve"> of</w:t>
      </w:r>
      <w:r>
        <w:t xml:space="preserve"> black</w:t>
      </w:r>
      <w:r>
        <w:t xml:space="preserve"> mold.</w:t>
        <w:br/>
        <w:t>看起来是个藏身的好地方</w:t>
        <w:br/>
        <w:t>Looks</w:t>
      </w:r>
      <w:r>
        <w:t xml:space="preserve"> like</w:t>
      </w:r>
      <w:r>
        <w:t xml:space="preserve"> a</w:t>
      </w:r>
      <w:r>
        <w:t xml:space="preserve"> good</w:t>
      </w:r>
      <w:r>
        <w:t xml:space="preserve"> place</w:t>
      </w:r>
      <w:r>
        <w:t xml:space="preserve"> to</w:t>
      </w:r>
      <w:r>
        <w:t xml:space="preserve"> hide</w:t>
      </w:r>
      <w:r>
        <w:t xml:space="preserve"> out.</w:t>
        <w:br/>
        <w:t>是的</w:t>
        <w:br/>
        <w:t>Yep.</w:t>
      </w:r>
      <w:r>
        <w:t xml:space="preserve"> Uh</w:t>
        <w:br/>
        <w:t>二位</w:t>
      </w:r>
      <w:r>
        <w:t xml:space="preserve"> </w:t>
      </w:r>
      <w:r>
        <w:t xml:space="preserve"> -怎么了</w:t>
        <w:br/>
        <w:t>Guys?</w:t>
      </w:r>
      <w:r>
        <w:t xml:space="preserve"> Yeah?</w:t>
        <w:br/>
        <w:t>那所学校一小时前被烧毁了</w:t>
        <w:br/>
        <w:t>ODE</w:t>
      </w:r>
      <w:r>
        <w:t xml:space="preserve"> NwEustnmtMoaB</w:t>
      </w:r>
      <w:r>
        <w:t xml:space="preserve"> wthe</w:t>
      </w:r>
      <w:r>
        <w:t xml:space="preserve"> school</w:t>
      </w:r>
      <w:r>
        <w:t xml:space="preserve"> burned</w:t>
      </w:r>
      <w:r>
        <w:t xml:space="preserve"> down</w:t>
      </w:r>
      <w:r>
        <w:t xml:space="preserve"> an</w:t>
      </w:r>
      <w:r>
        <w:t xml:space="preserve"> hour</w:t>
      </w:r>
      <w:r>
        <w:t xml:space="preserve"> ago.</w:t>
        <w:br/>
        <w:t>好</w:t>
      </w:r>
      <w:r>
        <w:t xml:space="preserve"> 我叫上杰森一起过去</w:t>
        <w:br/>
        <w:t>AII</w:t>
      </w:r>
      <w:r>
        <w:t xml:space="preserve"> right</w:t>
      </w:r>
      <w:r>
        <w:t xml:space="preserve"> I'll</w:t>
      </w:r>
      <w:r>
        <w:t xml:space="preserve"> grab</w:t>
      </w:r>
      <w:r>
        <w:t xml:space="preserve"> Jason</w:t>
      </w:r>
      <w:r>
        <w:t xml:space="preserve"> and</w:t>
      </w:r>
      <w:r>
        <w:t xml:space="preserve"> head</w:t>
      </w:r>
      <w:r>
        <w:t xml:space="preserve"> over.</w:t>
        <w:br/>
        <w:t>好</w:t>
      </w:r>
      <w:r>
        <w:t xml:space="preserve"> </w:t>
      </w:r>
      <w:r>
        <w:t xml:space="preserve"> -祝好运</w:t>
        <w:br/>
        <w:t>AII</w:t>
      </w:r>
      <w:r>
        <w:t xml:space="preserve"> right.</w:t>
      </w:r>
      <w:r>
        <w:t xml:space="preserve"> Good</w:t>
      </w:r>
      <w:r>
        <w:t xml:space="preserve"> luck!</w:t>
        <w:br/>
        <w:t>干得漂亮</w:t>
      </w:r>
      <w:r>
        <w:t xml:space="preserve"> 海伦</w:t>
        <w:br/>
        <w:t>Nice</w:t>
      </w:r>
      <w:r>
        <w:t xml:space="preserve"> work,</w:t>
      </w:r>
      <w:r>
        <w:t xml:space="preserve"> Helen.</w:t>
        <w:br/>
        <w:t>谢谢</w:t>
      </w:r>
      <w:r>
        <w:t xml:space="preserve"> 能问你件事吗</w:t>
        <w:br/>
        <w:t>Uh,</w:t>
      </w:r>
      <w:r>
        <w:t xml:space="preserve"> thanks!</w:t>
      </w:r>
      <w:r>
        <w:t xml:space="preserve"> Can</w:t>
      </w:r>
      <w:r>
        <w:t xml:space="preserve"> I</w:t>
      </w:r>
      <w:r>
        <w:t xml:space="preserve"> ask</w:t>
      </w:r>
      <w:r>
        <w:t xml:space="preserve"> you</w:t>
      </w:r>
      <w:r>
        <w:t xml:space="preserve"> something?</w:t>
        <w:br/>
        <w:t>行呀</w:t>
      </w:r>
      <w:r>
        <w:t xml:space="preserve"> 问吧</w:t>
        <w:br/>
        <w:t>Yeah.</w:t>
      </w:r>
      <w:r>
        <w:t xml:space="preserve"> Sure.</w:t>
        <w:br/>
        <w:t>你听说过隐性记忆症吗</w:t>
        <w:br/>
        <w:t>Have</w:t>
      </w:r>
      <w:r>
        <w:t xml:space="preserve"> you</w:t>
      </w:r>
      <w:r>
        <w:t xml:space="preserve"> heard</w:t>
      </w:r>
      <w:r>
        <w:t xml:space="preserve"> of</w:t>
      </w:r>
      <w:r>
        <w:t xml:space="preserve"> cryptomnesia?</w:t>
        <w:br/>
        <w:t>是种内隐记忆现象</w:t>
        <w:br/>
        <w:t>It's</w:t>
      </w:r>
      <w:r>
        <w:t xml:space="preserve"> an</w:t>
      </w:r>
      <w:r>
        <w:t xml:space="preserve"> implicit</w:t>
      </w:r>
      <w:r>
        <w:t xml:space="preserve"> memory</w:t>
      </w:r>
      <w:r>
        <w:t xml:space="preserve"> phenomenonj</w:t>
        <w:br/>
        <w:t>人们会错误把一个念头</w:t>
        <w:br/>
        <w:t>where</w:t>
      </w:r>
      <w:r>
        <w:t xml:space="preserve"> people</w:t>
      </w:r>
      <w:r>
        <w:t xml:space="preserve"> mistakenly</w:t>
      </w:r>
      <w:r>
        <w:t xml:space="preserve"> attribute</w:t>
      </w:r>
      <w:r>
        <w:t xml:space="preserve"> a</w:t>
      </w:r>
      <w:r>
        <w:t xml:space="preserve"> thought,</w:t>
        <w:br/>
        <w:t>想法或者经历当做是自己的东西</w:t>
        <w:br/>
        <w:t>idea,</w:t>
      </w:r>
      <w:r>
        <w:t xml:space="preserve"> or</w:t>
      </w:r>
      <w:r>
        <w:t xml:space="preserve"> an</w:t>
      </w:r>
      <w:r>
        <w:t xml:space="preserve"> experience</w:t>
      </w:r>
      <w:r>
        <w:t xml:space="preserve"> as</w:t>
      </w:r>
      <w:r>
        <w:t xml:space="preserve"> their</w:t>
      </w:r>
      <w:r>
        <w:t xml:space="preserve"> own-</w:t>
      </w:r>
      <w:r>
        <w:t xml:space="preserve"> -</w:t>
        <w:br/>
        <w:t>这是一种精神疾病</w:t>
        <w:br/>
        <w:t>a</w:t>
      </w:r>
      <w:r>
        <w:t xml:space="preserve"> mental</w:t>
      </w:r>
      <w:r>
        <w:t xml:space="preserve"> condition.</w:t>
        <w:br/>
        <w:t>你是想说</w:t>
        <w:br/>
        <w:t>Are</w:t>
      </w:r>
      <w:r>
        <w:t xml:space="preserve"> you</w:t>
      </w:r>
      <w:r>
        <w:t xml:space="preserve"> suggesting</w:t>
        <w:br/>
        <w:t>我的前世是一种精神疾病吗</w:t>
        <w:br/>
        <w:t>that</w:t>
      </w:r>
      <w:r>
        <w:t xml:space="preserve"> my</w:t>
      </w:r>
      <w:r>
        <w:t xml:space="preserve"> past</w:t>
      </w:r>
      <w:r>
        <w:t xml:space="preserve"> lives</w:t>
      </w:r>
      <w:r>
        <w:t xml:space="preserve"> are"a</w:t>
      </w:r>
      <w:r>
        <w:t xml:space="preserve"> mental</w:t>
      </w:r>
      <w:r>
        <w:t xml:space="preserve"> condition"?</w:t>
        <w:br/>
        <w:t>这</w:t>
      </w:r>
      <w:r>
        <w:t xml:space="preserve"> 这听起来不太好</w:t>
        <w:br/>
        <w:t>That...that</w:t>
      </w:r>
      <w:r>
        <w:t xml:space="preserve"> sounded</w:t>
      </w:r>
      <w:r>
        <w:t xml:space="preserve"> bad.</w:t>
        <w:br/>
        <w:t>有点</w:t>
        <w:br/>
        <w:t>Little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bit.</w:t>
        <w:br/>
        <w:t>给你个提示</w:t>
        <w:br/>
        <w:t>You</w:t>
      </w:r>
      <w:r>
        <w:t xml:space="preserve"> know,</w:t>
      </w:r>
      <w:r>
        <w:t xml:space="preserve"> just</w:t>
      </w:r>
      <w:r>
        <w:t xml:space="preserve"> a</w:t>
      </w:r>
      <w:r>
        <w:t xml:space="preserve"> tip-</w:t>
      </w:r>
      <w:r>
        <w:t xml:space="preserve"> -</w:t>
        <w:br/>
        <w:t>大多数人至少会过个一周才说我疯了</w:t>
        <w:br/>
        <w:t>most</w:t>
      </w:r>
      <w:r>
        <w:t xml:space="preserve"> people</w:t>
      </w:r>
      <w:r>
        <w:t xml:space="preserve"> wait</w:t>
      </w:r>
      <w:r>
        <w:t xml:space="preserve"> at</w:t>
      </w:r>
      <w:r>
        <w:t xml:space="preserve"> least</w:t>
      </w:r>
      <w:r>
        <w:t xml:space="preserve"> a</w:t>
      </w:r>
      <w:r>
        <w:t xml:space="preserve"> week</w:t>
      </w:r>
      <w:r>
        <w:t xml:space="preserve"> before</w:t>
      </w:r>
      <w:r>
        <w:t xml:space="preserve"> they</w:t>
      </w:r>
      <w:r>
        <w:t xml:space="preserve"> call</w:t>
      </w:r>
      <w:r>
        <w:t xml:space="preserve"> me</w:t>
      </w:r>
      <w:r>
        <w:t xml:space="preserve"> crazy.</w:t>
        <w:br/>
        <w:t>该死</w:t>
        <w:br/>
        <w:t>Damn.</w:t>
        <w:br/>
        <w:t>好吧</w:t>
      </w:r>
      <w:r>
        <w:t xml:space="preserve"> 这里有助燃剂的痕迹</w:t>
        <w:br/>
        <w:t>Okay,</w:t>
      </w:r>
      <w:r>
        <w:t xml:space="preserve"> well,</w:t>
      </w:r>
      <w:r>
        <w:t xml:space="preserve"> we</w:t>
      </w:r>
      <w:r>
        <w:t xml:space="preserve"> got</w:t>
      </w:r>
      <w:r>
        <w:t xml:space="preserve"> some</w:t>
      </w:r>
      <w:r>
        <w:t xml:space="preserve"> accelerant</w:t>
      </w:r>
      <w:r>
        <w:t xml:space="preserve"> here.</w:t>
        <w:br/>
        <w:t>所以</w:t>
      </w:r>
      <w:r>
        <w:t xml:space="preserve"> 应该是有预谋的</w:t>
        <w:br/>
        <w:t>So,</w:t>
      </w:r>
      <w:r>
        <w:t xml:space="preserve"> kind</w:t>
      </w:r>
      <w:r>
        <w:t xml:space="preserve"> of</w:t>
      </w:r>
      <w:r>
        <w:t xml:space="preserve"> a</w:t>
      </w:r>
      <w:r>
        <w:t xml:space="preserve"> lay-</w:t>
      </w:r>
      <w:r>
        <w:t xml:space="preserve"> up.</w:t>
        <w:br/>
        <w:t>绝对是纵火</w:t>
        <w:br/>
        <w:t>It's</w:t>
      </w:r>
      <w:r>
        <w:t xml:space="preserve"> definitely</w:t>
      </w:r>
      <w:r>
        <w:t xml:space="preserve"> arson.</w:t>
        <w:br/>
        <w:t>这里有股轮胎厂的味</w:t>
        <w:br/>
        <w:t>Smells</w:t>
      </w:r>
      <w:r>
        <w:t xml:space="preserve"> like</w:t>
      </w:r>
      <w:r>
        <w:t xml:space="preserve"> a</w:t>
      </w:r>
      <w:r>
        <w:t xml:space="preserve"> tire</w:t>
      </w:r>
      <w:r>
        <w:t xml:space="preserve"> factory</w:t>
      </w:r>
      <w:r>
        <w:t xml:space="preserve"> in</w:t>
      </w:r>
      <w:r>
        <w:t xml:space="preserve"> here.</w:t>
        <w:br/>
        <w:t>那是什么</w:t>
      </w:r>
      <w:r>
        <w:t xml:space="preserve"> 乳胶吗</w:t>
        <w:br/>
        <w:t>What</w:t>
      </w:r>
      <w:r>
        <w:t xml:space="preserve"> is</w:t>
      </w:r>
      <w:r>
        <w:t xml:space="preserve"> that?</w:t>
      </w:r>
      <w:r>
        <w:t xml:space="preserve"> Latex?</w:t>
        <w:br/>
        <w:t>这些导游很投入啊</w:t>
        <w:br/>
        <w:t>These</w:t>
      </w:r>
      <w:r>
        <w:t xml:space="preserve"> tour</w:t>
      </w:r>
      <w:r>
        <w:t xml:space="preserve"> guides</w:t>
      </w:r>
      <w:r>
        <w:t xml:space="preserve"> kinda</w:t>
      </w:r>
      <w:r>
        <w:t xml:space="preserve"> go</w:t>
      </w:r>
      <w:r>
        <w:t xml:space="preserve"> all</w:t>
      </w:r>
      <w:r>
        <w:t xml:space="preserve"> out,</w:t>
      </w:r>
      <w:r>
        <w:t xml:space="preserve"> right?</w:t>
        <w:br/>
        <w:t>化妆</w:t>
      </w:r>
      <w:r>
        <w:t xml:space="preserve"> 假发</w:t>
        <w:br/>
        <w:t>Makeup,</w:t>
      </w:r>
      <w:r>
        <w:t xml:space="preserve"> wigs</w:t>
        <w:br/>
        <w:t>增肥装吗</w:t>
        <w:br/>
        <w:t>Fat</w:t>
      </w:r>
      <w:r>
        <w:t xml:space="preserve"> suit?</w:t>
        <w:br/>
        <w:t>就是这些</w:t>
        <w:br/>
        <w:t>There</w:t>
      </w:r>
      <w:r>
        <w:t xml:space="preserve"> you</w:t>
      </w:r>
      <w:r>
        <w:t xml:space="preserve"> go.</w:t>
        <w:br/>
        <w:t>这些都装起来拿去给新来的女孩验验</w:t>
        <w:br/>
        <w:t>We</w:t>
      </w:r>
      <w:r>
        <w:t xml:space="preserve"> should</w:t>
      </w:r>
      <w:r>
        <w:t xml:space="preserve"> bag</w:t>
      </w:r>
      <w:r>
        <w:t xml:space="preserve"> that</w:t>
      </w:r>
      <w:r>
        <w:t xml:space="preserve"> up</w:t>
      </w:r>
      <w:r>
        <w:t xml:space="preserve"> for</w:t>
      </w:r>
      <w:r>
        <w:t xml:space="preserve"> the</w:t>
      </w:r>
      <w:r>
        <w:t xml:space="preserve"> new</w:t>
      </w:r>
      <w:r>
        <w:t xml:space="preserve"> girl,</w:t>
        <w:br/>
        <w:t>看看她能不能找出蛛丝马迹</w:t>
        <w:br/>
        <w:t>see</w:t>
      </w:r>
      <w:r>
        <w:t xml:space="preserve"> if</w:t>
      </w:r>
      <w:r>
        <w:t xml:space="preserve"> she</w:t>
      </w:r>
      <w:r>
        <w:t xml:space="preserve"> can</w:t>
      </w:r>
      <w:r>
        <w:t xml:space="preserve"> pull</w:t>
      </w:r>
      <w:r>
        <w:t xml:space="preserve"> trace.</w:t>
        <w:br/>
        <w:t>问一下哈</w:t>
        <w:br/>
        <w:t>Can</w:t>
      </w:r>
      <w:r>
        <w:t xml:space="preserve"> I</w:t>
      </w:r>
      <w:r>
        <w:t xml:space="preserve"> ask</w:t>
      </w:r>
      <w:r>
        <w:t xml:space="preserve"> you-</w:t>
      </w:r>
      <w:r>
        <w:t xml:space="preserve"> -</w:t>
        <w:br/>
        <w:t>你觉得新来这姑娘怎么样</w:t>
        <w:br/>
        <w:t>um,</w:t>
      </w:r>
      <w:r>
        <w:t xml:space="preserve"> what</w:t>
      </w:r>
      <w:r>
        <w:t xml:space="preserve"> do</w:t>
      </w:r>
      <w:r>
        <w:t xml:space="preserve"> you</w:t>
      </w:r>
      <w:r>
        <w:t xml:space="preserve"> think</w:t>
      </w:r>
      <w:r>
        <w:t xml:space="preserve"> about</w:t>
      </w:r>
      <w:r>
        <w:t xml:space="preserve"> the</w:t>
      </w:r>
      <w:r>
        <w:t xml:space="preserve"> new</w:t>
      </w:r>
      <w:r>
        <w:t xml:space="preserve"> girl?</w:t>
        <w:br/>
        <w:t>你不是要跟她约会吧</w:t>
        <w:br/>
        <w:t>You're</w:t>
      </w:r>
      <w:r>
        <w:t xml:space="preserve"> not</w:t>
      </w:r>
      <w:r>
        <w:t xml:space="preserve"> dating</w:t>
      </w:r>
      <w:r>
        <w:t xml:space="preserve"> the</w:t>
      </w:r>
      <w:r>
        <w:t xml:space="preserve"> new</w:t>
      </w:r>
      <w:r>
        <w:t xml:space="preserve"> girl,</w:t>
      </w:r>
      <w:r>
        <w:t xml:space="preserve"> all</w:t>
      </w:r>
      <w:r>
        <w:t xml:space="preserve"> right?</w:t>
        <w:br/>
        <w:t>再说了</w:t>
      </w:r>
      <w:r>
        <w:t xml:space="preserve"> 她的风格你承受不来</w:t>
        <w:br/>
        <w:t>Besides,</w:t>
      </w:r>
      <w:r>
        <w:t xml:space="preserve"> you</w:t>
      </w:r>
      <w:r>
        <w:t xml:space="preserve"> can't</w:t>
      </w:r>
      <w:r>
        <w:t xml:space="preserve"> handle</w:t>
      </w:r>
      <w:r>
        <w:t xml:space="preserve"> her</w:t>
      </w:r>
      <w:r>
        <w:t xml:space="preserve"> show</w:t>
      </w:r>
      <w:r>
        <w:t xml:space="preserve"> tunes.</w:t>
        <w:br/>
        <w:t>我没想跟她约会</w:t>
        <w:br/>
        <w:t>I-</w:t>
      </w:r>
      <w:r>
        <w:t xml:space="preserve"> I</w:t>
      </w:r>
      <w:r>
        <w:t xml:space="preserve"> don't</w:t>
      </w:r>
      <w:r>
        <w:t xml:space="preserve"> want</w:t>
      </w:r>
      <w:r>
        <w:t xml:space="preserve"> to</w:t>
      </w:r>
      <w:r>
        <w:t xml:space="preserve"> date</w:t>
      </w:r>
      <w:r>
        <w:t xml:space="preserve"> the</w:t>
      </w:r>
      <w:r>
        <w:t xml:space="preserve"> new</w:t>
      </w:r>
      <w:r>
        <w:t xml:space="preserve"> girl.</w:t>
        <w:br/>
        <w:t>好吧</w:t>
      </w:r>
      <w:r>
        <w:t xml:space="preserve"> 她属于那种</w:t>
      </w:r>
      <w:r>
        <w:t xml:space="preserve"> 高中时候</w:t>
        <w:br/>
        <w:t>Okay?</w:t>
      </w:r>
      <w:r>
        <w:t xml:space="preserve"> That's</w:t>
      </w:r>
      <w:r>
        <w:t xml:space="preserve"> the</w:t>
      </w:r>
      <w:r>
        <w:t xml:space="preserve"> girl,</w:t>
      </w:r>
      <w:r>
        <w:t xml:space="preserve"> in</w:t>
      </w:r>
      <w:r>
        <w:t xml:space="preserve"> high</w:t>
      </w:r>
      <w:r>
        <w:t xml:space="preserve"> school,</w:t>
        <w:br/>
        <w:t>你为了拿A作弊看她卷子的女生</w:t>
        <w:br/>
        <w:t>you</w:t>
      </w:r>
      <w:r>
        <w:t xml:space="preserve"> cheated</w:t>
      </w:r>
      <w:r>
        <w:t xml:space="preserve"> off</w:t>
      </w:r>
      <w:r>
        <w:t xml:space="preserve"> her</w:t>
      </w:r>
      <w:r>
        <w:t xml:space="preserve"> paper</w:t>
      </w:r>
      <w:r>
        <w:t xml:space="preserve"> to</w:t>
      </w:r>
      <w:r>
        <w:t xml:space="preserve"> get</w:t>
      </w:r>
      <w:r>
        <w:t xml:space="preserve"> an"A.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"</w:t>
        <w:br/>
        <w:t>她人很好</w:t>
        <w:br/>
        <w:t>Well,</w:t>
      </w:r>
      <w:r>
        <w:t xml:space="preserve"> she's</w:t>
      </w:r>
      <w:r>
        <w:t xml:space="preserve"> very</w:t>
      </w:r>
      <w:r>
        <w:t xml:space="preserve"> sweet.</w:t>
        <w:br/>
        <w:t>给了我彩虹糖呢</w:t>
        <w:br/>
        <w:t>She</w:t>
      </w:r>
      <w:r>
        <w:t xml:space="preserve"> gave</w:t>
      </w:r>
      <w:r>
        <w:t xml:space="preserve"> me</w:t>
      </w:r>
      <w:r>
        <w:t xml:space="preserve"> Skittles.</w:t>
        <w:br/>
        <w:t>我没拿到彩虹糖</w:t>
        <w:br/>
        <w:t>I</w:t>
      </w:r>
      <w:r>
        <w:t xml:space="preserve"> didn't</w:t>
      </w:r>
      <w:r>
        <w:t xml:space="preserve"> get</w:t>
      </w:r>
      <w:r>
        <w:t xml:space="preserve"> Skittles.</w:t>
        <w:br/>
        <w:t>那是你不配</w:t>
        <w:br/>
        <w:t>Yeah,</w:t>
      </w:r>
      <w:r>
        <w:t xml:space="preserve"> well,</w:t>
      </w:r>
      <w:r>
        <w:t xml:space="preserve"> you</w:t>
      </w:r>
      <w:r>
        <w:t xml:space="preserve"> don't</w:t>
      </w:r>
      <w:r>
        <w:t xml:space="preserve"> deserve'em.</w:t>
        <w:br/>
        <w:t>没毛病</w:t>
        <w:br/>
        <w:t>Fair</w:t>
      </w:r>
      <w:r>
        <w:t xml:space="preserve"> enough.</w:t>
        <w:br/>
        <w:t>嘿</w:t>
      </w:r>
      <w:r>
        <w:t xml:space="preserve"> 我有发现</w:t>
        <w:br/>
        <w:t>Hey,</w:t>
      </w:r>
      <w:r>
        <w:t xml:space="preserve"> I</w:t>
      </w:r>
      <w:r>
        <w:t xml:space="preserve"> got</w:t>
      </w:r>
      <w:r>
        <w:t xml:space="preserve"> something.</w:t>
        <w:br/>
        <w:t>什么啊</w:t>
      </w:r>
      <w:r>
        <w:t xml:space="preserve"> 烧焦的床垫吗</w:t>
        <w:br/>
        <w:t>What,</w:t>
      </w:r>
      <w:r>
        <w:t xml:space="preserve"> a</w:t>
      </w:r>
      <w:r>
        <w:t xml:space="preserve"> charred</w:t>
      </w:r>
      <w:r>
        <w:t xml:space="preserve"> mattress?</w:t>
        <w:br/>
        <w:t>不是</w:t>
      </w:r>
      <w:r>
        <w:t xml:space="preserve"> 小心</w:t>
        <w:br/>
        <w:t>No.</w:t>
      </w:r>
      <w:r>
        <w:t xml:space="preserve"> Watch</w:t>
      </w:r>
      <w:r>
        <w:t xml:space="preserve"> out.</w:t>
        <w:br/>
        <w:t>能借我用下吗</w:t>
        <w:br/>
        <w:t>Can</w:t>
      </w:r>
      <w:r>
        <w:t xml:space="preserve"> we</w:t>
      </w:r>
      <w:r>
        <w:t xml:space="preserve"> borrow</w:t>
      </w:r>
      <w:r>
        <w:t xml:space="preserve"> that?</w:t>
        <w:br/>
        <w:t>我当年可是</w:t>
        <w:br/>
        <w:t>Found</w:t>
      </w:r>
      <w:r>
        <w:t xml:space="preserve"> a</w:t>
      </w:r>
      <w:r>
        <w:t xml:space="preserve"> lot</w:t>
      </w:r>
      <w:r>
        <w:t xml:space="preserve"> of</w:t>
        <w:br/>
        <w:t>在床垫里发现了不少藏的违&amp;hearts;禁&amp;hearts;品&amp;hearts;呢</w:t>
        <w:br/>
        <w:t>hidden</w:t>
      </w:r>
      <w:r>
        <w:t xml:space="preserve"> contraband</w:t>
      </w:r>
      <w:r>
        <w:t xml:space="preserve"> in</w:t>
      </w:r>
      <w:r>
        <w:t xml:space="preserve"> mattresses</w:t>
      </w:r>
      <w:r>
        <w:t xml:space="preserve"> in</w:t>
      </w:r>
      <w:r>
        <w:t xml:space="preserve"> my</w:t>
      </w:r>
      <w:r>
        <w:t xml:space="preserve"> day.</w:t>
        <w:br/>
        <w:t>一堆照片</w:t>
        <w:br/>
        <w:t>We</w:t>
      </w:r>
      <w:r>
        <w:t xml:space="preserve"> got</w:t>
      </w:r>
      <w:r>
        <w:t xml:space="preserve"> photographs.</w:t>
        <w:br/>
        <w:t>见了鬼了</w:t>
        <w:br/>
        <w:t>Well,</w:t>
      </w:r>
      <w:r>
        <w:t xml:space="preserve"> I'll</w:t>
      </w:r>
      <w:r>
        <w:t xml:space="preserve"> be</w:t>
      </w:r>
      <w:r>
        <w:t xml:space="preserve"> damned.</w:t>
        <w:br/>
        <w:t>所以现在我们不仅要这位神秘的开国元勋</w:t>
        <w:br/>
        <w:t>Hmm.</w:t>
      </w:r>
      <w:r>
        <w:t xml:space="preserve"> So</w:t>
      </w:r>
      <w:r>
        <w:t xml:space="preserve"> now</w:t>
      </w:r>
      <w:r>
        <w:t xml:space="preserve"> we</w:t>
      </w:r>
      <w:r>
        <w:t xml:space="preserve"> have</w:t>
      </w:r>
      <w:r>
        <w:t xml:space="preserve"> a</w:t>
      </w:r>
      <w:r>
        <w:t xml:space="preserve"> mystery</w:t>
      </w:r>
      <w:r>
        <w:t xml:space="preserve"> founding</w:t>
      </w:r>
      <w:r>
        <w:t xml:space="preserve"> father</w:t>
        <w:br/>
        <w:t>还要找个神秘女人吗</w:t>
        <w:br/>
        <w:t>and</w:t>
      </w:r>
      <w:r>
        <w:t xml:space="preserve"> a</w:t>
      </w:r>
      <w:r>
        <w:t xml:space="preserve"> mystery</w:t>
      </w:r>
      <w:r>
        <w:t xml:space="preserve"> woman?</w:t>
        <w:br/>
        <w:t>这张照片不够清晰</w:t>
      </w:r>
      <w:r>
        <w:t xml:space="preserve"> 没法进行面部识别</w:t>
        <w:br/>
        <w:t>The</w:t>
      </w:r>
      <w:r>
        <w:t xml:space="preserve"> photo</w:t>
      </w:r>
      <w:r>
        <w:t xml:space="preserve"> isn't</w:t>
      </w:r>
      <w:r>
        <w:t xml:space="preserve"> clean</w:t>
      </w:r>
      <w:r>
        <w:t xml:space="preserve"> enough</w:t>
      </w:r>
      <w:r>
        <w:t xml:space="preserve"> for</w:t>
      </w:r>
      <w:r>
        <w:t xml:space="preserve"> facial</w:t>
      </w:r>
      <w:r>
        <w:t xml:space="preserve"> recognition.</w:t>
        <w:br/>
        <w:t>我试过各种数据库和社媒</w:t>
      </w:r>
      <w:r>
        <w:t xml:space="preserve"> 一无所获</w:t>
        <w:br/>
        <w:t>I</w:t>
      </w:r>
      <w:r>
        <w:t xml:space="preserve"> tried</w:t>
      </w:r>
      <w:r>
        <w:t xml:space="preserve"> databases</w:t>
      </w:r>
      <w:r>
        <w:t xml:space="preserve"> and</w:t>
      </w:r>
      <w:r>
        <w:t xml:space="preserve"> social</w:t>
      </w:r>
      <w:r>
        <w:t xml:space="preserve"> media-</w:t>
      </w:r>
      <w:r>
        <w:t xml:space="preserve"> -</w:t>
      </w:r>
      <w:r>
        <w:t xml:space="preserve"> nothing.</w:t>
        <w:br/>
        <w:t>贵格公学校呢</w:t>
        <w:br/>
        <w:t>And</w:t>
      </w:r>
      <w:r>
        <w:t xml:space="preserve"> the</w:t>
      </w:r>
      <w:r>
        <w:t xml:space="preserve"> Quaker</w:t>
      </w:r>
      <w:r>
        <w:t xml:space="preserve"> School?</w:t>
        <w:br/>
        <w:t>抱歉久等了</w:t>
        <w:br/>
        <w:t>Sorry</w:t>
      </w:r>
      <w:r>
        <w:t xml:space="preserve"> to</w:t>
      </w:r>
      <w:r>
        <w:t xml:space="preserve"> keep</w:t>
      </w:r>
      <w:r>
        <w:t xml:space="preserve"> you</w:t>
      </w:r>
      <w:r>
        <w:t xml:space="preserve"> waiting-</w:t>
        <w:br/>
        <w:t>咱们打印机的彩色墨水用完了</w:t>
        <w:br/>
        <w:t>our</w:t>
      </w:r>
      <w:r>
        <w:t xml:space="preserve"> printer</w:t>
      </w:r>
      <w:r>
        <w:t xml:space="preserve"> ran</w:t>
      </w:r>
      <w:r>
        <w:t xml:space="preserve"> out</w:t>
      </w:r>
      <w:r>
        <w:t xml:space="preserve"> of</w:t>
      </w:r>
      <w:r>
        <w:t xml:space="preserve"> colored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ink.</w:t>
        <w:br/>
        <w:t>这些都是火场的调查结果吗</w:t>
        <w:br/>
        <w:t>AII-</w:t>
      </w:r>
      <w:r>
        <w:t xml:space="preserve"> -</w:t>
      </w:r>
      <w:r>
        <w:t xml:space="preserve"> AII</w:t>
      </w:r>
      <w:r>
        <w:t xml:space="preserve"> this</w:t>
      </w:r>
      <w:r>
        <w:t xml:space="preserve"> from</w:t>
      </w:r>
      <w:r>
        <w:t xml:space="preserve"> the</w:t>
      </w:r>
      <w:r>
        <w:t xml:space="preserve"> burn</w:t>
      </w:r>
      <w:r>
        <w:t xml:space="preserve"> site?</w:t>
        <w:br/>
        <w:t>我查得很彻底的</w:t>
      </w:r>
      <w:r>
        <w:t xml:space="preserve"> </w:t>
      </w:r>
      <w:r>
        <w:t xml:space="preserve"> -是啊</w:t>
        <w:br/>
        <w:t>I'm</w:t>
      </w:r>
      <w:r>
        <w:t xml:space="preserve"> thorough.</w:t>
      </w:r>
      <w:r>
        <w:t xml:space="preserve"> Yeah!</w:t>
        <w:br/>
        <w:t>你上学那会肯定是全A学生吧</w:t>
        <w:br/>
        <w:t>I</w:t>
      </w:r>
      <w:r>
        <w:t xml:space="preserve"> bet</w:t>
      </w:r>
      <w:r>
        <w:t xml:space="preserve"> you</w:t>
      </w:r>
      <w:r>
        <w:t xml:space="preserve"> got</w:t>
      </w:r>
      <w:r>
        <w:t xml:space="preserve"> all"A"s</w:t>
      </w:r>
      <w:r>
        <w:t xml:space="preserve"> in</w:t>
      </w:r>
      <w:r>
        <w:t xml:space="preserve"> school.</w:t>
      </w:r>
      <w:r>
        <w:t xml:space="preserve"> Right?</w:t>
        <w:br/>
        <w:t>我从部分凝固的</w:t>
        <w:br/>
        <w:t>I</w:t>
      </w:r>
      <w:r>
        <w:t xml:space="preserve"> pulled</w:t>
      </w:r>
      <w:r>
        <w:t xml:space="preserve"> a</w:t>
      </w:r>
      <w:r>
        <w:t xml:space="preserve"> print</w:t>
      </w:r>
      <w:r>
        <w:t xml:space="preserve"> off</w:t>
        <w:br/>
        <w:t>紧身衣上提取到了指纹</w:t>
        <w:br/>
        <w:t>the</w:t>
      </w:r>
      <w:r>
        <w:t xml:space="preserve"> partially</w:t>
      </w:r>
      <w:r>
        <w:t xml:space="preserve"> congealed</w:t>
      </w:r>
      <w:r>
        <w:t xml:space="preserve"> body</w:t>
      </w:r>
      <w:r>
        <w:t xml:space="preserve"> suit.</w:t>
        <w:br/>
        <w:t>你们翻到最后一页</w:t>
        <w:br/>
        <w:t>If</w:t>
      </w:r>
      <w:r>
        <w:t xml:space="preserve"> you</w:t>
      </w:r>
      <w:r>
        <w:t xml:space="preserve"> flip</w:t>
      </w:r>
      <w:r>
        <w:t xml:space="preserve"> to</w:t>
      </w:r>
      <w:r>
        <w:t xml:space="preserve"> the</w:t>
      </w:r>
      <w:r>
        <w:t xml:space="preserve"> last</w:t>
      </w:r>
      <w:r>
        <w:t xml:space="preserve"> page-</w:t>
      </w:r>
      <w:r>
        <w:t xml:space="preserve"> -</w:t>
        <w:br/>
        <w:t>好</w:t>
      </w:r>
      <w:r>
        <w:t xml:space="preserve"> </w:t>
      </w:r>
      <w:r>
        <w:t xml:space="preserve"> -好</w:t>
        <w:br/>
        <w:t>Okay.</w:t>
      </w:r>
      <w:r>
        <w:t xml:space="preserve"> Okay.</w:t>
        <w:br/>
        <w:t>本杰明·富兰克林</w:t>
      </w:r>
      <w:r>
        <w:t xml:space="preserve"> 真名是欧文·马洛伊</w:t>
        <w:br/>
        <w:t>Uh,</w:t>
      </w:r>
      <w:r>
        <w:t xml:space="preserve"> Benjamin</w:t>
      </w:r>
      <w:r>
        <w:t xml:space="preserve"> Franklin,</w:t>
      </w:r>
      <w:r>
        <w:t xml:space="preserve"> his</w:t>
      </w:r>
      <w:r>
        <w:t xml:space="preserve"> real</w:t>
      </w:r>
      <w:r>
        <w:t xml:space="preserve"> name</w:t>
      </w:r>
      <w:r>
        <w:t xml:space="preserve"> is</w:t>
      </w:r>
      <w:r>
        <w:t xml:space="preserve"> Owen</w:t>
      </w:r>
      <w:r>
        <w:t xml:space="preserve"> Maloy.</w:t>
        <w:br/>
        <w:t>他是北费城</w:t>
        <w:br/>
        <w:t>Mm,</w:t>
      </w:r>
      <w:r>
        <w:t xml:space="preserve"> an</w:t>
      </w:r>
      <w:r>
        <w:t xml:space="preserve"> old-</w:t>
      </w:r>
      <w:r>
        <w:t xml:space="preserve"> school</w:t>
      </w:r>
      <w:r>
        <w:t xml:space="preserve"> enforcer</w:t>
        <w:br/>
        <w:t>爱尔兰黑帮的老派杀手</w:t>
        <w:br/>
        <w:t>for</w:t>
      </w:r>
      <w:r>
        <w:t xml:space="preserve"> the</w:t>
      </w:r>
      <w:r>
        <w:t xml:space="preserve"> Irish</w:t>
      </w:r>
      <w:r>
        <w:t xml:space="preserve"> Mob</w:t>
      </w:r>
      <w:r>
        <w:t xml:space="preserve"> out</w:t>
      </w:r>
      <w:r>
        <w:t xml:space="preserve"> of</w:t>
      </w:r>
      <w:r>
        <w:t xml:space="preserve"> North</w:t>
      </w:r>
      <w:r>
        <w:t xml:space="preserve"> Philly.</w:t>
        <w:br/>
        <w:t>前科累累</w:t>
        <w:br/>
        <w:t>He's</w:t>
      </w:r>
      <w:r>
        <w:t xml:space="preserve"> got</w:t>
      </w:r>
      <w:r>
        <w:t xml:space="preserve"> a</w:t>
      </w:r>
      <w:r>
        <w:t xml:space="preserve"> bunch</w:t>
      </w:r>
      <w:r>
        <w:t xml:space="preserve"> of</w:t>
      </w:r>
      <w:r>
        <w:t xml:space="preserve"> priors</w:t>
        <w:br/>
        <w:t>并在其他十几起案件中都遭到怀疑</w:t>
        <w:br/>
        <w:t>and</w:t>
      </w:r>
      <w:r>
        <w:t xml:space="preserve"> was</w:t>
      </w:r>
      <w:r>
        <w:t xml:space="preserve"> a</w:t>
      </w:r>
      <w:r>
        <w:t xml:space="preserve"> P.</w:t>
      </w:r>
      <w:r>
        <w:t xml:space="preserve"> OI</w:t>
      </w:r>
      <w:r>
        <w:t xml:space="preserve"> in</w:t>
      </w:r>
      <w:r>
        <w:t xml:space="preserve"> a</w:t>
      </w:r>
      <w:r>
        <w:t xml:space="preserve"> dozen</w:t>
      </w:r>
      <w:r>
        <w:t xml:space="preserve"> other</w:t>
      </w:r>
      <w:r>
        <w:t xml:space="preserve"> cases,</w:t>
        <w:br/>
        <w:t>看起来20年前他就</w:t>
        <w:br/>
        <w:t>but</w:t>
      </w:r>
      <w:r>
        <w:t xml:space="preserve"> it</w:t>
      </w:r>
      <w:r>
        <w:t xml:space="preserve"> looks</w:t>
      </w:r>
      <w:r>
        <w:t xml:space="preserve"> like</w:t>
      </w:r>
      <w:r>
        <w:t xml:space="preserve"> he</w:t>
      </w:r>
      <w:r>
        <w:t xml:space="preserve"> fell</w:t>
      </w:r>
      <w:r>
        <w:t xml:space="preserve"> off</w:t>
      </w:r>
      <w:r>
        <w:t xml:space="preserve"> the</w:t>
      </w:r>
      <w:r>
        <w:t xml:space="preserve"> grid</w:t>
        <w:br/>
        <w:t>销声匿迹了</w:t>
        <w:br/>
        <w:t>20</w:t>
      </w:r>
      <w:r>
        <w:t xml:space="preserve"> years</w:t>
      </w:r>
      <w:r>
        <w:t xml:space="preserve"> ago.</w:t>
        <w:br/>
        <w:t>当时爱尔兰黑帮发生过政&amp;hearts;变&amp;hearts;</w:t>
        <w:br/>
        <w:t>There</w:t>
      </w:r>
      <w:r>
        <w:t xml:space="preserve"> was</w:t>
      </w:r>
      <w:r>
        <w:t xml:space="preserve"> a</w:t>
      </w:r>
      <w:r>
        <w:t xml:space="preserve"> big</w:t>
      </w:r>
      <w:r>
        <w:t xml:space="preserve"> power</w:t>
      </w:r>
      <w:r>
        <w:t xml:space="preserve"> shift</w:t>
      </w:r>
      <w:r>
        <w:t xml:space="preserve"> in</w:t>
      </w:r>
      <w:r>
        <w:t xml:space="preserve"> the</w:t>
      </w:r>
      <w:r>
        <w:t xml:space="preserve"> Irish</w:t>
      </w:r>
      <w:r>
        <w:t xml:space="preserve"> Mob</w:t>
      </w:r>
      <w:r>
        <w:t xml:space="preserve"> around</w:t>
      </w:r>
      <w:r>
        <w:t xml:space="preserve"> then.</w:t>
        <w:br/>
        <w:t>也许他是叛逃了呢</w:t>
        <w:br/>
        <w:t>Maybe</w:t>
      </w:r>
      <w:r>
        <w:t xml:space="preserve"> he</w:t>
      </w:r>
      <w:r>
        <w:t xml:space="preserve"> ratted?</w:t>
        <w:br/>
        <w:t>这就能解释为什么</w:t>
        <w:br/>
        <w:t>It</w:t>
      </w:r>
      <w:r>
        <w:t xml:space="preserve"> would</w:t>
      </w:r>
      <w:r>
        <w:t xml:space="preserve"> explain</w:t>
      </w:r>
      <w:r>
        <w:t xml:space="preserve"> why</w:t>
        <w:br/>
        <w:t>欧文想消失</w:t>
        <w:br/>
        <w:t>Owen</w:t>
      </w:r>
      <w:r>
        <w:t xml:space="preserve"> would</w:t>
      </w:r>
      <w:r>
        <w:t xml:space="preserve"> want</w:t>
      </w:r>
      <w:r>
        <w:t xml:space="preserve"> to</w:t>
      </w:r>
      <w:r>
        <w:t xml:space="preserve"> disappear</w:t>
        <w:br/>
        <w:t>并用假身份躲起来</w:t>
        <w:br/>
        <w:t>and</w:t>
      </w:r>
      <w:r>
        <w:t xml:space="preserve"> hide</w:t>
      </w:r>
      <w:r>
        <w:t xml:space="preserve"> out</w:t>
      </w:r>
      <w:r>
        <w:t xml:space="preserve"> under</w:t>
      </w:r>
      <w:r>
        <w:t xml:space="preserve"> a</w:t>
      </w:r>
      <w:r>
        <w:t xml:space="preserve"> fake</w:t>
      </w:r>
      <w:r>
        <w:t xml:space="preserve"> identity.</w:t>
        <w:br/>
        <w:t>好</w:t>
      </w:r>
      <w:r>
        <w:t xml:space="preserve"> 第一</w:t>
      </w:r>
      <w:r>
        <w:t xml:space="preserve"> 谁会选择本·富兰克林</w:t>
        <w:br/>
        <w:t>AlI</w:t>
      </w:r>
      <w:r>
        <w:t xml:space="preserve"> right.</w:t>
      </w:r>
      <w:r>
        <w:t xml:space="preserve"> Who</w:t>
      </w:r>
      <w:r>
        <w:t xml:space="preserve"> chooses</w:t>
      </w:r>
      <w:r>
        <w:t xml:space="preserve"> Ben</w:t>
      </w:r>
      <w:r>
        <w:t xml:space="preserve"> Franklin</w:t>
        <w:br/>
        <w:t>作为假身份</w:t>
        <w:br/>
        <w:t>as</w:t>
      </w:r>
      <w:r>
        <w:t xml:space="preserve"> a</w:t>
      </w:r>
      <w:r>
        <w:t xml:space="preserve"> fake</w:t>
      </w:r>
      <w:r>
        <w:t xml:space="preserve"> I.</w:t>
      </w:r>
      <w:r>
        <w:t xml:space="preserve"> D</w:t>
      </w:r>
      <w:r>
        <w:t xml:space="preserve"> number</w:t>
      </w:r>
      <w:r>
        <w:t xml:space="preserve"> one-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-</w:t>
        <w:br/>
        <w:t>第二</w:t>
      </w:r>
      <w:r>
        <w:t xml:space="preserve"> 消失</w:t>
        <w:br/>
        <w:t>number</w:t>
      </w:r>
      <w:r>
        <w:t xml:space="preserve"> two-</w:t>
      </w:r>
      <w:r>
        <w:t xml:space="preserve"> -</w:t>
      </w:r>
      <w:r>
        <w:t xml:space="preserve"> "disappearing"</w:t>
        <w:br/>
        <w:t>和躲起来是两码事</w:t>
        <w:br/>
        <w:t>and"hiding</w:t>
      </w:r>
      <w:r>
        <w:t xml:space="preserve"> out"are</w:t>
      </w:r>
      <w:r>
        <w:t xml:space="preserve"> two</w:t>
      </w:r>
      <w:r>
        <w:t xml:space="preserve"> very</w:t>
      </w:r>
      <w:r>
        <w:t xml:space="preserve"> different</w:t>
      </w:r>
      <w:r>
        <w:t xml:space="preserve"> things.</w:t>
        <w:br/>
        <w:t>如果你想消失</w:t>
        <w:br/>
        <w:t>You</w:t>
      </w:r>
      <w:r>
        <w:t xml:space="preserve"> wanna</w:t>
      </w:r>
      <w:r>
        <w:t xml:space="preserve"> vanish,</w:t>
        <w:br/>
        <w:t>那就会离开这个州</w:t>
      </w:r>
      <w:r>
        <w:t xml:space="preserve"> 离开费城</w:t>
        <w:br/>
        <w:t>you'd</w:t>
      </w:r>
      <w:r>
        <w:t xml:space="preserve"> Ieave</w:t>
      </w:r>
      <w:r>
        <w:t xml:space="preserve"> the</w:t>
      </w:r>
      <w:r>
        <w:t xml:space="preserve"> state,</w:t>
      </w:r>
      <w:r>
        <w:t xml:space="preserve"> you</w:t>
      </w:r>
      <w:r>
        <w:t xml:space="preserve"> leave</w:t>
      </w:r>
      <w:r>
        <w:t xml:space="preserve"> Philly.</w:t>
        <w:br/>
        <w:t>为什么要留下来呢</w:t>
        <w:br/>
        <w:t>Why-</w:t>
      </w:r>
      <w:r>
        <w:t xml:space="preserve"> Why</w:t>
      </w:r>
      <w:r>
        <w:t xml:space="preserve"> stick</w:t>
      </w:r>
      <w:r>
        <w:t xml:space="preserve"> around?</w:t>
        <w:br/>
        <w:t>但这张照片是20年前的了</w:t>
        <w:br/>
        <w:t>but</w:t>
      </w:r>
      <w:r>
        <w:t xml:space="preserve"> this</w:t>
      </w:r>
      <w:r>
        <w:t xml:space="preserve"> picture's</w:t>
      </w:r>
      <w:r>
        <w:t xml:space="preserve"> 20</w:t>
      </w:r>
      <w:r>
        <w:t xml:space="preserve"> years</w:t>
      </w:r>
      <w:r>
        <w:t xml:space="preserve"> old.</w:t>
        <w:br/>
        <w:t>嘿</w:t>
      </w:r>
      <w:r>
        <w:t xml:space="preserve"> 凯米</w:t>
      </w:r>
      <w:r>
        <w:t xml:space="preserve"> </w:t>
      </w:r>
      <w:r>
        <w:t xml:space="preserve"> -怎么了</w:t>
        <w:br/>
        <w:t>Hey,</w:t>
      </w:r>
      <w:r>
        <w:t xml:space="preserve"> Kemi?</w:t>
      </w:r>
      <w:r>
        <w:t xml:space="preserve"> -</w:t>
      </w:r>
      <w:r>
        <w:t xml:space="preserve"> Yeah?</w:t>
        <w:br/>
        <w:t>C做的年龄增长推测程序还在吧</w:t>
        <w:br/>
        <w:t>We</w:t>
      </w:r>
      <w:r>
        <w:t xml:space="preserve"> still</w:t>
      </w:r>
      <w:r>
        <w:t xml:space="preserve"> have</w:t>
      </w:r>
      <w:r>
        <w:t xml:space="preserve"> C's</w:t>
      </w:r>
      <w:r>
        <w:t xml:space="preserve"> age-</w:t>
      </w:r>
      <w:r>
        <w:t xml:space="preserve"> progression</w:t>
      </w:r>
      <w:r>
        <w:t xml:space="preserve"> program,</w:t>
      </w:r>
      <w:r>
        <w:t xml:space="preserve"> right?</w:t>
        <w:br/>
        <w:t>还在</w:t>
      </w:r>
      <w:r>
        <w:t xml:space="preserve"> 我会把嫌犯照片放进去</w:t>
        <w:br/>
        <w:t>Yeah,</w:t>
      </w:r>
      <w:r>
        <w:t xml:space="preserve"> I'll</w:t>
      </w:r>
      <w:r>
        <w:t xml:space="preserve"> run</w:t>
      </w:r>
      <w:r>
        <w:t xml:space="preserve"> the</w:t>
      </w:r>
      <w:r>
        <w:t xml:space="preserve"> mug</w:t>
      </w:r>
      <w:r>
        <w:t xml:space="preserve"> shot</w:t>
      </w:r>
      <w:r>
        <w:t xml:space="preserve"> through</w:t>
      </w:r>
      <w:r>
        <w:t xml:space="preserve"> it.</w:t>
        <w:br/>
        <w:t>完成之后就发布警报</w:t>
        <w:br/>
        <w:t>Once</w:t>
      </w:r>
      <w:r>
        <w:t xml:space="preserve"> that's</w:t>
      </w:r>
      <w:r>
        <w:t xml:space="preserve"> done,</w:t>
      </w:r>
      <w:r>
        <w:t xml:space="preserve"> put</w:t>
      </w:r>
      <w:r>
        <w:t xml:space="preserve"> out</w:t>
      </w:r>
      <w:r>
        <w:t xml:space="preserve"> the</w:t>
      </w:r>
      <w:r>
        <w:t xml:space="preserve"> Alert,</w:t>
        <w:br/>
        <w:t>我们继续调查那个女孩</w:t>
        <w:br/>
        <w:t>and</w:t>
      </w:r>
      <w:r>
        <w:t xml:space="preserve"> let's</w:t>
      </w:r>
      <w:r>
        <w:t xml:space="preserve"> keep</w:t>
      </w:r>
      <w:r>
        <w:t xml:space="preserve"> digging</w:t>
      </w:r>
      <w:r>
        <w:t xml:space="preserve"> on</w:t>
      </w:r>
      <w:r>
        <w:t xml:space="preserve"> the</w:t>
      </w:r>
      <w:r>
        <w:t xml:space="preserve"> girl.</w:t>
        <w:br/>
        <w:t>必须在马洛伊之前找到她</w:t>
        <w:br/>
        <w:t>We</w:t>
      </w:r>
      <w:r>
        <w:t xml:space="preserve"> have</w:t>
      </w:r>
      <w:r>
        <w:t xml:space="preserve"> to</w:t>
      </w:r>
      <w:r>
        <w:t xml:space="preserve"> find</w:t>
      </w:r>
      <w:r>
        <w:t xml:space="preserve"> her</w:t>
      </w:r>
      <w:r>
        <w:t xml:space="preserve"> before</w:t>
      </w:r>
      <w:r>
        <w:t xml:space="preserve"> Maloy.</w:t>
        <w:br/>
        <w:t>他很明显对她有兴趣</w:t>
      </w:r>
      <w:r>
        <w:t xml:space="preserve"> 还有暴&amp;hearts;力&amp;hearts;犯罪史</w:t>
        <w:br/>
        <w:t>He</w:t>
      </w:r>
      <w:r>
        <w:t xml:space="preserve"> has</w:t>
      </w:r>
      <w:r>
        <w:t xml:space="preserve"> an</w:t>
      </w:r>
      <w:r>
        <w:t xml:space="preserve"> obvious</w:t>
      </w:r>
      <w:r>
        <w:t xml:space="preserve"> interest</w:t>
      </w:r>
      <w:r>
        <w:t xml:space="preserve"> and</w:t>
      </w:r>
      <w:r>
        <w:t xml:space="preserve"> a</w:t>
      </w:r>
      <w:r>
        <w:t xml:space="preserve"> history</w:t>
      </w:r>
      <w:r>
        <w:t xml:space="preserve"> of</w:t>
      </w:r>
      <w:r>
        <w:t xml:space="preserve"> violence.</w:t>
        <w:br/>
        <w:t>手放方向盘上</w:t>
      </w:r>
      <w:r>
        <w:t xml:space="preserve"> 十点和两点方向</w:t>
        <w:br/>
        <w:t>Hands</w:t>
      </w:r>
      <w:r>
        <w:t xml:space="preserve"> on</w:t>
      </w:r>
      <w:r>
        <w:t xml:space="preserve"> the</w:t>
      </w:r>
      <w:r>
        <w:t xml:space="preserve"> wheel,</w:t>
      </w:r>
      <w:r>
        <w:t xml:space="preserve"> ten</w:t>
      </w:r>
      <w:r>
        <w:t xml:space="preserve"> and</w:t>
      </w:r>
      <w:r>
        <w:t xml:space="preserve"> two.</w:t>
        <w:br/>
        <w:t>好</w:t>
      </w:r>
      <w:r>
        <w:t xml:space="preserve"> 兄弟</w:t>
      </w:r>
      <w:r>
        <w:t xml:space="preserve"> 别激动</w:t>
        <w:br/>
        <w:t>Okay,</w:t>
      </w:r>
      <w:r>
        <w:t xml:space="preserve"> pally,</w:t>
      </w:r>
      <w:r>
        <w:t xml:space="preserve"> take</w:t>
      </w:r>
      <w:r>
        <w:t xml:space="preserve"> it</w:t>
      </w:r>
      <w:r>
        <w:t xml:space="preserve"> easy.</w:t>
        <w:br/>
        <w:t>等下</w:t>
      </w:r>
      <w:r>
        <w:t xml:space="preserve"> 欧文</w:t>
        <w:br/>
        <w:t>Wait.</w:t>
      </w:r>
      <w:r>
        <w:t xml:space="preserve"> Owen?</w:t>
        <w:br/>
        <w:t>你还跟谁说了</w:t>
        <w:br/>
        <w:t>Who</w:t>
      </w:r>
      <w:r>
        <w:t xml:space="preserve"> else</w:t>
      </w:r>
      <w:r>
        <w:t xml:space="preserve"> did</w:t>
      </w:r>
      <w:r>
        <w:t xml:space="preserve"> you</w:t>
      </w:r>
      <w:r>
        <w:t xml:space="preserve"> tell?</w:t>
        <w:br/>
        <w:t>今早确实是你吗</w:t>
        <w:br/>
        <w:t>That</w:t>
      </w:r>
      <w:r>
        <w:t xml:space="preserve"> was</w:t>
      </w:r>
      <w:r>
        <w:t xml:space="preserve"> you</w:t>
      </w:r>
      <w:r>
        <w:t xml:space="preserve"> this</w:t>
      </w:r>
      <w:r>
        <w:t xml:space="preserve"> morning?</w:t>
        <w:br/>
        <w:t>你还跟谁说了</w:t>
        <w:br/>
        <w:t>Who</w:t>
      </w:r>
      <w:r>
        <w:t xml:space="preserve"> else</w:t>
      </w:r>
      <w:r>
        <w:t xml:space="preserve"> did</w:t>
      </w:r>
      <w:r>
        <w:t xml:space="preserve"> you</w:t>
      </w:r>
      <w:r>
        <w:t xml:space="preserve"> tell?</w:t>
        <w:br/>
        <w:t>谁都没说</w:t>
      </w:r>
      <w:r>
        <w:t xml:space="preserve"> 我们都以为你死了</w:t>
        <w:br/>
        <w:t>Nobody!</w:t>
      </w:r>
      <w:r>
        <w:t xml:space="preserve"> We</w:t>
      </w:r>
      <w:r>
        <w:t xml:space="preserve"> thought</w:t>
      </w:r>
      <w:r>
        <w:t xml:space="preserve"> you</w:t>
      </w:r>
      <w:r>
        <w:t xml:space="preserve"> were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  <w:r>
        <w:t xml:space="preserve"> dead.</w:t>
        <w:br/>
        <w:t>我不会跟别人说见过你的</w:t>
        <w:br/>
        <w:t>I'm</w:t>
      </w:r>
      <w:r>
        <w:t xml:space="preserve"> not</w:t>
      </w:r>
      <w:r>
        <w:t xml:space="preserve"> gonna</w:t>
      </w:r>
      <w:r>
        <w:t xml:space="preserve"> tell</w:t>
      </w:r>
      <w:r>
        <w:t xml:space="preserve"> anybody</w:t>
      </w:r>
      <w:r>
        <w:t xml:space="preserve"> I</w:t>
      </w:r>
      <w:r>
        <w:t xml:space="preserve"> saw</w:t>
      </w:r>
      <w:r>
        <w:t xml:space="preserve"> you.</w:t>
        <w:br/>
        <w:t>我发誓</w:t>
      </w:r>
      <w:r>
        <w:t xml:space="preserve"> 欧文</w:t>
        <w:br/>
        <w:t>I</w:t>
      </w:r>
      <w:r>
        <w:t xml:space="preserve"> swear,</w:t>
      </w:r>
      <w:r>
        <w:t xml:space="preserve"> Owen!</w:t>
        <w:br/>
        <w:t>我有家人的</w:t>
        <w:br/>
        <w:t>I</w:t>
      </w:r>
      <w:r>
        <w:t xml:space="preserve"> have</w:t>
      </w:r>
      <w:r>
        <w:t xml:space="preserve"> a</w:t>
      </w:r>
      <w:r>
        <w:t xml:space="preserve"> family!</w:t>
        <w:br/>
        <w:t>是啊</w:t>
      </w:r>
      <w:r>
        <w:t xml:space="preserve"> 我也有</w:t>
        <w:br/>
        <w:t>Yeah.</w:t>
      </w:r>
      <w:r>
        <w:t xml:space="preserve"> So</w:t>
      </w:r>
      <w:r>
        <w:t xml:space="preserve"> do</w:t>
      </w:r>
      <w:r>
        <w:t xml:space="preserve"> I.</w:t>
        <w:br/>
        <w:t>凯米</w:t>
      </w:r>
      <w:r>
        <w:t xml:space="preserve"> </w:t>
      </w:r>
      <w:r>
        <w:t xml:space="preserve"> -怎么了</w:t>
        <w:br/>
        <w:t>Kemi.</w:t>
      </w:r>
      <w:r>
        <w:t xml:space="preserve"> Yeah?</w:t>
        <w:br/>
        <w:t>我刚给你发了点东西</w:t>
        <w:br/>
        <w:t>I</w:t>
      </w:r>
      <w:r>
        <w:t xml:space="preserve"> just</w:t>
      </w:r>
      <w:r>
        <w:t xml:space="preserve"> sent</w:t>
      </w:r>
      <w:r>
        <w:t xml:space="preserve"> something</w:t>
      </w:r>
      <w:r>
        <w:t xml:space="preserve"> to</w:t>
      </w:r>
      <w:r>
        <w:t xml:space="preserve"> your</w:t>
      </w:r>
      <w:r>
        <w:t xml:space="preserve"> screen.</w:t>
        <w:br/>
        <w:t>好</w:t>
        <w:br/>
        <w:t>Okay.</w:t>
        <w:br/>
        <w:t>那是查理·麦加农</w:t>
      </w:r>
      <w:r>
        <w:t xml:space="preserve"> 现任爱尔兰黑帮老大</w:t>
        <w:br/>
        <w:t>That...is</w:t>
      </w:r>
      <w:r>
        <w:t xml:space="preserve"> Charlie</w:t>
      </w:r>
      <w:r>
        <w:t xml:space="preserve"> McGannon,</w:t>
      </w:r>
      <w:r>
        <w:t xml:space="preserve"> the</w:t>
      </w:r>
      <w:r>
        <w:t xml:space="preserve"> current</w:t>
      </w:r>
      <w:r>
        <w:t xml:space="preserve"> Irish</w:t>
      </w:r>
      <w:r>
        <w:t xml:space="preserve"> Mob</w:t>
      </w:r>
      <w:r>
        <w:t xml:space="preserve"> boss.</w:t>
        <w:br/>
        <w:t>费城警局有一堆针对他的案子</w:t>
        <w:br/>
        <w:t>Philly</w:t>
      </w:r>
      <w:r>
        <w:t xml:space="preserve"> PD</w:t>
      </w:r>
      <w:r>
        <w:t xml:space="preserve"> has</w:t>
      </w:r>
      <w:r>
        <w:t xml:space="preserve"> a</w:t>
      </w:r>
      <w:r>
        <w:t xml:space="preserve"> half-</w:t>
      </w:r>
      <w:r>
        <w:t xml:space="preserve"> dozen</w:t>
      </w:r>
      <w:r>
        <w:t xml:space="preserve"> investigations</w:t>
      </w:r>
      <w:r>
        <w:t xml:space="preserve"> running</w:t>
      </w:r>
      <w:r>
        <w:t xml:space="preserve"> on</w:t>
      </w:r>
      <w:r>
        <w:t xml:space="preserve"> him,</w:t>
        <w:br/>
        <w:t>联调局那边也是</w:t>
        <w:br/>
        <w:t>as</w:t>
      </w:r>
      <w:r>
        <w:t xml:space="preserve"> does</w:t>
      </w:r>
      <w:r>
        <w:t xml:space="preserve"> FBI.</w:t>
        <w:br/>
        <w:t>好</w:t>
      </w:r>
      <w:r>
        <w:t xml:space="preserve"> 你说20年前发生过重大政&amp;hearts;变&amp;hearts;</w:t>
        <w:br/>
        <w:t>Okay,</w:t>
      </w:r>
      <w:r>
        <w:t xml:space="preserve"> so</w:t>
      </w:r>
      <w:r>
        <w:t xml:space="preserve"> you</w:t>
      </w:r>
      <w:r>
        <w:t xml:space="preserve"> said</w:t>
      </w:r>
      <w:r>
        <w:t xml:space="preserve"> there</w:t>
      </w:r>
      <w:r>
        <w:t xml:space="preserve"> was</w:t>
      </w:r>
      <w:r>
        <w:t xml:space="preserve"> a</w:t>
      </w:r>
      <w:r>
        <w:t xml:space="preserve"> big</w:t>
      </w:r>
      <w:r>
        <w:t xml:space="preserve"> power</w:t>
      </w:r>
      <w:r>
        <w:t xml:space="preserve"> shift</w:t>
      </w:r>
      <w:r>
        <w:t xml:space="preserve"> 20</w:t>
      </w:r>
      <w:r>
        <w:t xml:space="preserve"> years</w:t>
      </w:r>
      <w:r>
        <w:t xml:space="preserve"> ago,</w:t>
        <w:br/>
        <w:t>这位失踪的打手</w:t>
      </w:r>
      <w:r>
        <w:t xml:space="preserve"> 欧文</w:t>
      </w:r>
      <w:r>
        <w:t xml:space="preserve"> 就是在那时候消失匿迹的</w:t>
        <w:br/>
        <w:t>when</w:t>
      </w:r>
      <w:r>
        <w:t xml:space="preserve"> our</w:t>
      </w:r>
      <w:r>
        <w:t xml:space="preserve"> missing</w:t>
      </w:r>
      <w:r>
        <w:t xml:space="preserve"> enforcer,</w:t>
      </w:r>
      <w:r>
        <w:t xml:space="preserve"> Owen,</w:t>
      </w:r>
      <w:r>
        <w:t xml:space="preserve"> went</w:t>
      </w:r>
      <w:r>
        <w:t xml:space="preserve"> off</w:t>
      </w:r>
      <w:r>
        <w:t xml:space="preserve"> the</w:t>
      </w:r>
      <w:r>
        <w:t xml:space="preserve"> grid.</w:t>
        <w:br/>
        <w:t>根据这个</w:t>
        <w:br/>
        <w:t>According</w:t>
      </w:r>
      <w:r>
        <w:t xml:space="preserve"> to</w:t>
      </w:r>
      <w:r>
        <w:t xml:space="preserve"> this,</w:t>
        <w:br/>
        <w:t>查理的父亲</w:t>
      </w:r>
      <w:r>
        <w:t xml:space="preserve"> 之前的老大</w:t>
      </w:r>
      <w:r>
        <w:t xml:space="preserve"> 是被杀的</w:t>
        <w:br/>
        <w:t>Charlie's</w:t>
      </w:r>
      <w:r>
        <w:t xml:space="preserve"> father,</w:t>
      </w:r>
      <w:r>
        <w:t xml:space="preserve"> the</w:t>
      </w:r>
      <w:r>
        <w:t xml:space="preserve"> old</w:t>
      </w:r>
      <w:r>
        <w:t xml:space="preserve"> boss,</w:t>
      </w:r>
      <w:r>
        <w:t xml:space="preserve"> was</w:t>
      </w:r>
      <w:r>
        <w:t xml:space="preserve"> murdered.</w:t>
        <w:br/>
        <w:t>查理就是那时候接手的</w:t>
        <w:br/>
        <w:t>That's</w:t>
      </w:r>
      <w:r>
        <w:t xml:space="preserve"> when</w:t>
      </w:r>
      <w:r>
        <w:t xml:space="preserve"> Charlie</w:t>
      </w:r>
      <w:r>
        <w:t xml:space="preserve"> took</w:t>
      </w:r>
      <w:r>
        <w:t xml:space="preserve"> over.</w:t>
        <w:br/>
        <w:t>没人被捕</w:t>
      </w:r>
      <w:r>
        <w:t xml:space="preserve"> 但查理一直认为</w:t>
        <w:br/>
        <w:t>No</w:t>
      </w:r>
      <w:r>
        <w:t xml:space="preserve"> arrests</w:t>
      </w:r>
      <w:r>
        <w:t xml:space="preserve"> were</w:t>
      </w:r>
      <w:r>
        <w:t xml:space="preserve"> ever</w:t>
      </w:r>
      <w:r>
        <w:t xml:space="preserve"> made,</w:t>
      </w:r>
      <w:r>
        <w:t xml:space="preserve"> but</w:t>
      </w:r>
      <w:r>
        <w:t xml:space="preserve"> Charlie</w:t>
      </w:r>
      <w:r>
        <w:t xml:space="preserve"> always</w:t>
      </w:r>
      <w:r>
        <w:t xml:space="preserve"> believed</w:t>
        <w:br/>
        <w:t>他爸是被自己人杀害的</w:t>
        <w:br/>
        <w:t>that</w:t>
      </w:r>
      <w:r>
        <w:t xml:space="preserve"> his</w:t>
      </w:r>
      <w:r>
        <w:t xml:space="preserve"> dad</w:t>
      </w:r>
      <w:r>
        <w:t xml:space="preserve"> was</w:t>
      </w:r>
      <w:r>
        <w:t xml:space="preserve"> killed</w:t>
      </w:r>
      <w:r>
        <w:t xml:space="preserve"> by</w:t>
      </w:r>
      <w:r>
        <w:t xml:space="preserve"> one</w:t>
      </w:r>
      <w:r>
        <w:t xml:space="preserve"> of</w:t>
      </w:r>
      <w:r>
        <w:t xml:space="preserve"> his</w:t>
      </w:r>
      <w:r>
        <w:t xml:space="preserve"> own</w:t>
      </w:r>
      <w:r>
        <w:t xml:space="preserve"> people.</w:t>
        <w:br/>
        <w:t>你觉得是欧文杀了老头吗</w:t>
        <w:br/>
        <w:t>You</w:t>
      </w:r>
      <w:r>
        <w:t xml:space="preserve"> think</w:t>
      </w:r>
      <w:r>
        <w:t xml:space="preserve"> Owen</w:t>
      </w:r>
      <w:r>
        <w:t xml:space="preserve"> killed</w:t>
      </w:r>
      <w:r>
        <w:t xml:space="preserve"> the</w:t>
      </w:r>
      <w:r>
        <w:t xml:space="preserve"> old</w:t>
      </w:r>
      <w:r>
        <w:t xml:space="preserve"> man?</w:t>
        <w:br/>
        <w:t>也许吧</w:t>
        <w:br/>
        <w:t>I</w:t>
      </w:r>
      <w:r>
        <w:t xml:space="preserve"> mean,</w:t>
      </w:r>
      <w:r>
        <w:t xml:space="preserve"> maybe-</w:t>
      </w:r>
      <w:r>
        <w:t xml:space="preserve"> -</w:t>
        <w:br/>
        <w:t>好吧</w:t>
      </w:r>
      <w:r>
        <w:t xml:space="preserve"> 我快疯了</w:t>
        <w:br/>
        <w:t>AlI</w:t>
      </w:r>
      <w:r>
        <w:t xml:space="preserve"> right.</w:t>
      </w:r>
      <w:r>
        <w:t xml:space="preserve"> It's</w:t>
      </w:r>
      <w:r>
        <w:t xml:space="preserve"> been</w:t>
      </w:r>
      <w:r>
        <w:t xml:space="preserve"> driving</w:t>
      </w:r>
      <w:r>
        <w:t xml:space="preserve"> me</w:t>
      </w:r>
      <w:r>
        <w:t xml:space="preserve"> crazy.</w:t>
        <w:br/>
        <w:t>我一直在想照片里这个女人</w:t>
        <w:br/>
        <w:t>I've</w:t>
      </w:r>
      <w:r>
        <w:t xml:space="preserve"> been</w:t>
      </w:r>
      <w:r>
        <w:t xml:space="preserve"> thinking</w:t>
      </w:r>
      <w:r>
        <w:t xml:space="preserve"> about</w:t>
      </w:r>
      <w:r>
        <w:t xml:space="preserve"> this</w:t>
      </w:r>
      <w:r>
        <w:t xml:space="preserve"> girl</w:t>
      </w:r>
      <w:r>
        <w:t xml:space="preserve"> in</w:t>
      </w:r>
      <w:r>
        <w:t xml:space="preserve"> the</w:t>
      </w:r>
      <w:r>
        <w:t xml:space="preserve"> photo,</w:t>
      </w:r>
    </w:p>
    <w:p>
      <w:r>
        <w:t xml:space="preserve"> right?</w:t>
        <w:br/>
        <w:t>如果黑帮要杀欧文</w:t>
        <w:br/>
        <w:t>If</w:t>
      </w:r>
      <w:r>
        <w:t xml:space="preserve"> there's</w:t>
      </w:r>
      <w:r>
        <w:t xml:space="preserve"> a</w:t>
      </w:r>
      <w:r>
        <w:t xml:space="preserve"> mob</w:t>
      </w:r>
      <w:r>
        <w:t xml:space="preserve"> hit</w:t>
      </w:r>
      <w:r>
        <w:t xml:space="preserve"> on</w:t>
      </w:r>
      <w:r>
        <w:t xml:space="preserve"> this</w:t>
      </w:r>
      <w:r>
        <w:t xml:space="preserve"> guy,</w:t>
      </w:r>
      <w:r>
        <w:t xml:space="preserve"> Owen</w:t>
        <w:br/>
        <w:t>如果我们要处理的是这个问题</w:t>
        <w:br/>
        <w:br/>
        <w:t>if</w:t>
      </w:r>
      <w:r>
        <w:t xml:space="preserve"> that's</w:t>
      </w:r>
      <w:r>
        <w:t xml:space="preserve"> what</w:t>
      </w:r>
      <w:r>
        <w:t xml:space="preserve"> we're</w:t>
      </w:r>
      <w:r>
        <w:t xml:space="preserve"> dealing</w:t>
      </w:r>
      <w:r>
        <w:t xml:space="preserve"> with-</w:t>
      </w:r>
      <w:r>
        <w:t xml:space="preserve"> -</w:t>
        <w:br/>
        <w:t>那他干嘛留下来</w:t>
      </w:r>
      <w:r>
        <w:t xml:space="preserve"> 是吧</w:t>
        <w:br/>
        <w:t>why</w:t>
      </w:r>
      <w:r>
        <w:t xml:space="preserve"> stick</w:t>
      </w:r>
      <w:r>
        <w:t xml:space="preserve"> around,</w:t>
      </w:r>
      <w:r>
        <w:t xml:space="preserve"> right?</w:t>
        <w:br/>
        <w:t>这个世界上只有一个人能让我这么做</w:t>
        <w:br/>
        <w:t>One</w:t>
      </w:r>
      <w:r>
        <w:t xml:space="preserve"> person</w:t>
      </w:r>
      <w:r>
        <w:t xml:space="preserve"> on</w:t>
      </w:r>
      <w:r>
        <w:t xml:space="preserve"> the</w:t>
      </w:r>
      <w:r>
        <w:t xml:space="preserve"> planet</w:t>
      </w:r>
      <w:r>
        <w:t xml:space="preserve"> I'd</w:t>
      </w:r>
      <w:r>
        <w:t xml:space="preserve"> do</w:t>
      </w:r>
      <w:r>
        <w:t xml:space="preserve"> that</w:t>
      </w:r>
      <w:r>
        <w:t xml:space="preserve"> for.</w:t>
        <w:br/>
        <w:t>西德妮</w:t>
        <w:br/>
        <w:t>Sidney.</w:t>
        <w:br/>
        <w:t>没错</w:t>
      </w:r>
      <w:r>
        <w:t xml:space="preserve"> 所以我在费城出生记录里</w:t>
        <w:br/>
        <w:t>That's</w:t>
      </w:r>
      <w:r>
        <w:t xml:space="preserve"> right,</w:t>
      </w:r>
      <w:r>
        <w:t xml:space="preserve"> so</w:t>
      </w:r>
      <w:r>
        <w:t xml:space="preserve"> I</w:t>
      </w:r>
      <w:r>
        <w:t xml:space="preserve"> ran</w:t>
      </w:r>
      <w:r>
        <w:t xml:space="preserve"> Owen's</w:t>
      </w:r>
      <w:r>
        <w:t xml:space="preserve"> name</w:t>
        <w:br/>
        <w:t>查了欧文的名字</w:t>
      </w:r>
      <w:r>
        <w:t xml:space="preserve"> 找到了</w:t>
        <w:br/>
        <w:t>through</w:t>
      </w:r>
      <w:r>
        <w:t xml:space="preserve"> Philadelphia</w:t>
      </w:r>
      <w:r>
        <w:t xml:space="preserve"> birth</w:t>
      </w:r>
      <w:r>
        <w:t xml:space="preserve"> records,</w:t>
      </w:r>
      <w:r>
        <w:t xml:space="preserve"> I</w:t>
      </w:r>
      <w:r>
        <w:t xml:space="preserve"> got</w:t>
      </w:r>
      <w:r>
        <w:t xml:space="preserve"> a</w:t>
      </w:r>
      <w:r>
        <w:t xml:space="preserve"> hit-</w:t>
      </w:r>
      <w:r>
        <w:t xml:space="preserve"> -</w:t>
        <w:br/>
        <w:t>伊娃·杜弗兰</w:t>
        <w:br/>
        <w:t>"Ava</w:t>
      </w:r>
      <w:r>
        <w:t xml:space="preserve"> Dufrain.</w:t>
      </w:r>
      <w:r>
        <w:t xml:space="preserve"> "</w:t>
        <w:br/>
        <w:t>就是照片里的女孩</w:t>
      </w:r>
      <w:r>
        <w:t xml:space="preserve"> 欧文的女儿</w:t>
        <w:br/>
        <w:t>This</w:t>
      </w:r>
      <w:r>
        <w:t xml:space="preserve"> is</w:t>
      </w:r>
      <w:r>
        <w:t xml:space="preserve"> the</w:t>
      </w:r>
      <w:r>
        <w:t xml:space="preserve"> girl</w:t>
      </w:r>
      <w:r>
        <w:t xml:space="preserve"> in</w:t>
      </w:r>
      <w:r>
        <w:t xml:space="preserve"> the</w:t>
      </w:r>
      <w:r>
        <w:t xml:space="preserve"> photos.</w:t>
      </w:r>
      <w:r>
        <w:t xml:space="preserve"> That's</w:t>
      </w:r>
      <w:r>
        <w:t xml:space="preserve"> Owen's</w:t>
      </w:r>
      <w:r>
        <w:t xml:space="preserve"> daughter.</w:t>
        <w:br/>
        <w:t>好</w:t>
      </w:r>
      <w:r>
        <w:t xml:space="preserve"> 就是说欧文杀了老大</w:t>
        <w:br/>
        <w:t>Okay,</w:t>
      </w:r>
      <w:r>
        <w:t xml:space="preserve"> so</w:t>
      </w:r>
      <w:r>
        <w:t xml:space="preserve"> Owen</w:t>
      </w:r>
      <w:r>
        <w:t xml:space="preserve"> killed</w:t>
      </w:r>
      <w:r>
        <w:t xml:space="preserve"> the</w:t>
      </w:r>
      <w:r>
        <w:t xml:space="preserve"> boss</w:t>
        <w:br/>
        <w:t>从那之后就一直躲着黑帮</w:t>
        <w:br/>
        <w:t>and</w:t>
      </w:r>
      <w:r>
        <w:t xml:space="preserve"> has</w:t>
      </w:r>
      <w:r>
        <w:t xml:space="preserve"> been</w:t>
      </w:r>
      <w:r>
        <w:t xml:space="preserve"> hiding</w:t>
      </w:r>
      <w:r>
        <w:t xml:space="preserve"> from</w:t>
      </w:r>
      <w:r>
        <w:t xml:space="preserve"> the</w:t>
      </w:r>
      <w:r>
        <w:t xml:space="preserve"> mob</w:t>
        <w:br/>
        <w:t>照顾他的孩子</w:t>
        <w:br/>
        <w:t>to</w:t>
      </w:r>
      <w:r>
        <w:t xml:space="preserve"> watch</w:t>
      </w:r>
      <w:r>
        <w:t xml:space="preserve"> over</w:t>
      </w:r>
      <w:r>
        <w:t xml:space="preserve"> his</w:t>
      </w:r>
      <w:r>
        <w:t xml:space="preserve"> kid</w:t>
      </w:r>
      <w:r>
        <w:t xml:space="preserve"> ever</w:t>
      </w:r>
      <w:r>
        <w:t xml:space="preserve"> since?</w:t>
        <w:br/>
        <w:t>而我们的警报让他重回了查理视线当中</w:t>
        <w:br/>
        <w:t>And</w:t>
      </w:r>
      <w:r>
        <w:t xml:space="preserve"> our</w:t>
      </w:r>
      <w:r>
        <w:t xml:space="preserve"> Alert</w:t>
      </w:r>
      <w:r>
        <w:t xml:space="preserve"> put</w:t>
      </w:r>
      <w:r>
        <w:t xml:space="preserve"> him</w:t>
      </w:r>
      <w:r>
        <w:t xml:space="preserve"> back</w:t>
      </w:r>
      <w:r>
        <w:t xml:space="preserve"> in</w:t>
      </w:r>
      <w:r>
        <w:t xml:space="preserve"> Charlie's</w:t>
      </w:r>
      <w:r>
        <w:t xml:space="preserve"> crosshairs.</w:t>
        <w:br/>
        <w:t>你现在是这么想的吗</w:t>
      </w:r>
      <w:r>
        <w:t xml:space="preserve"> 是这个人吗</w:t>
        <w:br/>
        <w:t>That's</w:t>
      </w:r>
      <w:r>
        <w:t xml:space="preserve"> the</w:t>
      </w:r>
      <w:r>
        <w:t xml:space="preserve"> theory?</w:t>
      </w:r>
      <w:r>
        <w:t xml:space="preserve"> This</w:t>
      </w:r>
      <w:r>
        <w:t xml:space="preserve"> guy?</w:t>
        <w:br/>
        <w:t>这人就是个疯子</w:t>
      </w:r>
      <w:r>
        <w:t xml:space="preserve"> 好吧</w:t>
        <w:br/>
        <w:t>This</w:t>
      </w:r>
      <w:r>
        <w:t xml:space="preserve"> guy</w:t>
      </w:r>
      <w:r>
        <w:t xml:space="preserve"> is</w:t>
      </w:r>
      <w:r>
        <w:t xml:space="preserve"> a</w:t>
      </w:r>
      <w:r>
        <w:t xml:space="preserve"> maniac,</w:t>
      </w:r>
      <w:r>
        <w:t xml:space="preserve"> okay?</w:t>
        <w:br/>
        <w:t>他</w:t>
      </w:r>
      <w:r>
        <w:t xml:space="preserve"> 他做出来的事</w:t>
        <w:br/>
        <w:t>He's,</w:t>
      </w:r>
      <w:r>
        <w:t xml:space="preserve"> like,</w:t>
      </w:r>
      <w:r>
        <w:t xml:space="preserve"> he</w:t>
      </w:r>
      <w:r>
        <w:t xml:space="preserve"> makes</w:t>
        <w:br/>
        <w:t>让斯科塞斯的电影显得跟睡前故事一样无害</w:t>
        <w:br/>
        <w:t>Scorsese</w:t>
      </w:r>
      <w:r>
        <w:t xml:space="preserve"> movies</w:t>
      </w:r>
      <w:r>
        <w:t xml:space="preserve"> look</w:t>
      </w:r>
      <w:r>
        <w:t xml:space="preserve"> like</w:t>
      </w:r>
      <w:r>
        <w:t xml:space="preserve"> bedtime</w:t>
      </w:r>
      <w:r>
        <w:t xml:space="preserve"> stories.</w:t>
        <w:br/>
        <w:t>我们收到警报回复了</w:t>
        <w:br/>
        <w:t>Uh,</w:t>
      </w:r>
      <w:r>
        <w:t xml:space="preserve"> we're</w:t>
      </w:r>
      <w:r>
        <w:t xml:space="preserve"> getting</w:t>
      </w:r>
      <w:r>
        <w:t xml:space="preserve"> alert</w:t>
      </w:r>
      <w:r>
        <w:t xml:space="preserve"> responses</w:t>
        <w:br/>
        <w:t>说欧文从肯辛顿的一辆车里逃离</w:t>
        <w:br/>
        <w:t>that</w:t>
      </w:r>
      <w:r>
        <w:t xml:space="preserve"> Owen</w:t>
      </w:r>
      <w:r>
        <w:t xml:space="preserve"> is</w:t>
      </w:r>
      <w:r>
        <w:t xml:space="preserve"> fleeing</w:t>
      </w:r>
      <w:r>
        <w:t xml:space="preserve"> a</w:t>
      </w:r>
      <w:r>
        <w:t xml:space="preserve"> car</w:t>
      </w:r>
      <w:r>
        <w:t xml:space="preserve"> in</w:t>
      </w:r>
      <w:r>
        <w:t xml:space="preserve"> Kensington.</w:t>
        <w:br/>
        <w:t>我去叫迈克</w:t>
        <w:br/>
        <w:t>I'll</w:t>
      </w:r>
      <w:r>
        <w:t xml:space="preserve"> get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https://d.book118.com/776210040240010102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0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77621004024001010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