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期末考试学生总结（30篇）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期末考试学生总结（通用30篇）</w:t>
      </w:r>
      <w:r>
        <w:rPr>
          <w:lang w:eastAsia="zh-CN"/>
        </w:rPr>
        <w:br/>
      </w:r>
      <w:r>
        <w:rPr>
          <w:lang w:eastAsia="zh-CN"/>
        </w:rPr>
        <w:t xml:space="preserve">    期末考试学生总结 篇1 </w:t>
      </w:r>
      <w:r>
        <w:rPr>
          <w:lang w:eastAsia="zh-CN"/>
        </w:rPr>
        <w:br/>
      </w:r>
      <w:r>
        <w:rPr>
          <w:lang w:eastAsia="zh-CN"/>
        </w:rPr>
        <w:t>　　首先，我要在此向你说一声对不起，我辜负了您对我的期望。在这次期中数学考试中我的数学成绩惨不忍睹，不仅伤透了你的心，也让我无地自容。这次失败的原因，我分析了一下试卷，有绝大部分是由于我的马虎粗心造成的，但也有少数部分我不懂。您平常也就经常告诫我们，可我就是改不了这粗心大意的坏毛病。</w:t>
      </w:r>
      <w:r>
        <w:rPr>
          <w:lang w:eastAsia="zh-CN"/>
        </w:rPr>
        <w:br/>
      </w:r>
      <w:r>
        <w:rPr>
          <w:lang w:eastAsia="zh-CN"/>
        </w:rPr>
        <w:t>　　不过，我是不应该给我自己找借口的。请放心，老师，我会改正的。在这个假期里，我一定要腾出一部分时间来复习我的英语，我想好了，每天早上9：0011：00来学习2个小时的英语。</w:t>
      </w:r>
      <w:r>
        <w:rPr>
          <w:lang w:eastAsia="zh-CN"/>
        </w:rPr>
        <w:br/>
      </w:r>
      <w:r>
        <w:rPr>
          <w:lang w:eastAsia="zh-CN"/>
        </w:rPr>
        <w:t>　　还有，我弄了1个错题本。以后，一旦有什么不懂的问题或错误的问题我都会记录下来的。并且，如果有什么弄不懂的问题，我会请教父母。同时，我要经常在好好学习这个贴吧里去了解一些学习数学的方法。并且我不能偏科，一定要全面发展。</w:t>
      </w:r>
      <w:r>
        <w:rPr>
          <w:lang w:eastAsia="zh-CN"/>
        </w:rPr>
        <w:br/>
      </w:r>
      <w:r>
        <w:rPr>
          <w:lang w:eastAsia="zh-CN"/>
        </w:rPr>
        <w:t>　　老师，我知道，仅仅是语言是苍白无力的。放心，我绝对会以自己的实际行动来履行我的诺言的。我决定了，我开学考试的英语成绩一定不能下110分。同时，我要在年级的名次保持在前10内。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老师，请不要生气了。给我个机会，让我用实际行动来证明自己!</w:t>
      </w:r>
      <w:r>
        <w:rPr>
          <w:lang w:eastAsia="zh-CN"/>
        </w:rPr>
        <w:br/>
      </w:r>
      <w:r>
        <w:rPr>
          <w:lang w:eastAsia="zh-CN"/>
        </w:rPr>
        <w:t xml:space="preserve">    期末考试学生总结 篇2 </w:t>
      </w:r>
      <w:r>
        <w:rPr>
          <w:lang w:eastAsia="zh-CN"/>
        </w:rPr>
        <w:br/>
      </w:r>
      <w:r>
        <w:rPr>
          <w:lang w:eastAsia="zh-CN"/>
        </w:rPr>
        <w:t>　　期末考试终于结束了，我等呀等呀，终于等到了今天——返校领成绩单的日子。我一大早就兴奋地来到了学校，等着好成绩来和我交朋友。</w:t>
      </w:r>
      <w:r>
        <w:rPr>
          <w:lang w:eastAsia="zh-CN"/>
        </w:rPr>
        <w:br/>
      </w:r>
      <w:r>
        <w:rPr>
          <w:lang w:eastAsia="zh-CN"/>
        </w:rPr>
        <w:t>　　终于，在同学们的欢笑声中，赵老师走进了教室，给我们发下了各科的成绩单和卷子。拿到了卷子，我迫不及待地看了看自己的每份卷子，又分析了一下错题的原因。</w:t>
      </w:r>
      <w:r>
        <w:rPr>
          <w:lang w:eastAsia="zh-CN"/>
        </w:rPr>
        <w:br/>
      </w:r>
      <w:r>
        <w:rPr>
          <w:lang w:eastAsia="zh-CN"/>
        </w:rPr>
        <w:t>　　1、语文</w:t>
      </w:r>
      <w:r>
        <w:rPr>
          <w:lang w:eastAsia="zh-CN"/>
        </w:rPr>
        <w:br/>
      </w:r>
      <w:r>
        <w:rPr>
          <w:lang w:eastAsia="zh-CN"/>
        </w:rPr>
        <w:t>　　我的语文分数不太理想，是96.5分，虽然上了95分以上，可是并不是我平常的水平。这次考试，我的基础知识掌握的挺好，没有扣分，还有我平常的弱项——阅读题，也一个错都没有出。可是我从来没有错过的语文听力题却出了错，听力题的原稿是：《游行知园》。可是我没有听清楚地点变化的词语，扣了1.5分。还有第三人称转述句，虽然我以前练过几遍，可是当时我一下子忘了该怎么改了，又扣了1分，我以后一定要多练一练改写句子。令我非常气愤的就是坐稳了，往常的期末考试，我的作文总是减0.5分，可这次却减了1分。在这个暑假，我一定要多多写作，争取在五年级取得更好的成绩。</w:t>
      </w:r>
      <w:r>
        <w:rPr>
          <w:lang w:eastAsia="zh-CN"/>
        </w:rPr>
        <w:br/>
      </w:r>
      <w:r>
        <w:rPr>
          <w:lang w:eastAsia="zh-CN"/>
        </w:rPr>
        <w:t>　　2、数学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这次数学我考得非常令自己满意，100分轻松地就拿到了手。这学期，我一直很努力地学数学，上数学课我认真听讲，快速、高质量地完成老师布置的课堂作业。课下，我自觉地完成家庭作业，检查出来的错题就及时地抄到错题集上。考试前，数学李老师在课堂上给我们做考试卷练习，每一张试卷，每一道题，我都认真去对待，不粗心、不马虎，按照老师的要求去完成每一项作业。正是因为我认真地学数学，才能取得这样的好成绩。在以后的数学学习中，我还会坚持我的这些好方法，让自己再次考出100分的好成绩。</w:t>
      </w:r>
      <w:r>
        <w:rPr>
          <w:lang w:eastAsia="zh-CN"/>
        </w:rPr>
        <w:br/>
      </w:r>
      <w:r>
        <w:rPr>
          <w:lang w:eastAsia="zh-CN"/>
        </w:rPr>
        <w:t>　　3、英语</w:t>
      </w:r>
      <w:r>
        <w:rPr>
          <w:lang w:eastAsia="zh-CN"/>
        </w:rPr>
        <w:br/>
      </w:r>
      <w:r>
        <w:rPr>
          <w:lang w:eastAsia="zh-CN"/>
        </w:rPr>
        <w:t>　　英语并不是我最擅长的一科，我只考了98分，还是对自己放松了。我的听力题和阅读理解题做得还不错，没有出错，而我平常最擅长的选择题却出现了一个错误。</w:t>
      </w:r>
      <w:r>
        <w:rPr>
          <w:lang w:eastAsia="zh-CN"/>
        </w:rPr>
        <w:br/>
      </w:r>
      <w:r>
        <w:rPr>
          <w:lang w:eastAsia="zh-CN"/>
        </w:rPr>
        <w:t>　　When are you ( ) to the airport?</w:t>
      </w:r>
      <w:r>
        <w:rPr>
          <w:lang w:eastAsia="zh-CN"/>
        </w:rPr>
        <w:br/>
      </w:r>
      <w:r>
        <w:rPr>
          <w:lang w:eastAsia="zh-CN"/>
        </w:rPr>
        <w:t>　　A.go b.going C.went</w:t>
      </w:r>
      <w:r>
        <w:rPr>
          <w:lang w:eastAsia="zh-CN"/>
        </w:rPr>
        <w:br/>
      </w:r>
      <w:r>
        <w:rPr>
          <w:lang w:eastAsia="zh-CN"/>
        </w:rPr>
        <w:t>　　我在做这道题的时候，利用了排除法，我先想went一定不能选，因为它用在过去时。那么go和going到底该选哪一个呢?我把它们分别填到句子里读了一下，觉得go比较通顺，没想到就错了。这说明我语法掌握得不扎实，在以后的英语学习中，我要多练练关于语法的练习题，还要多听、多读、多背、多积累，争取把英语学得更加扎实。</w:t>
      </w:r>
      <w:r>
        <w:rPr>
          <w:lang w:eastAsia="zh-CN"/>
        </w:rPr>
        <w:br/>
      </w:r>
      <w:r>
        <w:rPr>
          <w:lang w:eastAsia="zh-CN"/>
        </w:rPr>
        <w:t>　　这次期末考试总体来说是为我的四年级学习生活画上了一个圆满的句号，但是我不能骄傲。在以后的学习中，我要保持我良好的学习习惯，认真地对待每一门功课，争取在各方面都能更上一层楼!</w:t>
      </w:r>
      <w:r>
        <w:rPr>
          <w:lang w:eastAsia="zh-CN"/>
        </w:rPr>
        <w:br/>
      </w:r>
      <w:r>
        <w:rPr>
          <w:lang w:eastAsia="zh-CN"/>
        </w:rPr>
        <w:t xml:space="preserve">    期末考试学生总结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星期天晚上，李老师发了一条期末考试成绩的短信，我的语文考了94.8分，数学考了93分。老师表扬我这次考试比上次考试有进步。但是，说心里话，这个成绩没有我想像得好，说明我还有一些不足的地方，需要我认真地改正过来，需要我更加努力。</w:t>
      </w:r>
      <w:r>
        <w:rPr>
          <w:lang w:eastAsia="zh-CN"/>
        </w:rPr>
        <w:br/>
      </w:r>
      <w:r>
        <w:rPr>
          <w:lang w:eastAsia="zh-CN"/>
        </w:rPr>
        <w:t>　　爸爸妈妈也表扬我，说我比上次期末成绩有进步。我对这学期的学习也做了几下总结：</w:t>
      </w:r>
      <w:r>
        <w:rPr>
          <w:lang w:eastAsia="zh-CN"/>
        </w:rPr>
        <w:br/>
      </w:r>
      <w:r>
        <w:rPr>
          <w:lang w:eastAsia="zh-CN"/>
        </w:rPr>
        <w:t>　　一：我的写作水平逐渐提高了，这次语文考试我是满分作文，李老师表扬了我。回到家后，妈妈和我一起分析作文提高的原因，一方面是李老师平时在写作上对我们细致的指导，另一方面我读的书越来越多，写起作文来很得心应手，有轻车熟路般的感觉。</w:t>
      </w:r>
      <w:r>
        <w:rPr>
          <w:lang w:eastAsia="zh-CN"/>
        </w:rPr>
        <w:br/>
      </w:r>
      <w:r>
        <w:rPr>
          <w:lang w:eastAsia="zh-CN"/>
        </w:rPr>
        <w:t>　　二：数学解决问题方面的知识，我学会了思考。我的方法是：在遇到稍微“困难”的问题时，我就开动了思维，认真审题，在理解问题的意思后，再用简便的方法灵活运用起来。</w:t>
      </w:r>
      <w:r>
        <w:rPr>
          <w:lang w:eastAsia="zh-CN"/>
        </w:rPr>
        <w:br/>
      </w:r>
      <w:r>
        <w:rPr>
          <w:lang w:eastAsia="zh-CN"/>
        </w:rPr>
        <w:t>　　同样，我也存在着不足之处：数学方面的选择题，我没有用排除法来判断它的对错;语文方面的阅读短文，回答问题回答得不太准确和完整，这是我失分的原因。</w:t>
      </w:r>
      <w:r>
        <w:rPr>
          <w:lang w:eastAsia="zh-CN"/>
        </w:rPr>
        <w:br/>
      </w:r>
      <w:r>
        <w:rPr>
          <w:lang w:eastAsia="zh-CN"/>
        </w:rPr>
        <w:t>　　妈妈告诉我：只要进步都是好孩子!找到不足，迎头追赶，更是好孩子!</w:t>
      </w:r>
      <w:r>
        <w:rPr>
          <w:lang w:eastAsia="zh-CN"/>
        </w:rPr>
        <w:br/>
      </w:r>
      <w:r>
        <w:rPr>
          <w:lang w:eastAsia="zh-CN"/>
        </w:rPr>
        <w:t>　　通过这次考试，我更要努力学习，争取在以后的学习中取得更大的成绩!我相信自己是最棒的!加油!</w:t>
      </w:r>
      <w:r>
        <w:rPr>
          <w:lang w:eastAsia="zh-CN"/>
        </w:rPr>
        <w:br/>
      </w:r>
      <w:r>
        <w:rPr>
          <w:lang w:eastAsia="zh-CN"/>
        </w:rPr>
        <w:t xml:space="preserve">    期末考试学生总结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考试前老师就已经提前通知我们要准备好考试，但是我总觉得时间还长，并不着急，课我没有考虑到我需要复习的课程并不是只有一个，所以最终复习的时候非常仓促，很多知识点也只是过来一遍，并没有记下来，导致自己忘记了很多，在考试的时候返现很多考试题目都是自己熟悉的题目，但是就是忘记证明解题或者忘记了复习内容，自己都感到非常懊恼。</w:t>
      </w:r>
      <w:r>
        <w:rPr>
          <w:lang w:eastAsia="zh-CN"/>
        </w:rPr>
        <w:br/>
      </w:r>
      <w:r>
        <w:rPr>
          <w:lang w:eastAsia="zh-CN"/>
        </w:rPr>
        <w:t>　　在考试的时候我也返现我做题不够细心有几个题目原本不该犯错的，却因为自己没有重视，粗心大意之下忘记了修改，这是自己犯的错，考试时内心过于紧张，让自己的大脑有些急促原本已经掌握的知识到了考试的时候完全忘记改怎样做了非常的.后悔。虽然这知识考试过程汇总出现的问题，但同样也证明了我自己的一些不足之处。</w:t>
      </w:r>
      <w:r>
        <w:rPr>
          <w:lang w:eastAsia="zh-CN"/>
        </w:rPr>
        <w:br/>
      </w:r>
      <w:r>
        <w:rPr>
          <w:lang w:eastAsia="zh-CN"/>
        </w:rPr>
        <w:t>　　我学习还不够认真，在平时学习的时候对于课程的温习也没有做到位，经常是学完就抛到一边，不闻不问，除非做题需要时才会在把题目找出来温习一遍，这样的学习方式就本来存在了很大问题，对我自己也并没有多少好处，这是我自己的问题也是我自己做的不够好。</w:t>
      </w:r>
      <w:r>
        <w:rPr>
          <w:lang w:eastAsia="zh-CN"/>
        </w:rPr>
        <w:br/>
      </w:r>
      <w:r>
        <w:rPr>
          <w:lang w:eastAsia="zh-CN"/>
        </w:rPr>
        <w:t>　　很多时候开始考的不理想究其原因还是因为自己付出的努力不够，做的不够，成绩比我好的同学他们的学习比我更刻苦，花的时间更多，我对于学习没有太重视，更多的是被老师推着走，不主动学习学习的提升虽然也有但是相比那些愿意自学的我的提升还是差了不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对于学习的态度上来说，我属于那种老师严厉我就学习认真，老师不够严厉我学习就稀松平常学习的成绩也就没有多好，这是自己做的不够，是我没有好好学习，把学习的任务当成了压力。没有对比就不知道自己原来与其他同学的差距，经过了这次考试让我知道了一点，那就是学习不是一个享受的过程，而是一个需要付出的过程。</w:t>
      </w:r>
      <w:r>
        <w:rPr>
          <w:lang w:eastAsia="zh-CN"/>
        </w:rPr>
        <w:br/>
      </w:r>
      <w:r>
        <w:rPr>
          <w:lang w:eastAsia="zh-CN"/>
        </w:rPr>
        <w:t>　　今后的学习我需要改正自己的学习态度，主动去学习，而不是被动学习，积极的把自己存在的问题结局，遇到不懂的事情要及时向领导请假询问这些问题的处处而不是置之不理，学习提升需要解决学习中的困难，以后在学习中我遇到自己不会的知识点和不会的题目会积极主动去向老师寻求解决方法而不是等待。</w:t>
      </w:r>
      <w:r>
        <w:rPr>
          <w:lang w:eastAsia="zh-CN"/>
        </w:rPr>
        <w:br/>
      </w:r>
      <w:r>
        <w:rPr>
          <w:lang w:eastAsia="zh-CN"/>
        </w:rPr>
        <w:t xml:space="preserve">    期末考试学生总结 篇5 </w:t>
      </w:r>
      <w:r>
        <w:rPr>
          <w:lang w:eastAsia="zh-CN"/>
        </w:rPr>
        <w:br/>
      </w:r>
      <w:r>
        <w:rPr>
          <w:lang w:eastAsia="zh-CN"/>
        </w:rPr>
        <w:t>　　今天，我们的期末结业典礼就要召开了，虽然我不是很开心，因为这次没考好，没有进到年级前十，但我觉得这不是关键，是自己失败了，又能怪得了别人什么?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们听到广播通知后，立即搬起椅子从四楼跑到一楼。在这过程中，有的同学把椅子举在头顶上，似乎比较轻松;有的同学把椅子平放在肚子前，似乎比较方便;甚至有的同学走累了，干脆把椅子放到一旁，坐下来休息。当我们把椅子从四楼搬到一楼时，早已是汗流浃背，气喘吁吁了。好不容易把椅子全部集中在了小广场上，坐好了，也准备好了。可谁知天公不作美，下了一点点小雨滴，大家本不以为然，可天公好像硬要跟我们作对，反而越下越大了。班上的文达勋还算有先见之明，竟备了雨伞，于是我们在他旁边的几个人就借他的雨伞躲了一下。李主任没办法，用麦克风叫我们回教室去等候，大家的兴致被一扫而光了。正当我们班只走了几步时，雨竟然又不下了，我们只好把椅子搬回原地。坐好了，雨又下了，不过不是很大，李主任说由于天气情况不定，期末结业典礼改在班上进行举办，请各个班的班主任做好工作。我们都扫兴地七嘴八舌地议论起来。</w:t>
      </w:r>
      <w:r>
        <w:rPr>
          <w:lang w:eastAsia="zh-CN"/>
        </w:rPr>
        <w:br/>
      </w:r>
      <w:r>
        <w:rPr>
          <w:lang w:eastAsia="zh-CN"/>
        </w:rPr>
        <w:t>　　今天难道是天公爷爷发怒了吗?为何要跟我们开这等玩笑?</w:t>
      </w:r>
      <w:r>
        <w:rPr>
          <w:lang w:eastAsia="zh-CN"/>
        </w:rPr>
        <w:br/>
      </w:r>
      <w:r>
        <w:rPr>
          <w:lang w:eastAsia="zh-CN"/>
        </w:rPr>
        <w:t xml:space="preserve">    期末考试学生总结 篇6 </w:t>
      </w:r>
      <w:r>
        <w:rPr>
          <w:lang w:eastAsia="zh-CN"/>
        </w:rPr>
        <w:br/>
      </w:r>
      <w:r>
        <w:rPr>
          <w:lang w:eastAsia="zh-CN"/>
        </w:rPr>
        <w:t>　　这次期中考试我觉得数学考得不是太理想，在这次考试中我明白了单单书面上的知识是不够的，要多做一些课外习题，扩展知识面，这样数学成绩才能节节攀升。除了课外的辅导，还要细心，因为有可能在考试时，一道题的列式正确，可最后的计算却错了，这也是时常发生的，所以一定不能马虎，不能掉以轻心，否则后悔都来不及。</w:t>
      </w:r>
      <w:r>
        <w:rPr>
          <w:lang w:eastAsia="zh-CN"/>
        </w:rPr>
        <w:br/>
      </w:r>
      <w:r>
        <w:rPr>
          <w:lang w:eastAsia="zh-CN"/>
        </w:rPr>
        <w:t>　　在各科成绩中，我的英语算较差的一门，其中听力、阅读也是最薄弱的。所以，我想我可以利用周末的时间，做一些听力、阅读的辅导材料，来提高我的英语成绩。</w:t>
      </w:r>
      <w:r>
        <w:rPr>
          <w:lang w:eastAsia="zh-CN"/>
        </w:rPr>
        <w:br/>
      </w:r>
      <w:r>
        <w:rPr>
          <w:lang w:eastAsia="zh-CN"/>
        </w:rPr>
        <w:t>　　我想纸上谈兵是不够的，我应该从现在做起，施行我的计划。还需要持之以恒的精神，这也是最重要的一点，我想我假如做到了这一点，我的英语成绩一定能进步。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要想语文成绩变好，就应该多看一点课外书，提高写作水平。因为现在语文考试写作占很多分，要想语文成绩变好，首先写作水平必须得提高，这样才能抓到分数。还应该多积累一些好词好句，和古诗，这些都是有百益而无一害的，对语文考试也都有一定的帮助。</w:t>
      </w:r>
      <w:r>
        <w:rPr>
          <w:lang w:eastAsia="zh-CN"/>
        </w:rPr>
        <w:br/>
      </w:r>
      <w:r>
        <w:rPr>
          <w:lang w:eastAsia="zh-CN"/>
        </w:rPr>
        <w:t>　　这次考试虽然没有考好，但是我相信，我只要照着我上面写的学习方法做，我的成绩一定会变好。俗话说得好，世上无难事，只怕有心人。我下次的目标是全年级150名之前。</w:t>
      </w:r>
      <w:r>
        <w:rPr>
          <w:lang w:eastAsia="zh-CN"/>
        </w:rPr>
        <w:br/>
      </w:r>
      <w:r>
        <w:rPr>
          <w:lang w:eastAsia="zh-CN"/>
        </w:rPr>
        <w:t>　　相信我一定能成功!</w:t>
      </w:r>
      <w:r>
        <w:rPr>
          <w:lang w:eastAsia="zh-CN"/>
        </w:rPr>
        <w:br/>
      </w:r>
      <w:r>
        <w:rPr>
          <w:lang w:eastAsia="zh-CN"/>
        </w:rPr>
        <w:t xml:space="preserve">    期末考试学生总结 篇7 </w:t>
      </w:r>
      <w:r>
        <w:rPr>
          <w:lang w:eastAsia="zh-CN"/>
        </w:rPr>
        <w:br/>
      </w:r>
      <w:r>
        <w:rPr>
          <w:lang w:eastAsia="zh-CN"/>
        </w:rPr>
        <w:t>　　大学英语作为高职高专院校的一门重要的公共基础课，它的目标是培养学生基本的英语交流与表达能力，使他们以后能轻松的应对工作、学习以及生活中的一些涉外事务。</w:t>
      </w:r>
      <w:r>
        <w:rPr>
          <w:lang w:eastAsia="zh-CN"/>
        </w:rPr>
        <w:br/>
      </w:r>
      <w:r>
        <w:rPr>
          <w:lang w:eastAsia="zh-CN"/>
        </w:rPr>
        <w:t>　　高职高专学生的特点就是英语水平普遍都比较低，写不出来，更加说不出来。造成这种现状最主要的原因就是学生对英语缺乏兴趣，对英语这门课不够重视。因此，我们的主要任务就是首先要让学生端正对学习英语的态度，让他们认识到英语在他们的学习、生活乃至将来的工作中都起着举足轻重的作用，其次就是逐步培养学生学习英语的积极性，激发他们的主观能动性，使他们能主动地去学习英语，最终达到提高英语综合能力的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从本学期开始，我们学校开始实行大一新生第一学期的英语期末考试和高等学校英语应用能力等级考试(B级)并轨的举措。也就是说取消原来第一学期的期末考试，用B级考试的成绩作为此次期末考试的成绩。这是学生经历的有史以来的第一次正规的英语等级考试，这样有助于大一的学生了解到英语在大学课程中的重要性，因为B级考试考查的是学生运用英语的综合能力，并不是单纯的书本知识，这就要求学生改变以往的学习英语就是背单词的错误观点，而要从听、说、读、写和译这五个方面全面掌握英语。当然，这对英语教师也提出了一定的要求，就是要求教师在课堂教学时不能一味地只讲书本上的知识，同时也要给学生补充一些有用的课外知识，比如说：语法、西方文化习俗等方面的知识。</w:t>
      </w:r>
      <w:r>
        <w:rPr>
          <w:lang w:eastAsia="zh-CN"/>
        </w:rPr>
        <w:br/>
      </w:r>
      <w:r>
        <w:rPr>
          <w:lang w:eastAsia="zh-CN"/>
        </w:rPr>
        <w:t>　　因此，在大一新生刚进校的第一学期就把他们的英语期末成绩与等级考试挂钩这一举措有利于引起学生对大学英语的重视，从而在端正学生学习英语的态度和激发他们对英语的学习兴趣方面也起着十分重要的作用。</w:t>
      </w:r>
      <w:r>
        <w:rPr>
          <w:lang w:eastAsia="zh-CN"/>
        </w:rPr>
        <w:br/>
      </w:r>
      <w:r>
        <w:rPr>
          <w:lang w:eastAsia="zh-CN"/>
        </w:rPr>
        <w:t xml:space="preserve">    期末考试学生总结 篇8 </w:t>
      </w:r>
      <w:r>
        <w:rPr>
          <w:lang w:eastAsia="zh-CN"/>
        </w:rPr>
        <w:br/>
      </w:r>
      <w:r>
        <w:rPr>
          <w:lang w:eastAsia="zh-CN"/>
        </w:rPr>
        <w:t>　　卷面考题设置</w:t>
      </w:r>
      <w:r>
        <w:rPr>
          <w:lang w:eastAsia="zh-CN"/>
        </w:rPr>
        <w:br/>
      </w:r>
      <w:r>
        <w:rPr>
          <w:lang w:eastAsia="zh-CN"/>
        </w:rPr>
        <w:t>　　三年级本次仍是校内检测，共分为两部分：面试和笔试，面试和笔试各占50分。笔试分为听力和书写两部分。听力占25分，书写部分占25分。考虑到三年级学生初次接触英语，面试题目侧重于考察学生的综合运用语言能力。笔试题目则侧重于考察学生对基础知识的掌握情况，以及本阶段所应具备的英语综合运用能力。英语的学习离不开听、说、读、写，以及好的语言环境。因此，倡导学生熟练掌握基础知识的同时，注重在日常生活中多运用英语，注重语用能力的提高。</w:t>
      </w:r>
      <w:r>
        <w:rPr>
          <w:lang w:eastAsia="zh-CN"/>
        </w:rPr>
        <w:br/>
      </w:r>
      <w:r>
        <w:rPr>
          <w:lang w:eastAsia="zh-CN"/>
        </w:rPr>
        <w:t>　　测试结果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三年级实际人数 55 人，参加考试人数 55人，总分 5244.5分，平均分为 95.36 分，优秀率85%，及格率100%。根据学生成绩表分析，三年级英语上册课标要求掌握的基础知识和基本技能，90%以上的学生都能掌握。其中对单词和对话的掌握较为牢固。但是对字母的左邻、右舍掌握略微薄弱。个别学生不能迅速说出所给字母的左邻、右舍。</w:t>
      </w:r>
      <w:r>
        <w:rPr>
          <w:lang w:eastAsia="zh-CN"/>
        </w:rPr>
        <w:br/>
      </w:r>
      <w:r>
        <w:rPr>
          <w:lang w:eastAsia="zh-CN"/>
        </w:rPr>
        <w:t>　　教学计划</w:t>
      </w:r>
      <w:r>
        <w:rPr>
          <w:lang w:eastAsia="zh-CN"/>
        </w:rPr>
        <w:br/>
      </w:r>
      <w:r>
        <w:rPr>
          <w:lang w:eastAsia="zh-CN"/>
        </w:rPr>
        <w:t>　　在接下来的教学过程中，一方面，句子的听说认读和运用能力继续提高。课堂上多采用情景教学法和角色扮演，让学生多参与课堂活动，敢于说英语，多说英语。另一方面我应着重培养学生书写习惯的培养。尤其是对26个字母的读、写，注意一些字母的笔顺。26个字母是最基础的，是学生必需掌握的。正确书写，掌握书写方法对于学生学习英语非常重要。课下当然也离不开单选、选答语、根据情境选择合适句子等相关题型的练习。再接再厉，争取将三年级学生基础打得更牢，为四年级做准备。</w:t>
      </w:r>
      <w:r>
        <w:rPr>
          <w:lang w:eastAsia="zh-CN"/>
        </w:rPr>
        <w:br/>
      </w:r>
      <w:r>
        <w:rPr>
          <w:lang w:eastAsia="zh-CN"/>
        </w:rPr>
        <w:t xml:space="preserve">    期末考试学生总结 篇9 </w:t>
      </w:r>
      <w:r>
        <w:rPr>
          <w:lang w:eastAsia="zh-CN"/>
        </w:rPr>
        <w:br/>
      </w:r>
      <w:r>
        <w:rPr>
          <w:lang w:eastAsia="zh-CN"/>
        </w:rPr>
        <w:t>　　本次试题注重了对学生基础知识和基本技能的考查，同时也关注了对学生综合语言运用能力的考查，紧扣了现行教材，体现了课标要求，起到了较好的导向作用试题以基础知识和基本技能为主体，把学生必须掌握的知识作为考查重点，知识点覆盖面广。另外在突出基础的同时，也考虑了高水平学生，设置了一定量的提高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试题题型呈现灵活规范，主客观题分布合理。但由于试卷版面限制，题量有些不足，部分题目分值过高。试卷题目梯度性好，听力和笔试两部分题目均分别由易到难排列，顺序呈现，符合学生考试心理特点，利于学生考试水平的发挥。</w:t>
      </w:r>
      <w:r>
        <w:rPr>
          <w:lang w:eastAsia="zh-CN"/>
        </w:rPr>
        <w:br/>
      </w:r>
      <w:r>
        <w:rPr>
          <w:lang w:eastAsia="zh-CN"/>
        </w:rPr>
        <w:t>　　一、听力部分</w:t>
      </w:r>
      <w:r>
        <w:rPr>
          <w:lang w:eastAsia="zh-CN"/>
        </w:rPr>
        <w:br/>
      </w:r>
      <w:r>
        <w:rPr>
          <w:lang w:eastAsia="zh-CN"/>
        </w:rPr>
        <w:t>　　本次考试统一录制了磁带，并统一了播放要求。主要是从听力角度考查学生在重点词句、交际用语及语篇理解等方面的能力。</w:t>
      </w:r>
      <w:r>
        <w:rPr>
          <w:lang w:eastAsia="zh-CN"/>
        </w:rPr>
        <w:br/>
      </w:r>
      <w:r>
        <w:rPr>
          <w:lang w:eastAsia="zh-CN"/>
        </w:rPr>
        <w:t>　　二、笔试部分。</w:t>
      </w:r>
      <w:r>
        <w:rPr>
          <w:lang w:eastAsia="zh-CN"/>
        </w:rPr>
        <w:br/>
      </w:r>
      <w:r>
        <w:rPr>
          <w:lang w:eastAsia="zh-CN"/>
        </w:rPr>
        <w:t>　　单词与词组的考核，意在考查词汇量。本题降低了考查要求，只要学生对单词能够再认就行，所以本题失分率很低。单项选择主要综合考察学生的语言基础知识与技能，反映了部分学生时态学习不够扎实或没有正确理解题目情境。阅读理解，提供了两篇短文，分两种题型呈现：单选和判断。此题要求学生通过阅读，准确地从文章中获取信息并能根据要求做出正确选择或判断。说明了有相当一部分学生的阅读水平还只停留在“在原文中找原句”的状态，教师平时教学中应有针对性地做好阅读理解方面的专项训练。</w:t>
      </w:r>
      <w:r>
        <w:rPr>
          <w:lang w:eastAsia="zh-CN"/>
        </w:rPr>
        <w:br/>
      </w:r>
      <w:r>
        <w:rPr>
          <w:lang w:eastAsia="zh-CN"/>
        </w:rPr>
        <w:t>　　对试题的评价：(是否超出课标要求的知识点;是否符合新课程和考试说明的要求;是否有利于推进新课程的实施;是否符合学校教学的实际情况;教师和学生的评价和反应。)</w:t>
      </w:r>
      <w:r>
        <w:rPr>
          <w:lang w:eastAsia="zh-CN"/>
        </w:rPr>
        <w:br/>
      </w:r>
      <w:r>
        <w:rPr>
          <w:lang w:eastAsia="zh-CN"/>
        </w:rPr>
        <w:t>　　本套试题符合课标要求的知识点，符合新课程和考试说明的要求，有利于推进新课程的实施，符合学校教学的实际情况，所以本次考试结果比较令人满意，本套试题是一套很好的试题。</w:t>
      </w:r>
      <w:r>
        <w:rPr>
          <w:lang w:eastAsia="zh-CN"/>
        </w:rPr>
        <w:br/>
      </w:r>
      <w:r>
        <w:rPr>
          <w:lang w:eastAsia="zh-CN"/>
        </w:rPr>
        <w:t>　　意见与建议：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本次考试卷面中出现了一些非知识性失分现象，如书写混乱等，这是很可惜的。作为教师应在实现教学目标上花大力气，重视基础学力的培养，提高学生的综合语言运用能力。只有这样，考试时才能以不变应万变。</w:t>
      </w:r>
      <w:r>
        <w:rPr>
          <w:lang w:eastAsia="zh-CN"/>
        </w:rPr>
        <w:br/>
      </w:r>
      <w:r>
        <w:rPr>
          <w:lang w:eastAsia="zh-CN"/>
        </w:rPr>
        <w:t>　　教师平时教学中要对学生进行有效的学法指导和学习策略指导，培养学生良好的英语学习习惯，如听说读写习惯、预习复习习惯、考试习惯，包括考试答题方法与技巧训练等，切实提高学生的学习效率。</w:t>
      </w:r>
      <w:r>
        <w:rPr>
          <w:lang w:eastAsia="zh-CN"/>
        </w:rPr>
        <w:br/>
      </w:r>
      <w:r>
        <w:rPr>
          <w:lang w:eastAsia="zh-CN"/>
        </w:rPr>
        <w:t xml:space="preserve">    期末考试学生总结 篇10 </w:t>
      </w:r>
      <w:r>
        <w:rPr>
          <w:lang w:eastAsia="zh-CN"/>
        </w:rPr>
        <w:br/>
      </w:r>
      <w:r>
        <w:rPr>
          <w:lang w:eastAsia="zh-CN"/>
        </w:rPr>
        <w:t>　　一、基本情况</w:t>
      </w:r>
      <w:r>
        <w:rPr>
          <w:lang w:eastAsia="zh-CN"/>
        </w:rPr>
        <w:br/>
      </w:r>
      <w:r>
        <w:rPr>
          <w:lang w:eastAsia="zh-CN"/>
        </w:rPr>
        <w:t>　　为了较好地考查每位学生对所学知识的掌握情况，我校于元月20号参加由县教研室统一命题，统一组织的期末考试。应该说过程严密而又科学，且公平公正。</w:t>
      </w:r>
      <w:r>
        <w:rPr>
          <w:lang w:eastAsia="zh-CN"/>
        </w:rPr>
        <w:br/>
      </w:r>
      <w:r>
        <w:rPr>
          <w:lang w:eastAsia="zh-CN"/>
        </w:rPr>
        <w:t>　　二、学生情况分析</w:t>
      </w:r>
      <w:r>
        <w:rPr>
          <w:lang w:eastAsia="zh-CN"/>
        </w:rPr>
        <w:br/>
      </w:r>
      <w:r>
        <w:rPr>
          <w:lang w:eastAsia="zh-CN"/>
        </w:rPr>
        <w:t>　　从整体情况看，学生的知识与技能、情感态度价值观等方面都有一定的进步，知识的获取、方法的掌握、技能的形成以及在生活中的运用，正逐渐的形成。学生的成绩正在稳步提高，这是学校的重视，老师和学生的共同努力的结果。</w:t>
      </w:r>
      <w:r>
        <w:rPr>
          <w:lang w:eastAsia="zh-CN"/>
        </w:rPr>
        <w:br/>
      </w:r>
      <w:r>
        <w:rPr>
          <w:lang w:eastAsia="zh-CN"/>
        </w:rPr>
        <w:t>　　三、试卷情况分析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1、这次英语测试仍然分听力和笔试两个部分，注重对学生基础知识掌握情况的检查，注重素质教育，注重考查学生的综合运用能力，试卷难易程度面向全体学生。试题量较多，灵活性大。不仅考察知识的掌握情况，还考察学生的灵活运用能力和逻辑思维能力。基本体现基础性、实践性、全面性的命题原则，对学生进行全面的考核和测评。</w:t>
      </w:r>
      <w:r>
        <w:rPr>
          <w:lang w:eastAsia="zh-CN"/>
        </w:rPr>
        <w:br/>
      </w:r>
      <w:r>
        <w:rPr>
          <w:lang w:eastAsia="zh-CN"/>
        </w:rPr>
        <w:t>　　2、试卷特点</w:t>
      </w:r>
      <w:r>
        <w:rPr>
          <w:lang w:eastAsia="zh-CN"/>
        </w:rPr>
        <w:br/>
      </w:r>
      <w:r>
        <w:rPr>
          <w:lang w:eastAsia="zh-CN"/>
        </w:rPr>
        <w:t>　　从整体情况看，题量适当，题型较全，知识面较广，难易结合，注重了学生基础知识和基本技能的考查，注重了对学生运所学知识分析和解决问题能力的检测。充分体现了英语学科与生活紧密联系的特点，生活中语言运用较多。</w:t>
      </w:r>
      <w:r>
        <w:rPr>
          <w:lang w:eastAsia="zh-CN"/>
        </w:rPr>
        <w:br/>
      </w:r>
      <w:r>
        <w:rPr>
          <w:lang w:eastAsia="zh-CN"/>
        </w:rPr>
        <w:t>　　四、学生答卷总体情况分析</w:t>
      </w:r>
      <w:r>
        <w:rPr>
          <w:lang w:eastAsia="zh-CN"/>
        </w:rPr>
        <w:br/>
      </w:r>
      <w:r>
        <w:rPr>
          <w:lang w:eastAsia="zh-CN"/>
        </w:rPr>
        <w:t>　　本次检测学生的总体发挥很好，各校的成绩都有提高，特别是六年级，学生的平均分达到80分左右，较以往有了很大提高，十分难得。三年级学生虽然刚接触英语，但是大部分班级平均分仍然能达到90分，成绩非常理想。</w:t>
      </w:r>
      <w:r>
        <w:rPr>
          <w:lang w:eastAsia="zh-CN"/>
        </w:rPr>
        <w:br/>
      </w:r>
      <w:r>
        <w:rPr>
          <w:lang w:eastAsia="zh-CN"/>
        </w:rPr>
        <w:t>　　1、学生对于词汇的几种形式掌握较好。</w:t>
      </w:r>
      <w:r>
        <w:rPr>
          <w:lang w:eastAsia="zh-CN"/>
        </w:rPr>
        <w:br/>
      </w:r>
      <w:r>
        <w:rPr>
          <w:lang w:eastAsia="zh-CN"/>
        </w:rPr>
        <w:t>　　从本次考试卷面看，大部分孩子能较好地掌握教材中的相关题型，词汇的分类，书写，连线等题型都能准确做答。</w:t>
      </w:r>
      <w:r>
        <w:rPr>
          <w:lang w:eastAsia="zh-CN"/>
        </w:rPr>
        <w:br/>
      </w:r>
      <w:r>
        <w:rPr>
          <w:lang w:eastAsia="zh-CN"/>
        </w:rPr>
        <w:t>　　2、学生对考试常识有了明显的进步。</w:t>
      </w:r>
      <w:r>
        <w:rPr>
          <w:lang w:eastAsia="zh-CN"/>
        </w:rPr>
        <w:br/>
      </w:r>
      <w:r>
        <w:rPr>
          <w:lang w:eastAsia="zh-CN"/>
        </w:rPr>
        <w:t>　　比如：书写工整、干净，不使用涂改液等等。</w:t>
      </w:r>
      <w:r>
        <w:rPr>
          <w:lang w:eastAsia="zh-CN"/>
        </w:rPr>
        <w:br/>
      </w:r>
      <w:r>
        <w:rPr>
          <w:lang w:eastAsia="zh-CN"/>
        </w:rPr>
        <w:t>　　总体分析：通过试卷我们可以看到大部分学生具备一定的英语知识，基础知识较扎实。才使得这次英语各年级的成绩都有提高。</w:t>
      </w:r>
      <w:r>
        <w:rPr>
          <w:lang w:eastAsia="zh-CN"/>
        </w:rPr>
        <w:br/>
      </w:r>
      <w:r>
        <w:rPr>
          <w:lang w:eastAsia="zh-CN"/>
        </w:rPr>
        <w:t>　　五、存在的问题;</w:t>
      </w:r>
      <w:r>
        <w:rPr>
          <w:lang w:eastAsia="zh-CN"/>
        </w:rPr>
        <w:br/>
      </w:r>
      <w:r>
        <w:rPr>
          <w:lang w:eastAsia="zh-CN"/>
        </w:rPr>
        <w:t>　　从每位教师试卷的分析来看，普遍还存在着以下几方面的问题：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 听力(选择句子的正确应答)每个年级学生都失分较多。反映出平时教师对学生的听力训练还不够。</w:t>
      </w:r>
      <w:r>
        <w:rPr>
          <w:lang w:eastAsia="zh-CN"/>
        </w:rPr>
        <w:br/>
      </w:r>
      <w:r>
        <w:rPr>
          <w:lang w:eastAsia="zh-CN"/>
        </w:rPr>
        <w:t>　　2)选择题丢分较多。反映出学生运用和理解语言的能力不强，对于词汇和句子的掌握比较机械，许多孩子不知怎么进行转换。</w:t>
      </w:r>
      <w:r>
        <w:rPr>
          <w:lang w:eastAsia="zh-CN"/>
        </w:rPr>
        <w:br/>
      </w:r>
      <w:r>
        <w:rPr>
          <w:lang w:eastAsia="zh-CN"/>
        </w:rPr>
        <w:t>　　2)对题的要求没有读懂，不按要求答题。</w:t>
      </w:r>
      <w:r>
        <w:rPr>
          <w:lang w:eastAsia="zh-CN"/>
        </w:rPr>
        <w:br/>
      </w:r>
      <w:r>
        <w:rPr>
          <w:lang w:eastAsia="zh-CN"/>
        </w:rPr>
        <w:t>　　3)综合语言运用能力还有待进一步提高。个别学生对短语理解不深，对题的判断含糊不清。</w:t>
      </w:r>
      <w:r>
        <w:rPr>
          <w:lang w:eastAsia="zh-CN"/>
        </w:rPr>
        <w:br/>
      </w:r>
      <w:r>
        <w:rPr>
          <w:lang w:eastAsia="zh-CN"/>
        </w:rPr>
        <w:t>　　六、改进措施：</w:t>
      </w:r>
      <w:r>
        <w:rPr>
          <w:lang w:eastAsia="zh-CN"/>
        </w:rPr>
        <w:br/>
      </w:r>
      <w:r>
        <w:rPr>
          <w:lang w:eastAsia="zh-CN"/>
        </w:rPr>
        <w:t>　　通过分析本次质量检测，我认为在今后的教学中，应该从以下几个方面抓起：</w:t>
      </w:r>
      <w:r>
        <w:rPr>
          <w:lang w:eastAsia="zh-CN"/>
        </w:rPr>
        <w:br/>
      </w:r>
      <w:r>
        <w:rPr>
          <w:lang w:eastAsia="zh-CN"/>
        </w:rPr>
        <w:t>　　1、增强学生自信心，培养学生的兴趣和良好的学习习惯。</w:t>
      </w:r>
      <w:r>
        <w:rPr>
          <w:lang w:eastAsia="zh-CN"/>
        </w:rPr>
        <w:br/>
      </w:r>
      <w:r>
        <w:rPr>
          <w:lang w:eastAsia="zh-CN"/>
        </w:rPr>
        <w:t>　　2、加强单词的音、形、意的记忆。</w:t>
      </w:r>
      <w:r>
        <w:rPr>
          <w:lang w:eastAsia="zh-CN"/>
        </w:rPr>
        <w:br/>
      </w:r>
      <w:r>
        <w:rPr>
          <w:lang w:eastAsia="zh-CN"/>
        </w:rPr>
        <w:t>　　(1)加强单词和书写的联系，在教学中，教会学生相应的发音规则，用拼读的方法，教学生书写单词。</w:t>
      </w:r>
      <w:r>
        <w:rPr>
          <w:lang w:eastAsia="zh-CN"/>
        </w:rPr>
        <w:br/>
      </w:r>
      <w:r>
        <w:rPr>
          <w:lang w:eastAsia="zh-CN"/>
        </w:rPr>
        <w:t>　　(2)加强单词的书写与中文意思的联系课上加强单词的讲授，做到边讲边记忆，每节课抽出5分钟来听写，让学生做到多看多记多练，可以有意识的增加他们的阅读量，在阅读的过程中输入大量的词汇。根据记忆的规律，单词的重复率越高，记忆就越深。</w:t>
      </w:r>
      <w:r>
        <w:rPr>
          <w:lang w:eastAsia="zh-CN"/>
        </w:rPr>
        <w:br/>
      </w:r>
      <w:r>
        <w:rPr>
          <w:lang w:eastAsia="zh-CN"/>
        </w:rPr>
        <w:t>　　3、多做各种形式的练习。同一类知识，要通过各种形式进行训练，同时在做题时，多告诉学生一些做题的方法，在平时培养学生灵活思考问题的能力认真审题的能力。</w:t>
      </w:r>
      <w:r>
        <w:rPr>
          <w:lang w:eastAsia="zh-CN"/>
        </w:rPr>
        <w:br/>
      </w:r>
      <w:r>
        <w:rPr>
          <w:lang w:eastAsia="zh-CN"/>
        </w:rPr>
        <w:t>　　4、加强读写训练。熟练读出所学的课文，以及熟记学过的短语。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5、注重学法的指导，帮助学生发现一些单词规律，拼读方法等，让学生活用英语，提高学生的交际会话能力。</w:t>
      </w:r>
      <w:r>
        <w:rPr>
          <w:lang w:eastAsia="zh-CN"/>
        </w:rPr>
        <w:br/>
      </w:r>
      <w:r>
        <w:rPr>
          <w:lang w:eastAsia="zh-CN"/>
        </w:rPr>
        <w:t>　　6、课堂训练形式要更加灵活，采用多种方式对单词、句型进行训练，注重知识的积累与运用。</w:t>
      </w:r>
      <w:r>
        <w:rPr>
          <w:lang w:eastAsia="zh-CN"/>
        </w:rPr>
        <w:br/>
      </w:r>
      <w:r>
        <w:rPr>
          <w:lang w:eastAsia="zh-CN"/>
        </w:rPr>
        <w:t>　　总之，通过本次质量检测，每个英语教师要认真反思自己的教学工作，找出存在的问题和不足。结合自己学生的现状，能够制定出相应的改进方案和补救措施;继续发扬优势，克服不足，扎扎实实搞好今后的教学工作，我相信通过我们的辛勤耕耘，加上领导的高度重视和大力支持，我们的英语教学一定会茁壮成长。在今后的考试中取得满意的成绩!</w:t>
      </w:r>
      <w:r>
        <w:rPr>
          <w:lang w:eastAsia="zh-CN"/>
        </w:rPr>
        <w:br/>
      </w:r>
      <w:r>
        <w:rPr>
          <w:lang w:eastAsia="zh-CN"/>
        </w:rPr>
        <w:t xml:space="preserve">    期末考试学生总结 篇11 </w:t>
      </w:r>
      <w:r>
        <w:rPr>
          <w:lang w:eastAsia="zh-CN"/>
        </w:rPr>
        <w:br/>
      </w:r>
      <w:r>
        <w:rPr>
          <w:lang w:eastAsia="zh-CN"/>
        </w:rPr>
        <w:t>　　一场准备了很久，等待了很久的期末考试终于结束了。看到成绩我们英语老师感到了一丝喜悦。</w:t>
      </w:r>
      <w:r>
        <w:rPr>
          <w:lang w:eastAsia="zh-CN"/>
        </w:rPr>
        <w:br/>
      </w:r>
      <w:r>
        <w:rPr>
          <w:lang w:eastAsia="zh-CN"/>
        </w:rPr>
        <w:t>　　在本次教育局组织的全市年终统考中，我们学校的英语成绩以最高平均分，名列前茅。这离不开全体英语老师的团结协作和学生们的共同努力。</w:t>
      </w:r>
      <w:r>
        <w:rPr>
          <w:lang w:eastAsia="zh-CN"/>
        </w:rPr>
        <w:br/>
      </w:r>
      <w:r>
        <w:rPr>
          <w:lang w:eastAsia="zh-CN"/>
        </w:rPr>
        <w:t>　　下面我们将把在英语教学过程中总结的一些方法和做法，与大家一起分享，以边更好交流。</w:t>
      </w:r>
      <w:r>
        <w:rPr>
          <w:lang w:eastAsia="zh-CN"/>
        </w:rPr>
        <w:br/>
      </w:r>
      <w:r>
        <w:rPr>
          <w:lang w:eastAsia="zh-CN"/>
        </w:rPr>
        <w:t>　　一对于单词的记忆：我们采取先自学再点拨的方法，让学生掌握常见字母组合的发音，达到“见单词能读“的水平。每天坚持听写3———5个重点单词，同桌判分，加强单词记忆。</w:t>
      </w:r>
      <w:r>
        <w:rPr>
          <w:lang w:eastAsia="zh-CN"/>
        </w:rPr>
        <w:br/>
      </w:r>
      <w:r>
        <w:rPr>
          <w:lang w:eastAsia="zh-CN"/>
        </w:rPr>
        <w:t>　　二</w:t>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对于重点句子：学完每个单元学生自己总结中重点句型，利用课前5——10分钟时间朗读背诵。</w:t>
      </w:r>
      <w:r>
        <w:rPr>
          <w:lang w:eastAsia="zh-CN"/>
        </w:rPr>
        <w:br/>
      </w:r>
      <w:r>
        <w:rPr>
          <w:lang w:eastAsia="zh-CN"/>
        </w:rPr>
        <w:t>　　三 对于语法的掌握：每人有一本课堂笔记本，主要记录学生在平时做题时需要掌握的一些语法、词汇等方面的知识和改正一些作业错题。</w:t>
      </w:r>
      <w:r>
        <w:rPr>
          <w:lang w:eastAsia="zh-CN"/>
        </w:rPr>
        <w:br/>
      </w:r>
      <w:r>
        <w:rPr>
          <w:lang w:eastAsia="zh-CN"/>
        </w:rPr>
        <w:t>　　四 对于课文的掌握要求：要求一单元背诵1——2篇范文，增强语感和写作时参考。</w:t>
      </w:r>
      <w:r>
        <w:rPr>
          <w:lang w:eastAsia="zh-CN"/>
        </w:rPr>
        <w:br/>
      </w:r>
      <w:r>
        <w:rPr>
          <w:lang w:eastAsia="zh-CN"/>
        </w:rPr>
        <w:t>　　五 对于后进生：我们实行“因人而异，因材施教”的方法，不同程度的学生有不同的要求，在课堂上多用鼓励性语言，增强孩子的自信心和学习兴趣。</w:t>
      </w:r>
      <w:r>
        <w:rPr>
          <w:lang w:eastAsia="zh-CN"/>
        </w:rPr>
        <w:br/>
      </w:r>
      <w:r>
        <w:rPr>
          <w:lang w:eastAsia="zh-CN"/>
        </w:rPr>
        <w:t>　　六 课下以自结组为单位，对已学过的知识加以提问——巩固——提高，达到温故而知新。</w:t>
      </w:r>
      <w:r>
        <w:rPr>
          <w:lang w:eastAsia="zh-CN"/>
        </w:rPr>
        <w:br/>
      </w:r>
      <w:r>
        <w:rPr>
          <w:lang w:eastAsia="zh-CN"/>
        </w:rPr>
        <w:t>　　以上几方面只是我们在英语教学中总结出的一些方法，如有不当之处，请各位不吝赐教。</w:t>
      </w:r>
      <w:r>
        <w:rPr>
          <w:lang w:eastAsia="zh-CN"/>
        </w:rPr>
        <w:br/>
      </w:r>
      <w:r>
        <w:rPr>
          <w:lang w:eastAsia="zh-CN"/>
        </w:rPr>
        <w:t>　　总之，一学期的教学工作我们付出了很多，也收到了满意的回报。领导的信任使我们精力充沛，干劲十足。学生的渴求，更让我们信心倍增。在今后的工作中，我们会更加努力填补自己在教学中的不足，不断改进教学方法，力争在今后的英语教学过程中再创佳绩。我们相信有耕耘总会有收获。</w:t>
      </w:r>
      <w:r>
        <w:rPr>
          <w:lang w:eastAsia="zh-CN"/>
        </w:rPr>
        <w:br/>
      </w:r>
      <w:r>
        <w:rPr>
          <w:lang w:eastAsia="zh-CN"/>
        </w:rPr>
        <w:t xml:space="preserve">    期末考试学生总结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高二学的知识使我又成长了一步，转眼时间过去了，我还恋恋不舍的怀念。我要感谢老师传授给知识，感谢同学给予我的关怀。让我在这个美丽的校园里茁壮成长，高二的第一个学期就这样结束了。迎来了盼望已久的假期。</w:t>
      </w:r>
      <w:r>
        <w:rPr>
          <w:lang w:eastAsia="zh-CN"/>
        </w:rPr>
        <w:br/>
      </w:r>
      <w:r>
        <w:rPr>
          <w:lang w:eastAsia="zh-CN"/>
        </w:rPr>
        <w:t>　　时光飞逝，斗转星移。转眼间，成为班级一员已半年多了。回首这半年的点点滴滴，朝朝暮暮，心中顿生了许多感触。这半年中经历的每一天，都已在我心中留下了永久的印记，因为这些印记见证我这样一个新生的成长。在过去半年的内，通过不断地学习，我收获了很多。时间就是这么无情头也不回的向前走着，而我们却在为了不被它丢下死命的追赶着。是的，谁都不想被时间丢下。而我们也随着时间的流逝一点一点的成长。而美好的纯真随着风雨的磨灭化成了成熟。或许这正是成长的代价。回想自己还是考生的那段日子，显得是那么的遥远。我在憧憬中懂得了来之不易的珍惜；在思索中了解了酝酿已久的真理；在收获后才知道努力的甜美。突然觉得自己似乎明白了许多事情，但是仔细琢磨后又不尽然……原来过去所见所识都是那么的偏见而又肤浅，以前的天真似乎在一瞬间幻化成无知和可笑，我想谁又不是这样的呢？或许在以后也回嘲笑现在的渺小……我们不得不笑着回首我们所走过的路：</w:t>
      </w:r>
      <w:r>
        <w:rPr>
          <w:lang w:eastAsia="zh-CN"/>
        </w:rPr>
        <w:br/>
      </w:r>
      <w:r>
        <w:rPr>
          <w:lang w:eastAsia="zh-CN"/>
        </w:rPr>
        <w:t>　　在学习上：我深知学习的重要性。面对二十一世纪这个知识的时代，面对知识就是力量，科学技术是第一生产力的科学论断，我认为离开了知识将是一个一无是处的废人。以资本为最重要生产力的资本家的时代将要过去，以知识为特征的知本家的时代即将到来。而高中时代是学习现代科学知识的黄金时代，我应该抓住这个有利的时机，用知识来武装自己的头脑，知识是无价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在纪律方面，基本可以做到：尊重教师，同学之间可以真诚相待；能遵守学校各项纪律，遵守公共秩序，遵守社会公德；不迟到、不早退、不旷课；上学穿校服；举止文明；有良好的卫生习惯，不乱扔废弃物。</w:t>
      </w:r>
      <w:r>
        <w:rPr>
          <w:lang w:eastAsia="zh-CN"/>
        </w:rPr>
        <w:br/>
      </w:r>
      <w:r>
        <w:rPr>
          <w:lang w:eastAsia="zh-CN"/>
        </w:rPr>
        <w:t>　　以上是我对高二上学期期末一些方面的个人，我将结合这个回顾过去，确定未来的发展目标，我对未来充满信心。自然，这需要老师们的培养和同学们的真诚帮助。</w:t>
      </w:r>
      <w:r>
        <w:rPr>
          <w:lang w:eastAsia="zh-CN"/>
        </w:rPr>
        <w:br/>
      </w:r>
      <w:r>
        <w:rPr>
          <w:lang w:eastAsia="zh-CN"/>
        </w:rPr>
        <w:t xml:space="preserve">    期末考试学生总结 篇13 </w:t>
      </w:r>
      <w:r>
        <w:rPr>
          <w:lang w:eastAsia="zh-CN"/>
        </w:rPr>
        <w:br/>
      </w:r>
      <w:r>
        <w:rPr>
          <w:lang w:eastAsia="zh-CN"/>
        </w:rPr>
        <w:t>　　光阴似箭，日月如梭。在本学期也如期迎来了期末考试，也意味着检讨自己的不足有了着落。经过此次考试我深刻的知道了自己的不足也明白了自己与优生之间的差距。以下我将对自己一学期知识进行总结与反思：</w:t>
      </w:r>
      <w:r>
        <w:rPr>
          <w:lang w:eastAsia="zh-CN"/>
        </w:rPr>
        <w:br/>
      </w:r>
      <w:r>
        <w:rPr>
          <w:lang w:eastAsia="zh-CN"/>
        </w:rPr>
        <w:t>　　数学：这门理科是让我最头疼的一科，在此次考试中取得了97分，算不上优秀，实则没有达到我的目标!我曾给自己定了105分的目标!没有实现有点遗憾。我也找到我问题的所在，答题没有答完和审题没有审清楚。再之后写完了没有认真检查!这是值得唾弃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语文：这门最不好提分的主科，在答题过程中自己的阅读理解智商直接为0!语文的作文没有取得良好的成绩，阅读理解也导致分提不上来!英语：这门English，作文问题比较大!我是真牛逼!我也不知道我考英语时脑子被胶水粘住了嘛?作文15分我得了5分?后来才发现我好多单词全是编的或者说是拼错了!问题特别大!不理解这个单词是啥意思!小四门，四门三门不及格……，道法考的也一般算不上好!就=就是历史24分……，地理19分……，更可恶的是生物17.5分，后来我才知道小四科是最好提分的只用多背背就行!艾希，少年不努力，老大徒伤悲啊!</w:t>
      </w:r>
      <w:r>
        <w:rPr>
          <w:lang w:eastAsia="zh-CN"/>
        </w:rPr>
        <w:br/>
      </w:r>
      <w:r>
        <w:rPr>
          <w:lang w:eastAsia="zh-CN"/>
        </w:rPr>
        <w:t>　　拒绝懒惰，拒绝浮躁，正直其时，脚踏实地，自律清醒上进!有志少女先立志后谋生!</w:t>
      </w:r>
      <w:r>
        <w:rPr>
          <w:lang w:eastAsia="zh-CN"/>
        </w:rPr>
        <w:br/>
      </w:r>
      <w:r>
        <w:rPr>
          <w:lang w:eastAsia="zh-CN"/>
        </w:rPr>
        <w:t xml:space="preserve">    期末考试学生总结 篇14 </w:t>
      </w:r>
      <w:r>
        <w:rPr>
          <w:lang w:eastAsia="zh-CN"/>
        </w:rPr>
        <w:br/>
      </w:r>
      <w:r>
        <w:rPr>
          <w:lang w:eastAsia="zh-CN"/>
        </w:rPr>
        <w:t>　　本次期末考试学校领导一如既往地给予高度重视，把严肃考风考纪作为一项重要工作来抓。各教学单位切实加强考风考纪建设，教务处认真做好期末考试各项组织安排，各二级学院抓好学生诚信考试教育，保卫处、总务处及时做好对考场秩序和环境卫生的管理，同学们自觉遵守学校的各项考试纪律，各方同心同力，确保了期末考试顺利有序进行。经过各方的共同努力，本次期末考试工作圆满顺利完成，并取得明显成效。现具体总结如下：</w:t>
      </w:r>
      <w:r>
        <w:rPr>
          <w:lang w:eastAsia="zh-CN"/>
        </w:rPr>
        <w:br/>
      </w:r>
      <w:r>
        <w:rPr>
          <w:lang w:eastAsia="zh-CN"/>
        </w:rPr>
        <w:t>　　本学期考试主要集中在第19周（20__年8-10日），共安排场次_个，考生共_人次。</w:t>
      </w:r>
      <w:r>
        <w:rPr>
          <w:lang w:eastAsia="zh-CN"/>
        </w:rPr>
        <w:br/>
      </w:r>
      <w:r>
        <w:rPr>
          <w:lang w:eastAsia="zh-CN"/>
        </w:rPr>
        <w:t>　　一、考试组织工作</w:t>
      </w:r>
      <w:r>
        <w:rPr>
          <w:lang w:eastAsia="zh-CN"/>
        </w:rPr>
        <w:br/>
      </w:r>
      <w:r>
        <w:rPr>
          <w:lang w:eastAsia="zh-CN"/>
        </w:rPr>
        <w:t>　　1.成立巡考组，对监考进行监督和指导</w:t>
      </w:r>
      <w:r>
        <w:rPr>
          <w:lang w:eastAsia="zh-CN"/>
        </w:rPr>
        <w:br/>
      </w:r>
      <w:r>
        <w:rPr>
          <w:lang w:eastAsia="zh-CN"/>
        </w:rPr>
        <w:t>　　为确保考试顺利进行，成立巡考小组，由王韶清副校长担任主巡考，教务处曾祁副处长担任副巡考，邹建华校长、李曲生书记、支校衡副校长、欧咏梅副校长、阳斌副校长及各教学部门领导担任巡考，负责考试的巡查与监督，并将巡考责任落实到专人专区。</w:t>
      </w:r>
      <w:r>
        <w:rPr>
          <w:lang w:eastAsia="zh-CN"/>
        </w:rPr>
        <w:br/>
      </w:r>
      <w:r>
        <w:rPr>
          <w:lang w:eastAsia="zh-CN"/>
        </w:rPr>
        <w:t>　　2.考前准备工作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（1）通过各院（部）考前动员会，发动广大教师认真学习《监考人员守则》，明确监考职责，强调考试纪律；</w:t>
      </w:r>
      <w:r>
        <w:rPr>
          <w:lang w:eastAsia="zh-CN"/>
        </w:rPr>
        <w:br/>
      </w:r>
      <w:r>
        <w:rPr>
          <w:lang w:eastAsia="zh-CN"/>
        </w:rPr>
        <w:t>　　（2）提前编制好考试日程表，组织试卷的缮印和分装，并认真检查核对，做到考场安排和试卷分装零差错；</w:t>
      </w:r>
      <w:r>
        <w:rPr>
          <w:lang w:eastAsia="zh-CN"/>
        </w:rPr>
        <w:br/>
      </w:r>
      <w:r>
        <w:rPr>
          <w:lang w:eastAsia="zh-CN"/>
        </w:rPr>
        <w:t>　　（3）提前准备好《_职业学院考场情况登记表》配发各考场，该表提供准确的考生名单，方便监考教师核对考生信息，并使考试过程有据可查。</w:t>
      </w:r>
      <w:r>
        <w:rPr>
          <w:lang w:eastAsia="zh-CN"/>
        </w:rPr>
        <w:br/>
      </w:r>
      <w:r>
        <w:rPr>
          <w:lang w:eastAsia="zh-CN"/>
        </w:rPr>
        <w:t>　　3.考试过程情况</w:t>
      </w:r>
      <w:r>
        <w:rPr>
          <w:lang w:eastAsia="zh-CN"/>
        </w:rPr>
        <w:br/>
      </w:r>
      <w:r>
        <w:rPr>
          <w:lang w:eastAsia="zh-CN"/>
        </w:rPr>
        <w:t>　　校领导对考试工作非常重视，亲临考试第一线巡视指导，了解考情，提出意见和建议，推动了考试工作的改进和完善。</w:t>
      </w:r>
      <w:r>
        <w:rPr>
          <w:lang w:eastAsia="zh-CN"/>
        </w:rPr>
        <w:br/>
      </w:r>
      <w:r>
        <w:rPr>
          <w:lang w:eastAsia="zh-CN"/>
        </w:rPr>
        <w:t>　　本次考试，巡考人员基本按时到岗，对监考人员、考生、考试组织等方面情况进行了监督检查，对存在的问题及时地提出了意见或建议。</w:t>
      </w:r>
      <w:r>
        <w:rPr>
          <w:lang w:eastAsia="zh-CN"/>
        </w:rPr>
        <w:br/>
      </w:r>
      <w:r>
        <w:rPr>
          <w:lang w:eastAsia="zh-CN"/>
        </w:rPr>
        <w:t>　　本次考试，全体监考教师都能按时到岗，认真履行监考职责，较好地维护了考场纪律。</w:t>
      </w:r>
      <w:r>
        <w:rPr>
          <w:lang w:eastAsia="zh-CN"/>
        </w:rPr>
        <w:br/>
      </w:r>
      <w:r>
        <w:rPr>
          <w:lang w:eastAsia="zh-CN"/>
        </w:rPr>
        <w:t>　　二、存在的问题。</w:t>
      </w:r>
      <w:r>
        <w:rPr>
          <w:lang w:eastAsia="zh-CN"/>
        </w:rPr>
        <w:br/>
      </w:r>
      <w:r>
        <w:rPr>
          <w:lang w:eastAsia="zh-CN"/>
        </w:rPr>
        <w:t>　　虽然本次考风考纪有了显著的改善，但还存在以下几方面的不足：</w:t>
      </w:r>
      <w:r>
        <w:rPr>
          <w:lang w:eastAsia="zh-CN"/>
        </w:rPr>
        <w:br/>
      </w:r>
      <w:r>
        <w:rPr>
          <w:lang w:eastAsia="zh-CN"/>
        </w:rPr>
        <w:t>　　1.仍有少数学生未带齐有效证件参加考试，跑错考场的情况；</w:t>
      </w:r>
      <w:r>
        <w:rPr>
          <w:lang w:eastAsia="zh-CN"/>
        </w:rPr>
        <w:br/>
      </w:r>
      <w:r>
        <w:rPr>
          <w:lang w:eastAsia="zh-CN"/>
        </w:rPr>
        <w:t>　　2.个别考场存在考生就座较为集中或较为随意的情况。</w:t>
      </w:r>
      <w:r>
        <w:rPr>
          <w:lang w:eastAsia="zh-CN"/>
        </w:rPr>
        <w:br/>
      </w:r>
      <w:r>
        <w:rPr>
          <w:lang w:eastAsia="zh-CN"/>
        </w:rPr>
        <w:t>　　3.个别教师未能按照规定时间领取试卷。</w:t>
      </w:r>
      <w:r>
        <w:rPr>
          <w:lang w:eastAsia="zh-CN"/>
        </w:rPr>
        <w:br/>
      </w:r>
      <w:r>
        <w:rPr>
          <w:lang w:eastAsia="zh-CN"/>
        </w:rPr>
        <w:t>　　三、改进措施</w:t>
      </w:r>
      <w:r>
        <w:rPr>
          <w:lang w:eastAsia="zh-CN"/>
        </w:rPr>
        <w:br/>
      </w:r>
    </w:p>
    <w:p w:rsidR="001B1F19" w14:textId="27C3F48A">
      <w:pPr>
        <w:rPr>
          <w:rFonts w:hint="eastAsia"/>
          <w:lang w:eastAsia="zh-CN"/>
        </w:rPr>
      </w:pPr>
      <w:r>
        <w:rPr>
          <w:lang w:eastAsia="zh-CN"/>
        </w:rPr>
        <w:t>　　针对此次考试组织实施过程中出现的问题，需要从几方面加以改进：</w:t>
      </w:r>
      <w:r>
        <w:rPr>
          <w:lang w:eastAsia="zh-CN"/>
        </w:rPr>
        <w:br/>
      </w:r>
      <w:r>
        <w:rPr>
          <w:lang w:eastAsia="zh-CN"/>
        </w:rPr>
        <w:t>　　1.对学生继续加强考试纪律教育，尽量消除学生未带齐证件、跑错考场的现象；</w:t>
      </w:r>
      <w:r>
        <w:rPr>
          <w:lang w:eastAsia="zh-CN"/>
        </w:rPr>
        <w:br/>
      </w:r>
      <w:r>
        <w:rPr>
          <w:lang w:eastAsia="zh-CN"/>
        </w:rPr>
        <w:t>　　2.提前加强对监考教师的监考的培训，要求在黑板上规范规划座位序号；</w:t>
      </w:r>
      <w:r>
        <w:rPr>
          <w:lang w:eastAsia="zh-CN"/>
        </w:rPr>
        <w:br/>
      </w:r>
      <w:r>
        <w:rPr>
          <w:lang w:eastAsia="zh-CN"/>
        </w:rPr>
        <w:t>　　3.考前提醒全体监考教师严格按照规定时间领取试卷；</w:t>
      </w:r>
      <w:r>
        <w:rPr>
          <w:lang w:eastAsia="zh-CN"/>
        </w:rPr>
        <w:br/>
      </w:r>
      <w:r>
        <w:rPr>
          <w:lang w:eastAsia="zh-CN"/>
        </w:rPr>
        <w:t>　　总而言之，本次考试经精心组织，严格实施，考试顺利有序，存在的一些细节不足，需要我们认真总结和改进，为学生创造更加公平、公正的考试环境，进一步促进我校的学风考风建设。</w:t>
      </w:r>
      <w:r>
        <w:rPr>
          <w:lang w:eastAsia="zh-CN"/>
        </w:rPr>
        <w:br/>
      </w:r>
      <w:r>
        <w:rPr>
          <w:lang w:eastAsia="zh-CN"/>
        </w:rPr>
        <w:t>　　期末考试工作总结9</w:t>
      </w:r>
      <w:r>
        <w:rPr>
          <w:lang w:eastAsia="zh-CN"/>
        </w:rPr>
        <w:br/>
      </w:r>
      <w:r>
        <w:rPr>
          <w:lang w:eastAsia="zh-CN"/>
        </w:rPr>
        <w:t>　　下学期期末考试工作已经结束，本次考试工作在院长、主管院长直接领导，各教研室老师的积极配合、共同努力下，圆满的完成了学校安排的各项考试任务。现将本次考试工作总结如下：</w:t>
      </w:r>
      <w:r>
        <w:rPr>
          <w:lang w:eastAsia="zh-CN"/>
        </w:rPr>
        <w:br/>
      </w:r>
      <w:r>
        <w:rPr>
          <w:lang w:eastAsia="zh-CN"/>
        </w:rPr>
        <w:t>　　一、考试的`组织和准备工作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https://d.book118.com/777144060012006051</w:t>
        </w:r>
      </w:hyperlink>
    </w:p>
    <w:p w:rsidR="001B1F19">
      <w:pPr>
        <w:rPr>
          <w:rFonts w:hint="eastAsia"/>
          <w:lang w:eastAsia="zh-CN"/>
        </w:rPr>
      </w:pPr>
    </w:p>
    <w:sectPr>
      <w:type w:val="nextPage"/>
      <w:pgSz w:w="11906" w:h="16838"/>
      <w:pgMar w:top="1440" w:right="1800" w:bottom="1440" w:left="1800" w:header="851" w:footer="992" w:gutter="0"/>
      <w:pgNumType w:start="2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7714406001200605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