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试用期1000字工作总结范文（35篇）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试用期1000字工作总结范文（精选35篇）</w:t>
      </w:r>
      <w:r>
        <w:rPr>
          <w:lang w:eastAsia="zh-CN"/>
        </w:rPr>
        <w:br/>
      </w:r>
      <w:r>
        <w:rPr>
          <w:lang w:eastAsia="zh-CN"/>
        </w:rPr>
        <w:t xml:space="preserve">    试用期1000字工作总结范文 篇1 </w:t>
      </w:r>
      <w:r>
        <w:rPr>
          <w:lang w:eastAsia="zh-CN"/>
        </w:rPr>
        <w:br/>
      </w:r>
      <w:r>
        <w:rPr>
          <w:lang w:eastAsia="zh-CN"/>
        </w:rPr>
        <w:t>　　20__年_月_日，我来到浙江展诚建设集团股份有限公司工作，不觉已经工作两个月了， 7、8月为试用期，在这两个月的工作中，我努力适应新的工作环境和工作岗位，虚心学习，埋头工作，履行职责，较好地完成了各项工作任务，现将我的两个月来的工作情况总结如下。</w:t>
      </w:r>
      <w:r>
        <w:rPr>
          <w:lang w:eastAsia="zh-CN"/>
        </w:rPr>
        <w:br/>
      </w:r>
      <w:r>
        <w:rPr>
          <w:lang w:eastAsia="zh-CN"/>
        </w:rPr>
        <w:t>　　一、思想方面</w:t>
      </w:r>
      <w:r>
        <w:rPr>
          <w:lang w:eastAsia="zh-CN"/>
        </w:rPr>
        <w:br/>
      </w:r>
      <w:r>
        <w:rPr>
          <w:lang w:eastAsia="zh-CN"/>
        </w:rPr>
        <w:t>　　在工作初期，我认真了解公司的发展情况并学习公司的管理规章制度，熟悉在项目的工作事务，同时努力完善工作的方式、方法，提高自己的工作能力，以全新的姿态迎接工作的挑战。通过不断努力，体会到一切事情重在干实事。同时积极为公司的发展努力，以公司的思想作为指导思想，不断奋进！</w:t>
      </w:r>
      <w:r>
        <w:rPr>
          <w:lang w:eastAsia="zh-CN"/>
        </w:rPr>
        <w:br/>
      </w:r>
      <w:r>
        <w:rPr>
          <w:lang w:eastAsia="zh-CN"/>
        </w:rPr>
        <w:t>　　二、工作方面</w:t>
      </w:r>
      <w:r>
        <w:rPr>
          <w:lang w:eastAsia="zh-CN"/>
        </w:rPr>
        <w:br/>
      </w:r>
      <w:r>
        <w:rPr>
          <w:lang w:eastAsia="zh-CN"/>
        </w:rPr>
        <w:t>　　端正工作态度，严守组织纪律。我始终以饱满的热情迎接每一天的工作，始终以100%的状态对待工作。</w:t>
      </w:r>
      <w:r>
        <w:rPr>
          <w:lang w:eastAsia="zh-CN"/>
        </w:rPr>
        <w:br/>
      </w:r>
      <w:r>
        <w:rPr>
          <w:lang w:eastAsia="zh-CN"/>
        </w:rPr>
        <w:t>　　1、 耐心细致地做好本职工作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我认真细心完成领导交给的任务，在俞朝银师傅的领导下，我们完成了开工前期的基本工作。包括打桩、围墙大门、施工道路生活区及办公区的建设等工作。</w:t>
      </w:r>
      <w:r>
        <w:rPr>
          <w:lang w:eastAsia="zh-CN"/>
        </w:rPr>
        <w:br/>
      </w:r>
      <w:r>
        <w:rPr>
          <w:lang w:eastAsia="zh-CN"/>
        </w:rPr>
        <w:t>　　2、 积极主动地搞好工程管理</w:t>
      </w:r>
      <w:r>
        <w:rPr>
          <w:lang w:eastAsia="zh-CN"/>
        </w:rPr>
        <w:br/>
      </w:r>
      <w:r>
        <w:rPr>
          <w:lang w:eastAsia="zh-CN"/>
        </w:rPr>
        <w:t>　　两个月来，我基本上保证了办公室日常工作的有序运转，同时积极主动地完成上级领导交办的其他事情，并参与同事的工作资料的整理等工作。面对繁杂琐碎的大量事务性工作，我强化工作意识，注意加快工作节奏，提高工作效率，冷静办理各项事务，力求周全、准确、适度，避免疏漏和差错。在领导和同事的帮助和支持下，我基本上做到了事事有着落、件件有落实。</w:t>
      </w:r>
      <w:r>
        <w:rPr>
          <w:lang w:eastAsia="zh-CN"/>
        </w:rPr>
        <w:br/>
      </w:r>
      <w:r>
        <w:rPr>
          <w:lang w:eastAsia="zh-CN"/>
        </w:rPr>
        <w:t>　　两个月的时间转瞬即逝，我虽然做了一些工作，但仍然存在不少问题，主要表现在：</w:t>
      </w:r>
      <w:r>
        <w:rPr>
          <w:lang w:eastAsia="zh-CN"/>
        </w:rPr>
        <w:br/>
      </w:r>
      <w:r>
        <w:rPr>
          <w:lang w:eastAsia="zh-CN"/>
        </w:rPr>
        <w:t>　　1、缺乏创新精神。</w:t>
      </w:r>
      <w:r>
        <w:rPr>
          <w:lang w:eastAsia="zh-CN"/>
        </w:rPr>
        <w:br/>
      </w:r>
      <w:r>
        <w:rPr>
          <w:lang w:eastAsia="zh-CN"/>
        </w:rPr>
        <w:t>　　不能积极主动地发挥认真钻研、开拓进取的精神，而是被动消极地适应工作需要。领导交办的事情基本上都能完成，但几乎都只是为了完成工作而工作。</w:t>
      </w:r>
      <w:r>
        <w:rPr>
          <w:lang w:eastAsia="zh-CN"/>
        </w:rPr>
        <w:br/>
      </w:r>
      <w:r>
        <w:rPr>
          <w:lang w:eastAsia="zh-CN"/>
        </w:rPr>
        <w:t>　　2、工作不很扎实，不能与时俱进。</w:t>
      </w:r>
      <w:r>
        <w:rPr>
          <w:lang w:eastAsia="zh-CN"/>
        </w:rPr>
        <w:br/>
      </w:r>
      <w:r>
        <w:rPr>
          <w:lang w:eastAsia="zh-CN"/>
        </w:rPr>
        <w:t>　　忙碌于日常小事，工作没有上升到一定高度。作不能专注于工作学习，很多知识虽然了解但却不精。在今后的工作中，我将努力改正自身缺点，以更大的热情投入到工作中去。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首先，加强学习，提高政治思想素质和业务工作水平，树立良好的职业道德，以严肃的态度，饱满的热情，严格的纪律，全身心地投入学习，为我的工作积累必要的基础知识和基本技能。虽然工程的工作琐碎、繁杂，但是我将从多方面努力进一步提高自身的工作能力，以积极的心态面对每天的工作任务。</w:t>
      </w:r>
      <w:r>
        <w:rPr>
          <w:lang w:eastAsia="zh-CN"/>
        </w:rPr>
        <w:br/>
      </w:r>
      <w:r>
        <w:rPr>
          <w:lang w:eastAsia="zh-CN"/>
        </w:rPr>
        <w:t>　　其次，我也将注重锻炼自己的应变能力、协调能力、组织能力以及创造能力，不断在工作中学习、进取、完善自己，以便更好地完成自己的本职工作。</w:t>
      </w:r>
      <w:r>
        <w:rPr>
          <w:lang w:eastAsia="zh-CN"/>
        </w:rPr>
        <w:br/>
      </w:r>
      <w:r>
        <w:rPr>
          <w:lang w:eastAsia="zh-CN"/>
        </w:rPr>
        <w:t>　　以上是我对两个月来工作的总结，在今后工作中我将努力奋斗，克服自己的缺点，弥补不足，争取做的更好。</w:t>
      </w:r>
      <w:r>
        <w:rPr>
          <w:lang w:eastAsia="zh-CN"/>
        </w:rPr>
        <w:br/>
      </w:r>
      <w:r>
        <w:rPr>
          <w:lang w:eastAsia="zh-CN"/>
        </w:rPr>
        <w:t>　　刘勤飞</w:t>
      </w:r>
      <w:r>
        <w:rPr>
          <w:lang w:eastAsia="zh-CN"/>
        </w:rPr>
        <w:br/>
      </w:r>
      <w:r>
        <w:rPr>
          <w:lang w:eastAsia="zh-CN"/>
        </w:rPr>
        <w:t>　　20__年_月_日</w:t>
      </w:r>
      <w:r>
        <w:rPr>
          <w:lang w:eastAsia="zh-CN"/>
        </w:rPr>
        <w:br/>
      </w:r>
      <w:r>
        <w:rPr>
          <w:lang w:eastAsia="zh-CN"/>
        </w:rPr>
        <w:t xml:space="preserve">    试用期1000字工作总结范文 篇2 </w:t>
      </w:r>
      <w:r>
        <w:rPr>
          <w:lang w:eastAsia="zh-CN"/>
        </w:rPr>
        <w:br/>
      </w:r>
      <w:r>
        <w:rPr>
          <w:lang w:eastAsia="zh-CN"/>
        </w:rPr>
        <w:t>　　时间一晃而过，转眼间三个月试用期已接近尾声。首先感谢陈总和蔡经理能给我展示自我、实现自身价值的机会。这是我人生中弥足珍贵的经历，也给我留下了精彩而美好的回忆。在这段时间里安莉芳这个大家庭的每个成员给予了我足够的宽容、支持和帮助，让我充分感受到了领导们“海纳百川”的胸襟，也感受到了员工们“团结奋进”的斗志。在对安莉芳肃然起敬的同时，也为我有机会成为安莉芳这个大集体中的一份子而倍感荣幸。</w:t>
      </w:r>
      <w:r>
        <w:rPr>
          <w:lang w:eastAsia="zh-CN"/>
        </w:rPr>
        <w:br/>
      </w:r>
      <w:r>
        <w:rPr>
          <w:lang w:eastAsia="zh-CN"/>
        </w:rPr>
        <w:t>　　在这三个月的时间里，在领导和同事们的悉心关怀和指导下，通过自身的不懈努力，各方面均取得了一定的进步，现将我的工作情况作如下汇报。</w:t>
      </w:r>
      <w:r>
        <w:rPr>
          <w:lang w:eastAsia="zh-CN"/>
        </w:rPr>
        <w:br/>
      </w:r>
      <w:r>
        <w:rPr>
          <w:lang w:eastAsia="zh-CN"/>
        </w:rPr>
        <w:t>　　一、对安莉芳的感知和认识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来安莉芳之前，我都是在中小型的私企里面工作。安莉芳与它们最大的不同在于其“企业制度”和“企业文化”两个方面。安莉芳的企业制度，不仅是“有章可循、面面俱到、人人平等”，更是每个制度背后的执行力。在这里，制度不是空设的，不会因为某个人某件事而随意更改，每项工作都要求员工按制度执行，并不断跟进，直到有最终的结果。并且安莉芳的制度不断追求进步、不断完善，始终与公司和时代的发展同步。</w:t>
      </w:r>
      <w:r>
        <w:rPr>
          <w:lang w:eastAsia="zh-CN"/>
        </w:rPr>
        <w:br/>
      </w:r>
      <w:r>
        <w:rPr>
          <w:lang w:eastAsia="zh-CN"/>
        </w:rPr>
        <w:t>　　安莉芳的企业文化体现在执行制度的同时，更多的展现公司人性化的一面，处处以人为本。合理的作息时间，完备的福利体系，以及合理的工资架构，都是安莉芳关心每一位员工工作和生活的体现。</w:t>
      </w:r>
      <w:r>
        <w:rPr>
          <w:lang w:eastAsia="zh-CN"/>
        </w:rPr>
        <w:br/>
      </w:r>
      <w:r>
        <w:rPr>
          <w:lang w:eastAsia="zh-CN"/>
        </w:rPr>
        <w:t>　　二、试用期工作的总结</w:t>
      </w:r>
      <w:r>
        <w:rPr>
          <w:lang w:eastAsia="zh-CN"/>
        </w:rPr>
        <w:br/>
      </w:r>
      <w:r>
        <w:rPr>
          <w:lang w:eastAsia="zh-CN"/>
        </w:rPr>
        <w:t>　　进入安莉芳，首先了解自己作为行政主任的本职工作和岗位职责是按照上级领导的指示草拟和修改公司规章制度，检查总结汇总。并完成日常的行政事务和相关投诉的处理，以及领导交办的其他事务。总结三个月的工作，大致如下：</w:t>
      </w:r>
      <w:r>
        <w:rPr>
          <w:lang w:eastAsia="zh-CN"/>
        </w:rPr>
        <w:br/>
      </w:r>
      <w:r>
        <w:rPr>
          <w:lang w:eastAsia="zh-CN"/>
        </w:rPr>
        <w:t>　　1、规章制度方面：在熟悉公司各项规章制度的同时，完成了对《员工考勤管理规定》、《行政处分管理规定》等制度的修改，并即将完成《新员工培训手册》的修改。</w:t>
      </w:r>
      <w:r>
        <w:rPr>
          <w:lang w:eastAsia="zh-CN"/>
        </w:rPr>
        <w:br/>
      </w:r>
      <w:r>
        <w:rPr>
          <w:lang w:eastAsia="zh-CN"/>
        </w:rPr>
        <w:t>　　2、部门沟通方面：深入了解公司各部门职责和分工，能有效地和各部门进行沟通，能完成部门内或跨部门的沟通协作工作，对于期间相关投诉能及时汇报处理。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3、日常行政事务方面：能完成日常行政事务的处理并完成各类行政文件的制定和公示。</w:t>
      </w:r>
      <w:r>
        <w:rPr>
          <w:lang w:eastAsia="zh-CN"/>
        </w:rPr>
        <w:br/>
      </w:r>
      <w:r>
        <w:rPr>
          <w:lang w:eastAsia="zh-CN"/>
        </w:rPr>
        <w:t>　　4、其他方面：在本部门员工不足的情况下，经领导批示参加了公司的各类现场招聘活动并处理好网络招聘事宜。对件日薪以及月薪人员的'招聘流程有了进一步的了解。初步掌握公司各类保险的办理流程。并能够完成领导交办的其他事务。</w:t>
      </w:r>
      <w:r>
        <w:rPr>
          <w:lang w:eastAsia="zh-CN"/>
        </w:rPr>
        <w:br/>
      </w:r>
      <w:r>
        <w:rPr>
          <w:lang w:eastAsia="zh-CN"/>
        </w:rPr>
        <w:t>　　5、不足方面：对于有些工作，还是没有底气去处理，深怕出错，以致延误了处理的时机。有些工作未能够将执行力贯彻到底，未能及时完成任务。工作忙的时候，不细心，以至于出现很低级的差错。</w:t>
      </w:r>
      <w:r>
        <w:rPr>
          <w:lang w:eastAsia="zh-CN"/>
        </w:rPr>
        <w:br/>
      </w:r>
      <w:r>
        <w:rPr>
          <w:lang w:eastAsia="zh-CN"/>
        </w:rPr>
        <w:t>　　三、未来工作的展望和规划</w:t>
      </w:r>
      <w:r>
        <w:rPr>
          <w:lang w:eastAsia="zh-CN"/>
        </w:rPr>
        <w:br/>
      </w:r>
      <w:r>
        <w:rPr>
          <w:lang w:eastAsia="zh-CN"/>
        </w:rPr>
        <w:t>　　在今后的工作中，我将努力提高自身素质，克服不足，朝着以下几个方向努力：</w:t>
      </w:r>
      <w:r>
        <w:rPr>
          <w:lang w:eastAsia="zh-CN"/>
        </w:rPr>
        <w:br/>
      </w:r>
      <w:r>
        <w:rPr>
          <w:lang w:eastAsia="zh-CN"/>
        </w:rPr>
        <w:t>　　1、学无止境，时代的发展瞬息万变，安莉芳本身就有着巨大的企业和管理文化底蕴。安莉芳的流程化、模块化和程序化等都显著区别于其他企业，里面深藏的知识和管理方法都促使我坚持不懈地努力学习，并用于实践。</w:t>
      </w:r>
      <w:r>
        <w:rPr>
          <w:lang w:eastAsia="zh-CN"/>
        </w:rPr>
        <w:br/>
      </w:r>
      <w:r>
        <w:rPr>
          <w:lang w:eastAsia="zh-CN"/>
        </w:rPr>
        <w:t>　　2、“贯彻执行力”，在以后的工作中不但要跟领导和同事通过多看、多学、多练来不断的提高自己的各项技能，更需要发扬安莉芳的执行力文化。对于每项工作，都需要不断的盯，直至出结果，不能不了了之，更不能耽误时间。</w:t>
      </w:r>
      <w:r>
        <w:rPr>
          <w:lang w:eastAsia="zh-CN"/>
        </w:rPr>
        <w:br/>
      </w:r>
      <w:r>
        <w:rPr>
          <w:lang w:eastAsia="zh-CN"/>
        </w:rPr>
        <w:t>　　3、不断锻炼自己的胆识和毅力，提高自己解决实际问题的能力，并在工作过程中慢慢克服急躁情绪，积极、热情、细致地的对待每一项工作。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三个月里，喜悦伴着汗水，成功伴着艰辛，遗憾激励奋斗。在今后的工作中，我一定要在陈总和蔡经理的带领下倍加努力，不断学习、虚心学习，严格要求自己，较全面地提高自己，为公司贡献出自己的一份力！三个月的生活和工作，让我坚定了用严谨认真、乐观豁达的态度使在安莉芳的生活和工作变得轻松活泼，将我在安莉芳的旅程变得甜美珍贵而奉献自己的所有力量的信心。</w:t>
      </w:r>
      <w:r>
        <w:rPr>
          <w:lang w:eastAsia="zh-CN"/>
        </w:rPr>
        <w:br/>
      </w:r>
      <w:r>
        <w:rPr>
          <w:lang w:eastAsia="zh-CN"/>
        </w:rPr>
        <w:t xml:space="preserve">    试用期1000字工作总结范文 篇3 </w:t>
      </w:r>
      <w:r>
        <w:rPr>
          <w:lang w:eastAsia="zh-CN"/>
        </w:rPr>
        <w:br/>
      </w:r>
      <w:r>
        <w:rPr>
          <w:lang w:eastAsia="zh-CN"/>
        </w:rPr>
        <w:t>　　转眼间，一年的试用期到了。在这当老师的第一年，很庆幸自己能走上期待已久的三尺讲台，实现从学生到老师的转变，真正适应学校正常的教育教学生活，融入太和中学这个大家庭。一年来，在学校领导和同事的帮助下，我的学习能力、教学能力和专业水平都有了明显的提高。过去一年的工作总结如下:</w:t>
      </w:r>
      <w:r>
        <w:rPr>
          <w:lang w:eastAsia="zh-CN"/>
        </w:rPr>
        <w:br/>
      </w:r>
      <w:r>
        <w:rPr>
          <w:lang w:eastAsia="zh-CN"/>
        </w:rPr>
        <w:t>　　第一，美德</w:t>
      </w:r>
      <w:r>
        <w:rPr>
          <w:lang w:eastAsia="zh-CN"/>
        </w:rPr>
        <w:br/>
      </w:r>
      <w:r>
        <w:rPr>
          <w:lang w:eastAsia="zh-CN"/>
        </w:rPr>
        <w:t>　　作为一名党员，我坚决拥护中国共产党的领导，学习党的重要文件和精神。积极参加学校的政治学习，努力提高思想觉悟，自觉遵守教师法等法律法规，自觉遵守学校的规章制度。积极参加教研活动，服从分配，完成学校布置的各项工作，廉洁从教，忠于党的教育事业，贯彻党的教育方针，面向全体学生，教书育人，培养全面合格人才。我尊重领导，团结同事，正确处理与领导和同事的关系。平时对人真诚，热爱学生，人际关系和谐，处处以一个人民教师的要求规范自己的言行，坚持不懈地培养自己的综合素质和能力。</w:t>
      </w:r>
      <w:r>
        <w:rPr>
          <w:lang w:eastAsia="zh-CN"/>
        </w:rPr>
        <w:br/>
      </w:r>
      <w:r>
        <w:rPr>
          <w:lang w:eastAsia="zh-CN"/>
        </w:rPr>
        <w:t>　　第二，能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今年，我在一年级当历史老师。在教学中，我认真学习新大纲，吃透教材，积极探索教学思路，将一些先进的教学理论、科学的教学方法和先进的现代化教学手段灵活运用于课堂教学，努力培养学生的合作交流能力、自主探究能力和创新能力。课前认真备课，课上活跃课堂气氛，提高学生学习主动性，课后及时总结反思。绝不体罚学生，开展结对活动，激发学生的上进心。平时要关心学生，对学生严格要求，耐心引导，促进学生全面、积极、健康发展。</w:t>
      </w:r>
      <w:r>
        <w:rPr>
          <w:lang w:eastAsia="zh-CN"/>
        </w:rPr>
        <w:br/>
      </w:r>
      <w:r>
        <w:rPr>
          <w:lang w:eastAsia="zh-CN"/>
        </w:rPr>
        <w:t>　　第二，勤奋</w:t>
      </w:r>
      <w:r>
        <w:rPr>
          <w:lang w:eastAsia="zh-CN"/>
        </w:rPr>
        <w:br/>
      </w:r>
      <w:r>
        <w:rPr>
          <w:lang w:eastAsia="zh-CN"/>
        </w:rPr>
        <w:t>　　我严格遵守学校的规章制度，积极参加校本培训、政治学习、教研活动、值勤和升旗仪式。不要错过任何学习和提高的机会，不要落下日常工作。在高一五班的历史教学工作中，要完成教案，按时到校，绝不迟到、早退、缺课，努力做一名合格的教师。</w:t>
      </w:r>
      <w:r>
        <w:rPr>
          <w:lang w:eastAsia="zh-CN"/>
        </w:rPr>
        <w:br/>
      </w:r>
      <w:r>
        <w:rPr>
          <w:lang w:eastAsia="zh-CN"/>
        </w:rPr>
        <w:t>　　四。成就</w:t>
      </w:r>
      <w:r>
        <w:rPr>
          <w:lang w:eastAsia="zh-CN"/>
        </w:rPr>
        <w:br/>
      </w:r>
      <w:r>
        <w:rPr>
          <w:lang w:eastAsia="zh-CN"/>
        </w:rPr>
        <w:t>　　由于学生们的共同努力，本学年的教学工作圆满完成。特别是在培养学生的学习能力方面，取得了良好的效果。大部分学生都是从学习到学习逐渐转变的；一年来，学生学习历史的兴趣不断提高，每次考试的成绩都与老教师所教的班级不相上下。今后，我将继续不懈努力，不断提高教育教学能力和水平，创造更好的成绩。去修远的路很长，我会上上下下。我会一如既往的勤奋工作，踏实做人。我会不懈的探索和奋斗来回报太和中学和社会。</w:t>
      </w:r>
      <w:r>
        <w:rPr>
          <w:lang w:eastAsia="zh-CN"/>
        </w:rPr>
        <w:br/>
      </w:r>
      <w:r>
        <w:rPr>
          <w:lang w:eastAsia="zh-CN"/>
        </w:rPr>
        <w:t xml:space="preserve">    试用期1000字工作总结范文 篇4 </w:t>
      </w:r>
      <w:r>
        <w:rPr>
          <w:lang w:eastAsia="zh-CN"/>
        </w:rPr>
        <w:br/>
      </w:r>
      <w:r>
        <w:rPr>
          <w:lang w:eastAsia="zh-CN"/>
        </w:rPr>
        <w:t>　　尊敬的领导：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我于20__年7月5日成为公司的试用员工，到今天3个月试用期已满，根据公司的规章制度，现申请转为公司正式员工。</w:t>
      </w:r>
      <w:r>
        <w:rPr>
          <w:lang w:eastAsia="zh-CN"/>
        </w:rPr>
        <w:br/>
      </w:r>
      <w:r>
        <w:rPr>
          <w:lang w:eastAsia="zh-CN"/>
        </w:rPr>
        <w:t>　　作为一个应届毕业生，初来公司，曾经很担心该怎么与人共处，该如何做好工作；但是在公司宽松融洽的工作氛围、上级领导的指导和同事的热心帮助下，加上自己的不懈努力，使我较快的`融入了我们联滔公司。让我很快完成了从学生到职员的转型。现将我在试用期的工作总结汇报如下：</w:t>
      </w:r>
      <w:r>
        <w:rPr>
          <w:lang w:eastAsia="zh-CN"/>
        </w:rPr>
        <w:br/>
      </w:r>
      <w:r>
        <w:rPr>
          <w:lang w:eastAsia="zh-CN"/>
        </w:rPr>
        <w:t>　　起初我们在产线实习，实现对产品的初步认识，之后在本部门（品保部）学习，了解部门的细部运作。再后就去了解其它部门的职能和工作流程。在了解各部门职责和工作流程期间，我先后在生产部、品管部、企划部和业务部等部门学习了一段时间。这些部门的工作是我以前从未接触过的，对它们的了解基本就是个空白；但在各部门领导和同事的关照及配合、讲解、指导、带领下使我在较短的时间内了解该部门的职能及其工作流程，也熟悉了公司的整个操作流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在本部门的工作中，我一直严格要求自己，认真及时做好领导布置的每一项任务，同时主动学习本部门相关的知识；专业和非专业上不懂的问题虚心向同事学习请教，不断提高充实自己，希望能尽早独当一面，为公司做出更大的贡献。当然，初入职场，难免出现一些小差小错需领导指正；但前事之鉴，后事之师，这些经历也让我不断成熟，在处理各种问题时考虑得更全面，杜绝类似失误的发生。在此，我要特地感谢部门的领导和同事对我的入职指引和帮助，感谢他们对我工作中出现的失误的提醒和指正以及包容。</w:t>
      </w:r>
      <w:r>
        <w:rPr>
          <w:lang w:eastAsia="zh-CN"/>
        </w:rPr>
        <w:br/>
      </w:r>
      <w:r>
        <w:rPr>
          <w:lang w:eastAsia="zh-CN"/>
        </w:rPr>
        <w:t>　　经过这三个月，我现在基本已经能够独立工作。当然我还有很多不足，第一，品保对我而言是一个全新的岗位，许多工作我都是边干边摸索，以致工作起来不能游刃有余，第二，工作效率有待进一步提高；第三，自己的理论水平还很低不能适应公司工作的要求。第四处理问题的经验方面有待提高，团队协作能力也需要进一步增强，需要不断继续学习以提高自己业务能力。</w:t>
      </w:r>
      <w:r>
        <w:rPr>
          <w:lang w:eastAsia="zh-CN"/>
        </w:rPr>
        <w:br/>
      </w:r>
      <w:r>
        <w:rPr>
          <w:lang w:eastAsia="zh-CN"/>
        </w:rPr>
        <w:t>　　因此在工作过程中,我深深感到加强自身学习、提高自身素质的紧迫性,所以我决定从一下方面学起。</w:t>
      </w:r>
      <w:r>
        <w:rPr>
          <w:lang w:eastAsia="zh-CN"/>
        </w:rPr>
        <w:br/>
      </w:r>
      <w:r>
        <w:rPr>
          <w:lang w:eastAsia="zh-CN"/>
        </w:rPr>
        <w:t>　　一是向书本学习,坚持每天挤出一定的时间不断充实自己,端正态度,改进方法,广泛汲取各种营养;</w:t>
      </w:r>
      <w:r>
        <w:rPr>
          <w:lang w:eastAsia="zh-CN"/>
        </w:rPr>
        <w:br/>
      </w:r>
      <w:r>
        <w:rPr>
          <w:lang w:eastAsia="zh-CN"/>
        </w:rPr>
        <w:t>　　二是向领导学。在办公室工作,与领导接触的机会比较多,我亲身感受了各位领导的人格魅力、领导风范和工作艺术,使我受益匪浅,收获甚丰。</w:t>
      </w:r>
      <w:r>
        <w:rPr>
          <w:lang w:eastAsia="zh-CN"/>
        </w:rPr>
        <w:br/>
      </w:r>
      <w:r>
        <w:rPr>
          <w:lang w:eastAsia="zh-CN"/>
        </w:rPr>
        <w:t>　　三是向周围的同事学习,工作中我始终保持谦虚谨慎、虚心求教的态度,学习他们求真务实的工作作风和处理问题的方法;四是向实践学习,把所学的知识运用于实际工作中,在实践中检验所学知识,查找不足,提高自己,防止和克服浅尝辄止、一知半解的倾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通过这段时间的工作,我充分认识到了我们公司的潜力,虽然我们公司不大,也有很多东西并不完善,但是我相信我们公司的领导能够把我公司发展壮大,我也相信我以后一定能够在我们公司踏实工作,努力学习,将来在公司干出一定成绩.我相信我能够坚持以公司利益为重。在以后的工作中充分展示我们新干的风采,展示我们公司员工良好的素质和面貌,为公司的发展作出自己的一分努力.</w:t>
      </w:r>
      <w:r>
        <w:rPr>
          <w:lang w:eastAsia="zh-CN"/>
        </w:rPr>
        <w:br/>
      </w:r>
      <w:r>
        <w:rPr>
          <w:lang w:eastAsia="zh-CN"/>
        </w:rPr>
        <w:t>　　这是我的第一份工作，在入职以来我学到了很多，感悟了很多；看到公司的迅速发展，我深深地感到骄傲和自豪，也更加迫切的希望以一名正式员工的身份在这里工作，实现自己的奋斗目标，体现自己的人生价值，和公司一起成长。在此我提出转正申请，恳请领导给我继续锻炼自己、实现理想的机会。我会用谦虚的态度和饱满的热情做好我的本职工作，为公司创造价值，同公司一起展望美好的未来！</w:t>
      </w:r>
      <w:r>
        <w:rPr>
          <w:lang w:eastAsia="zh-CN"/>
        </w:rPr>
        <w:br/>
      </w:r>
      <w:r>
        <w:rPr>
          <w:lang w:eastAsia="zh-CN"/>
        </w:rPr>
        <w:t>　　申请人：</w:t>
      </w:r>
      <w:r>
        <w:rPr>
          <w:lang w:eastAsia="zh-CN"/>
        </w:rPr>
        <w:br/>
      </w:r>
      <w:r>
        <w:rPr>
          <w:lang w:eastAsia="zh-CN"/>
        </w:rPr>
        <w:t>　　20__年_月_日</w:t>
      </w:r>
      <w:r>
        <w:rPr>
          <w:lang w:eastAsia="zh-CN"/>
        </w:rPr>
        <w:br/>
      </w:r>
      <w:r>
        <w:rPr>
          <w:lang w:eastAsia="zh-CN"/>
        </w:rPr>
        <w:t xml:space="preserve">    试用期1000字工作总结范文 篇5 </w:t>
      </w:r>
      <w:r>
        <w:rPr>
          <w:lang w:eastAsia="zh-CN"/>
        </w:rPr>
        <w:br/>
      </w:r>
      <w:r>
        <w:rPr>
          <w:lang w:eastAsia="zh-CN"/>
        </w:rPr>
        <w:t>　　我很荣幸来到泰信科技从事金融事业部技术支持中心储备主任工作，转眼三个月的试用期过去了，在领导的言传身教、关心培养下，在同事们的支持帮助、密切配合下，我不断加强事业部业务学习，对工作精益求精，较为圆满地完成了自己所承担的各项工作任务，个人职业素质和业务工作能力都取得了一定的进步，为今后的工作和学习打下了良好的基础，现将个人工作学习情况总结如下：</w:t>
      </w:r>
      <w:r>
        <w:rPr>
          <w:lang w:eastAsia="zh-CN"/>
        </w:rPr>
        <w:br/>
      </w:r>
      <w:r>
        <w:rPr>
          <w:lang w:eastAsia="zh-CN"/>
        </w:rPr>
        <w:t>　　一、对公司的认识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从刚到泰信对于金融事业部的业务比较陌生，到经过三个月的学习及领导和同事的指导，使我对公司管理结构和事业部等有了较为深刻的认识，对自己所在岗位的工作内容有了大概的了解。公司业务范围主要划分为金融、司法以及智能化等三大领域，下属分公司主要包括湖北分公司、江西分公司、湖南分公司、河南分公司、广西分公司、云南分公司以及新疆分公司等。我们金融事业部技术支持中心主要对分公司技术进行协助支持。</w:t>
      </w:r>
      <w:r>
        <w:rPr>
          <w:lang w:eastAsia="zh-CN"/>
        </w:rPr>
        <w:br/>
      </w:r>
      <w:r>
        <w:rPr>
          <w:lang w:eastAsia="zh-CN"/>
        </w:rPr>
        <w:t>　　二、工作方面</w:t>
      </w:r>
      <w:r>
        <w:rPr>
          <w:lang w:eastAsia="zh-CN"/>
        </w:rPr>
        <w:br/>
      </w:r>
      <w:r>
        <w:rPr>
          <w:lang w:eastAsia="zh-CN"/>
        </w:rPr>
        <w:t>　　入职不久，适逢湖南分公司农行前段联网项目中标。湖南分公司因去年才成立不久，技术力量相对薄弱。我被派过去做技术支持，主要负责农行前端联网前期摸底做方案及预算。湖南我们主要是负责常德和湘西两市的前端改造。通过一个月的时间，我前端网点摸底以及同甲方市分行保卫处领导交流，圆满完成了常德79个网点以及湘西28个网点的设计方案及预算，共计900多万。</w:t>
      </w:r>
      <w:r>
        <w:rPr>
          <w:lang w:eastAsia="zh-CN"/>
        </w:rPr>
        <w:br/>
      </w:r>
      <w:r>
        <w:rPr>
          <w:lang w:eastAsia="zh-CN"/>
        </w:rPr>
        <w:t>　　4月下旬湖南农行联网进入到具体实施阶段。我把前期湖北联网遇到的问题及讯美联网软件商的要求进行了收集整理，写了湖南前端联网规范流程。按此流程指导，顺利实施了常德城区3个样板网点的联网接入工作。</w:t>
      </w:r>
      <w:r>
        <w:rPr>
          <w:lang w:eastAsia="zh-CN"/>
        </w:rPr>
        <w:br/>
      </w:r>
      <w:r>
        <w:rPr>
          <w:lang w:eastAsia="zh-CN"/>
        </w:rPr>
        <w:t>　　金融技术支持中心除了对下属分公司技术支持外还需对中心业务拓展的项目进行支持，</w:t>
      </w:r>
      <w:r>
        <w:rPr>
          <w:lang w:eastAsia="zh-CN"/>
        </w:rPr>
        <w:br/>
      </w:r>
      <w:r>
        <w:rPr>
          <w:lang w:eastAsia="zh-CN"/>
        </w:rPr>
        <w:t>　　4月上旬，金融事业部与浙江捷尚合作在整个金融业推广智能分析系统，我负责湖北农行试点安装调试。经过几天的测试以及与捷尚技术员沟通最终完成了农行ATM智能分析、柜员窗口人脸叠加以及视频质量诊断等系统的试点安装调试工作。</w:t>
      </w:r>
      <w:r>
        <w:rPr>
          <w:lang w:eastAsia="zh-CN"/>
        </w:rPr>
        <w:br/>
      </w:r>
      <w:r>
        <w:rPr>
          <w:lang w:eastAsia="zh-CN"/>
        </w:rPr>
        <w:t>　　三、学习生活方面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在工作过程中，我深深感到加强自身学习、提高自身素质的紧迫性，一是向书本学习，坚持每天挤出一定的时间不断充实自己，端正态度，改进方法，广泛吸取各种“营养”，积极准备二级建造师的考试。二是向周围的同志学习，工作中我始终保持谦虚谨慎、虚心求教的态度，主动向领导、同事们请教，学习他们任劳任怨、求真务实的工作作风和处理问题的方法;三是向实践学习，把所学的知识运用于实际工作中，在实践中检验所学知识，查找不足，提高自己，防止和克服浅尝辄止、一知半解的倾向。</w:t>
      </w:r>
      <w:r>
        <w:rPr>
          <w:lang w:eastAsia="zh-CN"/>
        </w:rPr>
        <w:br/>
      </w:r>
      <w:r>
        <w:rPr>
          <w:lang w:eastAsia="zh-CN"/>
        </w:rPr>
        <w:t>　　三个月来我在领导和同事们的帮助和支持下取得了一定的成绩，但我深知自己还存在一些缺点和不足，与工作需要和领导要求相比，还有一定差距。一是做事还不够细心，容易造成一些漏洞。二是工作的预见力和前瞻性还不够强。三是工作的灵活性还不够。在今后的工作中，我要努力做到戒骄戒躁，坚定政治信念，加强理论学习，积累经验教训，不断调整自己的思维方式和工作方法，在实践中磨练自己，成为单位需要的优秀人才。</w:t>
      </w:r>
      <w:r>
        <w:rPr>
          <w:lang w:eastAsia="zh-CN"/>
        </w:rPr>
        <w:br/>
      </w:r>
      <w:r>
        <w:rPr>
          <w:lang w:eastAsia="zh-CN"/>
        </w:rPr>
        <w:t xml:space="preserve">    试用期1000字工作总结范文 篇6 </w:t>
      </w:r>
      <w:r>
        <w:rPr>
          <w:lang w:eastAsia="zh-CN"/>
        </w:rPr>
        <w:br/>
      </w:r>
      <w:r>
        <w:rPr>
          <w:lang w:eastAsia="zh-CN"/>
        </w:rPr>
        <w:t>　　3. 轮班或操作工人变化时.</w:t>
      </w:r>
      <w:r>
        <w:rPr>
          <w:lang w:eastAsia="zh-CN"/>
        </w:rPr>
        <w:br/>
      </w:r>
      <w:r>
        <w:rPr>
          <w:lang w:eastAsia="zh-CN"/>
        </w:rPr>
        <w:t>　　4. 材料发生变化时.</w:t>
      </w:r>
      <w:r>
        <w:rPr>
          <w:lang w:eastAsia="zh-CN"/>
        </w:rPr>
        <w:br/>
      </w:r>
      <w:r>
        <w:rPr>
          <w:lang w:eastAsia="zh-CN"/>
        </w:rPr>
        <w:t>　　六. IPQC应重视巡视.</w:t>
      </w:r>
      <w:r>
        <w:rPr>
          <w:lang w:eastAsia="zh-CN"/>
        </w:rPr>
        <w:br/>
      </w:r>
      <w:r>
        <w:rPr>
          <w:lang w:eastAsia="zh-CN"/>
        </w:rPr>
        <w:t>　　1. 巡视不是做样子,何谓巡回检验.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巡回检验就是指检查员按一定的时间间隔和路线依次到工作地或生产场所,用抽查的形式,检查刚加工出来的产品,是否符合图纸,工艺,或检查作业指导书中所规定的要求.</w:t>
      </w:r>
      <w:r>
        <w:rPr>
          <w:lang w:eastAsia="zh-CN"/>
        </w:rPr>
        <w:br/>
      </w:r>
      <w:r>
        <w:rPr>
          <w:lang w:eastAsia="zh-CN"/>
        </w:rPr>
        <w:t>　　七. 巡视的重要性</w:t>
      </w:r>
      <w:r>
        <w:rPr>
          <w:lang w:eastAsia="zh-CN"/>
        </w:rPr>
        <w:br/>
      </w:r>
      <w:r>
        <w:rPr>
          <w:lang w:eastAsia="zh-CN"/>
        </w:rPr>
        <w:t>　　1. 可以随时发现某工序的品质发生异常,防止大量不良品产生.</w:t>
      </w:r>
      <w:r>
        <w:rPr>
          <w:lang w:eastAsia="zh-CN"/>
        </w:rPr>
        <w:br/>
      </w:r>
      <w:r>
        <w:rPr>
          <w:lang w:eastAsia="zh-CN"/>
        </w:rPr>
        <w:t>　　2. 可以监督作业员的作业,使品质处于受控状态.</w:t>
      </w:r>
      <w:r>
        <w:rPr>
          <w:lang w:eastAsia="zh-CN"/>
        </w:rPr>
        <w:br/>
      </w:r>
      <w:r>
        <w:rPr>
          <w:lang w:eastAsia="zh-CN"/>
        </w:rPr>
        <w:t>　　3. 可以监督线上的5S情况.</w:t>
      </w:r>
      <w:r>
        <w:rPr>
          <w:lang w:eastAsia="zh-CN"/>
        </w:rPr>
        <w:br/>
      </w:r>
      <w:r>
        <w:rPr>
          <w:lang w:eastAsia="zh-CN"/>
        </w:rPr>
        <w:t>　　八. IPQC应怎样进行巡视</w:t>
      </w:r>
      <w:r>
        <w:rPr>
          <w:lang w:eastAsia="zh-CN"/>
        </w:rPr>
        <w:br/>
      </w:r>
      <w:r>
        <w:rPr>
          <w:lang w:eastAsia="zh-CN"/>
        </w:rPr>
        <w:t>　　1. 定时抽检容易发生品质变异之工序.</w:t>
      </w:r>
      <w:r>
        <w:rPr>
          <w:lang w:eastAsia="zh-CN"/>
        </w:rPr>
        <w:br/>
      </w:r>
      <w:r>
        <w:rPr>
          <w:lang w:eastAsia="zh-CN"/>
        </w:rPr>
        <w:t>　　2. 及时检查各工序变更之原材料是否符合要求.</w:t>
      </w:r>
      <w:r>
        <w:rPr>
          <w:lang w:eastAsia="zh-CN"/>
        </w:rPr>
        <w:br/>
      </w:r>
      <w:r>
        <w:rPr>
          <w:lang w:eastAsia="zh-CN"/>
        </w:rPr>
        <w:t>　　3. 检查线上5S是否OK.</w:t>
      </w:r>
      <w:r>
        <w:rPr>
          <w:lang w:eastAsia="zh-CN"/>
        </w:rPr>
        <w:br/>
      </w:r>
      <w:r>
        <w:rPr>
          <w:lang w:eastAsia="zh-CN"/>
        </w:rPr>
        <w:t>　　4. 检查每位作业员是否依标淮作业.</w:t>
      </w:r>
      <w:r>
        <w:rPr>
          <w:lang w:eastAsia="zh-CN"/>
        </w:rPr>
        <w:br/>
      </w:r>
      <w:r>
        <w:rPr>
          <w:lang w:eastAsia="zh-CN"/>
        </w:rPr>
        <w:t>　　5. 当巡视到某工序品质发生异常时,依自已的能力尽量解决,如果不能解决,应及时把真实情况反应给上级.</w:t>
      </w:r>
      <w:r>
        <w:rPr>
          <w:lang w:eastAsia="zh-CN"/>
        </w:rPr>
        <w:br/>
      </w:r>
      <w:r>
        <w:rPr>
          <w:lang w:eastAsia="zh-CN"/>
        </w:rPr>
        <w:t>　　6. 检查仪器,治具,资料的输入是否符合要求.</w:t>
      </w:r>
      <w:r>
        <w:rPr>
          <w:lang w:eastAsia="zh-CN"/>
        </w:rPr>
        <w:br/>
      </w:r>
      <w:r>
        <w:rPr>
          <w:lang w:eastAsia="zh-CN"/>
        </w:rPr>
        <w:t>　　7. 及时检查成品的各项电气特性是否符合要求.</w:t>
      </w:r>
      <w:r>
        <w:rPr>
          <w:lang w:eastAsia="zh-CN"/>
        </w:rPr>
        <w:br/>
      </w:r>
      <w:r>
        <w:rPr>
          <w:lang w:eastAsia="zh-CN"/>
        </w:rPr>
        <w:t>　　8. 认真真实地填写好每一份报表.总结:现场中的一切事物都在不停地变化著,昨天还合理的事物,今天就不一定了,改善永无止境,没有最好,只有更好,怀疑越多,对现场了 解就越多.</w:t>
      </w:r>
      <w:r>
        <w:rPr>
          <w:lang w:eastAsia="zh-CN"/>
        </w:rPr>
        <w:br/>
      </w:r>
      <w:r>
        <w:rPr>
          <w:lang w:eastAsia="zh-CN"/>
        </w:rPr>
        <w:t>　　3. 轮班或操作工人变化时.</w:t>
      </w:r>
      <w:r>
        <w:rPr>
          <w:lang w:eastAsia="zh-CN"/>
        </w:rPr>
        <w:br/>
      </w:r>
      <w:r>
        <w:rPr>
          <w:lang w:eastAsia="zh-CN"/>
        </w:rPr>
        <w:t>　　4. 材料发生变化时.</w:t>
      </w:r>
      <w:r>
        <w:rPr>
          <w:lang w:eastAsia="zh-CN"/>
        </w:rPr>
        <w:br/>
      </w:r>
      <w:r>
        <w:rPr>
          <w:lang w:eastAsia="zh-CN"/>
        </w:rPr>
        <w:t>　　六. IPQC应重视巡视.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1.巡视不是做样子,何谓巡回检验.巡回检验就是指检查员按一定的时间间隔和路线依次到工作地或生产场所,用抽查的形式,检查刚加工出来的产品,是否符合图纸,工艺,或检查作业指导书中所规定的要求.</w:t>
      </w:r>
      <w:r>
        <w:rPr>
          <w:lang w:eastAsia="zh-CN"/>
        </w:rPr>
        <w:br/>
      </w:r>
      <w:r>
        <w:rPr>
          <w:lang w:eastAsia="zh-CN"/>
        </w:rPr>
        <w:t>　　七. 巡视的重要性</w:t>
      </w:r>
      <w:r>
        <w:rPr>
          <w:lang w:eastAsia="zh-CN"/>
        </w:rPr>
        <w:br/>
      </w:r>
      <w:r>
        <w:rPr>
          <w:lang w:eastAsia="zh-CN"/>
        </w:rPr>
        <w:t>　　1. 可以随时发现某工序的品质发生异常,防止大量不良品产生.</w:t>
      </w:r>
      <w:r>
        <w:rPr>
          <w:lang w:eastAsia="zh-CN"/>
        </w:rPr>
        <w:br/>
      </w:r>
      <w:r>
        <w:rPr>
          <w:lang w:eastAsia="zh-CN"/>
        </w:rPr>
        <w:t>　　2. 可以监督作业员的作业,使品质处于受控状态.</w:t>
      </w:r>
      <w:r>
        <w:rPr>
          <w:lang w:eastAsia="zh-CN"/>
        </w:rPr>
        <w:br/>
      </w:r>
      <w:r>
        <w:rPr>
          <w:lang w:eastAsia="zh-CN"/>
        </w:rPr>
        <w:t>　　3. 可以监督线上的5S情况.</w:t>
      </w:r>
      <w:r>
        <w:rPr>
          <w:lang w:eastAsia="zh-CN"/>
        </w:rPr>
        <w:br/>
      </w:r>
      <w:r>
        <w:rPr>
          <w:lang w:eastAsia="zh-CN"/>
        </w:rPr>
        <w:t>　　八. IPQC应怎样进行巡视</w:t>
      </w:r>
      <w:r>
        <w:rPr>
          <w:lang w:eastAsia="zh-CN"/>
        </w:rPr>
        <w:br/>
      </w:r>
      <w:r>
        <w:rPr>
          <w:lang w:eastAsia="zh-CN"/>
        </w:rPr>
        <w:t>　　1. 定时抽检容易发生品质变异之工序.</w:t>
      </w:r>
      <w:r>
        <w:rPr>
          <w:lang w:eastAsia="zh-CN"/>
        </w:rPr>
        <w:br/>
      </w:r>
      <w:r>
        <w:rPr>
          <w:lang w:eastAsia="zh-CN"/>
        </w:rPr>
        <w:t>　　2. 及时检查各工序变更之原材料是否符合要求.</w:t>
      </w:r>
      <w:r>
        <w:rPr>
          <w:lang w:eastAsia="zh-CN"/>
        </w:rPr>
        <w:br/>
      </w:r>
      <w:r>
        <w:rPr>
          <w:lang w:eastAsia="zh-CN"/>
        </w:rPr>
        <w:t>　　3. 检查线上5S是否OK.</w:t>
      </w:r>
      <w:r>
        <w:rPr>
          <w:lang w:eastAsia="zh-CN"/>
        </w:rPr>
        <w:br/>
      </w:r>
      <w:r>
        <w:rPr>
          <w:lang w:eastAsia="zh-CN"/>
        </w:rPr>
        <w:t>　　4. 检查每位作业员是否依标淮作业.</w:t>
      </w:r>
      <w:r>
        <w:rPr>
          <w:lang w:eastAsia="zh-CN"/>
        </w:rPr>
        <w:br/>
      </w:r>
      <w:r>
        <w:rPr>
          <w:lang w:eastAsia="zh-CN"/>
        </w:rPr>
        <w:t>　　5. 当巡视到某工序品质发生异常时,依自已的能力尽量解决,如果不能解决,应及时把真实情况反应给上级.</w:t>
      </w:r>
      <w:r>
        <w:rPr>
          <w:lang w:eastAsia="zh-CN"/>
        </w:rPr>
        <w:br/>
      </w:r>
      <w:r>
        <w:rPr>
          <w:lang w:eastAsia="zh-CN"/>
        </w:rPr>
        <w:t>　　6. 检查仪器,治具,资料的输入是否符合要求.</w:t>
      </w:r>
      <w:r>
        <w:rPr>
          <w:lang w:eastAsia="zh-CN"/>
        </w:rPr>
        <w:br/>
      </w:r>
      <w:r>
        <w:rPr>
          <w:lang w:eastAsia="zh-CN"/>
        </w:rPr>
        <w:t>　　7. 及时检查成品的各项电气特性是否符合要求.</w:t>
      </w:r>
      <w:r>
        <w:rPr>
          <w:lang w:eastAsia="zh-CN"/>
        </w:rPr>
        <w:br/>
      </w:r>
      <w:r>
        <w:rPr>
          <w:lang w:eastAsia="zh-CN"/>
        </w:rPr>
        <w:t>　　8. 认真真实地填写好每一份报表.</w:t>
      </w:r>
      <w:r>
        <w:rPr>
          <w:lang w:eastAsia="zh-CN"/>
        </w:rPr>
        <w:br/>
      </w:r>
      <w:r>
        <w:rPr>
          <w:lang w:eastAsia="zh-CN"/>
        </w:rPr>
        <w:t>　　总结:现场中的一切事物都在不停地变化著,昨天还合理的事物,今 天就不一定了,改善永无</w:t>
      </w:r>
      <w:r>
        <w:rPr>
          <w:lang w:eastAsia="zh-CN"/>
        </w:rPr>
        <w:br/>
      </w:r>
      <w:r>
        <w:rPr>
          <w:lang w:eastAsia="zh-CN"/>
        </w:rPr>
        <w:t>　　止境,没有最好,只有更好,怀疑越多,对现场了 解就越多.</w:t>
      </w:r>
      <w:r>
        <w:rPr>
          <w:lang w:eastAsia="zh-CN"/>
        </w:rPr>
        <w:br/>
      </w:r>
      <w:r>
        <w:rPr>
          <w:lang w:eastAsia="zh-CN"/>
        </w:rPr>
        <w:t>　　在这繁忙的工作中还不觉又迎来了新的一年，20__年是有意义 有收获的一年。在这平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凡的一年中，我们犹如一颗冉冉升起的明珠，在不断创新，极力改革产业效益再创新高。</w:t>
      </w:r>
      <w:r>
        <w:rPr>
          <w:lang w:eastAsia="zh-CN"/>
        </w:rPr>
        <w:br/>
      </w:r>
      <w:r>
        <w:rPr>
          <w:lang w:eastAsia="zh-CN"/>
        </w:rPr>
        <w:t>　　在过去的一年里，在公司领导和同事的帮助下，克尽职守，圆满的完成领导布置的各项任务，</w:t>
      </w:r>
      <w:r>
        <w:rPr>
          <w:lang w:eastAsia="zh-CN"/>
        </w:rPr>
        <w:br/>
      </w:r>
      <w:r>
        <w:rPr>
          <w:lang w:eastAsia="zh-CN"/>
        </w:rPr>
        <w:t xml:space="preserve">    试用期1000字工作总结范文 篇7 </w:t>
      </w:r>
      <w:r>
        <w:rPr>
          <w:lang w:eastAsia="zh-CN"/>
        </w:rPr>
        <w:br/>
      </w:r>
      <w:r>
        <w:rPr>
          <w:lang w:eastAsia="zh-CN"/>
        </w:rPr>
        <w:t>　　本人进公司已有两个多月的时间，亦经过这么多时间的工作和学习，现对于目前公司所面临的市场形势和我所展开的销售工作做一些总结和分析。如有不妥之处，敬请谅解指正。</w:t>
      </w:r>
      <w:r>
        <w:rPr>
          <w:lang w:eastAsia="zh-CN"/>
        </w:rPr>
        <w:br/>
      </w:r>
      <w:r>
        <w:rPr>
          <w:lang w:eastAsia="zh-CN"/>
        </w:rPr>
        <w:t>　　自从8月份以来，我这段时间详细的研究了公司的销售报表和销售产品 ，发现：</w:t>
      </w:r>
      <w:r>
        <w:rPr>
          <w:lang w:eastAsia="zh-CN"/>
        </w:rPr>
        <w:br/>
      </w:r>
      <w:r>
        <w:rPr>
          <w:lang w:eastAsia="zh-CN"/>
        </w:rPr>
        <w:t>　　1)公司的销售额从5月份的100万左右到6月份的170万左右到7月份的近300万左右，从销售额上来看，销售业绩是有了一部分的增长，但从销售单价和销售利润来看，却处于下滑的势态;</w:t>
      </w:r>
      <w:r>
        <w:rPr>
          <w:lang w:eastAsia="zh-CN"/>
        </w:rPr>
        <w:br/>
      </w:r>
      <w:r>
        <w:rPr>
          <w:lang w:eastAsia="zh-CN"/>
        </w:rPr>
        <w:t>　　2)从经销商数量来看，深圳范围之内的经销商公司亦都有过业务往来，东莞比较有实力的如创高、名利佳、盈东，也有业务往来，但综合经销商分析来看，以上经销商尤其是比较大的经销商，从我司的拿货一般局限于重庆铬酐(黑桶)和inco的硫酸镍和氯化镍之类的产品，其余的几乎很少拿货，而以上产品几乎可以说是保本或亏损销售，毫无多少利润可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3)从产品销售分析来看，公司前几个月主要是以铬酐和inco系列为主，六月份到七月份有很大的增长，主要是当时以天力为主的原华创的比较有实力的客户贪图公司的哈萨克斯坦铬酐和inco系列产品远低于市场价格而大量进货，而造成短期增长的虚假市场泡沫现象。</w:t>
      </w:r>
      <w:r>
        <w:rPr>
          <w:lang w:eastAsia="zh-CN"/>
        </w:rPr>
        <w:br/>
      </w:r>
      <w:r>
        <w:rPr>
          <w:lang w:eastAsia="zh-CN"/>
        </w:rPr>
        <w:t>　　从以上三点问题综合分析来看，我们公司所面临着以下经营问题：</w:t>
      </w:r>
      <w:r>
        <w:rPr>
          <w:lang w:eastAsia="zh-CN"/>
        </w:rPr>
        <w:br/>
      </w:r>
      <w:r>
        <w:rPr>
          <w:lang w:eastAsia="zh-CN"/>
        </w:rPr>
        <w:t>　　第一、销售额和利润的问题</w:t>
      </w:r>
      <w:r>
        <w:rPr>
          <w:lang w:eastAsia="zh-CN"/>
        </w:rPr>
        <w:br/>
      </w:r>
      <w:r>
        <w:rPr>
          <w:lang w:eastAsia="zh-CN"/>
        </w:rPr>
        <w:t>　　我们公司在七月份的销售量的增加和市场占有率提高的情况下，利润并没有提高或得到改善;其实这种销量和市场占有率的提升，并没有实际太大的意义，甚至可以说是极为危险的现象。我们可以想象：一家销售额很高但利润率很低的公司，利润率一旦降下来，会不会产生巨额亏损?</w:t>
      </w:r>
      <w:r>
        <w:rPr>
          <w:lang w:eastAsia="zh-CN"/>
        </w:rPr>
        <w:br/>
      </w:r>
      <w:r>
        <w:rPr>
          <w:lang w:eastAsia="zh-CN"/>
        </w:rPr>
        <w:t>　　从公司目前的形式来看，我们公司目前内部在管理上可供压低的成本已经很少，而外部的市场压力会越来越大，我们的销售额一旦做起来，首先会引起竞争同行的注视，没有任何人愿意把碗里的饭无偿的分给别人，在这种情况下，竞争同行肯定会调整销售策略和产品价格，来抢占客户资源。其次，销售人员和公司，亦会迫于销售额和市场的压力，拼命的降低售价或付出更大的销售成本来争取客户，本身来说，公司的产品售价已经没有任何可以再压缩的空间，一旦迫于市场和销售额的压力再次压低价格和提高销售成本的话，那么销售额越高，利润就越低，也可以说是亏损越来越大。</w:t>
      </w:r>
      <w:r>
        <w:rPr>
          <w:lang w:eastAsia="zh-CN"/>
        </w:rPr>
        <w:br/>
      </w:r>
      <w:r>
        <w:rPr>
          <w:lang w:eastAsia="zh-CN"/>
        </w:rPr>
        <w:t>　　第二、有关客户的管理和控制的问题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一流企业做规则，二流企业做品牌，三流企业做市场。对于广东市场，包括(深圳、东莞)除高力和华创之外的电镀材料企业来说，目前还都在为做市场而努力，尤其是在深圳、东莞两地，对那些不入流的小经销而言，为了在做市场而生存，他们的目的就是为了追逐利益的最大化。因此，没有任何忠诚信任可言。但是以目前的市场形势来看，他们又是我们公司的主要针对客户，因此，我们公司没有办法完全笼络和控制这些小经销商，以我们公司目前的客户“天力”举例来说：在七月份的销售量中，“天力”的进货额，将近占我们公司总销售额的三分之一，而“天力”的主要进货量是以哈萨克斯坦铬酸和inco系列产品为主，而这些产品价格远低于高力和华创的同时，“天力”几乎都要求开具增值税发票，而我们自信认为有一定优势的重庆铬酐(黑桶)，“天力”却不以为然，并多次告诉我们公司说，以上产品的拿货远低于我们公司(当时我们公司的售货价为含税价16。3元/kg)，而华创调整为含税价为16。00元/kg，华创的价格对于这些需求量比较大的又想做正规(发票)的小经销商而言，是绝对具有诱惑力的，更不要谈华创给予这些开具发票的客户一个月期数。因此，这些以“天力”为主的，比如：创高、盈东在深圳、东莞具有一定实力的客户，在大批量进货时，尤其是需要发票的情况下，仍然会以华创为主，不仅是华创给予他们一个月的期数，更重要的是价格亦有一定的优势，而对其它的小型散户经销商认为我们公司比较具有诱惑力的是：①、1吨半吨都会送货上门;②、部分产品的不开票价格低于市场。但是，目前的这些小散户对于我们公司来说，在扣除人工及各方面销售成本，都可以说是在亏损经营。</w:t>
      </w:r>
      <w:r>
        <w:rPr>
          <w:lang w:eastAsia="zh-CN"/>
        </w:rPr>
        <w:br/>
      </w:r>
      <w:r>
        <w:rPr>
          <w:lang w:eastAsia="zh-CN"/>
        </w:rPr>
        <w:t>　　第三、有关产品线和优势产品的问题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纵观我们公司从开业以来的产品销售情况，可以看出，我们公司的产品主导销售一直是以重庆铬酐、nico系列产品为主，其它只是小量销售，即使以上主导产品也是主要以小量销售为主，同时，以七月份到8月上旬的销售情况来看，我们公司在产品经营存在：</w:t>
      </w:r>
      <w:r>
        <w:rPr>
          <w:lang w:eastAsia="zh-CN"/>
        </w:rPr>
        <w:br/>
      </w:r>
      <w:r>
        <w:rPr>
          <w:lang w:eastAsia="zh-CN"/>
        </w:rPr>
        <w:t>　　1、货源配合不及时的`问题：小的经销商由于资金的限制，一般都不愿意做比较大的库存，因此，他们需要上游的供货商具备比较大的仓储能力，对他们来说可以起到一个仓储的作用，要货的话可以随叫随到，但从7月20号以来，我们公司在主导产品(重庆铬酐、硫酸镍)一直缺货，做代理或贸易关键的一环就是产品供应的稳定性和持续性。由于我们公司反复缺货，会在一定程度给经销商一种投机、实力不够的不良印象;</w:t>
      </w:r>
      <w:r>
        <w:rPr>
          <w:lang w:eastAsia="zh-CN"/>
        </w:rPr>
        <w:br/>
      </w:r>
      <w:r>
        <w:rPr>
          <w:lang w:eastAsia="zh-CN"/>
        </w:rPr>
        <w:t>　　2、产品价格的不稳定性：化工类产品的市场价格在一定程度上，一般不会像金属那样波动。我们公司自从6月份以来产品的价格一直都变化，比如：以哈萨克斯坦铬酸为例，6月份到7月15号前不含税售价为14。8元/kg，7月15号到7月底不含税售价为15。3元/kg，8月1号至今增长至15。7元/kg。在价格的波动上，我们公司留给经销商一个做好了、好销了就涨价的印象。</w:t>
      </w:r>
      <w:r>
        <w:rPr>
          <w:lang w:eastAsia="zh-CN"/>
        </w:rPr>
        <w:br/>
      </w:r>
      <w:r>
        <w:rPr>
          <w:lang w:eastAsia="zh-CN"/>
        </w:rPr>
        <w:t xml:space="preserve">    试用期1000字工作总结范文 篇8 </w:t>
      </w:r>
      <w:r>
        <w:rPr>
          <w:lang w:eastAsia="zh-CN"/>
        </w:rPr>
        <w:br/>
      </w:r>
      <w:r>
        <w:rPr>
          <w:lang w:eastAsia="zh-CN"/>
        </w:rPr>
        <w:t>　　20_年_月_日，我满怀期望和热心来到了_有限公司，经过面试与领导的交流之后，最终确认我在公司的财政部作业。转眼间，_个月的时刻就曩昔了，我的试用期也效果，在此转正请求的一同，对自己曩昔_个月的作业状况予以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经过这些天的学习和作业，让我收成颇丰。首要，让我获得了理论与实践进行结合的时机，使我理解没详细的实践经历，全部理论都是空谈，在作业的进程中我对自己的管帐理论有了新的知道。更为重要的是：关于人与人之间的交流、协作、调和有了新的领会，要想做好作业，首要要学会怎么样去做人。</w:t>
      </w:r>
      <w:r>
        <w:rPr>
          <w:lang w:eastAsia="zh-CN"/>
        </w:rPr>
        <w:br/>
      </w:r>
      <w:r>
        <w:rPr>
          <w:lang w:eastAsia="zh-CN"/>
        </w:rPr>
        <w:t>　　为人处事方面，财政部分是一个要求细腻的部分，整天与数字打交道，所以不允许大意。咱们都清楚，财政部都是女搭档多，男搭档比较少，所以我心里还会有些严重，心想，会不会与她们方枘圆凿呢，没有共同语言呢。我刚进入公司的榜首天，自己作业室的搭档对我就很热心，对我很是照料，使我感觉，自己从前的忧虑彻底是庸人自扰。这是一个调和的团体，联合的团体，调和的团体，亲热的团体。我很感动，对待搭档天然也是怀着感谢之情，用最真挚的心与搭档交流着。与他们一同上班，感觉轻松自在，不像其他公司那样，同一作业室搭档一天都没有几句话说。作业期间，他们帮过我许多，包含作业上的和日子上的，常常有作业上的问题讨教他们，他们都是很耐性的帮我回答，下班之余，咱们也会一同谈天，议论自己的收成，或是心境。领导对我也很照料，常常会问我有没有什么困难，有困难就提出来，咱们一同处理，咱们是一个团体。而关于领导的话，我是彻底遵守。与其他部分搭档之间，碰头也都会打招呼，与宿舍的搭档联系共处得也很好。总的来说，这三个月的时刻，我与搭档的共处是很调和的，可以很快的融入他们，咱们一同作业，互相照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作业事务方面，在来到视凯威之前，我是在一家国企的财政部分作业的，由于分工比较细，我一向都是触摸的出售管帐这一块的事务。因而，我的娴熟技术也比较单一。而来到视凯威之后，由于公司是刚起步的，配套软件还没有到位，因而只能用手艺记账，而且还要操作全盘的账务。刚开端着实压力很大，尽管在校园的理论都把握的厚实，但毕竟实践作业跟理论仍是有很大不同的，而且我也有差不多两年没有用手艺记账了，手艺记账的一些关键也有一些陌生。可是，领导对我的信赖令我决心满怀，不论怎样，我都不能令领导绝望。因而，我只能在作业的一同，不断的去稳固曾经所学的常识。三个月的财政作业，从编制记账凭据到挂号账薄，出具财政报表，全部都是手艺处理，由于我的仔细和勤劳，每次都能及时精确的完结领导交待的使命，供给相关的财政数据，因而，我对自己的作业效果仍是比较满意的。这段作业时刻中，我触摸到了税务，行政，本钱，资料，出售，报表等几大类的内容，触摸到了我曾经没有触摸的常识，感触到了曾经没有感触到的气氛。</w:t>
      </w:r>
      <w:r>
        <w:rPr>
          <w:lang w:eastAsia="zh-CN"/>
        </w:rPr>
        <w:br/>
      </w:r>
      <w:r>
        <w:rPr>
          <w:lang w:eastAsia="zh-CN"/>
        </w:rPr>
        <w:t xml:space="preserve">    试用期1000字工作总结范文 篇9 </w:t>
      </w:r>
      <w:r>
        <w:rPr>
          <w:lang w:eastAsia="zh-CN"/>
        </w:rPr>
        <w:br/>
      </w:r>
      <w:r>
        <w:rPr>
          <w:lang w:eastAsia="zh-CN"/>
        </w:rPr>
        <w:t>　　从9月份开始，芗城大队组织我们这批交通协管员进行培训，加强交通协管员业务素质、科技文化素质、体能素质等。</w:t>
      </w:r>
      <w:r>
        <w:rPr>
          <w:lang w:eastAsia="zh-CN"/>
        </w:rPr>
        <w:br/>
      </w:r>
      <w:r>
        <w:rPr>
          <w:lang w:eastAsia="zh-CN"/>
        </w:rPr>
        <w:t>　　我是这次新招收的警，对于交通管理方面的业务知识知之甚少，而交通安全的法律法规更是不熟悉，很多程序都是遇到一项学一项，在劝导群众的同时，我更应该加强自身的学习，在面对交通情况日趋复杂、势必要求我们要有业务强，素质硬才能胜任本职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在这两个月的训练中，大队分为两种训练形式：一种是指挥手势与队列的训练，另一种是开展法律法规和业务技能的培训。前者是锻炼了我们的身体，磨练了我们的意志，促进了我与同事们的感情，更是在锻炼我们的心态，在面对困难时不急不躁的心态，有效的改善了我们的精神风貌，提高了我们的综合素质。后者则是对我们加强了思想教育，并让有关领导培训我们业务上技能和一些相关的法律法规。在会上，许大队长也对我们警提出了四个要求：珍惜工作、自信、自强、争当表率。</w:t>
      </w:r>
      <w:r>
        <w:rPr>
          <w:lang w:eastAsia="zh-CN"/>
        </w:rPr>
        <w:br/>
      </w:r>
      <w:r>
        <w:rPr>
          <w:lang w:eastAsia="zh-CN"/>
        </w:rPr>
        <w:t>　　通过这两个月的体能训练和专业知识的`培训，个人素质方面得到了很好的提高，在集体荣誉感方面也增强了，最重要的是我也树立了正确的职业观，对工作的热爱，对职业的正确理解，让我更多了一份责任感，也正是这份责任感促使我努力学习，不断提高自己的业务能力；促使我尽心尽责，出色完成了各项工作；促使我严于律己，严格遵守各项规章制度；促使我在工作中不断强化服务观念，提高服务效率，力争做一名合格的交通协管员。</w:t>
      </w:r>
      <w:r>
        <w:rPr>
          <w:lang w:eastAsia="zh-CN"/>
        </w:rPr>
        <w:br/>
      </w:r>
      <w:r>
        <w:rPr>
          <w:lang w:eastAsia="zh-CN"/>
        </w:rPr>
        <w:t xml:space="preserve">    试用期1000字工作总结范文 篇10 </w:t>
      </w:r>
      <w:r>
        <w:rPr>
          <w:lang w:eastAsia="zh-CN"/>
        </w:rPr>
        <w:br/>
      </w:r>
      <w:r>
        <w:rPr>
          <w:lang w:eastAsia="zh-CN"/>
        </w:rPr>
        <w:t>　　尊敬的公司领导：</w:t>
      </w:r>
      <w:r>
        <w:rPr>
          <w:lang w:eastAsia="zh-CN"/>
        </w:rPr>
        <w:br/>
      </w:r>
      <w:r>
        <w:rPr>
          <w:lang w:eastAsia="zh-CN"/>
        </w:rPr>
        <w:t>　　从20__年__月__日来公司报到上班，转眼间，三个月就过去了，在这段期间内，大家给予了我足够的宽容、支持、鼓励和帮助，让我充分感受到了领导们坚定的信念，和同事们积极乐观的精神。承蒙公司领导以及其他同事的帮助、关心以及工作的支持，我的工作开展得十分顺利，在此表示感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记得初到公司时，我对公司的了解仅仅局限于领导对公司简单的介绍，除此之外，便一无所知了。所以，试用期中如何迅速认识、了解并熟悉自己所需要掌握的船员管理系统，便成了我的当务之急。</w:t>
      </w:r>
      <w:r>
        <w:rPr>
          <w:lang w:eastAsia="zh-CN"/>
        </w:rPr>
        <w:br/>
      </w:r>
      <w:r>
        <w:rPr>
          <w:lang w:eastAsia="zh-CN"/>
        </w:rPr>
        <w:t>　　船员管理系统是我以前从未接触过的，但我毕竟是学习计算机方面的专业，在杭州也有4年工作经验。同时领导和同事的.耐心指导，使我在较短的时间内适应了公司的工作环境，也熟悉了公司的日常工作。在此，我要特别感谢公司领导和同事们对我的入职指引和帮助，感谢他们对我工作中出现的失误的提醒和指正。在这段时间里我跟随田旭东同志认真学习了船员管理系统各相关资料，日常工作的积累使我对公司有了较为深刻的认识，也意识到了船员管理系统对公司日常船员管理的重要性，以及对我自己要求的紧迫感。</w:t>
      </w:r>
      <w:r>
        <w:rPr>
          <w:lang w:eastAsia="zh-CN"/>
        </w:rPr>
        <w:br/>
      </w:r>
      <w:r>
        <w:rPr>
          <w:lang w:eastAsia="zh-CN"/>
        </w:rPr>
        <w:t>　　工作中，我自觉遵守公司的规章制度，对待工作认真负责、高标准严要求，不懂的问题及时虚心向同事学习请教，不断提高充实自己，希望能尽早独当一面。在这一个多月的时间里，兢兢业业做好本职业工作，不迟到不早退。严格遵守公司的各项规章制度，认真履行岗位职责。认真学习岗位职能，工作能力得到了一定的提高。</w:t>
      </w:r>
      <w:r>
        <w:rPr>
          <w:lang w:eastAsia="zh-CN"/>
        </w:rPr>
        <w:br/>
      </w:r>
      <w:r>
        <w:rPr>
          <w:lang w:eastAsia="zh-CN"/>
        </w:rPr>
        <w:t>　　在工作中的收获主要有:</w:t>
      </w:r>
      <w:r>
        <w:rPr>
          <w:lang w:eastAsia="zh-CN"/>
        </w:rPr>
        <w:br/>
      </w:r>
      <w:r>
        <w:rPr>
          <w:lang w:eastAsia="zh-CN"/>
        </w:rPr>
        <w:t>　　1、熟悉了船员管理系统的日常维护。</w:t>
      </w:r>
      <w:r>
        <w:rPr>
          <w:lang w:eastAsia="zh-CN"/>
        </w:rPr>
        <w:br/>
      </w:r>
      <w:r>
        <w:rPr>
          <w:lang w:eastAsia="zh-CN"/>
        </w:rPr>
        <w:t>　　2、熟悉各个部门领导，并是领导的工作电脑能顺心试用。</w:t>
      </w:r>
      <w:r>
        <w:rPr>
          <w:lang w:eastAsia="zh-CN"/>
        </w:rPr>
        <w:br/>
      </w:r>
      <w:r>
        <w:rPr>
          <w:lang w:eastAsia="zh-CN"/>
        </w:rPr>
        <w:t>　　3、了解了公司的船员工作流程。</w:t>
      </w:r>
      <w:r>
        <w:rPr>
          <w:lang w:eastAsia="zh-CN"/>
        </w:rPr>
        <w:br/>
      </w:r>
      <w:r>
        <w:rPr>
          <w:lang w:eastAsia="zh-CN"/>
        </w:rPr>
        <w:t>　　4、在这期间我可以较好地配合各个部门工作。领导每次安排的任务都基本可以顺利完成。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在工作中我也存在着许多不足之处，比如有时候后不够主动，由于刚接触这个系统对于一些细节方面处理的也不是很完善，我相信以后我一定会努力做到更好。</w:t>
      </w:r>
      <w:r>
        <w:rPr>
          <w:lang w:eastAsia="zh-CN"/>
        </w:rPr>
        <w:br/>
      </w:r>
      <w:r>
        <w:rPr>
          <w:lang w:eastAsia="zh-CN"/>
        </w:rPr>
        <w:t>　　在今后的工作中，我将努力提高业务水平，克服不足，朝着以下几个方向努力：</w:t>
      </w:r>
      <w:r>
        <w:rPr>
          <w:lang w:eastAsia="zh-CN"/>
        </w:rPr>
        <w:br/>
      </w:r>
      <w:r>
        <w:rPr>
          <w:lang w:eastAsia="zh-CN"/>
        </w:rPr>
        <w:t>　　1、在以后的工作中不断学习，通过多看、多学、多练来不断的提高自己。</w:t>
      </w:r>
      <w:r>
        <w:rPr>
          <w:lang w:eastAsia="zh-CN"/>
        </w:rPr>
        <w:br/>
      </w:r>
      <w:r>
        <w:rPr>
          <w:lang w:eastAsia="zh-CN"/>
        </w:rPr>
        <w:t>　　2、提高自己解决实际问题的能力，并在工作过程中慢慢克服急躁情绪，积极、热情、细致地的对待每一项工作。</w:t>
      </w:r>
      <w:r>
        <w:rPr>
          <w:lang w:eastAsia="zh-CN"/>
        </w:rPr>
        <w:br/>
      </w:r>
      <w:r>
        <w:rPr>
          <w:lang w:eastAsia="zh-CN"/>
        </w:rPr>
        <w:t xml:space="preserve">    试用期1000字工作总结范文 篇11 </w:t>
      </w:r>
      <w:r>
        <w:rPr>
          <w:lang w:eastAsia="zh-CN"/>
        </w:rPr>
        <w:br/>
      </w:r>
      <w:r>
        <w:rPr>
          <w:lang w:eastAsia="zh-CN"/>
        </w:rPr>
        <w:t>　　不知不觉，实习三个多月了。在三个月的实习期间，感受到了办公室领导的无微不至的关怀和同事们团结拼搏的能量。在领导的关心支持和同事的热心帮助下，我很快适应了环境和新的工作。但是，也有一些不足之处需要研究和改进。在转正的时候，我会总结一下这三个月的实习情况。</w:t>
      </w:r>
      <w:r>
        <w:rPr>
          <w:lang w:eastAsia="zh-CN"/>
        </w:rPr>
        <w:br/>
      </w:r>
      <w:r>
        <w:rPr>
          <w:lang w:eastAsia="zh-CN"/>
        </w:rPr>
        <w:t>　　我深深体会到，新的环境，新的领导，新的同事，新的岗位，都是我发展的好机会，也是锻炼和提高自己各方面能力的好机会。在工作之初，我认真了解了公司的发展概况，学习了公司的规章制度，努力探索各种工作方式和方法，积极锻炼自己的工作能力，努力尽快完成角色转换，以全新的姿态迎接新工作的挑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我严格遵守公司的规章制度，认真履行行政文员的职责。尊重领导，团结同事。努力工作，把工作做好。尽量把学到的专业知识运用到工作中去。工作中以“细心”为准则，勤于思考，勤于学习。我主要从事办公室的日常行政工作。办公室对我来说是一个全新的工作领域。</w:t>
      </w:r>
      <w:r>
        <w:rPr>
          <w:lang w:eastAsia="zh-CN"/>
        </w:rPr>
        <w:br/>
      </w:r>
      <w:r>
        <w:rPr>
          <w:lang w:eastAsia="zh-CN"/>
        </w:rPr>
        <w:t>　　作为办公室的一员，我清醒地认识到，办公室是总经理办公室直接领导下的综合管理机构，是承上启下、内外沟通、左右协调、四通八达的枢纽，是推进各项任务既定目标的中心。办公室里有很多任务，如文件处理、文件管理、文件审批、会议安排、迎送等。面对大量复杂琐碎的事务性工作，我强化工作意识，注重加快工作节奏，提高工作效率，从容处理一切事务，力求全面、准确、恰当，避免遗漏和错误。在行政经理的帮助和支持下，我基本上设法把一切都搞定了，一切都落实了。</w:t>
      </w:r>
      <w:r>
        <w:rPr>
          <w:lang w:eastAsia="zh-CN"/>
        </w:rPr>
        <w:br/>
      </w:r>
      <w:r>
        <w:rPr>
          <w:lang w:eastAsia="zh-CN"/>
        </w:rPr>
        <w:t>　　这一个多月来，在行政经理的指导下，基本保证了办公室日常行政工作的有序运行，上级文件的处理和传阅，以及其他部门需要协助的一些事情，做到了及时、准确、正确。同时也积极完成上级交办的其他任务。</w:t>
      </w:r>
      <w:r>
        <w:rPr>
          <w:lang w:eastAsia="zh-CN"/>
        </w:rPr>
        <w:br/>
      </w:r>
      <w:r>
        <w:rPr>
          <w:lang w:eastAsia="zh-CN"/>
        </w:rPr>
        <w:t>　　一个多月来，虽然我做了一些工作，但仍然存在很多问题，主要表现在：</w:t>
      </w:r>
      <w:r>
        <w:rPr>
          <w:lang w:eastAsia="zh-CN"/>
        </w:rPr>
        <w:br/>
      </w:r>
      <w:r>
        <w:rPr>
          <w:lang w:eastAsia="zh-CN"/>
        </w:rPr>
        <w:t>　　1.刚到公司的时候，每天都觉得工作很累。尽管如此，我在很多方面得到了领导和同事的正确指导和帮助，所以我在短时间内适应了新的工作。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2.缺乏创新精神。不能主动工作。而是被动适应工作需要。领导交办的事情基本上都可以完成，但不会主动领导工作，很被动。忙于日常事务，工作没有上升到一定高度。</w:t>
      </w:r>
      <w:r>
        <w:rPr>
          <w:lang w:eastAsia="zh-CN"/>
        </w:rPr>
        <w:br/>
      </w:r>
      <w:r>
        <w:rPr>
          <w:lang w:eastAsia="zh-CN"/>
        </w:rPr>
        <w:t>　　3.工作不扎实。作为一个刚步入社会的大学生，他缺乏年轻人应有的活力。我有懒惰的问题，不能专注于工作和学习。虽然知道的知识很多，但并不精。</w:t>
      </w:r>
      <w:r>
        <w:rPr>
          <w:lang w:eastAsia="zh-CN"/>
        </w:rPr>
        <w:br/>
      </w:r>
      <w:r>
        <w:rPr>
          <w:lang w:eastAsia="zh-CN"/>
        </w:rPr>
        <w:t>　　在以后的工作中，我会努力改正自己的缺点，以更大的热情投入到工作中。首先，加强学习，主动学习。在今天的知识经济时代，我必须永远学习，以免落后。所以我会以认真的态度，饱满的热情，严格的纪律投入学习，为工作积累必要的基础知识和技能。第二，改进工作作风。作为办公室的一名工作人员，我会热情积极地做好自己的工作。第三，提高工作能力，勇于创新。虽然办公室的工作琐碎而复杂，但我会努力从各方面进一步提高自己的工作能力，以积极的态度面对日常任务。同时，我也会注重培养自己的适应能力、协调能力、组织能力和创造力，在工作中不断学习、进取、提升自己，从而更好地完成自己的工作。</w:t>
      </w:r>
      <w:r>
        <w:rPr>
          <w:lang w:eastAsia="zh-CN"/>
        </w:rPr>
        <w:br/>
      </w:r>
      <w:r>
        <w:rPr>
          <w:lang w:eastAsia="zh-CN"/>
        </w:rPr>
        <w:t>　　以上是我一个多月实习的总结。“路漫漫其修远兮，修远人来人往，我自上而下寻找。”希望自己努力克服自己的不足，弥补自己的不足，为以后更好的工作而努力。</w:t>
      </w:r>
      <w:r>
        <w:rPr>
          <w:lang w:eastAsia="zh-CN"/>
        </w:rPr>
        <w:br/>
      </w:r>
      <w:r>
        <w:rPr>
          <w:lang w:eastAsia="zh-CN"/>
        </w:rPr>
        <w:t xml:space="preserve">    试用期1000字工作总结范文 篇12 </w:t>
      </w:r>
      <w:r>
        <w:rPr>
          <w:lang w:eastAsia="zh-CN"/>
        </w:rPr>
        <w:br/>
      </w:r>
      <w:r>
        <w:rPr>
          <w:lang w:eastAsia="zh-CN"/>
        </w:rPr>
        <w:t>　　入职到现在将近6个月了，分到空客三工段，跟着师傅，陪着前辈们干活也已经2个月有余。在这段时间里，尤其是出场</w:t>
      </w:r>
      <w:r>
        <w:rPr>
          <w:lang w:eastAsia="zh-CN"/>
        </w:rPr>
        <w:t xml:space="preserve"> 以后，实际做航路</w:t>
      </w:r>
      <w:r>
        <w:rPr>
          <w:lang w:eastAsia="zh-CN"/>
        </w:rPr>
        <w:t xml:space="preserve"> 维护工作的历程</w:t>
      </w:r>
      <w:r>
        <w:rPr>
          <w:lang w:eastAsia="zh-CN"/>
        </w:rPr>
        <w:t xml:space="preserve"> 中，得益于领导，前辈的赞助</w:t>
      </w:r>
      <w:r>
        <w:rPr>
          <w:lang w:eastAsia="zh-CN"/>
        </w:rPr>
        <w:t xml:space="preserve"> 和引导，我能力</w:t>
      </w:r>
      <w:r>
        <w:rPr>
          <w:lang w:eastAsia="zh-CN"/>
        </w:rPr>
        <w:t xml:space="preserve"> 对照快的介入</w:t>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xml:space="preserve"> 到维修工作中。在辛苦的工作之外，三工段的融洽气氛</w:t>
      </w:r>
      <w:r>
        <w:rPr>
          <w:lang w:eastAsia="zh-CN"/>
        </w:rPr>
        <w:t xml:space="preserve"> ，年夜</w:t>
      </w:r>
      <w:r>
        <w:rPr>
          <w:lang w:eastAsia="zh-CN"/>
        </w:rPr>
        <w:t xml:space="preserve"> 家的机灵</w:t>
      </w:r>
      <w:r>
        <w:rPr>
          <w:lang w:eastAsia="zh-CN"/>
        </w:rPr>
        <w:t xml:space="preserve"> 幽默，师傅们带的好吃的都给上班的时间涂上了明亮欢快</w:t>
      </w:r>
      <w:r>
        <w:rPr>
          <w:lang w:eastAsia="zh-CN"/>
        </w:rPr>
        <w:t xml:space="preserve"> 的色彩。2个月以来，自己岂论</w:t>
      </w:r>
      <w:r>
        <w:rPr>
          <w:lang w:eastAsia="zh-CN"/>
        </w:rPr>
        <w:t xml:space="preserve"> 是在对工作的认知上，态度上照样</w:t>
      </w:r>
      <w:r>
        <w:rPr>
          <w:lang w:eastAsia="zh-CN"/>
        </w:rPr>
        <w:t xml:space="preserve"> 技能</w:t>
      </w:r>
      <w:r>
        <w:rPr>
          <w:lang w:eastAsia="zh-CN"/>
        </w:rPr>
        <w:t xml:space="preserve"> 上都有了相当的转变和改良</w:t>
      </w:r>
      <w:r>
        <w:rPr>
          <w:lang w:eastAsia="zh-CN"/>
        </w:rPr>
        <w:t xml:space="preserve"> 。现总结如下：</w:t>
      </w:r>
      <w:r>
        <w:rPr>
          <w:lang w:eastAsia="zh-CN"/>
        </w:rPr>
        <w:br/>
      </w:r>
      <w:r>
        <w:rPr>
          <w:lang w:eastAsia="zh-CN"/>
        </w:rPr>
        <w:t>　　平安是根本 。</w:t>
      </w:r>
      <w:r>
        <w:rPr>
          <w:lang w:eastAsia="zh-CN"/>
        </w:rPr>
        <w:br/>
      </w:r>
      <w:r>
        <w:rPr>
          <w:lang w:eastAsia="zh-CN"/>
        </w:rPr>
        <w:t>　　在沈阳培训的时候，看了许多 的空中大难的视频，不少画面至今都留在脑海里。每一个事故带走的一条条鲜活的生命都警醒着我们，平安 无小事。培训先生 讲，民航领域的每一条司法 律例 都对应着血淋淋的事故。在接送飞机的时候，看到乘客们出发 时的期待，达到 时的欢笑，真的是感触感染 到了责任的分量。维修工作是航空运行平安 重要的一环，一名合格 的机务一定要严格要求自己，按手册维修、按法度模范 做事 ;践行APS理念，生产有准备，施工有法度模范 ，工作有标准 。在实际工作中，要认真负责，实事求是，切身的负起对航班平安 的责任，这也是对自己对同事对领导的负责。</w:t>
      </w:r>
      <w:r>
        <w:rPr>
          <w:lang w:eastAsia="zh-CN"/>
        </w:rPr>
        <w:br/>
      </w:r>
      <w:r>
        <w:rPr>
          <w:lang w:eastAsia="zh-CN"/>
        </w:rPr>
        <w:t>　　第一次班前会上，关师傅和庆凯师傅着重强调了人身平安 的问题，列举了近些年产生：在机务身上的异常 惨痛的人身伤害的实例，叫人印象深刻。确实如此，飞机维修是高风险的职业，一方面随时存在着受伤风险，一方面职业病也困扰着许多 从业者。</w:t>
      </w:r>
      <w:r>
        <w:rPr>
          <w:lang w:eastAsia="zh-CN"/>
        </w:rPr>
        <w:br/>
      </w:r>
      <w:r>
        <w:rPr>
          <w:lang w:eastAsia="zh-CN"/>
        </w:rPr>
        <w:t xml:space="preserve">    试用期1000字工作总结范文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各位同事大家好，感谢大家在工作繁忙之余抽出时间来参加今天的会议，时光飞逝，转眼我已经来到公司2个多月，这两个月给我留下极大的感悟。领导没有领导架子对人温和热情，而其他大部分的老同事，也对我这个新人投以真挚友情的目光，在工作中，只要你需要，他们随时给予热情地指导;工作之余，大家开怀谈笑，不分彼此。正因为如此，让我体会了在愉快中高效的完成工作。</w:t>
      </w:r>
      <w:r>
        <w:rPr>
          <w:lang w:eastAsia="zh-CN"/>
        </w:rPr>
        <w:br/>
      </w:r>
      <w:r>
        <w:rPr>
          <w:lang w:eastAsia="zh-CN"/>
        </w:rPr>
        <w:t>　　我的工作任务：</w:t>
      </w:r>
      <w:r>
        <w:rPr>
          <w:lang w:eastAsia="zh-CN"/>
        </w:rPr>
        <w:br/>
      </w:r>
      <w:r>
        <w:rPr>
          <w:lang w:eastAsia="zh-CN"/>
        </w:rPr>
        <w:t>　　1、负责公司相关网站的新闻编辑发布、相关页面内容策划、维护;</w:t>
      </w:r>
      <w:r>
        <w:rPr>
          <w:lang w:eastAsia="zh-CN"/>
        </w:rPr>
        <w:br/>
      </w:r>
      <w:r>
        <w:rPr>
          <w:lang w:eastAsia="zh-CN"/>
        </w:rPr>
        <w:t>　　2、根据网站产品确定的风格和架构，完成网站内容的文案编辑工作;</w:t>
      </w:r>
      <w:r>
        <w:rPr>
          <w:lang w:eastAsia="zh-CN"/>
        </w:rPr>
        <w:br/>
      </w:r>
      <w:r>
        <w:rPr>
          <w:lang w:eastAsia="zh-CN"/>
        </w:rPr>
        <w:t>　　3、负责网站产品页面内容的选题、资料搜集、审校、文案撰写等工作，并做好质量把关;</w:t>
      </w:r>
      <w:r>
        <w:rPr>
          <w:lang w:eastAsia="zh-CN"/>
        </w:rPr>
        <w:br/>
      </w:r>
      <w:r>
        <w:rPr>
          <w:lang w:eastAsia="zh-CN"/>
        </w:rPr>
        <w:t>　　4、组织、策划和完成公司相关项目专题文案写作。</w:t>
      </w:r>
      <w:r>
        <w:rPr>
          <w:lang w:eastAsia="zh-CN"/>
        </w:rPr>
        <w:br/>
      </w:r>
      <w:r>
        <w:rPr>
          <w:lang w:eastAsia="zh-CN"/>
        </w:rPr>
        <w:t>　　5、研究用户需求、市场动态和运营数据，对网站内容进行优化和改进，提高产品竞争力;</w:t>
      </w:r>
      <w:r>
        <w:rPr>
          <w:lang w:eastAsia="zh-CN"/>
        </w:rPr>
        <w:br/>
      </w:r>
      <w:r>
        <w:rPr>
          <w:lang w:eastAsia="zh-CN"/>
        </w:rPr>
        <w:t>　　6、编写网站宣传资料及相关产品资料，及策划网络推广活动。</w:t>
      </w:r>
      <w:r>
        <w:rPr>
          <w:lang w:eastAsia="zh-CN"/>
        </w:rPr>
        <w:br/>
      </w:r>
      <w:r>
        <w:rPr>
          <w:lang w:eastAsia="zh-CN"/>
        </w:rPr>
        <w:t>　　7、完成上级交办的其他工作</w:t>
      </w:r>
      <w:r>
        <w:rPr>
          <w:lang w:eastAsia="zh-CN"/>
        </w:rPr>
        <w:br/>
      </w:r>
      <w:r>
        <w:rPr>
          <w:lang w:eastAsia="zh-CN"/>
        </w:rPr>
        <w:t>　　我在工作上的收获主要有：</w:t>
      </w:r>
      <w:r>
        <w:rPr>
          <w:lang w:eastAsia="zh-CN"/>
        </w:rPr>
        <w:br/>
      </w:r>
      <w:r>
        <w:rPr>
          <w:lang w:eastAsia="zh-CN"/>
        </w:rPr>
        <w:t>　　1、在这期间我不仅可以较好地配合各位前辈工作，还可以自己独立完成项目分析方案。领导每次安排的任务都基本可以完成。</w:t>
      </w:r>
      <w:r>
        <w:rPr>
          <w:lang w:eastAsia="zh-CN"/>
        </w:rPr>
        <w:br/>
      </w:r>
      <w:r>
        <w:rPr>
          <w:lang w:eastAsia="zh-CN"/>
        </w:rPr>
        <w:t>　　2、基本已经了解爱车地带运营模式;</w:t>
      </w:r>
      <w:r>
        <w:rPr>
          <w:lang w:eastAsia="zh-CN"/>
        </w:rPr>
        <w:br/>
      </w:r>
      <w:r>
        <w:rPr>
          <w:lang w:eastAsia="zh-CN"/>
        </w:rPr>
        <w:t>　　3、熟练掌握项目方案的的一些写作方法和技巧等;</w:t>
      </w:r>
      <w:r>
        <w:rPr>
          <w:lang w:eastAsia="zh-CN"/>
        </w:rPr>
        <w:br/>
      </w:r>
      <w:r>
        <w:rPr>
          <w:lang w:eastAsia="zh-CN"/>
        </w:rPr>
        <w:t>　　4、基本了解并熟悉公司现在一个基本业务流程。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在这期间，工作上最大的不足主要有;</w:t>
      </w:r>
      <w:r>
        <w:rPr>
          <w:lang w:eastAsia="zh-CN"/>
        </w:rPr>
        <w:br/>
      </w:r>
      <w:r>
        <w:rPr>
          <w:lang w:eastAsia="zh-CN"/>
        </w:rPr>
        <w:t>　　1、策划方案写的比较古板，缺乏新意;</w:t>
      </w:r>
      <w:r>
        <w:rPr>
          <w:lang w:eastAsia="zh-CN"/>
        </w:rPr>
        <w:br/>
      </w:r>
      <w:r>
        <w:rPr>
          <w:lang w:eastAsia="zh-CN"/>
        </w:rPr>
        <w:t>　　2、文案编写的敏感性相对较差，特别是对相关联的产品把握不足等。</w:t>
      </w:r>
      <w:r>
        <w:rPr>
          <w:lang w:eastAsia="zh-CN"/>
        </w:rPr>
        <w:br/>
      </w:r>
      <w:r>
        <w:rPr>
          <w:lang w:eastAsia="zh-CN"/>
        </w:rPr>
        <w:t>　　3、工作细心度不够，经常在小问题上出现错漏;</w:t>
      </w:r>
      <w:r>
        <w:rPr>
          <w:lang w:eastAsia="zh-CN"/>
        </w:rPr>
        <w:br/>
      </w:r>
      <w:r>
        <w:rPr>
          <w:lang w:eastAsia="zh-CN"/>
        </w:rPr>
        <w:t>　　4、办事效率不够快，对领导的意图领会不够到位等。</w:t>
      </w:r>
      <w:r>
        <w:rPr>
          <w:lang w:eastAsia="zh-CN"/>
        </w:rPr>
        <w:br/>
      </w:r>
      <w:r>
        <w:rPr>
          <w:lang w:eastAsia="zh-CN"/>
        </w:rPr>
        <w:t>　　就总体的工作感受来说，我觉得这里的工作环境是比较令我满意的。首先是领导的关爱以及工作条件在不断改善给了我工作的动力;其次是同事间的友情关怀以及协作互助给了我工作的舒畅感和踏实感;我知道，上面的工作表现也许不能让领导感到满意，如果完全依据这些表现来决定是否可以继续留在这里工作学习，坦白说，我有很多不足。但我坚信自己能够在今后的工作中会表现得更好，保证让领导满意。谢谢你们在这段时间里您们给予了我足够的宽容、支持和帮助。</w:t>
      </w:r>
      <w:r>
        <w:rPr>
          <w:lang w:eastAsia="zh-CN"/>
        </w:rPr>
        <w:br/>
      </w:r>
      <w:r>
        <w:rPr>
          <w:lang w:eastAsia="zh-CN"/>
        </w:rPr>
        <w:t>　　下面谨代表我个人意见对公司提出的几点参考意见：</w:t>
      </w:r>
      <w:r>
        <w:rPr>
          <w:lang w:eastAsia="zh-CN"/>
        </w:rPr>
        <w:br/>
      </w:r>
      <w:r>
        <w:rPr>
          <w:lang w:eastAsia="zh-CN"/>
        </w:rPr>
        <w:t>　　1、企业文化宣传度不够</w:t>
      </w:r>
      <w:r>
        <w:rPr>
          <w:lang w:eastAsia="zh-CN"/>
        </w:rPr>
        <w:br/>
      </w:r>
      <w:r>
        <w:rPr>
          <w:lang w:eastAsia="zh-CN"/>
        </w:rPr>
        <w:t>　　2、公司户外活动太少</w:t>
      </w:r>
      <w:r>
        <w:rPr>
          <w:lang w:eastAsia="zh-CN"/>
        </w:rPr>
        <w:br/>
      </w:r>
      <w:r>
        <w:rPr>
          <w:lang w:eastAsia="zh-CN"/>
        </w:rPr>
        <w:t>　　3、工作台面太乱</w:t>
      </w:r>
      <w:r>
        <w:rPr>
          <w:lang w:eastAsia="zh-CN"/>
        </w:rPr>
        <w:br/>
      </w:r>
      <w:r>
        <w:rPr>
          <w:lang w:eastAsia="zh-CN"/>
        </w:rPr>
        <w:t>　　4、收尾工作没有跟踪(如：招聘)</w:t>
      </w:r>
      <w:r>
        <w:rPr>
          <w:lang w:eastAsia="zh-CN"/>
        </w:rPr>
        <w:br/>
      </w:r>
      <w:r>
        <w:rPr>
          <w:lang w:eastAsia="zh-CN"/>
        </w:rPr>
        <w:t xml:space="preserve">    试用期1000字工作总结范文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时间一晃而过，转眼间试用期已接近尾声。这是我人生中弥足珍贵的经历，也给我留下了精彩而美好的回忆。在这段时间里您们给予了我足够的宽容、支持和帮助，让我充分感受到了领导们海纳百川的胸襟，感受到了工业园人不经历风雨，怎能见彩虹的豪气，也体会到了工业园人作为拓荒者的艰难和坚定。在对您们肃然起敬的同时，也为我有机会成为工业园的一份子而惊喜万分。</w:t>
      </w:r>
      <w:r>
        <w:rPr>
          <w:lang w:eastAsia="zh-CN"/>
        </w:rPr>
        <w:br/>
      </w:r>
      <w:r>
        <w:rPr>
          <w:lang w:eastAsia="zh-CN"/>
        </w:rPr>
        <w:t>　　一年前，一群大胆创新、勇于开拓的人们在这片荒芜的土地上，开始了艰难的旅程，而我也希望能成为这艰难孤独旅程上一分子。我会用我的乐观豁达为将这艰难的攀登变得轻松活泼，将这孤独的旅程变得甜美珍贵而奉献自己的所有力量。</w:t>
      </w:r>
      <w:r>
        <w:rPr>
          <w:lang w:eastAsia="zh-CN"/>
        </w:rPr>
        <w:br/>
      </w:r>
      <w:r>
        <w:rPr>
          <w:lang w:eastAsia="zh-CN"/>
        </w:rPr>
        <w:t>　　在这三个月的时间里，在领导和同事们的悉心关怀和指导下，通过自身的不懈努力，各方面均取得了一定的进步，现将我的工作情况作如下汇报。</w:t>
      </w:r>
      <w:r>
        <w:rPr>
          <w:lang w:eastAsia="zh-CN"/>
        </w:rPr>
        <w:br/>
      </w:r>
      <w:r>
        <w:rPr>
          <w:lang w:eastAsia="zh-CN"/>
        </w:rPr>
        <w:t>　　记得初次应聘时，我对工业园的认识仅仅局限于企业的聚集地，对招商主管一职的认识也仅局限于从事入园企业与各行政机关的协调工作及工业园的网站维护上。除此之外，便一无所知了。所以，试用期中如何去认识、了解并熟悉自己所从事的行业，便成了我的当务之急。</w:t>
      </w:r>
      <w:r>
        <w:rPr>
          <w:lang w:eastAsia="zh-CN"/>
        </w:rPr>
        <w:br/>
      </w:r>
      <w:r>
        <w:rPr>
          <w:lang w:eastAsia="zh-CN"/>
        </w:rPr>
        <w:t>　　一、通过理论学习和日常工作积累使我对工业园有了较为深刻的认识。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记得初到工业园时，我拿到的第一份资料就是工业园的一期招商画册，然而对于杨市长致辞的理解也仅停留在字面上，这里所有的一切对于我来说，既新鲜也处处存在挑战。不懂就学，是一切进步取得的前提和基础。在这段时间里我认真学习了工业园的各相关资料，阅读了《招商引资运作全攻略》、《成功的引资》并从网络上摄取了大量的有用素材，再加上日常工作积累使我对工业园有了较为深刻的认识，也意识到了工业园的建设对推动怀化工业化进程的巨大作用。我们的工业园她不仅仅是企业的聚集地，更重要的是作为入园企业的孵化器，工业园的各项政策对入园企业均有着举足轻重的影响，我国大部分高新技术企业、大中型企业均分布在工业园区内。如今的工业园建设也是一个地区工业发展的重要因素和衡量地区经济发展程度的指标之一。目前经济发展的大环境则是西部大开发、产业梯度由沿海向内地转移，工业园正是顺应了这一发展趋势，抓住机遇成立了怀化市生态工业园这样一家拥有先进体制的企业化运作的行政机构。一级财政，一级金库、一站式服务、最低收费区等一系列优惠政策的实施，这一切都让我对工业园充满了信心和憧憬。</w:t>
      </w:r>
      <w:r>
        <w:rPr>
          <w:lang w:eastAsia="zh-CN"/>
        </w:rPr>
        <w:br/>
      </w:r>
      <w:r>
        <w:rPr>
          <w:lang w:eastAsia="zh-CN"/>
        </w:rPr>
        <w:t>　　二、坚持政治、经济学习让我的思想理论素养不断得到提高。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一直以来，我始终坚持学习邓小平同志建设有中国特色的社会主义理论，关心我国的民主政治进程，在工作生活中注意摄取相关的政治经济政策，注重学习与工作总结有关的各经济法律法规，注重经济大环境走向。新闻调查、经济半小时等栏目都是摄取该类知识不错的途径。通过上述学习，使我坚定了中国民主政治的信念，使自身的政治经济理论素养得到了进一步的完善。勤勉精神和爱岗敬业的职业道德素质是每一项工作顺利开展并最终取得成功的保障。在这三个月的时间里，兢兢业业做好本职业工作，从未迟到早退，并积极自觉利用节假日参与工业园的加班加点工作。用满腔热情积极、认真地完成好每一项任务，严格遵守工业园的各项规章制度，认真履行岗位职责，自觉按章操作;平时生活中团结同事、不断提升自己的团队合作精神。一套拿破伦希勒的《成功学》让我豪情万丈，一种积极豁达的心态、一种良好的习惯、一份计划并按时完成竟是如此重要，并最终决定一个的人成败。这本书让我对自己的人生有了进一步的认识，渴望有所突破的我，将会在以前的工作和生活中时时提醒自己，以便自己以后的人生道路越走越精彩。</w:t>
      </w:r>
      <w:r>
        <w:rPr>
          <w:lang w:eastAsia="zh-CN"/>
        </w:rPr>
        <w:br/>
      </w:r>
      <w:r>
        <w:rPr>
          <w:lang w:eastAsia="zh-CN"/>
        </w:rPr>
        <w:t xml:space="preserve">    试用期1000字工作总结范文 篇15 </w:t>
      </w:r>
      <w:r>
        <w:rPr>
          <w:lang w:eastAsia="zh-CN"/>
        </w:rPr>
        <w:br/>
      </w:r>
      <w:r>
        <w:rPr>
          <w:lang w:eastAsia="zh-CN"/>
        </w:rPr>
        <w:t>　　三个月——说长不长，说短不短，回首期间的点点滴滴，感触良多。三个月来，在领导和同事的共同支持和帮助下，我在为公司发展努力的同时，工作也取得了很大的进步。朴实真诚的领导风格，以人为本的人性化管理，灌输的指导理念，给我带来了广泛的发展机会。现将试用期工作情况汇报如下：</w:t>
      </w:r>
      <w:r>
        <w:rPr>
          <w:lang w:eastAsia="zh-CN"/>
        </w:rPr>
        <w:br/>
      </w:r>
      <w:r>
        <w:rPr>
          <w:lang w:eastAsia="zh-CN"/>
        </w:rPr>
        <w:t>　　一、工作的主要内容</w:t>
      </w:r>
      <w:r>
        <w:rPr>
          <w:lang w:eastAsia="zh-CN"/>
        </w:rPr>
        <w:br/>
      </w:r>
      <w:r>
        <w:rPr>
          <w:lang w:eastAsia="zh-CN"/>
        </w:rPr>
        <w:t>　　1、公司规章制度管理</w:t>
      </w:r>
      <w:r>
        <w:rPr>
          <w:lang w:eastAsia="zh-CN"/>
        </w:rPr>
        <w:br/>
      </w:r>
      <w:r>
        <w:rPr>
          <w:lang w:eastAsia="zh-CN"/>
        </w:rPr>
        <w:t>　　（1）主持制定公司的人事和行政规章制度，并报上级领导批准。</w:t>
      </w:r>
      <w:r>
        <w:rPr>
          <w:lang w:eastAsia="zh-CN"/>
        </w:rPr>
        <w:br/>
      </w:r>
      <w:r>
        <w:rPr>
          <w:lang w:eastAsia="zh-CN"/>
        </w:rPr>
        <w:t>　　（2）监督检查各项制度的执行情况，及时修订和完善各项制度。</w:t>
      </w:r>
      <w:r>
        <w:rPr>
          <w:lang w:eastAsia="zh-CN"/>
        </w:rPr>
        <w:br/>
      </w:r>
      <w:r>
        <w:rPr>
          <w:lang w:eastAsia="zh-CN"/>
        </w:rPr>
        <w:t>　　（3）员工招聘、薪酬调查、员工档案建立和保存等人力资源系统的建设和实施。</w:t>
      </w:r>
      <w:r>
        <w:rPr>
          <w:lang w:eastAsia="zh-CN"/>
        </w:rPr>
        <w:br/>
      </w:r>
      <w:r>
        <w:rPr>
          <w:lang w:eastAsia="zh-CN"/>
        </w:rPr>
        <w:t>　　2、行政办公事务管理</w:t>
      </w:r>
      <w:r>
        <w:rPr>
          <w:lang w:eastAsia="zh-CN"/>
        </w:rPr>
        <w:br/>
      </w:r>
      <w:r>
        <w:rPr>
          <w:lang w:eastAsia="zh-CN"/>
        </w:rPr>
        <w:t>　　（1）管理办公室日常工作，各类证章年检等。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（2）组织有益于团队建设的活动，如节日聚餐、体育比赛等。</w:t>
      </w:r>
      <w:r>
        <w:rPr>
          <w:lang w:eastAsia="zh-CN"/>
        </w:rPr>
        <w:br/>
      </w:r>
      <w:r>
        <w:rPr>
          <w:lang w:eastAsia="zh-CN"/>
        </w:rPr>
        <w:t>　　3、行政后勤管理</w:t>
      </w:r>
      <w:r>
        <w:rPr>
          <w:lang w:eastAsia="zh-CN"/>
        </w:rPr>
        <w:br/>
      </w:r>
      <w:r>
        <w:rPr>
          <w:lang w:eastAsia="zh-CN"/>
        </w:rPr>
        <w:t>　　（1）负责后勤保障，确保公司整体工作有序进行。</w:t>
      </w:r>
      <w:r>
        <w:rPr>
          <w:lang w:eastAsia="zh-CN"/>
        </w:rPr>
        <w:br/>
      </w:r>
      <w:r>
        <w:rPr>
          <w:lang w:eastAsia="zh-CN"/>
        </w:rPr>
        <w:t>　　（2）负责公司辖区内公共秩序和环境卫生的管理。</w:t>
      </w:r>
      <w:r>
        <w:rPr>
          <w:lang w:eastAsia="zh-CN"/>
        </w:rPr>
        <w:br/>
      </w:r>
      <w:r>
        <w:rPr>
          <w:lang w:eastAsia="zh-CN"/>
        </w:rPr>
        <w:t>　　（3）办公用品和劳保用品的采购和发放。</w:t>
      </w:r>
      <w:r>
        <w:rPr>
          <w:lang w:eastAsia="zh-CN"/>
        </w:rPr>
        <w:br/>
      </w:r>
      <w:r>
        <w:rPr>
          <w:lang w:eastAsia="zh-CN"/>
        </w:rPr>
        <w:t>　　4、内外关系的协调</w:t>
      </w:r>
      <w:r>
        <w:rPr>
          <w:lang w:eastAsia="zh-CN"/>
        </w:rPr>
        <w:br/>
      </w:r>
      <w:r>
        <w:rPr>
          <w:lang w:eastAsia="zh-CN"/>
        </w:rPr>
        <w:t>　　（1）负责公司各部门的综合协调。</w:t>
      </w:r>
      <w:r>
        <w:rPr>
          <w:lang w:eastAsia="zh-CN"/>
        </w:rPr>
        <w:br/>
      </w:r>
      <w:r>
        <w:rPr>
          <w:lang w:eastAsia="zh-CN"/>
        </w:rPr>
        <w:t>　　（2）负责与外部单位的联系、沟通与合作。</w:t>
      </w:r>
      <w:r>
        <w:rPr>
          <w:lang w:eastAsia="zh-CN"/>
        </w:rPr>
        <w:br/>
      </w:r>
      <w:r>
        <w:rPr>
          <w:lang w:eastAsia="zh-CN"/>
        </w:rPr>
        <w:t>　　二、工作中的问题和建议</w:t>
      </w:r>
      <w:r>
        <w:rPr>
          <w:lang w:eastAsia="zh-CN"/>
        </w:rPr>
        <w:br/>
      </w:r>
      <w:r>
        <w:rPr>
          <w:lang w:eastAsia="zh-CN"/>
        </w:rPr>
        <w:t>　　1、企业愿景不够清晰。</w:t>
      </w:r>
      <w:r>
        <w:rPr>
          <w:lang w:eastAsia="zh-CN"/>
        </w:rPr>
        <w:br/>
      </w:r>
      <w:r>
        <w:rPr>
          <w:lang w:eastAsia="zh-CN"/>
        </w:rPr>
        <w:t>　　企业的愿景应该有具体的计划。应该达到什么样的高度？应该分几个阶段。如何在极速流转的时代留住人才？是否有后备力量及时弥补岗位员工的空不足。</w:t>
      </w:r>
      <w:r>
        <w:rPr>
          <w:lang w:eastAsia="zh-CN"/>
        </w:rPr>
        <w:br/>
      </w:r>
      <w:r>
        <w:rPr>
          <w:lang w:eastAsia="zh-CN"/>
        </w:rPr>
        <w:t>　　2、缺乏激励和绩效机制。</w:t>
      </w:r>
      <w:r>
        <w:rPr>
          <w:lang w:eastAsia="zh-CN"/>
        </w:rPr>
        <w:br/>
      </w:r>
      <w:r>
        <w:rPr>
          <w:lang w:eastAsia="zh-CN"/>
        </w:rPr>
        <w:t>　　激励组织是非常重要的。员工的能力和才能并不直接决定他们对组织的价值。只有发挥他们的能力和才能，才能给组织带来效益。员工能力和才能的发挥很大程度上取决于他们的激励水平。动机决定了一个人努力的方向，也就是选择做什么样的行为，努力的程度，也就是努力的程度，坚持的程度，也就是在遇到障碍的时候，为坚持自己的行为付出了多大的努力。内生动力和外生动力是互补的，内生动力和外生动力都觉得不足。目前的员工状态不好也不坏。公司好与坏与你无关，因为没有竞争，所以没有压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三、个人经历</w:t>
      </w:r>
      <w:r>
        <w:rPr>
          <w:lang w:eastAsia="zh-CN"/>
        </w:rPr>
        <w:br/>
      </w:r>
      <w:r>
        <w:rPr>
          <w:lang w:eastAsia="zh-CN"/>
        </w:rPr>
        <w:t>　　要虚心请教，提高服务意识，注意自我约束，对上级领导谦虚谨慎，尊重服从；对同事要严格，对别人要宽容；不骄不躁，不骄不躁，不卑不亢，注意自己的言行，维护公司和各级领导的威信，维护公司的整体形象。在日常工作中，要虚心向同事请教，遇事与同事沟通，对同事提出的问题给予热情准确的回答，对领导交办的`任务不推诿拖延。只有这样，我们才能保质保量地改进工作。</w:t>
      </w:r>
      <w:r>
        <w:rPr>
          <w:lang w:eastAsia="zh-CN"/>
        </w:rPr>
        <w:br/>
      </w:r>
      <w:r>
        <w:rPr>
          <w:lang w:eastAsia="zh-CN"/>
        </w:rPr>
        <w:t>　　四、自己还需要在工作中不断提高和完善。</w:t>
      </w:r>
      <w:r>
        <w:rPr>
          <w:lang w:eastAsia="zh-CN"/>
        </w:rPr>
        <w:br/>
      </w:r>
      <w:r>
        <w:rPr>
          <w:lang w:eastAsia="zh-CN"/>
        </w:rPr>
        <w:t>　　1、隔行如隔山。以前虽然有一些行政和人的工作经验，但是不同行业之间还是有很大差异的。</w:t>
      </w:r>
      <w:r>
        <w:rPr>
          <w:lang w:eastAsia="zh-CN"/>
        </w:rPr>
        <w:br/>
      </w:r>
      <w:r>
        <w:rPr>
          <w:lang w:eastAsia="zh-CN"/>
        </w:rPr>
        <w:t>　　2、在这三个月的时间里，虽然我在思想和工作上有了一定的进步，但还是有一些需要改进和完善的地方，比如工作中的急躁，细节上的欠考虑。组织能力有待进一步提高，尤其是对会议时间和节奏的掌控能力，以往会议模式中的短平快方式有待进一步加强。</w:t>
      </w:r>
      <w:r>
        <w:rPr>
          <w:lang w:eastAsia="zh-CN"/>
        </w:rPr>
        <w:br/>
      </w:r>
      <w:r>
        <w:rPr>
          <w:lang w:eastAsia="zh-CN"/>
        </w:rPr>
        <w:t>　　3、我们需要更多地了解该公司的产品、性能、适用范围和价格。我会努力学习，在以后的工作中不断进步，进一步提升自己。我将以积极的工作态度、踏实的工作作风和高度的责任感投入到工作中，更好地为公司和一线员工服务。</w:t>
      </w:r>
      <w:r>
        <w:rPr>
          <w:lang w:eastAsia="zh-CN"/>
        </w:rPr>
        <w:br/>
      </w:r>
      <w:r>
        <w:rPr>
          <w:lang w:eastAsia="zh-CN"/>
        </w:rPr>
        <w:t>　　努力工作得到领导和同事的认可，提升自己的知识和技能，对我来说是最幸福最有成就感的事情。工作不仅是我谋生的手段，也是回报领导和同事信任、理解和支持的方式，是一个人实现人生价值的选择。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总之，经过三个月的试用期，我认为我能够积极、主动、熟练地完成自己的工作，发现工作中的问题，根据公司的发展要求及时改进和改正，与同事协调良好。</w:t>
      </w:r>
      <w:r>
        <w:rPr>
          <w:lang w:eastAsia="zh-CN"/>
        </w:rPr>
        <w:br/>
      </w:r>
      <w:r>
        <w:rPr>
          <w:lang w:eastAsia="zh-CN"/>
        </w:rPr>
        <w:t xml:space="preserve">    试用期1000字工作总结范文 篇16 </w:t>
      </w:r>
      <w:r>
        <w:rPr>
          <w:lang w:eastAsia="zh-CN"/>
        </w:rPr>
        <w:br/>
      </w:r>
      <w:r>
        <w:rPr>
          <w:lang w:eastAsia="zh-CN"/>
        </w:rPr>
        <w:t>　　工作一月来，在院领导和科室主任护士长的言传身教、关切培养下，在同事的支持赞助、密切配合下，我赓续增强思想政治学习，对工作千锤百炼，圆满地完成了自己所承担的各项工作任务，思想政治素质和业务工作能力都取得了一定的提高，为往后的工作和学习打下了优越的基本，现将工作和学习情况总结如下：</w:t>
      </w:r>
      <w:r>
        <w:rPr>
          <w:lang w:eastAsia="zh-CN"/>
        </w:rPr>
        <w:br/>
      </w:r>
      <w:r>
        <w:rPr>
          <w:lang w:eastAsia="zh-CN"/>
        </w:rPr>
        <w:t>　　一、政治思想方面：</w:t>
      </w:r>
      <w:r>
        <w:rPr>
          <w:lang w:eastAsia="zh-CN"/>
        </w:rPr>
        <w:br/>
      </w:r>
      <w:r>
        <w:rPr>
          <w:lang w:eastAsia="zh-CN"/>
        </w:rPr>
        <w:t>　　保持以病人为中心，以质量为核心 的护理办事理念，适应新的护理模式，社会成长的新形势，积极参加 一切运动，以办事病人奉献社会为宗旨，以病人满意为标准，全心全意为病人办事。</w:t>
      </w:r>
      <w:r>
        <w:rPr>
          <w:lang w:eastAsia="zh-CN"/>
        </w:rPr>
        <w:br/>
      </w:r>
      <w:r>
        <w:rPr>
          <w:lang w:eastAsia="zh-CN"/>
        </w:rPr>
        <w:t>　　二、增强司法意识：</w:t>
      </w:r>
      <w:r>
        <w:rPr>
          <w:lang w:eastAsia="zh-CN"/>
        </w:rPr>
        <w:br/>
      </w:r>
      <w:r>
        <w:rPr>
          <w:lang w:eastAsia="zh-CN"/>
        </w:rPr>
        <w:t>　　认真学习《护士法》及其司法律例，让我意识到，司法制度的日益完善，法制不雅念的赓续增强，依法做事、依法维护自身的正当权益已成为人们的共鸣。现代护理质量不雅念是全方位、全历程的让病人满意，这是人们对医疗护理办事提出更高、更新的需求，这就要求我富厚司法知识，增强平安掩护意识，使护理人员懂法、用法，依法削减医疗事故的产生。</w:t>
      </w:r>
      <w:r>
        <w:rPr>
          <w:lang w:eastAsia="zh-CN"/>
        </w:rPr>
        <w:br/>
      </w:r>
      <w:r>
        <w:rPr>
          <w:lang w:eastAsia="zh-CN"/>
        </w:rPr>
        <w:t>　　三、工作学习方面</w:t>
      </w:r>
      <w:r>
        <w:rPr>
          <w:lang w:eastAsia="zh-CN"/>
        </w:rPr>
        <w:br/>
      </w:r>
    </w:p>
    <w:p w:rsidR="001B1F19" w14:textId="27C3F48A">
      <w:pPr>
        <w:rPr>
          <w:rFonts w:hint="eastAsia"/>
          <w:lang w:eastAsia="zh-CN"/>
        </w:rPr>
      </w:pPr>
      <w:r>
        <w:rPr>
          <w:lang w:eastAsia="zh-CN"/>
        </w:rPr>
        <w:t>　　在工作中，严格遵守医院和科室的各项规章制度，严格执行查对</w:t>
      </w:r>
      <w:r>
        <w:rPr>
          <w:lang w:eastAsia="zh-CN"/>
        </w:rPr>
        <w:t xml:space="preserve"> 制度及护理操作规程，落实制度，削减毛病事故的产生，严格执行无菌操作，包管孕产妇以及新生儿的平安。贯彻“以病人为中心，以质量为核心”的办事理念，文明礼貌办事，保持文明用语，落实到工作中的每个岗亭，工作时间仪表庄重、着装整洁、礼貌待患、态度和睦、语言规范。</w:t>
      </w:r>
      <w:r>
        <w:rPr>
          <w:lang w:eastAsia="zh-CN"/>
        </w:rPr>
        <w:br/>
      </w:r>
      <w:r>
        <w:rPr>
          <w:lang w:eastAsia="zh-CN"/>
        </w:rPr>
        <w:t>　　对年轻护士认真传、帮、带，做好护师职责，努力提高护理病历书写质量及护理表格合格 率;对涌现的缺点、毛病，认真总结、剖析、查找工作隐患，防患于未然。</w:t>
      </w:r>
      <w:r>
        <w:rPr>
          <w:lang w:eastAsia="zh-CN"/>
        </w:rPr>
        <w:br/>
      </w:r>
      <w:r>
        <w:rPr>
          <w:lang w:eastAsia="zh-CN"/>
        </w:rPr>
        <w:t>　　在工作历程中，我深深认为 自身不足，对于各类感染病知识了解很少，明显认为增强自身学习、提高自身素质的紧急性。一是向书本学习，保持每天挤出一定的时间赓续充足自己，普遍吸取各类“营养”;二是向周围的同事学习，始终保持 谦虚谨慎、虚心求教的态度，主动向同事请教，参加医院和科室组织的各类感染病知识学习班;三是在实践中学习，把所学的知识运用于实际工作中，在实践中磨练所学知识，查找不足，提高自己，防止和战胜浅尝辄止、一知半解的倾向。</w:t>
      </w:r>
      <w:r>
        <w:rPr>
          <w:lang w:eastAsia="zh-CN"/>
        </w:rPr>
        <w:br/>
      </w:r>
      <w:r>
        <w:rPr>
          <w:lang w:eastAsia="zh-CN"/>
        </w:rPr>
        <w:t>　　我时刻提醒自己，要赓续增强自身思想道德的修养和人格品质的锤炼，增强奉献意识，把无私忘我做为人格修养的重点。不受社会上一些不良风俗的影响，从一点一滴的小事做起;工作中严以律己，忠于职守，防微杜渐，稳固树立全心全意为病人办事的宗旨。</w:t>
      </w:r>
      <w:r>
        <w:rPr>
          <w:lang w:eastAsia="zh-CN"/>
        </w:rPr>
        <w:br/>
      </w:r>
      <w:r>
        <w:rPr>
          <w:lang w:eastAsia="zh-CN"/>
        </w:rPr>
        <w:t>　　以上是我在医院工作一个月的总结，这些天来深刻感触感染到医院的积极向上的生气，对未来充斥信心，愿意为六院供献</w:t>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https://d.book118.com/777153102060006052</w:t>
        </w:r>
      </w:hyperlink>
    </w:p>
    <w:p w:rsidR="001B1F19">
      <w:pPr>
        <w:rPr>
          <w:rFonts w:hint="eastAsia"/>
          <w:lang w:eastAsia="zh-CN"/>
        </w:rPr>
      </w:pPr>
    </w:p>
    <w:sectPr>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7715310206000605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