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p w:rsidR="001B1F19" w14:paraId="7F7A67AA" w14:textId="0AE8485B">
      <w:pPr>
        <w:pStyle w:val="Heading1"/>
        <w:jc w:val="center"/>
        <w:rPr>
          <w:rFonts w:hint="eastAsia"/>
          <w:lang w:eastAsia="zh-CN"/>
        </w:rPr>
      </w:pPr>
      <w:r>
        <w:rPr>
          <w:sz w:val="44"/>
          <w:lang w:eastAsia="zh-CN"/>
        </w:rPr>
        <w:t>2024年军训工作总结（35篇）</w:t>
      </w:r>
    </w:p>
    <w:p w:rsidR="001B1F19" w14:paraId="15E7D7A0" w14:textId="27C3F48A">
      <w:pPr>
        <w:rPr>
          <w:rFonts w:hint="eastAsia"/>
          <w:lang w:eastAsia="zh-CN"/>
        </w:rPr>
        <w:sectPr>
          <w:pgSz w:w="11906" w:h="16838"/>
          <w:pgMar w:top="1440" w:right="1800" w:bottom="1440" w:left="1800" w:header="851" w:footer="992" w:gutter="0"/>
          <w:cols w:space="425"/>
          <w:docGrid w:type="lines" w:linePitch="312"/>
        </w:sectPr>
      </w:pPr>
      <w:r>
        <w:rPr>
          <w:lang w:eastAsia="zh-CN"/>
        </w:rPr>
        <w:br/>
      </w:r>
      <w:r>
        <w:rPr>
          <w:lang w:eastAsia="zh-CN"/>
        </w:rPr>
        <w:br/>
      </w:r>
      <w:r>
        <w:rPr>
          <w:lang w:eastAsia="zh-CN"/>
        </w:rPr>
        <w:t>2024年军训工作总结（精选35篇）</w:t>
      </w:r>
      <w:r>
        <w:rPr>
          <w:lang w:eastAsia="zh-CN"/>
        </w:rPr>
        <w:br/>
      </w:r>
      <w:r>
        <w:rPr>
          <w:lang w:eastAsia="zh-CN"/>
        </w:rPr>
        <w:t xml:space="preserve">    2024年军训工作总结 篇1 </w:t>
      </w:r>
      <w:r>
        <w:rPr>
          <w:lang w:eastAsia="zh-CN"/>
        </w:rPr>
        <w:br/>
      </w:r>
      <w:r>
        <w:rPr>
          <w:lang w:eastAsia="zh-CN"/>
        </w:rPr>
        <w:t>　　在冬日暖阳下，学生们排着整齐的队伍，举着鲜艳的队旗，唱着嘹亮的队歌，来到二炮工程大学一旅二营来参加为期半天的军训。现对本班参加军训同学的情况总结如下：</w:t>
      </w:r>
      <w:r>
        <w:rPr>
          <w:lang w:eastAsia="zh-CN"/>
        </w:rPr>
        <w:br/>
      </w:r>
      <w:r>
        <w:rPr>
          <w:lang w:eastAsia="zh-CN"/>
        </w:rPr>
        <w:t>　　首先，从学生个人情况来看，学生们军训的积极性非常高。在一旅二营学员的带领下，学生们学站军姿，练习队列非常认真。从每个细微的动作，到面部神情都非常认真，每个动作不厌其烦的反复练习，都力争使自己成为最有精神，军姿最标准的人。</w:t>
      </w:r>
      <w:r>
        <w:rPr>
          <w:lang w:eastAsia="zh-CN"/>
        </w:rPr>
        <w:br/>
      </w:r>
      <w:r>
        <w:rPr>
          <w:lang w:eastAsia="zh-CN"/>
        </w:rPr>
        <w:t>　　第二，同学们的集体荣誉感非常强。不仅自己认真练习军姿、队列，而且自己旁边的同学如果没掌握好动作要领，就赶快和军人叔叔一起帮助周边的同学。由于同学们的同心协力，在军事汇演的时候，夺得了军事操演的第一名。</w:t>
      </w:r>
      <w:r>
        <w:rPr>
          <w:lang w:eastAsia="zh-CN"/>
        </w:rPr>
        <w:br/>
      </w:r>
      <w:r>
        <w:rPr>
          <w:lang w:eastAsia="zh-CN"/>
        </w:rPr>
        <w:t>　　第三、学生们收获了坚强的意志，培养了他们吃苦耐劳的精神。军训生活教会了学生们很多东西，不仅学会了怎么站军姿、怎么整队列，还学会了怎样面对困难，学会了忍耐，学会了坚强</w:t>
      </w:r>
      <w:r>
        <w:rPr>
          <w:lang w:eastAsia="zh-CN"/>
        </w:rPr>
        <w:br/>
      </w:r>
    </w:p>
    <w:p w:rsidR="001B1F19" w14:textId="0AE8485B">
      <w:pPr>
        <w:pStyle w:val="Heading1"/>
        <w:jc w:val="center"/>
        <w:rPr>
          <w:rFonts w:hint="eastAsia"/>
          <w:lang w:eastAsia="zh-CN"/>
        </w:rPr>
      </w:pPr>
      <w:r>
        <w:rPr>
          <w:sz w:val="44"/>
          <w:lang w:eastAsia="zh-CN"/>
        </w:rPr>
        <w:t>2024年军训工作总结（35篇）</w:t>
      </w:r>
    </w:p>
    <w:p w:rsidR="001B1F19" w14:textId="27C3F48A">
      <w:pPr>
        <w:rPr>
          <w:rFonts w:hint="eastAsia"/>
          <w:lang w:eastAsia="zh-CN"/>
        </w:rPr>
        <w:sectPr>
          <w:pgSz w:w="11906" w:h="16838"/>
          <w:pgMar w:top="1440" w:right="1800" w:bottom="1440" w:left="1800" w:header="851" w:footer="992" w:gutter="0"/>
          <w:cols w:space="425"/>
          <w:docGrid w:type="lines" w:linePitch="312"/>
        </w:sectPr>
      </w:pPr>
      <w:r>
        <w:rPr>
          <w:lang w:eastAsia="zh-CN"/>
        </w:rPr>
        <w:br/>
      </w:r>
      <w:r>
        <w:rPr>
          <w:lang w:eastAsia="zh-CN"/>
        </w:rPr>
        <w:br/>
      </w:r>
      <w:r>
        <w:rPr>
          <w:lang w:eastAsia="zh-CN"/>
        </w:rPr>
        <w:t>2024年军训工作总结（精选35篇）</w:t>
      </w:r>
      <w:r>
        <w:rPr>
          <w:lang w:eastAsia="zh-CN"/>
        </w:rPr>
        <w:br/>
      </w:r>
      <w:r>
        <w:rPr>
          <w:lang w:eastAsia="zh-CN"/>
        </w:rPr>
        <w:t xml:space="preserve">    2024年军训工作总结 篇1 </w:t>
      </w:r>
      <w:r>
        <w:rPr>
          <w:lang w:eastAsia="zh-CN"/>
        </w:rPr>
        <w:br/>
      </w:r>
      <w:r>
        <w:rPr>
          <w:lang w:eastAsia="zh-CN"/>
        </w:rPr>
        <w:t>　　在冬日暖阳下，学生们排着整齐的队伍，举着鲜艳的队旗，唱着嘹亮的队歌，来到二炮工程大学一旅二营来参加为期半天的军训。现对本班参加军训同学的情况总结如下：</w:t>
      </w:r>
      <w:r>
        <w:rPr>
          <w:lang w:eastAsia="zh-CN"/>
        </w:rPr>
        <w:br/>
      </w:r>
      <w:r>
        <w:rPr>
          <w:lang w:eastAsia="zh-CN"/>
        </w:rPr>
        <w:t>　　首先，从学生个人情况来看，学生们军训的积极性非常高。在一旅二营学员的带领下，学生们学站军姿，练习队列非常认真。从每个细微的动作，到面部神情都非常认真，每个动作不厌其烦的反复练习，都力争使自己成为最有精神，军姿最标准的人。</w:t>
      </w:r>
      <w:r>
        <w:rPr>
          <w:lang w:eastAsia="zh-CN"/>
        </w:rPr>
        <w:br/>
      </w:r>
      <w:r>
        <w:rPr>
          <w:lang w:eastAsia="zh-CN"/>
        </w:rPr>
        <w:t>　　第二，同学们的集体荣誉感非常强。不仅自己认真练习军姿、队列，而且自己旁边的同学如果没掌握好动作要领，就赶快和军人叔叔一起帮助周边的同学。由于同学们的同心协力，在军事汇演的时候，夺得了军事操演的第一名。</w:t>
      </w:r>
      <w:r>
        <w:rPr>
          <w:lang w:eastAsia="zh-CN"/>
        </w:rPr>
        <w:br/>
      </w:r>
      <w:r>
        <w:rPr>
          <w:lang w:eastAsia="zh-CN"/>
        </w:rPr>
        <w:t>　　第三、学生们收获了坚强的意志，培养了他们吃苦耐劳的精神。军训生活教会了学生们很多东西，不仅学会了怎么站军姿、怎么整队列，还学会了怎样面对困难，学会了忍耐，学会了坚强</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
          <w:cols w:space="425"/>
          <w:titlePg w:val="0"/>
          <w:docGrid w:type="lines" w:linePitch="312"/>
        </w:sectPr>
      </w:pPr>
      <w:r>
        <w:rPr>
          <w:lang w:eastAsia="zh-CN"/>
        </w:rPr>
        <w:t>　　在他们的军训感言中，我也看到这样的文字：“我不会倒下的”、“我要坚持下去”、“我会坚持到最后的”、“我不会给妈妈打电话让妈妈担心的”。这些同学坚强的意志鼓舞着全班同学。</w:t>
      </w:r>
      <w:r>
        <w:rPr>
          <w:lang w:eastAsia="zh-CN"/>
        </w:rPr>
        <w:br/>
      </w:r>
      <w:r>
        <w:rPr>
          <w:lang w:eastAsia="zh-CN"/>
        </w:rPr>
        <w:t>　　虽然军训对于学生来说是一件苦事，但是却是有着积极的意义的。不仅锻炼了学生的意志，增强了学生的自信心，而且对学生的爱国精神，班集体荣誉感的增强都有及其深远的意义。</w:t>
      </w:r>
      <w:r>
        <w:rPr>
          <w:lang w:eastAsia="zh-CN"/>
        </w:rPr>
        <w:br/>
      </w:r>
      <w:r>
        <w:rPr>
          <w:lang w:eastAsia="zh-CN"/>
        </w:rPr>
        <w:t>　　此外，作为课题组教师成员，在学生进行军训的同时，我认为我们也应该和学生们一起同甘共苦，让学生知道老师和同学们是站在同一个阵线上的，这样更能激发学生的斗志和集体荣誉感。从这点上来说，也能对学生在军训中严格要求自己起到切实的模范作用。</w:t>
      </w:r>
      <w:r>
        <w:rPr>
          <w:lang w:eastAsia="zh-CN"/>
        </w:rPr>
        <w:br/>
      </w:r>
      <w:r>
        <w:rPr>
          <w:lang w:eastAsia="zh-CN"/>
        </w:rPr>
        <w:t>　　</w:t>
      </w:r>
      <w:r>
        <w:rPr>
          <w:lang w:eastAsia="zh-CN"/>
        </w:rPr>
        <w:br/>
      </w:r>
      <w:r>
        <w:rPr>
          <w:lang w:eastAsia="zh-CN"/>
        </w:rPr>
        <w:t>　　20__年__月__日</w:t>
      </w:r>
      <w:r>
        <w:rPr>
          <w:lang w:eastAsia="zh-CN"/>
        </w:rPr>
        <w:br/>
      </w:r>
      <w:r>
        <w:rPr>
          <w:lang w:eastAsia="zh-CN"/>
        </w:rPr>
        <w:t xml:space="preserve">    2024年军训工作总结 篇2 </w:t>
      </w:r>
      <w:r>
        <w:rPr>
          <w:lang w:eastAsia="zh-CN"/>
        </w:rPr>
        <w:br/>
      </w:r>
      <w:r>
        <w:rPr>
          <w:lang w:eastAsia="zh-CN"/>
        </w:rPr>
        <w:t>　　“为什么要军训？军训是为了锻炼大学生的意志，培养集体荣誉感和协作能力，增强组织的纪律性，军训生活是一种不可多得的人生体验，是一种无可替代的人生经历，你们付出辛勤的汗水，收获的将是很大的一笔精神财富！”这是9月10号晚上我对09级新生说的话。</w:t>
      </w:r>
      <w:r>
        <w:rPr>
          <w:lang w:eastAsia="zh-CN"/>
        </w:rPr>
        <w:br/>
      </w:r>
      <w:r>
        <w:rPr>
          <w:lang w:eastAsia="zh-CN"/>
        </w:rPr>
        <w:t>　　军训圆满结束</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
          <w:cols w:space="425"/>
          <w:titlePg w:val="0"/>
          <w:docGrid w:type="lines" w:linePitch="312"/>
        </w:sectPr>
      </w:pPr>
      <w:r>
        <w:rPr>
          <w:lang w:eastAsia="zh-CN"/>
        </w:rPr>
        <w:t>　　队列、站军姿、俯卧撑、跑步、军体拳、拉歌、阅兵15天非一般逝去了，军训圆满结束。新生们晒黑了，肌肉结实了，脸上充满自信了，还多了一份恋恋不舍的感情。军训期间无缺勤状况出现，每个新生都严谨认真对待军训，他们都想拥有人生的一大财富！当时我们班有一位新生病毒性感染导致重型感冒发烧，经医院治疗后仍无好转，后来建议她回家修养。在离军训还有8天的时候，她打电话给我，哀求我让她回来参与军训，那时候她的声音还很沙哑，不时地伴有咳嗽。了解了她的病情后，我确认她还不能回来。但是怎么跟她说呢，她真的很想回来军训？我努力地想了想，我告诉她病毒性感冒的严重性，需安全防范，学校人口流动大危险度高；另外学校饭堂的伙食没有家里好等，最后建议她9月26再回来参加阅兵。她接受了，阅兵那天早早地回来了，一回来就找到了我，她说：阅兵很精彩！</w:t>
      </w:r>
      <w:r>
        <w:rPr>
          <w:lang w:eastAsia="zh-CN"/>
        </w:rPr>
        <w:br/>
      </w:r>
      <w:r>
        <w:rPr>
          <w:lang w:eastAsia="zh-CN"/>
        </w:rPr>
        <w:t>　　军训中的坚持</w:t>
      </w:r>
      <w:r>
        <w:rPr>
          <w:lang w:eastAsia="zh-CN"/>
        </w:rPr>
        <w:br/>
      </w:r>
      <w:r>
        <w:rPr>
          <w:lang w:eastAsia="zh-CN"/>
        </w:rPr>
        <w:t>　　军训期间无需做太多的教育与管理，因为他们的生活和活动井然有序，还有教官的指教。所以更多的是对他们的观察，注意他们的身体健康，与作进一步的了解。</w:t>
      </w:r>
      <w:r>
        <w:rPr>
          <w:lang w:eastAsia="zh-CN"/>
        </w:rPr>
        <w:br/>
      </w:r>
      <w:r>
        <w:rPr>
          <w:lang w:eastAsia="zh-CN"/>
        </w:rPr>
        <w:t>　　军训对象是新生，但是作为一个兼班，特别是刚接触新生，要想了解他们，重要的就是跟着他们一起活动。每次非上课时间，甚至是上课时间，我都在他们的训练场，有时静静地观察他们的写的日记，我觉得文字最能看懂一个人的内心世界，最容易走进他们的心，所以我每天都确保看完所带班级每位学生的日记，一些特殊的描述我会做笔记，然后再进一步重点关注。看完了日记，我会默默地站在一旁看着他们在教官的指挥下操练。一个人的面部神态是人的第二颗心，从一个人的'动作和表情中也可以看出他对待事物的态度。有的人很投入，聚精会神；</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4"/>
          <w:cols w:space="425"/>
          <w:titlePg w:val="0"/>
          <w:docGrid w:type="lines" w:linePitch="312"/>
        </w:sectPr>
      </w:pPr>
      <w:r>
        <w:rPr>
          <w:lang w:eastAsia="zh-CN"/>
        </w:rPr>
        <w:t>　　有的人叫潇洒，他训练得很轻松，但也不犯规；有的人很卖力，他想努力做好动作；有的人在顽强地坚持着，腿已经颤抖记得一次我又在偷偷巡视着他们的表情，我看到一位学生的头略微朝下，我走进了一点，发现他抿着双唇，豆大的汗珠从鼻子上直冒出来，脸有点僵，我赶紧跟教官打了报告。后来他说他头晕，腿没力，本想再坚持的，没想到被我抓住了！</w:t>
      </w:r>
      <w:r>
        <w:rPr>
          <w:lang w:eastAsia="zh-CN"/>
        </w:rPr>
        <w:br/>
      </w:r>
      <w:r>
        <w:rPr>
          <w:lang w:eastAsia="zh-CN"/>
        </w:rPr>
        <w:t>　　军训前的准备</w:t>
      </w:r>
      <w:r>
        <w:rPr>
          <w:lang w:eastAsia="zh-CN"/>
        </w:rPr>
        <w:br/>
      </w:r>
      <w:r>
        <w:rPr>
          <w:lang w:eastAsia="zh-CN"/>
        </w:rPr>
        <w:t>　　首先做好应战的心理准备，军训很苦很累，回到宿舍还有很多其他资料文件的填写，但是我们相信我们能行，我们是钢七连，我们风雨无阻，不退缩，不畏惧！</w:t>
      </w:r>
      <w:r>
        <w:rPr>
          <w:lang w:eastAsia="zh-CN"/>
        </w:rPr>
        <w:br/>
      </w:r>
      <w:r>
        <w:rPr>
          <w:lang w:eastAsia="zh-CN"/>
        </w:rPr>
        <w:t>　　其次是做好其他准备：</w:t>
      </w:r>
      <w:r>
        <w:rPr>
          <w:lang w:eastAsia="zh-CN"/>
        </w:rPr>
        <w:br/>
      </w:r>
      <w:r>
        <w:rPr>
          <w:lang w:eastAsia="zh-CN"/>
        </w:rPr>
        <w:t>　　1、没人备一个大水杯，保持充分的水源；</w:t>
      </w:r>
      <w:r>
        <w:rPr>
          <w:lang w:eastAsia="zh-CN"/>
        </w:rPr>
        <w:br/>
      </w:r>
      <w:r>
        <w:rPr>
          <w:lang w:eastAsia="zh-CN"/>
        </w:rPr>
        <w:t>　　2、抓紧时间休息：中午、晚上处理日常事务的速度要快；</w:t>
      </w:r>
      <w:r>
        <w:rPr>
          <w:lang w:eastAsia="zh-CN"/>
        </w:rPr>
        <w:br/>
      </w:r>
      <w:r>
        <w:rPr>
          <w:lang w:eastAsia="zh-CN"/>
        </w:rPr>
        <w:t>　　3、宿舍内备好防晒霜、风油精、清凉油等防止中暑的药物，以防不时之需。</w:t>
      </w:r>
      <w:r>
        <w:rPr>
          <w:lang w:eastAsia="zh-CN"/>
        </w:rPr>
        <w:br/>
      </w:r>
      <w:r>
        <w:rPr>
          <w:lang w:eastAsia="zh-CN"/>
        </w:rPr>
        <w:t>　　军训感受</w:t>
      </w:r>
      <w:r>
        <w:rPr>
          <w:lang w:eastAsia="zh-CN"/>
        </w:rPr>
        <w:br/>
      </w:r>
      <w:r>
        <w:rPr>
          <w:lang w:eastAsia="zh-CN"/>
        </w:rPr>
        <w:t>　　军训中，我看到了新生的成长，我看到了他们不断坚强的意志。当有人生病住院的时候，我听到有人跟我说：“老师，你放心吧，我能照顾好他的。你先去看看其他同学吧！”当我们遭到挫折的时候，我听到了他们一起喊：”我们是钢七连！”最后一天，我听到了他们说：“老师，我不想军训就这么结束了！”我想，军训的目的达到了，兼班的工作要继续努力加油！</w:t>
      </w:r>
      <w:r>
        <w:rPr>
          <w:lang w:eastAsia="zh-CN"/>
        </w:rPr>
        <w:br/>
      </w:r>
      <w:r>
        <w:rPr>
          <w:lang w:eastAsia="zh-CN"/>
        </w:rPr>
        <w:t xml:space="preserve">    2024年军训工作总结 篇3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5"/>
          <w:cols w:space="425"/>
          <w:titlePg w:val="0"/>
          <w:docGrid w:type="lines" w:linePitch="312"/>
        </w:sectPr>
      </w:pPr>
      <w:r>
        <w:rPr>
          <w:lang w:eastAsia="zh-CN"/>
        </w:rPr>
        <w:t>　　一、成功经验</w:t>
      </w:r>
      <w:r>
        <w:rPr>
          <w:lang w:eastAsia="zh-CN"/>
        </w:rPr>
        <w:br/>
      </w:r>
      <w:r>
        <w:rPr>
          <w:lang w:eastAsia="zh-CN"/>
        </w:rPr>
        <w:t>　　（一）学院领导高度重视是做好学生军训工作的关键</w:t>
      </w:r>
      <w:r>
        <w:rPr>
          <w:lang w:eastAsia="zh-CN"/>
        </w:rPr>
        <w:br/>
      </w:r>
      <w:r>
        <w:rPr>
          <w:lang w:eastAsia="zh-CN"/>
        </w:rPr>
        <w:t>　　1、学院领导对军训工作的意义认识到位</w:t>
      </w:r>
      <w:r>
        <w:rPr>
          <w:lang w:eastAsia="zh-CN"/>
        </w:rPr>
        <w:br/>
      </w:r>
      <w:r>
        <w:rPr>
          <w:lang w:eastAsia="zh-CN"/>
        </w:rPr>
        <w:t>　　学院领导把以军事训练为主要内容的国防教育作为一项重要政治任务来抓，强调军训是实施素质教育的重要内容，是全民国防教育的基础，是国家法律赋予普通高校的政治义务。</w:t>
      </w:r>
      <w:r>
        <w:rPr>
          <w:lang w:eastAsia="zh-CN"/>
        </w:rPr>
        <w:br/>
      </w:r>
      <w:r>
        <w:rPr>
          <w:lang w:eastAsia="zh-CN"/>
        </w:rPr>
        <w:t>　　通过开展以学生军训为主的国防教育活动，提高了学生的政治、军事素质，使学生掌握了基本军事知识和技能，深化了学生的国防观念和国家安全意识，培养了学生严明的组织纪律性和集体荣誉感，为学生上好了进入大学的第一课。军训在培养和提高学生素质方面发挥着其他教育形式不可替代的作用。通过军训，学生不仅可以学到了基本的军事知识和技能，还可以学习到人民解放军艰苦奋斗、吃苦耐劳、爱国奉献、勇于牺牲，勇敢顽强、坚忍不拔的优良传统，有利于学生树立共产主义信念和正确的世界观、人生观、价值观，有利于培养学生爱国主义、集体主义精神；有利于学生增强国防观念，开阔视野，改善知识结构、活跃思维方式；有利于磨练学生的意志品质，增强战胜困难的信心和勇气；有利于学生组织性、纪律性的提高和身体素质的增强，从而为将来建设祖国、保卫祖国打下坚实的基础。</w:t>
      </w:r>
      <w:r>
        <w:rPr>
          <w:lang w:eastAsia="zh-CN"/>
        </w:rPr>
        <w:br/>
      </w:r>
      <w:r>
        <w:rPr>
          <w:lang w:eastAsia="zh-CN"/>
        </w:rPr>
        <w:t>　　2、学院领导对军训工作的部署到位</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6"/>
          <w:cols w:space="425"/>
          <w:titlePg w:val="0"/>
          <w:docGrid w:type="lines" w:linePitch="312"/>
        </w:sectPr>
      </w:pPr>
      <w:r>
        <w:rPr>
          <w:lang w:eastAsia="zh-CN"/>
        </w:rPr>
        <w:t>　　基于对学生军训工作意义的认识，学院领导对军训工作进行了周密的部署，表现在：一是学院领导李时雨院长、徐益副院长、徐健副书记亲自参加了军训工作开始前的协调会，并对军训工作计划提出了宝贵的意见；二是多次听取军事理论课的教学安排、军事技能课的训练安排、军训的安全保障工作等方面的工作汇报，并积极协调学校各有关部门及各院（系）共同参与学生军训的筹备、组织和实施，为军训的组织工作开辟了高效便捷的工作渠道；三是将军训工作纳入了院系两级领导班子的明确分工中，学院有一名院领导（徐益副院长）主管军训工作，成立了“学院军训工作领导小组”，并在各院系相应成立了“军训工作小组”，保证了学生军训工作的组织领导；四是军训期间，学院领导都到军训现场看望军训学生和教官，指导工作；五是军训结束时，校领导和院、系领导、职能部门负责人与军训官兵联谊并检阅军训成果。</w:t>
      </w:r>
      <w:r>
        <w:rPr>
          <w:lang w:eastAsia="zh-CN"/>
        </w:rPr>
        <w:br/>
      </w:r>
      <w:r>
        <w:rPr>
          <w:lang w:eastAsia="zh-CN"/>
        </w:rPr>
        <w:t>　　3、学院在人力、物力、财力上尽力给学生军训工作予以保障</w:t>
      </w:r>
      <w:r>
        <w:rPr>
          <w:lang w:eastAsia="zh-CN"/>
        </w:rPr>
        <w:br/>
      </w:r>
      <w:r>
        <w:rPr>
          <w:lang w:eastAsia="zh-CN"/>
        </w:rPr>
        <w:t>　　具体表现在：</w:t>
      </w:r>
      <w:r>
        <w:rPr>
          <w:lang w:eastAsia="zh-CN"/>
        </w:rPr>
        <w:br/>
      </w:r>
      <w:r>
        <w:rPr>
          <w:lang w:eastAsia="zh-CN"/>
        </w:rPr>
        <w:t>　　（1）为保证晚上操课安全，学院购买了两盏探照灯。</w:t>
      </w:r>
      <w:r>
        <w:rPr>
          <w:lang w:eastAsia="zh-CN"/>
        </w:rPr>
        <w:br/>
      </w:r>
      <w:r>
        <w:rPr>
          <w:lang w:eastAsia="zh-CN"/>
        </w:rPr>
        <w:t>　　（2）为保证军训和乐及检阅，学院购买了一台DVD机。</w:t>
      </w:r>
      <w:r>
        <w:rPr>
          <w:lang w:eastAsia="zh-CN"/>
        </w:rPr>
        <w:br/>
      </w:r>
      <w:r>
        <w:rPr>
          <w:lang w:eastAsia="zh-CN"/>
        </w:rPr>
        <w:t>　　（3）为满足军训教官生活所需，学院在教官食宿等方面给予了保障。</w:t>
      </w:r>
      <w:r>
        <w:rPr>
          <w:lang w:eastAsia="zh-CN"/>
        </w:rPr>
        <w:br/>
      </w:r>
      <w:r>
        <w:rPr>
          <w:lang w:eastAsia="zh-CN"/>
        </w:rPr>
        <w:t>　　（4）为保证军训顺利进行，学院提供了矿泉水、茶水、药品、医疗服务等后勤保障。</w:t>
      </w:r>
      <w:r>
        <w:rPr>
          <w:lang w:eastAsia="zh-CN"/>
        </w:rPr>
        <w:br/>
      </w:r>
      <w:r>
        <w:rPr>
          <w:lang w:eastAsia="zh-CN"/>
        </w:rPr>
        <w:t>　　（5）学院要求明确院系军训工作负责人及其职责，并安排了体育工作部、学生处、各院系值班，以保证军训中的协调、组织、纪律和学生安全等。</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7"/>
          <w:cols w:space="425"/>
          <w:titlePg w:val="0"/>
          <w:docGrid w:type="lines" w:linePitch="312"/>
        </w:sectPr>
      </w:pPr>
      <w:r>
        <w:rPr>
          <w:lang w:eastAsia="zh-CN"/>
        </w:rPr>
        <w:t>　　（二）学院与承训部队相互支持、团结协作，体育工作部与各部门和各院系密切配合，成为学生军训工作顺利开展的保证</w:t>
      </w:r>
      <w:r>
        <w:rPr>
          <w:lang w:eastAsia="zh-CN"/>
        </w:rPr>
        <w:br/>
      </w:r>
      <w:r>
        <w:rPr>
          <w:lang w:eastAsia="zh-CN"/>
        </w:rPr>
        <w:t>　　1、中国人民解放军77109部队军训大队作为本次军训工作的承训部队，其领导高度重视本次军训工作，不仅在开训前亲自察看军训场地，了解学院的军训要求，编制军训的详细方案，而且亲自带队，亲临现场，每天到场监督指导，体现了真挚的合作态度和良好的协作精神。</w:t>
      </w:r>
      <w:r>
        <w:rPr>
          <w:lang w:eastAsia="zh-CN"/>
        </w:rPr>
        <w:br/>
      </w:r>
      <w:r>
        <w:rPr>
          <w:lang w:eastAsia="zh-CN"/>
        </w:rPr>
        <w:t>　　2、本次军训部队是一支作风顽强、纪律严明的部队，部队领导专门抽调了得力、精干和有经验的干部协助学院制定军事训练计划，为军事技能训练的顺利开展提供了组织保障。军训教官都能以对学生军训工作高度负责的精神和严谨的工作态度，科学施训、严格要求、文明带兵、以身作则，向我院师生展现了新时期人民解放军优良的精神风貌，使参训学生深受教育。</w:t>
      </w:r>
      <w:r>
        <w:rPr>
          <w:lang w:eastAsia="zh-CN"/>
        </w:rPr>
        <w:br/>
      </w:r>
      <w:r>
        <w:rPr>
          <w:lang w:eastAsia="zh-CN"/>
        </w:rPr>
        <w:t>　　3、在军训中，我院从体育工作部、学生工作部及各院（系）都抽调了有责任心、有亲和力、有学生工作经验的干部担任军训团的领导、教导员和指导员，他们以身作则、不怕吃苦、敢于负责、大胆管理、工作细致，军地两方在工作中建立了良好的合作关系。</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8"/>
          <w:cols w:space="425"/>
          <w:titlePg w:val="0"/>
          <w:docGrid w:type="lines" w:linePitch="312"/>
        </w:sectPr>
      </w:pPr>
      <w:r>
        <w:rPr>
          <w:lang w:eastAsia="zh-CN"/>
        </w:rPr>
        <w:t>　　4、为了更好地处理和解决军事训练期间出现的一些问题，双方建立了工作协商制度，做到了遇到问题不推委、不拖延，不扯皮，及时沟通，并按照相互的分工和职责及时解决问题。正是由于军、校双方相互尊重、相互配合、分工明确、团结一致，使大家在友好、合作的气氛中始终保持了良好的工作情绪和工作干劲，部队的官兵和学院的带训老师也结下了深厚的工作友情。</w:t>
      </w:r>
      <w:r>
        <w:rPr>
          <w:lang w:eastAsia="zh-CN"/>
        </w:rPr>
        <w:br/>
      </w:r>
      <w:r>
        <w:rPr>
          <w:lang w:eastAsia="zh-CN"/>
        </w:rPr>
        <w:t>　　5、军地双方为增进友谊，还在军训进行的课余时间开展了承训教官与学院校队的篮球友谊赛。</w:t>
      </w:r>
      <w:r>
        <w:rPr>
          <w:lang w:eastAsia="zh-CN"/>
        </w:rPr>
        <w:br/>
      </w:r>
      <w:r>
        <w:rPr>
          <w:lang w:eastAsia="zh-CN"/>
        </w:rPr>
        <w:t>　　6、本次军训工作的成功，与各部门、各院系的密切配合分不开。体育工作部负责军训全面工作，学生处负责军训中学生思想教育及管理等工作，院办负责开训、阅兵式及结业典礼等的会场布置等工作，各院系分管学生工作的总支书记、副书记或负责人负责本系学生思想教育及管理及军训成绩录入等工作，后勤处负责教官住宿、伙食、医务、茶水供应和场地清洁卫生等工作，教务处负责提供军训班级、学生名单等工作，组宣处负责宣传标语、报道、摄制等工作。正是有了部门之间的畅通无阻的信息沟通和理解支持，军训工作才能在体育工作部接受此项工作任务的第一年就取得成功，这是集体合作的成果，是参与军训工作的部门和个人共同的成绩。</w:t>
      </w:r>
      <w:r>
        <w:rPr>
          <w:lang w:eastAsia="zh-CN"/>
        </w:rPr>
        <w:br/>
      </w:r>
      <w:r>
        <w:rPr>
          <w:lang w:eastAsia="zh-CN"/>
        </w:rPr>
        <w:t>　　（三）严明组织纪律，科学施训，积极营军训氛围，切实保证军事技能训练的成效</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9"/>
          <w:cols w:space="425"/>
          <w:titlePg w:val="0"/>
          <w:docGrid w:type="lines" w:linePitch="312"/>
        </w:sectPr>
      </w:pPr>
      <w:r>
        <w:rPr>
          <w:lang w:eastAsia="zh-CN"/>
        </w:rPr>
        <w:t>　　1、从抓组织纪律入手，营造严明纪律的军训氛围。军训的目的之一是增强学生的组织纪律观念，没有严格的纪律，军队就没有战斗力，没有严格的纪律，军训也不能达到预期的目的。严格的管理要有完善的制度作保证，为此，学院体育工作部制定了《20__年军训计划》、《军训管理规定》、《军训作息时间》、《军训纪律》、《军训内务卫生标准及评比条件》等多项规章制度，军训制度编辑成册，在军训前发放到各部门和各院系，成为重要的军训读本，也成为军训学生在军训过程中的行为规范，在军训学生中树立了“政治观、纪律观、安全观、荣誉观”的思想，并做到从早操到熄灯前的工作和活动都有计划、有安排、有监督、有管理、有记录。每天考勤，当日通报到院系，指导员当日对学生进行情况调查、帮助教育并反馈到体育工作部和军训教官。学生请假，有严格的请假程序，并规定了严格的批假权限，有效营造了纪律严明的军训氛围。</w:t>
      </w:r>
      <w:r>
        <w:rPr>
          <w:lang w:eastAsia="zh-CN"/>
        </w:rPr>
        <w:br/>
      </w:r>
      <w:r>
        <w:rPr>
          <w:lang w:eastAsia="zh-CN"/>
        </w:rPr>
        <w:t>　　2、从树立先进入手，营造评优争先的军训氛围。军训中开展了“精神文明”、“先进集体”、“优秀学员”、“优秀教官”等奖项的评比，极大调动了军训学生、教官和各院系的积极性，使军训阅兵式成为了展示军训成果的舞台。最后，由七名军训教官和体育工作部、学生处的两位同志共同组成的军训评比小组通过现场评比，共评出精神文明奖3名，先进集体一等奖1名、二等奖2名、三等奖3名，优秀教官15名，优秀学员百余名。</w:t>
      </w:r>
      <w:r>
        <w:rPr>
          <w:lang w:eastAsia="zh-CN"/>
        </w:rPr>
        <w:br/>
      </w:r>
      <w:r>
        <w:rPr>
          <w:lang w:eastAsia="zh-CN"/>
        </w:rPr>
        <w:t>　　3、从鼓动士气入手，营造思想动员的军训氛围。由工商贸易系创办的“军之声”播报给军训学生带来了精神上的极大鼓舞，也带动了其他院系的大量投稿，工贸系的两期《军训专刊》则为军训学生的思考与感悟提供了展示的空间，计算机科学系的“校园军歌大赛”丰富了军训学生的课余生活，自动化系的“内务评比”促进了军训学生良好的生活习惯的养成。</w:t>
      </w:r>
      <w:r>
        <w:rPr>
          <w:lang w:eastAsia="zh-CN"/>
        </w:rPr>
        <w:br/>
      </w:r>
      <w:r>
        <w:rPr>
          <w:lang w:eastAsia="zh-CN"/>
        </w:rPr>
        <w:t>　　二、军训工作中存在的不足和新的工作思路：</w:t>
      </w:r>
      <w:r>
        <w:rPr>
          <w:lang w:eastAsia="zh-CN"/>
        </w:rPr>
        <w:br/>
      </w:r>
      <w:r>
        <w:rPr>
          <w:lang w:eastAsia="zh-CN"/>
        </w:rPr>
        <w:t>　　（一）工作中存在的不足</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0"/>
          <w:cols w:space="425"/>
          <w:titlePg w:val="0"/>
          <w:docGrid w:type="lines" w:linePitch="312"/>
        </w:sectPr>
      </w:pPr>
      <w:r>
        <w:rPr>
          <w:lang w:eastAsia="zh-CN"/>
        </w:rPr>
        <w:t>　　1、在军训总的指导思想上有了较好的把握，对学生的军事训练和</w:t>
      </w:r>
      <w:r>
        <w:rPr>
          <w:lang w:eastAsia="zh-CN"/>
        </w:rPr>
        <w:br/>
      </w:r>
      <w:r>
        <w:rPr>
          <w:lang w:eastAsia="zh-CN"/>
        </w:rPr>
        <w:t>　　作风管理也比较到位，但是军训中思想政治工作的系统性和深入性还不够，工作中也缺乏对不同特点、不同来源地、不同性格特征的学生开展有针对性的思想教育和引导，在严格管理的同时，心理的疏导工作做的还不够。</w:t>
      </w:r>
      <w:r>
        <w:rPr>
          <w:lang w:eastAsia="zh-CN"/>
        </w:rPr>
        <w:br/>
      </w:r>
      <w:r>
        <w:rPr>
          <w:lang w:eastAsia="zh-CN"/>
        </w:rPr>
        <w:t>　　2、按照教育部、总政、总参和市教委的统一要求，应开设军事理论课，但目前学院在军事理论课的开设上还未起步，无论是军事理论教学的内容和手段还是组织机构上还有一定的欠缺，亟需探索和学习。</w:t>
      </w:r>
      <w:r>
        <w:rPr>
          <w:lang w:eastAsia="zh-CN"/>
        </w:rPr>
        <w:br/>
      </w:r>
      <w:r>
        <w:rPr>
          <w:lang w:eastAsia="zh-CN"/>
        </w:rPr>
        <w:t>　　3、对军训工作和军训成果总结和宣传不够，对军训工作中存在的一些共性的问题研究的还不够。</w:t>
      </w:r>
      <w:r>
        <w:rPr>
          <w:lang w:eastAsia="zh-CN"/>
        </w:rPr>
        <w:br/>
      </w:r>
      <w:r>
        <w:rPr>
          <w:lang w:eastAsia="zh-CN"/>
        </w:rPr>
        <w:t>　　4、与兄弟院校就军训工作进行学习和交流得不够</w:t>
      </w:r>
      <w:r>
        <w:rPr>
          <w:lang w:eastAsia="zh-CN"/>
        </w:rPr>
        <w:br/>
      </w:r>
      <w:r>
        <w:rPr>
          <w:lang w:eastAsia="zh-CN"/>
        </w:rPr>
        <w:t>　　（二）新的工作思路</w:t>
      </w:r>
      <w:r>
        <w:rPr>
          <w:lang w:eastAsia="zh-CN"/>
        </w:rPr>
        <w:br/>
      </w:r>
      <w:r>
        <w:rPr>
          <w:lang w:eastAsia="zh-CN"/>
        </w:rPr>
        <w:t>　　1、关注军训中思想教育工作的研究，加强高校间军训工作的交流，特别是</w:t>
      </w:r>
      <w:r>
        <w:rPr>
          <w:lang w:eastAsia="zh-CN"/>
        </w:rPr>
        <w:br/>
      </w:r>
      <w:r>
        <w:rPr>
          <w:lang w:eastAsia="zh-CN"/>
        </w:rPr>
        <w:t>　　基层学生工作者应加强对军训学生的心理动态的捕捉和心理疏导。</w:t>
      </w:r>
      <w:r>
        <w:rPr>
          <w:lang w:eastAsia="zh-CN"/>
        </w:rPr>
        <w:br/>
      </w:r>
      <w:r>
        <w:rPr>
          <w:lang w:eastAsia="zh-CN"/>
        </w:rPr>
        <w:t>　　2、军训是一项重大而又复杂的系统性工作，涉及学院众多部门，需要进行大量的协调沟通，建议学院尽快成立军事理论教研室，使军训工作更加规范化、专业化，力争在20__年新生军训中能按照教育部、总政、总参和市教委要求开设军事理论课。</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1"/>
          <w:cols w:space="425"/>
          <w:titlePg w:val="0"/>
          <w:docGrid w:type="lines" w:linePitch="312"/>
        </w:sectPr>
      </w:pPr>
      <w:r>
        <w:rPr>
          <w:lang w:eastAsia="zh-CN"/>
        </w:rPr>
        <w:t>　　3、拓展军训宣传渠道，调动各院系的积极性，进一步营造浓厚的军训氛围。</w:t>
      </w:r>
      <w:r>
        <w:rPr>
          <w:lang w:eastAsia="zh-CN"/>
        </w:rPr>
        <w:br/>
      </w:r>
      <w:r>
        <w:rPr>
          <w:lang w:eastAsia="zh-CN"/>
        </w:rPr>
        <w:t>　　4、虚心接受部队在生活方面提出的合理建议，通过沟通协调，进一步加强后勤服务保障工作。</w:t>
      </w:r>
      <w:r>
        <w:rPr>
          <w:lang w:eastAsia="zh-CN"/>
        </w:rPr>
        <w:br/>
      </w:r>
      <w:r>
        <w:rPr>
          <w:lang w:eastAsia="zh-CN"/>
        </w:rPr>
        <w:t xml:space="preserve">    2024年军训工作总结 篇4 </w:t>
      </w:r>
      <w:r>
        <w:rPr>
          <w:lang w:eastAsia="zh-CN"/>
        </w:rPr>
        <w:br/>
      </w:r>
      <w:r>
        <w:rPr>
          <w:lang w:eastAsia="zh-CN"/>
        </w:rPr>
        <w:t>　　1、抓内务，促统一。我们利用中午和晚上对学生宿舍进行了规范和统一，组织学生进行参观。</w:t>
      </w:r>
      <w:r>
        <w:rPr>
          <w:lang w:eastAsia="zh-CN"/>
        </w:rPr>
        <w:br/>
      </w:r>
      <w:r>
        <w:rPr>
          <w:lang w:eastAsia="zh-CN"/>
        </w:rPr>
        <w:t>　　2、抓养成，促形象。在平时要求学生“三人成路，两人成列”;见到老师和教官要敬礼问好。</w:t>
      </w:r>
      <w:r>
        <w:rPr>
          <w:lang w:eastAsia="zh-CN"/>
        </w:rPr>
        <w:br/>
      </w:r>
      <w:r>
        <w:rPr>
          <w:lang w:eastAsia="zh-CN"/>
        </w:rPr>
        <w:t>　　3、抓课间组织，防人员失控。我们利用训练的间隙及时开展各种积极向上的活动，如拉歌、唱歌，给训练场营造了良好的氛围。</w:t>
      </w:r>
      <w:r>
        <w:rPr>
          <w:lang w:eastAsia="zh-CN"/>
        </w:rPr>
        <w:br/>
      </w:r>
      <w:r>
        <w:rPr>
          <w:lang w:eastAsia="zh-CN"/>
        </w:rPr>
        <w:t>　　4、抓公卫生，防疾病发生。特别是每次的训练收操，及时督促各班、排轮流对训练场的垃圾进行清理，培养了学生懂文明、爱护公共卫生的良好习惯。</w:t>
      </w:r>
      <w:r>
        <w:rPr>
          <w:lang w:eastAsia="zh-CN"/>
        </w:rPr>
        <w:br/>
      </w:r>
      <w:r>
        <w:rPr>
          <w:lang w:eastAsia="zh-CN"/>
        </w:rPr>
        <w:t>　　5、抓好研究，防事故。白天进行了一天的强化训练后，我们利用晚上的时间由教官组织进行防事故研究，对当天工作的开展进行奖评，对出现的苗头进行研究。让学生养成“事事讲安全，人人防安全”。</w:t>
      </w:r>
      <w:r>
        <w:rPr>
          <w:lang w:eastAsia="zh-CN"/>
        </w:rPr>
        <w:br/>
      </w:r>
      <w:r>
        <w:rPr>
          <w:lang w:eastAsia="zh-CN"/>
        </w:rPr>
        <w:t>　　三、军训工作存在“四个不足”</w:t>
      </w:r>
      <w:r>
        <w:rPr>
          <w:lang w:eastAsia="zh-CN"/>
        </w:rPr>
        <w:br/>
      </w:r>
      <w:r>
        <w:rPr>
          <w:lang w:eastAsia="zh-CN"/>
        </w:rPr>
        <w:t>　　总体看来，今年的学生军训工作较之以往上了一个台阶，这些成绩的取得主要得益于武装部领导的支持和关心、得益于学校领导的关照与帮助、更得益于各位教官的付出，当然工作还存在很多不足，有待在下步工作中加以改进。</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2"/>
          <w:cols w:space="425"/>
          <w:titlePg w:val="0"/>
          <w:docGrid w:type="lines" w:linePitch="312"/>
        </w:sectPr>
      </w:pPr>
      <w:r>
        <w:rPr>
          <w:lang w:eastAsia="zh-CN"/>
        </w:rPr>
        <w:t>　　第一、教官的示范教学上，还不能适应学生训练的需要。</w:t>
      </w:r>
      <w:r>
        <w:rPr>
          <w:lang w:eastAsia="zh-CN"/>
        </w:rPr>
        <w:br/>
      </w:r>
      <w:r>
        <w:rPr>
          <w:lang w:eastAsia="zh-CN"/>
        </w:rPr>
        <w:t>　　第二、教官在做学生思想工作上，方法简单还不能保证训练的需要。</w:t>
      </w:r>
      <w:r>
        <w:rPr>
          <w:lang w:eastAsia="zh-CN"/>
        </w:rPr>
        <w:br/>
      </w:r>
      <w:r>
        <w:rPr>
          <w:lang w:eastAsia="zh-CN"/>
        </w:rPr>
        <w:t>　　第三、在管理教官上还不够人性化，还不能招之即来、来之能战。 第四、训练期间的安全措施，还不够细致，特别是8小时外的安全。比如说教官的安全，因人员不集中，所以难以全时间监管。</w:t>
      </w:r>
      <w:r>
        <w:rPr>
          <w:lang w:eastAsia="zh-CN"/>
        </w:rPr>
        <w:br/>
      </w:r>
      <w:r>
        <w:rPr>
          <w:lang w:eastAsia="zh-CN"/>
        </w:rPr>
        <w:t>　　四、将来军训工作的'“四个希望”</w:t>
      </w:r>
      <w:r>
        <w:rPr>
          <w:lang w:eastAsia="zh-CN"/>
        </w:rPr>
        <w:br/>
      </w:r>
      <w:r>
        <w:rPr>
          <w:lang w:eastAsia="zh-CN"/>
        </w:rPr>
        <w:t>　　第一、希望创办一所固定的学生国防教育军训基地。</w:t>
      </w:r>
      <w:r>
        <w:rPr>
          <w:lang w:eastAsia="zh-CN"/>
        </w:rPr>
        <w:br/>
      </w:r>
      <w:r>
        <w:rPr>
          <w:lang w:eastAsia="zh-CN"/>
        </w:rPr>
        <w:t>　　第二、希望在教官的选拔任用上，实行长效机制，建立档案和通讯录。</w:t>
      </w:r>
      <w:r>
        <w:rPr>
          <w:lang w:eastAsia="zh-CN"/>
        </w:rPr>
        <w:br/>
      </w:r>
      <w:r>
        <w:rPr>
          <w:lang w:eastAsia="zh-CN"/>
        </w:rPr>
        <w:t>　　第三、希望在军训的教学上，有一套规范的教材及教案，考虑在保持今年的教学模式上，明年提前编好一部多媒体教学课程。</w:t>
      </w:r>
      <w:r>
        <w:rPr>
          <w:lang w:eastAsia="zh-CN"/>
        </w:rPr>
        <w:br/>
      </w:r>
      <w:r>
        <w:rPr>
          <w:lang w:eastAsia="zh-CN"/>
        </w:rPr>
        <w:t>　　第四、希望在军训教官的管理上，建议集中住宿、统一行为、全时签到的管理措施。</w:t>
      </w:r>
      <w:r>
        <w:rPr>
          <w:lang w:eastAsia="zh-CN"/>
        </w:rPr>
        <w:br/>
      </w:r>
      <w:r>
        <w:rPr>
          <w:lang w:eastAsia="zh-CN"/>
        </w:rPr>
        <w:t>　　最后，我坚们在武装部的坚强领导和支持下，有学校的帮助，不久的将来，我们会把学生的军训工作做得更好、更扎实，以崭新的工作姿态、出色的成绩来向武装部领导交份合格的答卷。</w:t>
      </w:r>
      <w:r>
        <w:rPr>
          <w:lang w:eastAsia="zh-CN"/>
        </w:rPr>
        <w:br/>
      </w:r>
      <w:r>
        <w:rPr>
          <w:lang w:eastAsia="zh-CN"/>
        </w:rPr>
        <w:t xml:space="preserve">    2024年军训工作总结 篇5 </w:t>
      </w:r>
      <w:r>
        <w:rPr>
          <w:lang w:eastAsia="zh-CN"/>
        </w:rPr>
        <w:br/>
      </w:r>
      <w:r>
        <w:rPr>
          <w:lang w:eastAsia="zh-CN"/>
        </w:rPr>
        <w:t>　　灿烂的八月，刚踏入曙光大门的少年们，怀着对青春的憧憬，迎来了初中生活的第一步――军训。</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3"/>
          <w:cols w:space="425"/>
          <w:titlePg w:val="0"/>
          <w:docGrid w:type="lines" w:linePitch="312"/>
        </w:sectPr>
      </w:pPr>
      <w:r>
        <w:rPr>
          <w:lang w:eastAsia="zh-CN"/>
        </w:rPr>
        <w:t>　　为培养学生的国防意识，帮助他们树立坚强的纪律观念，以尽快适应中学紧张有序的学习生活，我校于8月15日至19日开展了新生军训活动，经过一周的锻炼，我校的军训工作取得了良好效果。</w:t>
      </w:r>
      <w:r>
        <w:rPr>
          <w:lang w:eastAsia="zh-CN"/>
        </w:rPr>
        <w:br/>
      </w:r>
      <w:r>
        <w:rPr>
          <w:lang w:eastAsia="zh-CN"/>
        </w:rPr>
        <w:t>　　我们在新生报到时就提出了军训的严格要求，男生平头，女生短发，统一着迷彩服，军训期间准时出操，不准无故缺勤等等，我们又得到驻安阳市看守所武警支队的大力支持，他们派遣12名教官来协助我校的军训工作。</w:t>
      </w:r>
      <w:r>
        <w:rPr>
          <w:lang w:eastAsia="zh-CN"/>
        </w:rPr>
        <w:br/>
      </w:r>
      <w:r>
        <w:rPr>
          <w:lang w:eastAsia="zh-CN"/>
        </w:rPr>
        <w:t>　　从8月15日开始，在教官和老师的带领下，全体新生以昂扬的精神面貌投入到军训中去，有些同学体质差，在大运动量的训练中晕倒了，但他们稍稍休息，又坚持了下来。在教官们的指导下，同学们学习了简单的基本军姿训练，立正，稍息，向左转，向右转，正步走等，又学习了军歌和部队光荣传统。同学们从这看似简单的军姿训练中，也领会了更加深刻的内涵，它不仅表现了当代军人攻无不克的集体主义精神，展示了人民军队战无不胜的钢铁纪律，也折射出绿色军营中好男儿志在四方的远大理想。</w:t>
      </w:r>
      <w:r>
        <w:rPr>
          <w:lang w:eastAsia="zh-CN"/>
        </w:rPr>
        <w:br/>
      </w:r>
      <w:r>
        <w:rPr>
          <w:lang w:eastAsia="zh-CN"/>
        </w:rPr>
        <w:t>　　五天来，他们强健了自己的体魄，从一个小学生变成了口号响亮、步伐有力的强健的军人，也使自己有了坚强的意志。同学们经受了炎炎烈日的考验，经受了的考验，他们用健康的肤色、饱满的精神、整齐的步伐、昂扬的'斗志向学校交了一份令人满意的答卷。</w:t>
      </w:r>
      <w:r>
        <w:rPr>
          <w:lang w:eastAsia="zh-CN"/>
        </w:rPr>
        <w:br/>
      </w:r>
      <w:r>
        <w:rPr>
          <w:lang w:eastAsia="zh-CN"/>
        </w:rPr>
        <w:t>　　五天的军训虽然很短暂，但他们在军训中磨砺出坚强的意志、钢铁般的纪律、健康向上的决心，将是这短短五天军训中所获得的最宝贵的财富，这意志、纪律、决心将会然后他们更好地渡过三年紧张、艰苦而又丰富多才的初中学习生活，圆满地完成三年的学习任务！</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4"/>
          <w:cols w:space="425"/>
          <w:titlePg w:val="0"/>
          <w:docGrid w:type="lines" w:linePitch="312"/>
        </w:sectPr>
      </w:pPr>
      <w:r>
        <w:rPr>
          <w:lang w:eastAsia="zh-CN"/>
        </w:rPr>
        <w:t>　　附：曙光学校军训标兵班、文明班评比</w:t>
      </w:r>
      <w:r>
        <w:rPr>
          <w:lang w:eastAsia="zh-CN"/>
        </w:rPr>
        <w:br/>
      </w:r>
      <w:r>
        <w:rPr>
          <w:lang w:eastAsia="zh-CN"/>
        </w:rPr>
        <w:t>　　军训标兵班：</w:t>
      </w:r>
      <w:r>
        <w:rPr>
          <w:lang w:eastAsia="zh-CN"/>
        </w:rPr>
        <w:br/>
      </w:r>
      <w:r>
        <w:rPr>
          <w:lang w:eastAsia="zh-CN"/>
        </w:rPr>
        <w:t>　　军训六班、军训五班、军训八班、军训四班</w:t>
      </w:r>
      <w:r>
        <w:rPr>
          <w:lang w:eastAsia="zh-CN"/>
        </w:rPr>
        <w:br/>
      </w:r>
      <w:r>
        <w:rPr>
          <w:lang w:eastAsia="zh-CN"/>
        </w:rPr>
        <w:t>　　军训文明班：</w:t>
      </w:r>
      <w:r>
        <w:rPr>
          <w:lang w:eastAsia="zh-CN"/>
        </w:rPr>
        <w:br/>
      </w:r>
      <w:r>
        <w:rPr>
          <w:lang w:eastAsia="zh-CN"/>
        </w:rPr>
        <w:t>　　军训十班、军训一班</w:t>
      </w:r>
      <w:r>
        <w:rPr>
          <w:lang w:eastAsia="zh-CN"/>
        </w:rPr>
        <w:br/>
      </w:r>
      <w:r>
        <w:rPr>
          <w:lang w:eastAsia="zh-CN"/>
        </w:rPr>
        <w:t xml:space="preserve">    2024年军训工作总结 篇6 </w:t>
      </w:r>
      <w:r>
        <w:rPr>
          <w:lang w:eastAsia="zh-CN"/>
        </w:rPr>
        <w:br/>
      </w:r>
      <w:r>
        <w:rPr>
          <w:lang w:eastAsia="zh-CN"/>
        </w:rPr>
        <w:t>　　军训是新生迈入大学的第一课，是实现中学生到大学生角色转换的起点。本次军训在院系领导的大力支持下，在军训教官们的辛勤教导和全体同学的共同努力下，已顺利、圆满的完成了。这次军训，以队列动作、作风养成、整理内务、军事常识等为主要军训内容，历时12天的军训，食品加工专业及生物技术专业的学生，军训态度端正，充分发扬了不怕苦、不怕累顽强拼搏的精神。不仅圆满的完成了军训任务，同时取得了优异的成绩。这次军训中我担任一连、二连的指导员，对于这期间的工作，我总结如下：</w:t>
      </w:r>
      <w:r>
        <w:rPr>
          <w:lang w:eastAsia="zh-CN"/>
        </w:rPr>
        <w:br/>
      </w:r>
      <w:r>
        <w:rPr>
          <w:lang w:eastAsia="zh-CN"/>
        </w:rPr>
        <w:t>　　一、军训期间的日常工作</w:t>
      </w:r>
      <w:r>
        <w:rPr>
          <w:lang w:eastAsia="zh-CN"/>
        </w:rPr>
        <w:br/>
      </w:r>
      <w:r>
        <w:rPr>
          <w:lang w:eastAsia="zh-CN"/>
        </w:rPr>
        <w:t>　　1.加强思想教育与沟通</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5"/>
          <w:cols w:space="425"/>
          <w:titlePg w:val="0"/>
          <w:docGrid w:type="lines" w:linePitch="312"/>
        </w:sectPr>
      </w:pPr>
      <w:r>
        <w:rPr>
          <w:lang w:eastAsia="zh-CN"/>
        </w:rPr>
        <w:t>　　军训开始前，学校召开全团军训动员大会，这对于帮助同学树立正确的观念，端正军训态度具有积极作用。在军训期间，我每天不定时的到操场上看望学生，利用他们休息时间主动与同学进行交流沟通，了解学生的思想动态，及时与思想上有波动的同学谈心，这样既能帮助学生坚持进行操练，同时，又能拉近辅导员与学生的距离，走进学生。为了让学生在艰苦的军训中，感到一丝温暖。晚上，我坚持走访寝室，一是能更深入的了解学生；二是让同学们感觉到老师对他们的关爱。</w:t>
      </w:r>
      <w:r>
        <w:rPr>
          <w:lang w:eastAsia="zh-CN"/>
        </w:rPr>
        <w:br/>
      </w:r>
      <w:r>
        <w:rPr>
          <w:lang w:eastAsia="zh-CN"/>
        </w:rPr>
        <w:t>　　2、严格管理、提高素质</w:t>
      </w:r>
      <w:r>
        <w:rPr>
          <w:lang w:eastAsia="zh-CN"/>
        </w:rPr>
        <w:br/>
      </w:r>
      <w:r>
        <w:rPr>
          <w:lang w:eastAsia="zh-CN"/>
        </w:rPr>
        <w:t>　　为保证军训安全稳定地进行，我和教官达成共识，军训期间本着严格管理、严格要求、严格训练原则进行。</w:t>
      </w:r>
      <w:r>
        <w:rPr>
          <w:lang w:eastAsia="zh-CN"/>
        </w:rPr>
        <w:br/>
      </w:r>
      <w:r>
        <w:rPr>
          <w:lang w:eastAsia="zh-CN"/>
        </w:rPr>
        <w:t>　　一是注重抓作风、培养学生的集体观念。训练中加强了学生的队列作风，增强了同学们的组织纪律观念，培养学生“一切行动听指挥”的意识，达到训管结合，培养作风，增强学生的集体荣誉感。</w:t>
      </w:r>
      <w:r>
        <w:rPr>
          <w:lang w:eastAsia="zh-CN"/>
        </w:rPr>
        <w:br/>
      </w:r>
      <w:r>
        <w:rPr>
          <w:lang w:eastAsia="zh-CN"/>
        </w:rPr>
        <w:t>　　二是建立了新生军训考勤表。军训开始时，给班级负责人发放了考勤表，要求学生必须准时集合，每天出操前进行点名，登记出勤情况，从而培养学生的.时间观念。没有特殊情况不得请假。身体不舒服，在条件允许的情况下，要求列席，不得无故缺席，增强学生的组织纪律性。</w:t>
      </w:r>
      <w:r>
        <w:rPr>
          <w:lang w:eastAsia="zh-CN"/>
        </w:rPr>
        <w:br/>
      </w:r>
      <w:r>
        <w:rPr>
          <w:lang w:eastAsia="zh-CN"/>
        </w:rPr>
        <w:t>　　三是严格的训练场管理。从军训的第一天开始，不管是在训练中还是在休息期间，不管是晴天还是雨天，都严格要求，做到准时出操、准时训练、准时休息、准时收操。</w:t>
      </w:r>
      <w:r>
        <w:rPr>
          <w:lang w:eastAsia="zh-CN"/>
        </w:rPr>
        <w:br/>
      </w:r>
      <w:r>
        <w:rPr>
          <w:lang w:eastAsia="zh-CN"/>
        </w:rPr>
        <w:t>　　四是统一了内务。为了使我连学生在内务上能尽快达到标准，利用晚上休息时间我带领教官多次深入寝室，组织同学们向教官学习整理内务，统一标准，学习几天后，并进行检查评比，对不规范的寝室进行了强化教育，经过一段时间我连学生内务整体水平大幅度提高。</w:t>
      </w:r>
      <w:r>
        <w:rPr>
          <w:lang w:eastAsia="zh-CN"/>
        </w:rPr>
        <w:br/>
      </w:r>
      <w:r>
        <w:rPr>
          <w:lang w:eastAsia="zh-CN"/>
        </w:rPr>
        <w:t>　　3、加强宣传、激励学生</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6"/>
          <w:cols w:space="425"/>
          <w:titlePg w:val="0"/>
          <w:docGrid w:type="lines" w:linePitch="312"/>
        </w:sectPr>
      </w:pPr>
      <w:r>
        <w:rPr>
          <w:lang w:eastAsia="zh-CN"/>
        </w:rPr>
        <w:t>　　军训第一天开始，为了做好军训期间的宣传工作，我坚持每天到训练场上，学生中间挖掘素材，掌握我连学生军训期间的精神面貌、训练作风和一些先进事例，并以文字和相片相结合的方式，通过校园网对外进行宣传，使全院的老师和同学能随时了解我连学生的军训情况。同时，积极动员学生写通讯稿，通过写军训感想和体会，不但可以加深学生军训期间的感受，同时还可以锻炼学生的写作能力。为了激励同学们持续投稿，我采取以德育考核和选送优秀稿件发布到校园网的方式，激励大家，效果显著。同学们利用休息时间坚持每天都交稿，在军训期间，共投稿700多篇，我连被广播站录稿20余篇，校园网录稿3篇。为了让军训精神更贴近学生，军训期间还组织学生利用休息时间出了两块黑板报。新颖的题材，丰富的内容得到了领导和学生的一致好评，同时在出黑板报过程中也发掘了一些在宣传方面的人才，为系部日后的宣传工作储备了力量。</w:t>
      </w:r>
      <w:r>
        <w:rPr>
          <w:lang w:eastAsia="zh-CN"/>
        </w:rPr>
        <w:br/>
      </w:r>
      <w:r>
        <w:rPr>
          <w:lang w:eastAsia="zh-CN"/>
        </w:rPr>
        <w:t>　　4、密切配合、团结协作</w:t>
      </w:r>
      <w:r>
        <w:rPr>
          <w:lang w:eastAsia="zh-CN"/>
        </w:rPr>
        <w:br/>
      </w:r>
      <w:r>
        <w:rPr>
          <w:lang w:eastAsia="zh-CN"/>
        </w:rPr>
        <w:t>　　在整个军训过程中，我和教官密切配合，认真履行自己的职责，在训练任务和时间安排上，听从教官的统一安排，使我连各项训练顺利开展。</w:t>
      </w:r>
      <w:r>
        <w:rPr>
          <w:lang w:eastAsia="zh-CN"/>
        </w:rPr>
        <w:br/>
      </w:r>
      <w:r>
        <w:rPr>
          <w:lang w:eastAsia="zh-CN"/>
        </w:rPr>
        <w:t>　　二、工作收效</w:t>
      </w:r>
      <w:r>
        <w:rPr>
          <w:lang w:eastAsia="zh-CN"/>
        </w:rPr>
        <w:br/>
      </w:r>
      <w:r>
        <w:rPr>
          <w:lang w:eastAsia="zh-CN"/>
        </w:rPr>
        <w:t>　　1、军训中，通过教官们的言传身教和着意灌输了部队的光荣传统和军事常识，同学身体力行地体验部队生活，接受军事熏陶，熟知军队建设，培养军人作风，潜移默化地树立了热爱国家、热爱人民军队的意识。</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7"/>
          <w:cols w:space="425"/>
          <w:titlePg w:val="0"/>
          <w:docGrid w:type="lines" w:linePitch="312"/>
        </w:sectPr>
      </w:pPr>
      <w:r>
        <w:rPr>
          <w:lang w:eastAsia="zh-CN"/>
        </w:rPr>
        <w:t>　　2、掌握了队列动作，培养了组织纪律性。队列训练是这次军训中最重点内容。同学们都感到这种生活虽然苦、累、紧，但有意义，锻炼人，很充实。在训练中所表现出了姿态端正、军容严整、作风过硬、礼节周到、令行禁止、雷厉风行、行动紧张、态度严肃的军人形象。服从意识、集体观念、协作精神、友爱思想、和谐理念和组织纪律性都不同程度地得到了强化，为今后的教学管理和校纪校规建设打下了坚实的思想基础。</w:t>
      </w:r>
      <w:r>
        <w:rPr>
          <w:lang w:eastAsia="zh-CN"/>
        </w:rPr>
        <w:br/>
      </w:r>
      <w:r>
        <w:rPr>
          <w:lang w:eastAsia="zh-CN"/>
        </w:rPr>
        <w:t>　　3、磨练了意志，增强了体魄。大家发扬了“流血流汗不流泪，掉皮掉肉不掉队”的团队精神。在骄阳烈日下，顶着酷暑进行摸爬滚打。遇到困难毫不畏惧，受到轻伤不下火线，面对苦累能够忍耐，把军训当作磨练自己的难得机会，通过队列训练既练“形”，更练“神”既练技又练体。体魄更强健，意志更顽强。</w:t>
      </w:r>
      <w:r>
        <w:rPr>
          <w:lang w:eastAsia="zh-CN"/>
        </w:rPr>
        <w:br/>
      </w:r>
      <w:r>
        <w:rPr>
          <w:lang w:eastAsia="zh-CN"/>
        </w:rPr>
        <w:t>　　这次军训不仅增强了全体新生的国防观念，坚定了爱国主义信念，而且使他们体验到了士兵生活，增强了组织纪律性和集体主义，以及革命英雄主义观念。培养了艰苦奋斗、勇敢顽强的军人作风。虽然军训时间是短暂的，但这对同学们今后的学业和两年后走向工作岗位无疑是十分有益的。军训结束后，希望同学们能够继续发扬军训中焕发出来的好的精神，好的作风，把军训成果转化为优良的学风、校风，争取更大荣誉和成绩。</w:t>
      </w:r>
      <w:r>
        <w:rPr>
          <w:lang w:eastAsia="zh-CN"/>
        </w:rPr>
        <w:br/>
      </w:r>
      <w:r>
        <w:rPr>
          <w:lang w:eastAsia="zh-CN"/>
        </w:rPr>
        <w:t xml:space="preserve">    2024年军训工作总结 篇7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8"/>
          <w:cols w:space="425"/>
          <w:titlePg w:val="0"/>
          <w:docGrid w:type="lines" w:linePitch="312"/>
        </w:sectPr>
      </w:pPr>
      <w:r>
        <w:rPr>
          <w:lang w:eastAsia="zh-CN"/>
        </w:rPr>
        <w:t>　　今日上午，军训团邀请了"照亮英语晨读"的创始人赵亮老师在田径场为学员们进行励志演讲。本次演讲会由军训团办公室主任朱伟老师主持。</w:t>
      </w:r>
      <w:r>
        <w:rPr>
          <w:lang w:eastAsia="zh-CN"/>
        </w:rPr>
        <w:br/>
      </w:r>
      <w:r>
        <w:rPr>
          <w:lang w:eastAsia="zh-CN"/>
        </w:rPr>
        <w:t>　　赵亮老师结合自己求学和工作的经历，现身说教，就如何学好英语提出了自己的建议，鼓励学员们要有直面困难的勇气以及战胜困难的决心，从而实现梦想，展翅飞翔。</w:t>
      </w:r>
      <w:r>
        <w:rPr>
          <w:lang w:eastAsia="zh-CN"/>
        </w:rPr>
        <w:br/>
      </w:r>
      <w:r>
        <w:rPr>
          <w:lang w:eastAsia="zh-CN"/>
        </w:rPr>
        <w:t>　　朱伟老师在总结讲话中指出，希望学员们在接下来的学习生活中能够刻苦努力，提升个人的综合素质，并要以此次演讲为契机，用自己的行动向梦想出发。</w:t>
      </w:r>
      <w:r>
        <w:rPr>
          <w:lang w:eastAsia="zh-CN"/>
        </w:rPr>
        <w:br/>
      </w:r>
      <w:r>
        <w:rPr>
          <w:lang w:eastAsia="zh-CN"/>
        </w:rPr>
        <w:t>　　9月27日晚，我校军训团在田径场举行第41届军训文艺汇演，校党委副书记田伏虎、学工部部长高峰、军训团团长李玉红上校、军训团参谋长王延海、学工部副部长马小惠、武装部副部长王彦杰、军训团副参谋长姜涛出席了本次文艺汇演，边防学院全体承训教官、各学院指导员及校本部全体参训学院共同观看了演出。</w:t>
      </w:r>
      <w:r>
        <w:rPr>
          <w:lang w:eastAsia="zh-CN"/>
        </w:rPr>
        <w:br/>
      </w:r>
      <w:r>
        <w:rPr>
          <w:lang w:eastAsia="zh-CN"/>
        </w:rPr>
        <w:t>　　体育学院的'啦啦操表演拉开了文艺汇演的序幕，精彩绝伦的《傣族小妹走过来》与现代舞《treasure》体现出了我校20__级新生的青春活力;歌曲《第一天》、《趁早》展现了学员们积极向上的精神;小品《我的大学生活》、三句半等节目用幽默风趣的语言展现了当代大学生的风貌;由教官代表演唱的《十年》《因为爱情》《愿得一人心》以及学工部副部长马小惠老师的《走三边》一次次将全场气氛推向高潮，掌声不断。</w:t>
      </w:r>
      <w:r>
        <w:rPr>
          <w:lang w:eastAsia="zh-CN"/>
        </w:rPr>
        <w:br/>
      </w:r>
      <w:r>
        <w:rPr>
          <w:lang w:eastAsia="zh-CN"/>
        </w:rPr>
        <w:t>　　整个晚会现场组织有序，气氛热烈。3000余名军训学员情绪高昂，欢呼声与炫目的舞台灯光相互交织，形成了一幅团结激昂的感人画面。</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9"/>
          <w:cols w:space="425"/>
          <w:titlePg w:val="0"/>
          <w:docGrid w:type="lines" w:linePitch="312"/>
        </w:sectPr>
      </w:pPr>
      <w:r>
        <w:rPr>
          <w:lang w:eastAsia="zh-CN"/>
        </w:rPr>
        <w:t>　　"风雨磨砺坚强意志，汇报展示军训成果"，经过为期两周紧张而有序的军事训练，我校第41届学生军训汇报表演暨总结大会于今天上午在校田径场隆重举行。校领导王亚杰、田伏虎、王顺、许静洪、张威虎、胡俊生、陈华，中国人民解放军边防学院晋利民大校、李玉红上校、杜空军中校，延安军分区参谋高军民，宝塔区武装部政委马林兹等出席大会。军训团领导、相关职能部门负责人、各学院书记、副书记以及承训教官和20__级全体参训学生参加了大会。大会由军训团临时党支部书记、我校学工部、武装部部长高峰主持。</w:t>
      </w:r>
      <w:r>
        <w:rPr>
          <w:lang w:eastAsia="zh-CN"/>
        </w:rPr>
        <w:br/>
      </w:r>
      <w:r>
        <w:rPr>
          <w:lang w:eastAsia="zh-CN"/>
        </w:rPr>
        <w:t>　　党委书记王亚杰在军训团团长、解放军边防学院李玉红上校和军训团政委、武装部部长高峰的陪同下，检阅了参训学生方队。随后，参训学员在汇报演出总指挥姜涛的指挥下，分别进行了分列式、警棍术、擒敌拳、韵律操、团体艺术操的表演和展示。整个表演及展示动作整齐、口号响亮、气势恢宏，充分展示了军训学员的良好精神风貌和军训成果。特别是3155名军训学员齐跳大型健身韵律操，场面壮观，精彩纷呈，掀起了军训汇演的高潮。</w:t>
      </w:r>
      <w:r>
        <w:rPr>
          <w:lang w:eastAsia="zh-CN"/>
        </w:rPr>
        <w:br/>
      </w:r>
      <w:r>
        <w:rPr>
          <w:lang w:eastAsia="zh-CN"/>
        </w:rPr>
        <w:t>　　汇报表演结束后，军训团副团长、武装部副部长王彦杰宣读了第41届学生军训工作表彰决定。总会计师陈华，副校长胡俊生、张威虎、许静洪，纪委书记王顺，晋利民大校先后为军训工作优秀连长、综合考评、分列式评比、歌咏比赛、内务评比、板报评比优秀学院颁发了奖牌。来自军训团1营5连的公管学院学生巨星作为学员代表发了言，军训团团长李玉红上校讲了话。</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0"/>
          <w:cols w:space="425"/>
          <w:titlePg w:val="0"/>
          <w:docGrid w:type="lines" w:linePitch="312"/>
        </w:sectPr>
      </w:pPr>
      <w:r>
        <w:rPr>
          <w:lang w:eastAsia="zh-CN"/>
        </w:rPr>
        <w:t>　　田伏虎副书记在总结讲话中对本届军训团在军训中所做的工作和取得的优异成绩表示了肯定。他希望受训学员一如既往地传承军训精神，在今后的学习生活中，坚定理想信念，积极践行社会主义核心价值观，秉承"立身为公、学以致用"的校训，勤于学习、精于思考、敏于践行，努力使自己成为一名具有创新精神、实践能力和社会责任感的优秀大学生，为实现延大辉煌、祖国复兴贡献才智，奉献青春。</w:t>
      </w:r>
      <w:r>
        <w:rPr>
          <w:lang w:eastAsia="zh-CN"/>
        </w:rPr>
        <w:br/>
      </w:r>
      <w:r>
        <w:rPr>
          <w:lang w:eastAsia="zh-CN"/>
        </w:rPr>
        <w:t>　　各单位：</w:t>
      </w:r>
      <w:r>
        <w:rPr>
          <w:lang w:eastAsia="zh-CN"/>
        </w:rPr>
        <w:br/>
      </w:r>
      <w:r>
        <w:rPr>
          <w:lang w:eastAsia="zh-CN"/>
        </w:rPr>
        <w:t>　　在全体参训教官、辅导员和同学们的共同努力下，延安大学第四十一届学生军训工作取得了圆满成功。军训中，广大教官言传身教、精心施训，参训辅导员爱岗敬业、保障有力，参训同学士气高昂、刻苦训练，形成了团结进取、争先创优的军训氛围，涌现出了一大批思想作风过硬、训练成绩突出的先进集体和先进个人。</w:t>
      </w:r>
      <w:r>
        <w:rPr>
          <w:lang w:eastAsia="zh-CN"/>
        </w:rPr>
        <w:br/>
      </w:r>
      <w:r>
        <w:rPr>
          <w:lang w:eastAsia="zh-CN"/>
        </w:rPr>
        <w:t>　　为弘扬先进精神，经各营、各连队推荐，军训团批准，决定：化工学院等6个学院获军训综合考评优秀学院;体育学院等6个学院获分列式评比优秀学院;鲁艺学院等7个学院获歌咏比赛评比优秀学院;公管学院等6个学院获内务评比优秀学院;政法学院等6个学院获板报评比优秀学院;谢卫民等6位同志被评为优秀连长;李涛等23名同志被评为优秀指导员;高媛等363名同学为优秀学员。现予以表彰。</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1"/>
          <w:cols w:space="425"/>
          <w:titlePg w:val="0"/>
          <w:docGrid w:type="lines" w:linePitch="312"/>
        </w:sectPr>
      </w:pPr>
      <w:r>
        <w:rPr>
          <w:lang w:eastAsia="zh-CN"/>
        </w:rPr>
        <w:t>　　希望上述受表彰的集体和个人戒骄戒躁、珍惜荣誉;希望全体同学向先进集体和先进个人学习，在今后的学习和生活中，巩固军训成果，勤奋学习、开拓进取，努力使自己成为社会主义合格建设者和可靠接班人!</w:t>
      </w:r>
      <w:r>
        <w:rPr>
          <w:lang w:eastAsia="zh-CN"/>
        </w:rPr>
        <w:br/>
      </w:r>
      <w:r>
        <w:rPr>
          <w:lang w:eastAsia="zh-CN"/>
        </w:rPr>
        <w:t xml:space="preserve">    2024年军训工作总结 篇8 </w:t>
      </w:r>
      <w:r>
        <w:rPr>
          <w:lang w:eastAsia="zh-CN"/>
        </w:rPr>
        <w:br/>
      </w:r>
      <w:r>
        <w:rPr>
          <w:lang w:eastAsia="zh-CN"/>
        </w:rPr>
        <w:t>　　前期准备：</w:t>
      </w:r>
      <w:r>
        <w:rPr>
          <w:lang w:eastAsia="zh-CN"/>
        </w:rPr>
        <w:br/>
      </w:r>
      <w:r>
        <w:rPr>
          <w:lang w:eastAsia="zh-CN"/>
        </w:rPr>
        <w:t>　　新学期已开始，新生们迎来了他们在大学里最重要的一刻——军训。军训是一种学习，一种磨练，一种收获，更是对新生们的一种考验。未来让新同学更好的了解我们的学校，尽快地适应大学生活，进一步让新同学对学生会有一个更全面的认识，经院指导老师批准，特在9月5日到9月22日对11新生进行军训慰问活动。</w:t>
      </w:r>
      <w:r>
        <w:rPr>
          <w:lang w:eastAsia="zh-CN"/>
        </w:rPr>
        <w:br/>
      </w:r>
      <w:r>
        <w:rPr>
          <w:lang w:eastAsia="zh-CN"/>
        </w:rPr>
        <w:t>　　成绩和经验：</w:t>
      </w:r>
      <w:r>
        <w:rPr>
          <w:lang w:eastAsia="zh-CN"/>
        </w:rPr>
        <w:br/>
      </w:r>
      <w:r>
        <w:rPr>
          <w:lang w:eastAsia="zh-CN"/>
        </w:rPr>
        <w:t>　　在本次活动中，由我院学生会成员分组走进军训方队进行慰问，为同学们耐心讲解一些军训期间注意问题，以及新生刚入学后的心理疏导，帮助同学们尽快地熟悉新环境，正确地看待军训的意义，另外，学生会成员还为同学们带来了一些精彩的文艺节目以缓解军训带来的紧张心情，赢得了教官、老师、同学们的热烈欢迎。</w:t>
      </w:r>
      <w:r>
        <w:rPr>
          <w:lang w:eastAsia="zh-CN"/>
        </w:rPr>
        <w:br/>
      </w:r>
      <w:r>
        <w:rPr>
          <w:lang w:eastAsia="zh-CN"/>
        </w:rPr>
        <w:t>　　通过此次慰问活动使同学们从军训的疲惫中得到了放松，有助于同学们尽快融入新环境，更宣传了心理健康知识，增加了同学们的心理健康理念，让同学们了解认识了学生会，吸引了更多同学加入学生会,为学生会招新活动作了很好的铺垫。</w:t>
      </w:r>
      <w:r>
        <w:rPr>
          <w:lang w:eastAsia="zh-CN"/>
        </w:rPr>
        <w:br/>
      </w:r>
      <w:r>
        <w:rPr>
          <w:lang w:eastAsia="zh-CN"/>
        </w:rPr>
        <w:t>　　存在的问题和教训：</w:t>
      </w:r>
      <w:r>
        <w:rPr>
          <w:lang w:eastAsia="zh-CN"/>
        </w:rPr>
        <w:br/>
      </w:r>
      <w:r>
        <w:rPr>
          <w:lang w:eastAsia="zh-CN"/>
        </w:rPr>
        <w:t>　　1、由于对工作量的估计不足，没有分配值班</w:t>
      </w:r>
      <w:r>
        <w:rPr>
          <w:lang w:eastAsia="zh-CN"/>
        </w:rPr>
        <w:br/>
      </w:r>
      <w:r>
        <w:rPr>
          <w:lang w:eastAsia="zh-CN"/>
        </w:rPr>
        <w:t>　　2、各个负责人的具体分工不是很明确。</w:t>
      </w:r>
      <w:r>
        <w:rPr>
          <w:lang w:eastAsia="zh-CN"/>
        </w:rPr>
        <w:br/>
      </w:r>
      <w:r>
        <w:rPr>
          <w:lang w:eastAsia="zh-CN"/>
        </w:rPr>
        <w:t>　　3、未制定天气原因而出现各种意外情况的应急方案。</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2"/>
          <w:cols w:space="425"/>
          <w:titlePg w:val="0"/>
          <w:docGrid w:type="lines" w:linePitch="312"/>
        </w:sectPr>
      </w:pPr>
      <w:r>
        <w:rPr>
          <w:lang w:eastAsia="zh-CN"/>
        </w:rPr>
        <w:t>　　对未来工作的展望:</w:t>
      </w:r>
      <w:r>
        <w:rPr>
          <w:lang w:eastAsia="zh-CN"/>
        </w:rPr>
        <w:br/>
      </w:r>
      <w:r>
        <w:rPr>
          <w:lang w:eastAsia="zh-CN"/>
        </w:rPr>
        <w:t>　　我们要总结这次活动的一些经验和教训，将活动办的一次比一次好，一次比一次精彩，相信学生会的明天会更加辉煌。</w:t>
      </w:r>
      <w:r>
        <w:rPr>
          <w:lang w:eastAsia="zh-CN"/>
        </w:rPr>
        <w:br/>
      </w:r>
      <w:r>
        <w:rPr>
          <w:lang w:eastAsia="zh-CN"/>
        </w:rPr>
        <w:t xml:space="preserve">    2024年军训工作总结 篇9 </w:t>
      </w:r>
      <w:r>
        <w:rPr>
          <w:lang w:eastAsia="zh-CN"/>
        </w:rPr>
        <w:br/>
      </w:r>
      <w:r>
        <w:rPr>
          <w:lang w:eastAsia="zh-CN"/>
        </w:rPr>
        <w:t>　　军事技能训练对于成教学生来说，更有着一层不同于其他学院学生的意义，有人说：“当兵后悔三年，但没当过兵会后悔一辈子”，我院于20__年9月6-13日组织20__级本、专自考新生开展了为期14天的军事训练，短暂却又充实的14天，同学们训练在一起、生活在一起，深切地感受到了他们点滴的成长和进步，每天都被同学们顽强的精神所深深地感动着。参训学生523人。在承训部队战士的辛勤努力与密切配合下，军训期间的各项工作得以有效地开展和落实，现把我们工作和感想从几方面总结如下：</w:t>
      </w:r>
      <w:r>
        <w:rPr>
          <w:lang w:eastAsia="zh-CN"/>
        </w:rPr>
        <w:br/>
      </w:r>
      <w:r>
        <w:rPr>
          <w:lang w:eastAsia="zh-CN"/>
        </w:rPr>
        <w:t>　　一、加强领导，缜密计划。</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3"/>
          <w:cols w:space="425"/>
          <w:titlePg w:val="0"/>
          <w:docGrid w:type="lines" w:linePitch="312"/>
        </w:sectPr>
      </w:pPr>
      <w:r>
        <w:rPr>
          <w:lang w:eastAsia="zh-CN"/>
        </w:rPr>
        <w:t>　　我院领导十分重视军训工作，新生入学前，学院领导在召开新生接待工作会议时便对新生军训工作作出了要求和计划；新生报到后，又专门召集全体政工干部、辅导员开会研究部署军训工作，并成立了由学院党总支朱光钛副书记为第一责任人的军训工作小组，负责军训的组织领导工作。军训工作展开后，学院陈建民院长、洪琦书记、朱光钛副书记多次顶着烈日，冒着酷暑亲临现场关心和询问军训工作情况，及时发现和纠正问题，使军训工作始终做到安全有序进行。院分团委邓红英书记及全体辅导员自始至终在训练场组织、指导新生训练。由于领导的重视，使我院20__年军训工作取得了圆满成功。</w:t>
      </w:r>
      <w:r>
        <w:rPr>
          <w:lang w:eastAsia="zh-CN"/>
        </w:rPr>
        <w:br/>
      </w:r>
      <w:r>
        <w:rPr>
          <w:lang w:eastAsia="zh-CN"/>
        </w:rPr>
        <w:t>　　二、学院在人力、物力、财力上尽力给学生军训工作予以保障具体表现在：</w:t>
      </w:r>
      <w:r>
        <w:rPr>
          <w:lang w:eastAsia="zh-CN"/>
        </w:rPr>
        <w:br/>
      </w:r>
      <w:r>
        <w:rPr>
          <w:lang w:eastAsia="zh-CN"/>
        </w:rPr>
        <w:t>　　（1）为保证军训顺利进行，学院为承训官兵提供了矿泉水。</w:t>
      </w:r>
      <w:r>
        <w:rPr>
          <w:lang w:eastAsia="zh-CN"/>
        </w:rPr>
        <w:br/>
      </w:r>
      <w:r>
        <w:rPr>
          <w:lang w:eastAsia="zh-CN"/>
        </w:rPr>
        <w:t>　　（2）为学员提供茶水（每午两大保温杯）、药品、医疗服务等后勤保障。</w:t>
      </w:r>
      <w:r>
        <w:rPr>
          <w:lang w:eastAsia="zh-CN"/>
        </w:rPr>
        <w:br/>
      </w:r>
      <w:r>
        <w:rPr>
          <w:lang w:eastAsia="zh-CN"/>
        </w:rPr>
        <w:t>　　（3）为保证操课安全，学院要求明确值班辅导员及其职责，并4-6名学生参与系值班，以保证军训中的协调、组织、纪律和学生安全等。使整个军训过程中，未出现一人次因保障不好而发生事故的现象。</w:t>
      </w:r>
      <w:r>
        <w:rPr>
          <w:lang w:eastAsia="zh-CN"/>
        </w:rPr>
        <w:br/>
      </w:r>
      <w:r>
        <w:rPr>
          <w:lang w:eastAsia="zh-CN"/>
        </w:rPr>
        <w:t>　　（4）自考办及时做好所需军训教材的发放工作。</w:t>
      </w:r>
      <w:r>
        <w:rPr>
          <w:lang w:eastAsia="zh-CN"/>
        </w:rPr>
        <w:br/>
      </w:r>
      <w:r>
        <w:rPr>
          <w:lang w:eastAsia="zh-CN"/>
        </w:rPr>
        <w:t>　　（5）学院团委积极做好宣传工作。学生会、自律会在此次军训中，都能积极做好各自的工作，从而确保了军训任务的顺利完成，安全无事故。</w:t>
      </w:r>
      <w:r>
        <w:rPr>
          <w:lang w:eastAsia="zh-CN"/>
        </w:rPr>
        <w:br/>
      </w:r>
      <w:r>
        <w:rPr>
          <w:lang w:eastAsia="zh-CN"/>
        </w:rPr>
        <w:t>　　三、严格要求学生，明确组织纪律</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4"/>
          <w:cols w:space="425"/>
          <w:titlePg w:val="0"/>
          <w:docGrid w:type="lines" w:linePitch="312"/>
        </w:sectPr>
      </w:pPr>
      <w:r>
        <w:rPr>
          <w:lang w:eastAsia="zh-CN"/>
        </w:rPr>
        <w:t>　　“纪律是队伍团结进步的重要保证”，因此在开训初期就要明确纪律，并严格执行。对特殊情况确实得离开承训现场的必须得值班辅导员签字，承训教官认可方可请假。对于违反纪律的同学进行批评教育，确保军训期间的令行禁止。一方面，对于同学们消极训练的苗头，及时发现和处理，使连队始终保持一种团结的集体荣誉感。经常对屡次不认真训练的同学进行批评教育甚至点名批评，以理晓之，对待错误言行不姑息；另一个方面，也要注意场合、注意方法，因人而异，如在开训的第4天，黄丹妮同学当场晕倒等，我们及时组织学生干部送其上医院诊治。这样的做法得到了同学们包括被批评同学的认可，大家不但没有抱怨严格，相反都很信服。这样行之有效的做法，确保了军训工作的顺利进行，杜绝了各种与纪律相关的意外事件发生的可能性。</w:t>
      </w:r>
      <w:r>
        <w:rPr>
          <w:lang w:eastAsia="zh-CN"/>
        </w:rPr>
        <w:br/>
      </w:r>
      <w:r>
        <w:rPr>
          <w:lang w:eastAsia="zh-CN"/>
        </w:rPr>
        <w:t>　　四、注重沟通，做好思想政治工作</w:t>
      </w:r>
      <w:r>
        <w:rPr>
          <w:lang w:eastAsia="zh-CN"/>
        </w:rPr>
        <w:br/>
      </w:r>
      <w:r>
        <w:rPr>
          <w:lang w:eastAsia="zh-CN"/>
        </w:rPr>
        <w:t>　　当班辅导员的首要任务就是要保证学生们的思想上不出问题，积极训练。这要求当班辅导员既要原则分明，又要心细如发。只要用心地去关心同学们，他们就一定能感受到这份关切，从而转化为训练过程中的刻苦和顽强。</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5"/>
          <w:cols w:space="425"/>
          <w:titlePg w:val="0"/>
          <w:docGrid w:type="lines" w:linePitch="312"/>
        </w:sectPr>
      </w:pPr>
      <w:r>
        <w:rPr>
          <w:lang w:eastAsia="zh-CN"/>
        </w:rPr>
        <w:t>　　首先，对于同学思想变化丝毫不能放松，并抓住关键点正确引导。第二，在了解了同学们的一些想法和要求的前提下，立即与营区部长首长汇报情况，保证给大家一个满意的答复。例如，我院有相关部分学生中福建化工学校的3年级学生，9月14-15两天得到中专学校缴交学期，办理毕业前的挂科补考，而军训团规定，当班老师只有1天批假的权限，超过1天必须有院领导及部队长允许方可请假。当时同学们返校报考心切，带着一种激动的情绪。得知此事，上报、事情很快地平息下去，没有任何后续的影响。此事说明，我们的学生素质非常的高，问题的关键在于我们老师怎样去引导。第三，训练严格，条件艰苦，习惯了自由安逸生活的学生，情绪上必定会有波动。夜间值班的同学、生病的同学、疲惫却要坚持的时候，他们比任何时候都需要你的帮助。在这个时候适时适度的话语特别能够帮助他们进步，也是他们坚持下去克服困难的动力和鼓舞。</w:t>
      </w:r>
      <w:r>
        <w:rPr>
          <w:lang w:eastAsia="zh-CN"/>
        </w:rPr>
        <w:br/>
      </w:r>
      <w:r>
        <w:rPr>
          <w:lang w:eastAsia="zh-CN"/>
        </w:rPr>
        <w:t>　　五、丰富成果，记载收获。</w:t>
      </w:r>
      <w:r>
        <w:rPr>
          <w:lang w:eastAsia="zh-CN"/>
        </w:rPr>
        <w:br/>
      </w:r>
      <w:r>
        <w:rPr>
          <w:lang w:eastAsia="zh-CN"/>
        </w:rPr>
        <w:t>　　军训对于大多数学生来说，是大学集体生活的第一步，军训不光培养了同学们吃苦耐劳、坚忍不拔、敢于拼搏的内在品质；培养了学生严明的组织纪律性和集体主义观念；激发了学生的爱国主义情感；增强了国防观念和国家安全意识；使学生学会了尊重和理解、团结与互助；掌握了基本军事技能和一定的国防、军事理论知识；培养了学生尊重他人、关心集体、尊重规则、顾全大局的意识；也使学生真正了解了战士、了解了部队具有强大凝聚力和战斗力的源泉所在，使同学们真正意识到人民解放军不愧是“政治合格、军事过硬、纪律严明、作风优良、保障有力”的大学校、大熔炉；军训也使学生的个人品质得到了锤炼，综合素质得到了提高，为日后的大学生活做了很好的铺垫，对学生行为的养成、科学人生观的确立及毕业后的事业发展奠定了良好的基础。</w:t>
      </w:r>
      <w:r>
        <w:rPr>
          <w:lang w:eastAsia="zh-CN"/>
        </w:rPr>
        <w:br/>
      </w:r>
      <w:r>
        <w:rPr>
          <w:lang w:eastAsia="zh-CN"/>
        </w:rPr>
        <w:t>　　军训也是对辅导员队伍建设成果的检验，是学生工作干部政治素质、意志品质、工作意识、合作精神和工作水平的考验，在思想、意志、品格等方面经受了前所未有的磨练和升华，取得了很大的收获。</w:t>
      </w:r>
      <w:r>
        <w:rPr>
          <w:lang w:eastAsia="zh-CN"/>
        </w:rPr>
        <w:br/>
      </w:r>
      <w:r>
        <w:rPr>
          <w:lang w:eastAsia="zh-CN"/>
        </w:rPr>
        <w:t>　　存在问题。</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6"/>
          <w:cols w:space="425"/>
          <w:titlePg w:val="0"/>
          <w:docGrid w:type="lines" w:linePitch="312"/>
        </w:sectPr>
      </w:pPr>
      <w:r>
        <w:rPr>
          <w:lang w:eastAsia="zh-CN"/>
        </w:rPr>
        <w:t>　　军训工作主要由部队组织开展，虽然在军训总的指导思想上有了较好的把握，对学生的军事训练和作风管理也比较到位，但是军训中思想政治工作的系统性和深入性还不够，工作中也缺乏对不同特点、不同来源地、不同性格特征的学生开展有针对性地开展思想教育和引导，在严格管理的同时，心理的疏导工作做的也还不够。</w:t>
      </w:r>
      <w:r>
        <w:rPr>
          <w:lang w:eastAsia="zh-CN"/>
        </w:rPr>
        <w:br/>
      </w:r>
      <w:r>
        <w:rPr>
          <w:lang w:eastAsia="zh-CN"/>
        </w:rPr>
        <w:t xml:space="preserve">    2024年军训工作总结 篇10 </w:t>
      </w:r>
      <w:r>
        <w:rPr>
          <w:lang w:eastAsia="zh-CN"/>
        </w:rPr>
        <w:br/>
      </w:r>
      <w:r>
        <w:rPr>
          <w:lang w:eastAsia="zh-CN"/>
        </w:rPr>
        <w:t>　　尊敬的各位领导、教官、老师们、同学们：</w:t>
      </w:r>
      <w:r>
        <w:rPr>
          <w:lang w:eastAsia="zh-CN"/>
        </w:rPr>
        <w:br/>
      </w:r>
      <w:r>
        <w:rPr>
          <w:lang w:eastAsia="zh-CN"/>
        </w:rPr>
        <w:t>　　新初一学生为期5天的军训就要结束了，在教官的细心指导和同学们的努力拼搏下，我们的军训取得了显着的成绩，达到了预期的目标。这次军训，由于部队教官严格要求，认真进行各项科目的训练；同学们参训态度端正，有吃苦耐劳和磨练意志的思想准备，因此，在军训期间参训的同学都能积极的投入到艰苦紧张的军训之中，不仅增强了国防观念，坚定了爱国主义信念，而且体验了士兵生活，增强了组织纪律性和集体观念。培养了艰苦奋斗、勇敢顽强的军人作风。虽然军训时间是短暂的，但这对同学们今后的学习和生活无疑是十分有益的。</w:t>
      </w:r>
      <w:r>
        <w:rPr>
          <w:lang w:eastAsia="zh-CN"/>
        </w:rPr>
        <w:br/>
      </w:r>
      <w:r>
        <w:rPr>
          <w:lang w:eastAsia="zh-CN"/>
        </w:rPr>
        <w:t>　　军训中，教官们投入了极大的热情。对学生表现出极大的爱心和责任心，认真履行自己的职责，了解学生思想动态，关心参训同学生活，主动做好参训学生的思想工作，热情为同学服务。在此让我们以热烈的掌声，向最可爱的教官表达最崇高敬意。</w:t>
      </w:r>
      <w:r>
        <w:rPr>
          <w:lang w:eastAsia="zh-CN"/>
        </w:rPr>
        <w:br/>
      </w:r>
      <w:r>
        <w:rPr>
          <w:lang w:eastAsia="zh-CN"/>
        </w:rPr>
        <w:t>　　同学们，军训是每位初中生重要的必修课。这次军训的102名同学，经过军训技能考核，均取得优良成绩。</w:t>
      </w:r>
      <w:r>
        <w:rPr>
          <w:lang w:eastAsia="zh-CN"/>
        </w:rPr>
        <w:br/>
      </w:r>
      <w:r>
        <w:rPr>
          <w:lang w:eastAsia="zh-CN"/>
        </w:rPr>
        <w:t>　　5天来，同学们虚心向教官学习，严守纪律，不怕困难。有的同学带伤坚持训练，从不叫苦叫累。他们成了军训学生的榜样，他们高标准要求自己，各项技能成果走在了最前面。军训不仅增</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7"/>
          <w:cols w:space="425"/>
          <w:titlePg w:val="0"/>
          <w:docGrid w:type="lines" w:linePitch="312"/>
        </w:sectPr>
      </w:pPr>
      <w:r>
        <w:rPr>
          <w:lang w:eastAsia="zh-CN"/>
        </w:rPr>
        <w:t>　　强了体魄，而且锻炼了意志、毅力、增进同学之间的友谊和集体荣誉感。</w:t>
      </w:r>
      <w:r>
        <w:rPr>
          <w:lang w:eastAsia="zh-CN"/>
        </w:rPr>
        <w:br/>
      </w:r>
      <w:r>
        <w:rPr>
          <w:lang w:eastAsia="zh-CN"/>
        </w:rPr>
        <w:t>　　军训中在同学们身上真正体现了一名初中生的优良品质和奋发向上的进取精神。你们用自己的实际行动谱写了军训的新篇章。</w:t>
      </w:r>
      <w:r>
        <w:rPr>
          <w:lang w:eastAsia="zh-CN"/>
        </w:rPr>
        <w:br/>
      </w:r>
      <w:r>
        <w:rPr>
          <w:lang w:eastAsia="zh-CN"/>
        </w:rPr>
        <w:t>　　我们参训的老师从军训开始一直关心、体贴、鼓励参训同学，用自己的模范行动影响和带动了同学们积极参训，你们的感召力是无穷的。</w:t>
      </w:r>
      <w:r>
        <w:rPr>
          <w:lang w:eastAsia="zh-CN"/>
        </w:rPr>
        <w:br/>
      </w:r>
      <w:r>
        <w:rPr>
          <w:lang w:eastAsia="zh-CN"/>
        </w:rPr>
        <w:t>　　这次军训也得到了学校领导的'高度重视，为确保学生军训工作的顺利进行，提前准备，确定目标，体现了军训各项工作抓紧、抓严、抓实的特色。</w:t>
      </w:r>
      <w:r>
        <w:rPr>
          <w:lang w:eastAsia="zh-CN"/>
        </w:rPr>
        <w:br/>
      </w:r>
      <w:r>
        <w:rPr>
          <w:lang w:eastAsia="zh-CN"/>
        </w:rPr>
        <w:t>　　在这里需要特别感谢的是我们两位参训教官，你们严格施训以及高度的责任心，保障了本届军训任务的圆满完成，在这里我们向你们敬礼，向你们致敬！</w:t>
      </w:r>
      <w:r>
        <w:rPr>
          <w:lang w:eastAsia="zh-CN"/>
        </w:rPr>
        <w:br/>
      </w:r>
      <w:r>
        <w:rPr>
          <w:lang w:eastAsia="zh-CN"/>
        </w:rPr>
        <w:t>　　同学们，短短的5天军训马上就要结束了，军训结束后，希望同学们继续发扬军训中焕发出的好精神，好作风。把军训成果转化为优良的学风、校风，争取更大荣誉和成绩。最后，祝教官们身体健康，工作顺利！祝同学们在新的学期里学习进步，幸福快乐。</w:t>
      </w:r>
      <w:r>
        <w:rPr>
          <w:lang w:eastAsia="zh-CN"/>
        </w:rPr>
        <w:br/>
      </w:r>
      <w:r>
        <w:rPr>
          <w:lang w:eastAsia="zh-CN"/>
        </w:rPr>
        <w:t xml:space="preserve">    2024年军训工作总结 篇11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8"/>
          <w:cols w:space="425"/>
          <w:titlePg w:val="0"/>
          <w:docGrid w:type="lines" w:linePitch="312"/>
        </w:sectPr>
      </w:pPr>
      <w:r>
        <w:rPr>
          <w:lang w:eastAsia="zh-CN"/>
        </w:rPr>
        <w:t>　　军训助理工作这样就过去了，很遗憾的是在新生报到的第一、二天我不在，错过了第一次的内访，感觉总是跟他们脱节是的，因为在前期的工作会了解到很多关于新生状况，尽管如此我还是尽力的做好的积责。初次担任班助的工作，我感到责任也很重大，也在实际工作中发现了自己的很多不足。在军训最重要的第三第四周，我几乎每天上8节课，只有要早训和晚训练的时候我才能出席。</w:t>
      </w:r>
      <w:r>
        <w:rPr>
          <w:lang w:eastAsia="zh-CN"/>
        </w:rPr>
        <w:br/>
      </w:r>
      <w:r>
        <w:rPr>
          <w:lang w:eastAsia="zh-CN"/>
        </w:rPr>
        <w:t>　　很荣幸能赶得上回来参与他们的男女负责人的竞选和教官的见面会，从第一天开始就感受到他们的活跃，对大学生活的向往，对军训生活充满期待，当然这晚也从集队时开出他们的散漫，这是正常的现象，不止我们班，其他的班也如此。我们并没有在这时候作出任何的措施，只是跟他们做好思想工作，但他们几乎没有听见脑子里面，第一天军训真正开始了，尽管通知了时间，但还是多人迟到的，但是由于时间的关系我们并没有采取行动，因为是军训的动员大会，由于是上课的原因我就就没有到现场，但当天就听说倒下很多人，当时我还挺不安的，但还好我们班没有出现状况，尽管如此，我没还是做好了准备，我们班自备药箱，以备不时之需。面对他们的散漫现象和礼貌问题我们也对他们实施惩罚，这个惩罚不针对个人，而是以一个集体出发，让他们知道集体的重要性，培养他们的集体精神。当然，第一次惩罚他们是感觉是不公的，但是对于他们的表现只能想到这样的办法。</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9"/>
          <w:cols w:space="425"/>
          <w:titlePg w:val="0"/>
          <w:docGrid w:type="lines" w:linePitch="312"/>
        </w:sectPr>
      </w:pPr>
      <w:r>
        <w:rPr>
          <w:lang w:eastAsia="zh-CN"/>
        </w:rPr>
        <w:t>　　开始的时候问题是挺多的，因为他们的不适应，心态还没有纠正过来。不适应是针对他们假期过得太舒适了，造成第一天军训的时候病号迅速递增，抓住教官心软的特点，以为“荣升”为病号就不用军训了，我们看见那么多病号感觉不是他们的身体有问题，而是他们的心态还不端正，思想工作室免不了的了。天晴朗得很，也是你们怨声载道的原因之一，但是这也不能改变军训的事实。一天结束下来，他们完全的觉得军训是地狱训练了，教官也变成了魔鬼教官了，当然我们都变成隔岸观火的人了，也开始耍起脾气来了，尽管类似的话我没有当耳听到，但是我听起来还真的是很生气，怎么会有这种的思想呢?如果我们代入他们的方程式就不会这样觉得，但是我回想我们当时军训的时候也不会是这个样子，不会出现这样的状况，不体谅我们为你们做的事就算了，但也不应该说出这样的话来顶撞师姐啊!然而，我们的班目前为止的各项军训内容练习得不好，也曾被批评过，我也不能完完全全的责怪他们，但是我真的有怀疑过他们尽力与否。起初的两三天时他们的适应期，第三天开始要早训了(体能训练)，他们的又要开始支撑不住了，觉得教官对他们的训练太苛刻了，他们承受不了，撑久一点就哭了，这也是我第一次亲耳听到的哭声，觉得他们的毅力太低了。在晚上训练放松的时候，我们也分享了我们的军训经历，目的就是让他们的心理承受好一点，不要因为目前一时的艰辛就认定不能撑下去了，就放弃了。同时也听了他们的心声，误以为大学的军训就像是初中、高中时的那样温柔，不体谅军人们的苦，还好我们班有位退伍军人，可以与他们交流一下，有利于调整他们的心态。我认为那样的插曲只有我们班的存在，竟然其他的班助也在投诉，也在烦恼这个问题。面对这种的问题我们几个班助毅然决定找几个“滋事者”来做思想交流，想看她们的想法以及纠正，然后就跟各舍长开了短会，就这样的事来说出我们的看法，希望他们能回去做个模范或者是纠正他们的心态。我想这是一个成功的一个会议，因为第二天，我看到他们在努力，知道他们自己的齐步走的不好，在休息的时候自己来加操，在礼貌方面也做得很好，看到他们的表现真是很欣慰。</w:t>
      </w:r>
      <w:r>
        <w:rPr>
          <w:lang w:eastAsia="zh-CN"/>
        </w:rPr>
        <w:br/>
      </w:r>
      <w:r>
        <w:rPr>
          <w:lang w:eastAsia="zh-CN"/>
        </w:rPr>
        <w:t>　　中途的换教官，让他们也懂得了更多。本来我们的安排中有一场歌咏比赛的，最后由于时间不够的关系而取消了，我们苦苦练习的成果就这样泡汤了，当然有人欢喜有人愁。在练歌的时候又出现了一段插曲，因为那时候我们的课程都很紧，打算就不练的，之后因为班上的部分同学想练，然后就定下与平时一样的时间来练习，但是呢，有些班助并不知情，以为不需要联习，所以就造成了通知上出了错，导致他们有些同学误点了。这是我们的错，事先没有商量好就先发通知了，事情考虑得不够周全，造成了班上的一些矛盾，还好，能及时阻止矛盾的进一步蔓延，感谢你们的配合。</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0"/>
          <w:cols w:space="425"/>
          <w:titlePg w:val="0"/>
          <w:docGrid w:type="lines" w:linePitch="312"/>
        </w:sectPr>
      </w:pPr>
      <w:r>
        <w:rPr>
          <w:lang w:eastAsia="zh-CN"/>
        </w:rPr>
        <w:t>　　很快就到了难舍难分的时刻了，我们的第一个活动——生日晚会，有幸班主任也来参与，尽管我们的筹备还不是很充分，但是看见他们都玩得那么尽兴，稍有点安慰，我想那几个寿星更开心，收到老师的精心“礼物”，能与大家同分享真的是一件乐事。最后一天训练了，他们都带着不舍的心情，很努力的去练习，没有以前的抱怨声，晚上的送教官晚会当然是搞得有声有色，病号的帮忙布置场地更是感谢，因为那天真的好忙，他们要加操，连去搬书的时间都没有，我们课程更是紧张，被迫逃课去帮他们去搬书，那天他们真的很辛苦，晚上的那顿饭很多人都赶不上吃，就直接集中去训练了，真的是辛苦他们了，作为最后一天，他们都没有怨言，还更珍惜最后的机会。晚会看见他们精心为教官准备小品和礼物，颇为感动。</w:t>
      </w:r>
      <w:r>
        <w:rPr>
          <w:lang w:eastAsia="zh-CN"/>
        </w:rPr>
        <w:br/>
      </w:r>
      <w:r>
        <w:rPr>
          <w:lang w:eastAsia="zh-CN"/>
        </w:rPr>
        <w:t>　　最后一天的汇演，他们的出色表演让我们都感到很欣慰，特别是特色方队，真的让我刮目相看啊，尽管最后伟灏的棍子出了问题，但是他还是很努力的去表演，很欣赏他。女生也很不赖，很有女将风范。</w:t>
      </w:r>
      <w:r>
        <w:rPr>
          <w:lang w:eastAsia="zh-CN"/>
        </w:rPr>
        <w:br/>
      </w:r>
      <w:r>
        <w:rPr>
          <w:lang w:eastAsia="zh-CN"/>
        </w:rPr>
        <w:t>　　……</w:t>
      </w:r>
      <w:r>
        <w:rPr>
          <w:lang w:eastAsia="zh-CN"/>
        </w:rPr>
        <w:br/>
      </w:r>
      <w:r>
        <w:rPr>
          <w:lang w:eastAsia="zh-CN"/>
        </w:rPr>
        <w:t>　　我们经管拿到第二名也是一个不错的成绩，多得各位的努力付出。</w:t>
      </w:r>
      <w:r>
        <w:rPr>
          <w:lang w:eastAsia="zh-CN"/>
        </w:rPr>
        <w:br/>
      </w:r>
      <w:r>
        <w:rPr>
          <w:lang w:eastAsia="zh-CN"/>
        </w:rPr>
        <w:t>　　汇演的结束，他们都很想马上回家，但一提到送教官，他们更是高兴，毕竟相处十多天的教官现在要走了，过程中的甜酸苦辣都品味过了，现在知道军中的友谊是那么的坚固了。</w:t>
      </w:r>
      <w:r>
        <w:rPr>
          <w:lang w:eastAsia="zh-CN"/>
        </w:rPr>
        <w:br/>
      </w:r>
      <w:r>
        <w:rPr>
          <w:lang w:eastAsia="zh-CN"/>
        </w:rPr>
        <w:t>　　尽管军训期的工作可以画上句号，但是现在还要开展班上的班务工作，给他们一个正确的指引是我们的职责。</w:t>
      </w:r>
      <w:r>
        <w:rPr>
          <w:lang w:eastAsia="zh-CN"/>
        </w:rPr>
        <w:br/>
      </w:r>
      <w:r>
        <w:rPr>
          <w:lang w:eastAsia="zh-CN"/>
        </w:rPr>
        <w:t xml:space="preserve">    2024年军训工作总结 篇12 </w:t>
      </w:r>
      <w:r>
        <w:rPr>
          <w:lang w:eastAsia="zh-CN"/>
        </w:rPr>
        <w:br/>
      </w:r>
      <w:r>
        <w:rPr>
          <w:lang w:eastAsia="zh-CN"/>
        </w:rPr>
        <w:t>　　一、成立组织加强领导</w:t>
      </w:r>
      <w:r>
        <w:rPr>
          <w:lang w:eastAsia="zh-CN"/>
        </w:rPr>
        <w:br/>
      </w:r>
      <w:r>
        <w:rPr>
          <w:lang w:eastAsia="zh-CN"/>
        </w:rPr>
        <w:t>　　军训工作是学校一项常规工作，学校历年来都十分重视这项工作。在学校党支部、行政会的正确领导下，依据上级有关文件精神，学校成立国防教育领导小组，建立起以分管校长为组长、教导处主任为副组长、政治教师为成员，明确分工、责任到人、层层落实、协调一致，统一领导学校高一年级新生军训工作。</w:t>
      </w:r>
      <w:r>
        <w:rPr>
          <w:lang w:eastAsia="zh-CN"/>
        </w:rPr>
        <w:br/>
      </w:r>
      <w:r>
        <w:rPr>
          <w:lang w:eastAsia="zh-CN"/>
        </w:rPr>
        <w:t>　　二、制度健全注重落实</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1"/>
          <w:cols w:space="425"/>
          <w:titlePg w:val="0"/>
          <w:docGrid w:type="lines" w:linePitch="312"/>
        </w:sectPr>
      </w:pPr>
      <w:r>
        <w:rPr>
          <w:lang w:eastAsia="zh-CN"/>
        </w:rPr>
        <w:t>　　如何使军训工作落到实处而不流于形式，对于这一问题，学校首先是统一教师的思想认识，其次是注重制度的制定与落实。这些年来，学校教导处就军训工作先后制定了《安庆市杨桥中学军训工作条例》、《安庆市杨桥中学军训期间学生管理暂行办法》等有关制度，通过制度的制定，使学校军训工作步入“法”的轨道，有效地克服了军训工作的随意性，增强了军训工作的严肃性，从而为军训工作提供了制度上的保障。</w:t>
      </w:r>
      <w:r>
        <w:rPr>
          <w:lang w:eastAsia="zh-CN"/>
        </w:rPr>
        <w:br/>
      </w:r>
      <w:r>
        <w:rPr>
          <w:lang w:eastAsia="zh-CN"/>
        </w:rPr>
        <w:t>　　军训效果的取得关键在于制度的落实。在军训工作开始时，我们就组织了相关人员认真学习、理解有关军训方面的制度，从思想上保证了军训制度的贯彻执行。而在制度的实行中，我们还注重检查，通过检查来发现军训过程中可能出现的问题并及时予以纠正、解决。比如，我们要求每天早晨六点三十分学生到班上上自习，班主任老师要到班点名，并根据实际，开展班会课，学习学校有关管理制度，使学生在此期间了解学校制度，遵守学校纪律，熟悉新同学，熟悉新环境；我们要求班主任在每天晚自习后到寝室查房，通过检查，了解学生的思想动态，关心学生的生活，走进学生心灵，使学生能迅速适应高中生活；我们还要求行政干部及时同班主任沟通，从整体上把握学生心理和班级管理状况，保证在军训期间纪律和安全；我们同杨桥镇卫生院联系，安排一名医生作为校医，针对训练过程中可能出现的意外情况及时采取必要的处理措施。我们还对军训期间的动员大会、阅兵式、后勤保障、教官的纪律要求都做了相应的规定，并明确了相关的责任人。</w:t>
      </w:r>
      <w:r>
        <w:rPr>
          <w:lang w:eastAsia="zh-CN"/>
        </w:rPr>
        <w:br/>
      </w:r>
      <w:r>
        <w:rPr>
          <w:lang w:eastAsia="zh-CN"/>
        </w:rPr>
        <w:t>　　三、经费到位合理使用</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2"/>
          <w:cols w:space="425"/>
          <w:titlePg w:val="0"/>
          <w:docGrid w:type="lines" w:linePitch="312"/>
        </w:sectPr>
      </w:pPr>
      <w:r>
        <w:rPr>
          <w:lang w:eastAsia="zh-CN"/>
        </w:rPr>
        <w:t>　　作为一所地处农村的市级示范高中，我校生源主要来自农村，而这些学生家庭50%以上存在家长外出务工情况，学生家庭经济状况一般。针对这一实际情况，学校在财力相对紧张的情况下，挤出一定的资金来支持学校的军训工作，而不是将此转嫁到学生身上，以减轻学生负担。</w:t>
      </w:r>
      <w:r>
        <w:rPr>
          <w:lang w:eastAsia="zh-CN"/>
        </w:rPr>
        <w:br/>
      </w:r>
      <w:r>
        <w:rPr>
          <w:lang w:eastAsia="zh-CN"/>
        </w:rPr>
        <w:t>　　根据上级有关文件精神，学校行政会研究决定，__年度高一年级学生军训费用由学校承担，军训服装由学生在自愿的基础上统一到部队订购。在这一原则的基础上，学校经过多方努力，同武警安庆支队协商并取得他们的理解与支持，使学校在费用这一项节约了不少资金：经过协商，武警部队同意我校的军训费用按教官人数计算而不是按学生人数计算（60员/天。人），一项就大约节约资金一万元；学生的军训服装为26元/生，这一项按我校实际参训学生数计算，大约节约资金2。4万元左右，平均每生节约60元左右。学校对经费的合理安排和使用，得到了学生家长的一致肯定和赞扬。</w:t>
      </w:r>
      <w:r>
        <w:rPr>
          <w:lang w:eastAsia="zh-CN"/>
        </w:rPr>
        <w:br/>
      </w:r>
      <w:r>
        <w:rPr>
          <w:lang w:eastAsia="zh-CN"/>
        </w:rPr>
        <w:t>　　四、管理科学成效显著</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3"/>
          <w:cols w:space="425"/>
          <w:titlePg w:val="0"/>
          <w:docGrid w:type="lines" w:linePitch="312"/>
        </w:sectPr>
      </w:pPr>
      <w:r>
        <w:rPr>
          <w:lang w:eastAsia="zh-CN"/>
        </w:rPr>
        <w:t>　　在军训过程中，武警安庆支队的教官们在军训中从严要求，训练到位。从集体训练到个别指导、从整体要求到细小环节都要求人人过关，并十分注重训练的效果和方法。训练时教官们率先示范，教给同学们不仅是一个个动作要领，而是一种严肃认真的态度，一种吃苦耐劳的精神，一种战胜困难、勇于挑战自我的顽强斗志。一周来，教官们在训练场上素质过硬、作风顽强、要求严格，锻炼了同学们的意志品质，培养了同学们的集体荣誉感和团队精神，使之受益匪浅；训练场下，教官们又胜似亲人，对同学们关怀备至，真诚沟通，使教官和同学们结下了深厚的友谊。</w:t>
      </w:r>
      <w:r>
        <w:rPr>
          <w:lang w:eastAsia="zh-CN"/>
        </w:rPr>
        <w:br/>
      </w:r>
      <w:r>
        <w:rPr>
          <w:lang w:eastAsia="zh-CN"/>
        </w:rPr>
        <w:t>　　一周的军训，同学们是从艰苦中挣扎过来的，是从磨砺中挺过来的。一周的军训对同学们来说，是一次集思想意志、习惯情操为一体的锻炼和培养，在训练中也涌现出一批优秀学员，有的带病坚持训练、有身体不适却执意留在训练场的，还有的同学即使晕倒，稍作休整，马上又入队训练的，诸如此类，举不胜举，令人感动，让人钦佩！稍后学校将对这些优秀的学员给予表彰。近一段时间以来的高温天气，对于我们全体师生来说，无一不是严峻的挑战和考验，但同学们却以自己的行动扛过来了，书写出我校军训一个个动人的故事。一周来，没有一名同学违纪，没有一名同学出现安全事故。</w:t>
      </w:r>
      <w:r>
        <w:rPr>
          <w:lang w:eastAsia="zh-CN"/>
        </w:rPr>
        <w:br/>
      </w:r>
      <w:r>
        <w:rPr>
          <w:lang w:eastAsia="zh-CN"/>
        </w:rPr>
        <w:t>　　而我们的班主任老师在军训过程中，始终陪伴在同学们的周围，在严格要求的同时又默默地关心和帮助着同学们，使广大高一年级新生尽管是第一次接触军训，第一次踏进杨桥中学的校园，第一次远离家人，第一次……，但并不因此而感到孤独，而是充分感受到集体的温暖；并不因为天气的炎热而备受“折磨”，而是锻炼了意志，增强了身体素质，增进了同学们互帮互助的合作意识，在此过程中，班主任老师的辛勤付出也得到了学生和家长的一致好评。</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4"/>
          <w:cols w:space="425"/>
          <w:titlePg w:val="0"/>
          <w:docGrid w:type="lines" w:linePitch="312"/>
        </w:sectPr>
      </w:pPr>
      <w:r>
        <w:rPr>
          <w:lang w:eastAsia="zh-CN"/>
        </w:rPr>
        <w:t>　　回顾本期的军训工作，由于学校安排合理、管理到位，学生积极参与，武警战士的身体力行，使本次军训工作获得圆满成功。我们将及时总结军训过程中的一些好的经验与做法，并推广到日后的管理工作中去；同时我们还将对其中的一些不足也进行仔细分析，以在日后的工作克服不足，争取更大成绩。</w:t>
      </w:r>
      <w:r>
        <w:rPr>
          <w:lang w:eastAsia="zh-CN"/>
        </w:rPr>
        <w:br/>
      </w:r>
      <w:r>
        <w:rPr>
          <w:lang w:eastAsia="zh-CN"/>
        </w:rPr>
        <w:t xml:space="preserve">    2024年军训工作总结 篇13 </w:t>
      </w:r>
      <w:r>
        <w:rPr>
          <w:lang w:eastAsia="zh-CN"/>
        </w:rPr>
        <w:br/>
      </w:r>
      <w:r>
        <w:rPr>
          <w:lang w:eastAsia="zh-CN"/>
        </w:rPr>
        <w:t>　　一、 军训中的不变</w:t>
      </w:r>
      <w:r>
        <w:rPr>
          <w:lang w:eastAsia="zh-CN"/>
        </w:rPr>
        <w:br/>
      </w:r>
      <w:r>
        <w:rPr>
          <w:lang w:eastAsia="zh-CN"/>
        </w:rPr>
        <w:t>　　1.校领导重视，亲自担任军训团政委，成立军训领导小组，相关部门组成军训办公室具体实施军训工作；军训动员、实弹射击、合唱汇演、汇报表演等大型活动，校领导亲自参与；</w:t>
      </w:r>
      <w:r>
        <w:rPr>
          <w:lang w:eastAsia="zh-CN"/>
        </w:rPr>
        <w:br/>
      </w:r>
      <w:r>
        <w:rPr>
          <w:lang w:eastAsia="zh-CN"/>
        </w:rPr>
        <w:t>　　2.按照学院独立编成连队，学院副书记担任连队指导员，政工干部坚持在训练现场、全程参与各项活动；</w:t>
      </w:r>
      <w:r>
        <w:rPr>
          <w:lang w:eastAsia="zh-CN"/>
        </w:rPr>
        <w:br/>
      </w:r>
      <w:r>
        <w:rPr>
          <w:lang w:eastAsia="zh-CN"/>
        </w:rPr>
        <w:t>　　3.军训总时长三周，训练以单兵队列动作、轻武器射击、阅兵式分列式为主要内容；组织三次队列会操、两次内务评比活动，评选优胜方队、连队特别奖、优秀学员等；汇报表演除阅兵式、分列式外，包含队列展示、军体拳与倒功；</w:t>
      </w:r>
      <w:r>
        <w:rPr>
          <w:lang w:eastAsia="zh-CN"/>
        </w:rPr>
        <w:br/>
      </w:r>
      <w:r>
        <w:rPr>
          <w:lang w:eastAsia="zh-CN"/>
        </w:rPr>
        <w:t>　　4. 军训与入学教育相结合，学校主要领导给全体新生做了报告，组织了安全教育与消防演习、人防教育等讲座，穿插了体检、教材发放等环节；</w:t>
      </w:r>
      <w:r>
        <w:rPr>
          <w:lang w:eastAsia="zh-CN"/>
        </w:rPr>
        <w:br/>
      </w:r>
      <w:r>
        <w:rPr>
          <w:lang w:eastAsia="zh-CN"/>
        </w:rPr>
        <w:t>　　5. 继续由空军预警学院选派教官承担我校军训任务；</w:t>
      </w:r>
      <w:r>
        <w:rPr>
          <w:lang w:eastAsia="zh-CN"/>
        </w:rPr>
        <w:br/>
      </w:r>
      <w:r>
        <w:rPr>
          <w:lang w:eastAsia="zh-CN"/>
        </w:rPr>
        <w:t>　　二、军训中变化的部分</w:t>
      </w:r>
      <w:r>
        <w:rPr>
          <w:lang w:eastAsia="zh-CN"/>
        </w:rPr>
        <w:br/>
      </w:r>
      <w:r>
        <w:rPr>
          <w:lang w:eastAsia="zh-CN"/>
        </w:rPr>
        <w:t>　　1.改进参训政工干部工作：在册参训政工干部48人，比往年减少20人左右；一般辅导员军训补贴高于副书记，出勤率高的辅导员高于一般辅导员；</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5"/>
          <w:cols w:space="425"/>
          <w:titlePg w:val="0"/>
          <w:docGrid w:type="lines" w:linePitch="312"/>
        </w:sectPr>
      </w:pPr>
      <w:r>
        <w:rPr>
          <w:lang w:eastAsia="zh-CN"/>
        </w:rPr>
        <w:t>　　2.改歌咏比赛为合唱汇演：取消评比，改连队合唱为方阵合唱，直接请音乐学院安排指导教师；全体学唱校歌，为校庆献礼；</w:t>
      </w:r>
      <w:r>
        <w:rPr>
          <w:lang w:eastAsia="zh-CN"/>
        </w:rPr>
        <w:br/>
      </w:r>
      <w:r>
        <w:rPr>
          <w:lang w:eastAsia="zh-CN"/>
        </w:rPr>
        <w:t>　　3.改革宣传报道评比：取消连队宣传报道评比奖项设置，各连队每天自愿上交1篇文章；</w:t>
      </w:r>
      <w:r>
        <w:rPr>
          <w:lang w:eastAsia="zh-CN"/>
        </w:rPr>
        <w:br/>
      </w:r>
      <w:r>
        <w:rPr>
          <w:lang w:eastAsia="zh-CN"/>
        </w:rPr>
        <w:t>　　4.改进军训宣传方式：取消纸质简报，取消各连队承办简报，改为军训办公室直接编发电子简报；设立新生军训微博；</w:t>
      </w:r>
      <w:r>
        <w:rPr>
          <w:lang w:eastAsia="zh-CN"/>
        </w:rPr>
        <w:br/>
      </w:r>
      <w:r>
        <w:rPr>
          <w:lang w:eastAsia="zh-CN"/>
        </w:rPr>
        <w:t>　　5.加强学生表彰：优秀学员从10%普遍提高到20%，对承担特殊表演任务的群体，提高表彰比例15-20%，评比军训征文优秀个人，调动学生的积极性；</w:t>
      </w:r>
      <w:r>
        <w:rPr>
          <w:lang w:eastAsia="zh-CN"/>
        </w:rPr>
        <w:br/>
      </w:r>
      <w:r>
        <w:rPr>
          <w:lang w:eastAsia="zh-CN"/>
        </w:rPr>
        <w:t>　　6.阅兵汇报参与率、阅兵方队数量明显提高：明确提出减少“非战斗减员”，最后参与汇报表演人数争取达到95%、不能低于90%的目标要求；组织跨学院、多学院合编方队、严格限定方队的最小规模，共组织44（男11，女33）个方队参加分列式，两个表演队伍，确保了参与率；</w:t>
      </w:r>
      <w:r>
        <w:rPr>
          <w:lang w:eastAsia="zh-CN"/>
        </w:rPr>
        <w:br/>
      </w:r>
      <w:r>
        <w:rPr>
          <w:lang w:eastAsia="zh-CN"/>
        </w:rPr>
        <w:t>　　7.改进军训工作组织方式：组织了三次连队指导员会，一次新生辅导员会，听取意见和建议，传达工作；利用短信、微信等手段，加强与连队政工干部沟通；合理安排实弹射击的运力，调整优化时间节点，更人性化、科学化；</w:t>
      </w:r>
      <w:r>
        <w:rPr>
          <w:lang w:eastAsia="zh-CN"/>
        </w:rPr>
        <w:br/>
      </w:r>
      <w:r>
        <w:rPr>
          <w:lang w:eastAsia="zh-CN"/>
        </w:rPr>
        <w:t>　　8.改进工作作风、厉行节约：取消全体参训人员参与的聚餐；军训办工作人员从严要求，坚持不订盒饭，军训有关横幅重复使用，取消纸质简报印刷，减少纸质文书印制，消减开支。</w:t>
      </w:r>
      <w:r>
        <w:rPr>
          <w:lang w:eastAsia="zh-CN"/>
        </w:rPr>
        <w:br/>
      </w:r>
      <w:r>
        <w:rPr>
          <w:lang w:eastAsia="zh-CN"/>
        </w:rPr>
        <w:t>　　三、军训中的不足</w:t>
      </w:r>
      <w:r>
        <w:rPr>
          <w:lang w:eastAsia="zh-CN"/>
        </w:rPr>
        <w:br/>
      </w:r>
      <w:r>
        <w:rPr>
          <w:lang w:eastAsia="zh-CN"/>
        </w:rPr>
        <w:t>　　1.我校部分参训人员责任感、合作意识需要提高。</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6"/>
          <w:cols w:space="425"/>
          <w:titlePg w:val="0"/>
          <w:docGrid w:type="lines" w:linePitch="312"/>
        </w:sectPr>
      </w:pPr>
      <w:r>
        <w:rPr>
          <w:lang w:eastAsia="zh-CN"/>
        </w:rPr>
        <w:t>　　学院参训政工干部有部分人投入不够、重视不够，在训练场、重大活动现场缺席；在合唱等需要多个学院合作等活动上，合作不够；部分领导不将有关会议精神传达至辅导员，造成工作被动。</w:t>
      </w:r>
      <w:r>
        <w:rPr>
          <w:lang w:eastAsia="zh-CN"/>
        </w:rPr>
        <w:br/>
      </w:r>
      <w:r>
        <w:rPr>
          <w:lang w:eastAsia="zh-CN"/>
        </w:rPr>
        <w:t>　　军训办公室部分组成人员常不能参与有关工作，造成事务过于集中在少数人身上；各工作组之间主动协同不够，在日程推进与重大活动安排上，须加强协商与沟通。</w:t>
      </w:r>
      <w:r>
        <w:rPr>
          <w:lang w:eastAsia="zh-CN"/>
        </w:rPr>
        <w:br/>
      </w:r>
      <w:r>
        <w:rPr>
          <w:lang w:eastAsia="zh-CN"/>
        </w:rPr>
        <w:t>　　2.承训部队官兵在严格要求、训练科学化上有提升空间。</w:t>
      </w:r>
      <w:r>
        <w:rPr>
          <w:lang w:eastAsia="zh-CN"/>
        </w:rPr>
        <w:br/>
      </w:r>
      <w:r>
        <w:rPr>
          <w:lang w:eastAsia="zh-CN"/>
        </w:rPr>
        <w:t>　　首先是承训官兵数量不足，由原来的92人减至初期的77人，造成训练单位规模过大；后不断补充人员，有所改善，但导致学生经常换教官、换训练方法与要求，难以适应；</w:t>
      </w:r>
      <w:r>
        <w:rPr>
          <w:lang w:eastAsia="zh-CN"/>
        </w:rPr>
        <w:br/>
      </w:r>
      <w:r>
        <w:rPr>
          <w:lang w:eastAsia="zh-CN"/>
        </w:rPr>
        <w:t>　　其次是承训官兵严格要求不够，出现个别教官要求学生把电话号码输入自己的手机，少数教官不守时，集中训练时少数教官不到训练场等等情况；</w:t>
      </w:r>
      <w:r>
        <w:rPr>
          <w:lang w:eastAsia="zh-CN"/>
        </w:rPr>
        <w:br/>
      </w:r>
      <w:r>
        <w:rPr>
          <w:lang w:eastAsia="zh-CN"/>
        </w:rPr>
        <w:t>　　三是承训官兵对训练质量、内务卫生要求的标准偏低，对训练中的重难点、关键点缺乏认识与解决问题的办法。</w:t>
      </w:r>
      <w:r>
        <w:rPr>
          <w:lang w:eastAsia="zh-CN"/>
        </w:rPr>
        <w:br/>
      </w:r>
      <w:r>
        <w:rPr>
          <w:lang w:eastAsia="zh-CN"/>
        </w:rPr>
        <w:t>　　3.训练场地严重不足，后勤保障等工作需要改进。</w:t>
      </w:r>
      <w:r>
        <w:rPr>
          <w:lang w:eastAsia="zh-CN"/>
        </w:rPr>
        <w:br/>
      </w:r>
      <w:r>
        <w:rPr>
          <w:lang w:eastAsia="zh-CN"/>
        </w:rPr>
        <w:t>　　田径场维修完工日期一拖再拖，使得训练场地严重不足，极大地影响了军训的实施与最后的效果；训练场地灯光有设施但缺少维护，影响实际效果；训练场地的环境清理不及时主动等环节须加强。</w:t>
      </w:r>
      <w:r>
        <w:rPr>
          <w:lang w:eastAsia="zh-CN"/>
        </w:rPr>
        <w:br/>
      </w:r>
      <w:r>
        <w:rPr>
          <w:lang w:eastAsia="zh-CN"/>
        </w:rPr>
        <w:t>　　四、今后军训工作的建议</w:t>
      </w:r>
      <w:r>
        <w:rPr>
          <w:lang w:eastAsia="zh-CN"/>
        </w:rPr>
        <w:br/>
      </w:r>
      <w:r>
        <w:rPr>
          <w:lang w:eastAsia="zh-CN"/>
        </w:rPr>
        <w:t>　　1.加强军训工作统筹，掌握好时间与进度。</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7"/>
          <w:cols w:space="425"/>
          <w:titlePg w:val="0"/>
          <w:docGrid w:type="lines" w:linePitch="312"/>
        </w:sectPr>
      </w:pPr>
      <w:r>
        <w:rPr>
          <w:lang w:eastAsia="zh-CN"/>
        </w:rPr>
        <w:t>　　传统上各部门都利用军训期间学生便于组织的优势，开展有关工作，严重影响了军训整体推进。应提前与相关部门沟通，取消或改变部分工作的安排时间与方式，减少对军训本体工作冲击。</w:t>
      </w:r>
      <w:r>
        <w:rPr>
          <w:lang w:eastAsia="zh-CN"/>
        </w:rPr>
        <w:br/>
      </w:r>
      <w:r>
        <w:rPr>
          <w:lang w:eastAsia="zh-CN"/>
        </w:rPr>
        <w:t>　　其次军训可在开学数天后再开始，以便学生适应校园生活，以及学院、部门安排相关事宜。</w:t>
      </w:r>
      <w:r>
        <w:rPr>
          <w:lang w:eastAsia="zh-CN"/>
        </w:rPr>
        <w:br/>
      </w:r>
      <w:r>
        <w:rPr>
          <w:lang w:eastAsia="zh-CN"/>
        </w:rPr>
        <w:t>　　对于临时安排的有关任务或事项要从严把关。</w:t>
      </w:r>
      <w:r>
        <w:rPr>
          <w:lang w:eastAsia="zh-CN"/>
        </w:rPr>
        <w:br/>
      </w:r>
      <w:r>
        <w:rPr>
          <w:lang w:eastAsia="zh-CN"/>
        </w:rPr>
        <w:t>　　2.丰富训练内容与形式，调动学生的积极性。</w:t>
      </w:r>
      <w:r>
        <w:rPr>
          <w:lang w:eastAsia="zh-CN"/>
        </w:rPr>
        <w:br/>
      </w:r>
      <w:r>
        <w:rPr>
          <w:lang w:eastAsia="zh-CN"/>
        </w:rPr>
        <w:t>　　军训不能一成不变，应常抓常新，更加富有时代气息，如服装是否可以换下款式？最后的汇报表演除了分列式外，是否还可以增设项目？除了校内训练外，是否还可有校外学习？军事理论课除了空讲外，可否有视频配合，可否讲一些高科技的内容，可否邀请军队专家做国防安全、国际形势的报告？可否组织学生观看国庆大阅兵等纪录片、有关军事题材电影？队列会操可否增加随机性，免得部分学生加班练习专门对付比赛？这些都值得去尝试改进。</w:t>
      </w:r>
      <w:r>
        <w:rPr>
          <w:lang w:eastAsia="zh-CN"/>
        </w:rPr>
        <w:br/>
      </w:r>
      <w:r>
        <w:rPr>
          <w:lang w:eastAsia="zh-CN"/>
        </w:rPr>
        <w:t>　　3.改变军训的组织形态，确保参与率。</w:t>
      </w:r>
      <w:r>
        <w:rPr>
          <w:lang w:eastAsia="zh-CN"/>
        </w:rPr>
        <w:br/>
      </w:r>
      <w:r>
        <w:rPr>
          <w:lang w:eastAsia="zh-CN"/>
        </w:rPr>
        <w:t>　　近年来，军训采取的是以学院为单位进行，以利于各个学院的教育管理。对于一些规模较小的学院来说，存在一些难以解决的问题，一是教官难以均匀分配，排面可能偏大；二是男生偏少难以组织训练，以致放弃训练要求；三是人员规模偏小，难以编成方队，导致大范围淘汰，影响参与率。因此可考虑军训团下分设训练营，综合考虑每个营的男女生人数基本均衡，小范围协调、综合编成，减少协同成本；或者考虑学院合编连队、共同训练，使教官安排更科学化，政工干部之间加强合作，降低人力成本。</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8"/>
          <w:cols w:space="425"/>
          <w:titlePg w:val="0"/>
          <w:docGrid w:type="lines" w:linePitch="312"/>
        </w:sectPr>
      </w:pPr>
      <w:r>
        <w:rPr>
          <w:lang w:eastAsia="zh-CN"/>
        </w:rPr>
        <w:t>　　4.加强与承训部队的沟通，增强训练科学化水平。</w:t>
      </w:r>
      <w:r>
        <w:rPr>
          <w:lang w:eastAsia="zh-CN"/>
        </w:rPr>
        <w:br/>
      </w:r>
      <w:r>
        <w:rPr>
          <w:lang w:eastAsia="zh-CN"/>
        </w:rPr>
        <w:t>　　每个学校都有自己的文化与传统，军训工作应结合各校的特点。军训办应在正式开训前与承训官兵深入交流，讲清楚我校军训的整体要求、组织特点与传统特色，为训练打下良好的思想基础。双方应对训练日程的制定进行充分的沟通，细化训练内容的安排。承训官兵应加强集体备课与研讨，带队干部应通过案例教学等形式，使所有教官明确每日训练内容与目标，抓准训练关键环节，提高训练水平。各连队教官也应集体研究商议训练事项，群策群力优化训练办法，提高训练质量。</w:t>
      </w:r>
      <w:r>
        <w:rPr>
          <w:lang w:eastAsia="zh-CN"/>
        </w:rPr>
        <w:br/>
      </w:r>
      <w:r>
        <w:rPr>
          <w:lang w:eastAsia="zh-CN"/>
        </w:rPr>
        <w:t xml:space="preserve">    2024年军训工作总结 篇14 </w:t>
      </w:r>
      <w:r>
        <w:rPr>
          <w:lang w:eastAsia="zh-CN"/>
        </w:rPr>
        <w:br/>
      </w:r>
      <w:r>
        <w:rPr>
          <w:lang w:eastAsia="zh-CN"/>
        </w:rPr>
        <w:t>　　军训，一直期待的日子。武警总队训练基地，我的目的地，第一次出门到外睡六天，心情格外的激动，感觉去那应该很轻松，到那时，我发现我错了......</w:t>
      </w:r>
      <w:r>
        <w:rPr>
          <w:lang w:eastAsia="zh-CN"/>
        </w:rPr>
        <w:br/>
      </w:r>
      <w:r>
        <w:rPr>
          <w:lang w:eastAsia="zh-CN"/>
        </w:rPr>
        <w:t>　　哨子响，大家的心情一下就紧张起来，不管在做什么都要停下来，马上去集合。</w:t>
      </w:r>
      <w:r>
        <w:rPr>
          <w:lang w:eastAsia="zh-CN"/>
        </w:rPr>
        <w:br/>
      </w:r>
      <w:r>
        <w:rPr>
          <w:lang w:eastAsia="zh-CN"/>
        </w:rPr>
        <w:t>　　六天的军训是我一辈子值得珍藏的记忆，我在家也不是什么娇生惯养孩子，但是这种体能的训练真是吃不消。每日训练，左右转、齐步、站军姿……标准的姿势，晚上还要练歌，操场里传来洪亮的歌身“穿上军装这是钢萃火的地方，严格正规促就挺拔的脊梁……走上哨位扛起钢枪……”</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9"/>
          <w:cols w:space="425"/>
          <w:titlePg w:val="0"/>
          <w:docGrid w:type="lines" w:linePitch="312"/>
        </w:sectPr>
      </w:pPr>
      <w:r>
        <w:rPr>
          <w:lang w:eastAsia="zh-CN"/>
        </w:rPr>
        <w:t>　　每天晚上这么唱，声音很快就哑了，一天下来，看见床是那么的兴奋，整个人都累垮了，恨不得睡一天，身上的'酸痛更是难受，感觉骨架都撒脱了。但不管怎么样，必须坚持，坚定让我将这种六天变成了不一样的旅游。</w:t>
      </w:r>
      <w:r>
        <w:rPr>
          <w:lang w:eastAsia="zh-CN"/>
        </w:rPr>
        <w:br/>
      </w:r>
      <w:r>
        <w:rPr>
          <w:lang w:eastAsia="zh-CN"/>
        </w:rPr>
        <w:t>　　短短的六天很快就会结束，我们的动作也越来越整齐规划，越来越标准，军姿的纹丝不动，跨步的整齐有力，让我们觉得我们就是军人。</w:t>
      </w:r>
      <w:r>
        <w:rPr>
          <w:lang w:eastAsia="zh-CN"/>
        </w:rPr>
        <w:br/>
      </w:r>
      <w:r>
        <w:rPr>
          <w:lang w:eastAsia="zh-CN"/>
        </w:rPr>
        <w:t>　　回想起那一幕一幕，前四天炎热，后两天的寒冷，天气变幻莫测，热得发慌，冷得发抖，在这样的环境里坚持辛苦训练，虽然很累，但这是在锻炼自己，战胜自我，这是一种人生体验，在烈日下晒出前进的勇气，在寒冷里刺出自我的信心。</w:t>
      </w:r>
      <w:r>
        <w:rPr>
          <w:lang w:eastAsia="zh-CN"/>
        </w:rPr>
        <w:br/>
      </w:r>
      <w:r>
        <w:rPr>
          <w:lang w:eastAsia="zh-CN"/>
        </w:rPr>
        <w:t>　　不经历风雨怎能见彩虹？六天的军训也完美的结束了，这也算是我对祖国七十二周年的一份礼物。我会从军训中锻炼到前进的勇气与自我的信心去追求更高的目标。</w:t>
      </w:r>
      <w:r>
        <w:rPr>
          <w:lang w:eastAsia="zh-CN"/>
        </w:rPr>
        <w:br/>
      </w:r>
      <w:r>
        <w:rPr>
          <w:lang w:eastAsia="zh-CN"/>
        </w:rPr>
        <w:t xml:space="preserve">    2024年军训工作总结 篇15 </w:t>
      </w:r>
      <w:r>
        <w:rPr>
          <w:lang w:eastAsia="zh-CN"/>
        </w:rPr>
        <w:br/>
      </w:r>
      <w:r>
        <w:rPr>
          <w:lang w:eastAsia="zh-CN"/>
        </w:rPr>
        <w:t>　　如火的_月，我校20__年高一新生军训工作，在学校领导的高度重视下，在县武警中队大力支持下，在学校各部门通力协作下，经过全体参训同学的顽强拼搏，取得了圆满成功！</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40"/>
          <w:cols w:space="425"/>
          <w:titlePg w:val="0"/>
          <w:docGrid w:type="lines" w:linePitch="312"/>
        </w:sectPr>
      </w:pPr>
      <w:r>
        <w:rPr>
          <w:lang w:eastAsia="zh-CN"/>
        </w:rPr>
        <w:t>　　此次军训自_月_日至_日，历时六天，受训高一新生共_个班，_余人。军训是高一新生入学初最为重要的一课，对其正直人格、坚强意志、纪律观念、爱国精神的培养与形成都是一次有益的历练，也是我校“一切为了学生终身可持续发展”办学理念的切实体现！为此，学校领导相当重视。早在高一新生入学前，学校就专门成立了军训领导小组，并决定由政教处和高一年级具体负责军训的筹备和日常工作；承训的县武警中队专门抽调了精兵强将奔赴我校参与训练。</w:t>
      </w:r>
      <w:r>
        <w:rPr>
          <w:lang w:eastAsia="zh-CN"/>
        </w:rPr>
        <w:br/>
      </w:r>
      <w:r>
        <w:rPr>
          <w:lang w:eastAsia="zh-CN"/>
        </w:rPr>
        <w:t>　　_月_日早晨，军训动员大会在校田径场隆重举行，拉开了本次军训的序幕。考虑实际情况，高一_个班级分两批于上午、下午交错参训，做到劳逸结合、学习军训两不误。六天的军训中，参训学生接受站军姿、正步走、队列、内务整理等训练，并体验头顶烈日、挥汗如雨的艰苦生活，培养严格要求、服从命令的纪律观念。训练场上，教官严格训教、认真履职，学员坚毅顽强、不言苦累，班主任随队协助、悉心照顾，主管领导亲临现场、监督指导，协助部门服务先行、准备充分。六天的军训始终是气势恢宏、热情高涨，紧张有序、严肃活泼。所有参训学生都以饱满的热情、顽强的毅力投入到训练中，不惧炎热，不畏风雨，轻伤不下火线，感人的事迹层出不穷。_月_日上午，进行了军训汇操表演，并取得极大成功。六天来的军训成果得到了学校领导的充分肯定和赞许。汇报表演结束后举行了颁奖仪式，有_个班级被评为“队列会操比赛先进班级”，_位同学被评为“军训标兵”，_个寝室被评为“内务整理模范寝室”。</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41"/>
          <w:cols w:space="425"/>
          <w:titlePg w:val="0"/>
          <w:docGrid w:type="lines" w:linePitch="312"/>
        </w:sectPr>
      </w:pPr>
      <w:r>
        <w:rPr>
          <w:lang w:eastAsia="zh-CN"/>
        </w:rPr>
        <w:t>　　通过军训，同学们掌握了必要的`国防知识和基本技能，锻炼了体魄，磨炼了意志，培养了集体主义观念和团队合作精神，强化了严明的组织纪律性，激发了爱国主义热情。在教官们的言行身教下，同学们逐步拥有了军人那种纯洁高尚的道德情操和思想境界，并自觉遵守校纪校规，用《中学生行为规范》严格要求自己，使军事训练与入学教育相结合、渗透，为高中学习生活和健康成长打下良好基础。军训已经结束了，但留给同学们的是难忘的回忆，是严格的组织纪律性和不怕苦不怕累的作风，是坚强的意志和不断追求、勇往直前的精神，是强烈的爱国心和报效祖国的理想。它的影响是积极而深远的。为此，学校希望同学们以这次军训为起点，在以后学习生活中做到以下几点：</w:t>
      </w:r>
      <w:r>
        <w:rPr>
          <w:lang w:eastAsia="zh-CN"/>
        </w:rPr>
        <w:br/>
      </w:r>
      <w:r>
        <w:rPr>
          <w:lang w:eastAsia="zh-CN"/>
        </w:rPr>
        <w:t>　　1、将军训中养成的军人不怕苦不怕累、一切行动听指挥的作风保持下去，并引入到今后的学习和生活中，高标准、严要求地规范自己的言行。</w:t>
      </w:r>
      <w:r>
        <w:rPr>
          <w:lang w:eastAsia="zh-CN"/>
        </w:rPr>
        <w:br/>
      </w:r>
      <w:r>
        <w:rPr>
          <w:lang w:eastAsia="zh-CN"/>
        </w:rPr>
        <w:t>　　2、发扬部队的优良传统和作风，严于律己，遵守《中学生守则》和《中学生日常行为规范》，遵守学校各项规章制度，做文明学生，创文明班级，建文明校园。</w:t>
      </w:r>
      <w:r>
        <w:rPr>
          <w:lang w:eastAsia="zh-CN"/>
        </w:rPr>
        <w:br/>
      </w:r>
      <w:r>
        <w:rPr>
          <w:lang w:eastAsia="zh-CN"/>
        </w:rPr>
        <w:t>　　3、感受军人的爱国之情，培养正确的世界观、人生观和价值观，树立远大理想，勇往直前，百折不挠。</w:t>
      </w:r>
      <w:r>
        <w:rPr>
          <w:lang w:eastAsia="zh-CN"/>
        </w:rPr>
        <w:br/>
      </w:r>
      <w:r>
        <w:rPr>
          <w:lang w:eastAsia="zh-CN"/>
        </w:rPr>
        <w:t>　　4、珍惜此次军训经历，铭记所学到的知识和做人的道理，珍惜三年的高中生活，珍惜青春的大好时光，努力拼博，奋发进取，在学习、生活中锻炼自己、塑造自己、展示自己、挑战自己。</w:t>
      </w:r>
      <w:r>
        <w:rPr>
          <w:lang w:eastAsia="zh-CN"/>
        </w:rPr>
        <w:br/>
      </w:r>
      <w:r>
        <w:rPr>
          <w:lang w:eastAsia="zh-CN"/>
        </w:rPr>
        <w:t>　　5、增强团队意识和集体观念，在今后的学习和生活中，互相帮助、团结友爱，共同进步！</w:t>
      </w:r>
      <w:r>
        <w:rPr>
          <w:lang w:eastAsia="zh-CN"/>
        </w:rPr>
        <w:br/>
      </w:r>
      <w:r>
        <w:rPr>
          <w:lang w:eastAsia="zh-CN"/>
        </w:rPr>
        <w:t xml:space="preserve">    2024年军训工作总结 篇16 </w:t>
      </w:r>
      <w:r>
        <w:rPr>
          <w:lang w:eastAsia="zh-CN"/>
        </w:rPr>
        <w:br/>
      </w:r>
      <w:r>
        <w:rPr>
          <w:lang w:eastAsia="zh-CN"/>
        </w:rPr>
        <w:t>　　现20__年军训，在大家鼎力支持下圆满完成任务。追记如下：</w:t>
      </w:r>
      <w:r>
        <w:rPr>
          <w:lang w:eastAsia="zh-CN"/>
        </w:rPr>
        <w:br/>
      </w:r>
      <w:r>
        <w:rPr>
          <w:lang w:eastAsia="zh-CN"/>
        </w:rPr>
        <w:t>　　一、 军训中的不变</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42"/>
          <w:cols w:space="425"/>
          <w:titlePg w:val="0"/>
          <w:docGrid w:type="lines" w:linePitch="312"/>
        </w:sectPr>
      </w:pPr>
      <w:r>
        <w:rPr>
          <w:lang w:eastAsia="zh-CN"/>
        </w:rPr>
        <w:t>　　1、校领导重视，亲自担任军训团政委，成立军训领导小组，相关部门组成军训办公室具体实施军训工作；军训动员、实弹射击、合唱汇演、汇报表演等大型活动，校领导亲自参与；</w:t>
      </w:r>
      <w:r>
        <w:rPr>
          <w:lang w:eastAsia="zh-CN"/>
        </w:rPr>
        <w:br/>
      </w:r>
      <w:r>
        <w:rPr>
          <w:lang w:eastAsia="zh-CN"/>
        </w:rPr>
        <w:t>　　2、按照学院独立编成连队，学院副书记担任连队指导员，政工干部坚持在训练现场、全程参与各项活动；</w:t>
      </w:r>
      <w:r>
        <w:rPr>
          <w:lang w:eastAsia="zh-CN"/>
        </w:rPr>
        <w:br/>
      </w:r>
      <w:r>
        <w:rPr>
          <w:lang w:eastAsia="zh-CN"/>
        </w:rPr>
        <w:t>　　3、军训总时长三周，训练以单兵队列动作、轻武器射击、阅兵式分列式为主要内容；组织三次队列会操、两次内务评比活动，评选优胜方队、连队特别奖、优秀学员等；汇报表演除阅兵式、分列式外，包含队列展示、军体拳与倒功；</w:t>
      </w:r>
      <w:r>
        <w:rPr>
          <w:lang w:eastAsia="zh-CN"/>
        </w:rPr>
        <w:br/>
      </w:r>
      <w:r>
        <w:rPr>
          <w:lang w:eastAsia="zh-CN"/>
        </w:rPr>
        <w:t>　　4、 军训与入学教育相结合，学校主要领导给全体新生做了报告，组织了安全教育与消防演习、人防教育等讲座，穿插了体检、教材发放等环节；</w:t>
      </w:r>
      <w:r>
        <w:rPr>
          <w:lang w:eastAsia="zh-CN"/>
        </w:rPr>
        <w:br/>
      </w:r>
      <w:r>
        <w:rPr>
          <w:lang w:eastAsia="zh-CN"/>
        </w:rPr>
        <w:t>　　5、 继续由空军预警学院选派教官承担我校军训任务；</w:t>
      </w:r>
      <w:r>
        <w:rPr>
          <w:lang w:eastAsia="zh-CN"/>
        </w:rPr>
        <w:br/>
      </w:r>
      <w:r>
        <w:rPr>
          <w:lang w:eastAsia="zh-CN"/>
        </w:rPr>
        <w:t>　　二、军训中变化的部分</w:t>
      </w:r>
      <w:r>
        <w:rPr>
          <w:lang w:eastAsia="zh-CN"/>
        </w:rPr>
        <w:br/>
      </w:r>
      <w:r>
        <w:rPr>
          <w:lang w:eastAsia="zh-CN"/>
        </w:rPr>
        <w:t>　　1、改进参训政工干部工作：在册参训政工干部48人，比往年减少20人左右；一般辅导员军训补贴高于副书记，出勤率高的辅导员高于一般辅导员；</w:t>
      </w:r>
      <w:r>
        <w:rPr>
          <w:lang w:eastAsia="zh-CN"/>
        </w:rPr>
        <w:br/>
      </w:r>
      <w:r>
        <w:rPr>
          <w:lang w:eastAsia="zh-CN"/>
        </w:rPr>
        <w:t>　　2、改歌咏比赛为合唱汇演：取消评比，改连队合唱为方阵合唱，直接请音乐学院安排指导教师；全体学唱校歌，为校庆献礼；</w:t>
      </w:r>
      <w:r>
        <w:rPr>
          <w:lang w:eastAsia="zh-CN"/>
        </w:rPr>
        <w:br/>
      </w:r>
      <w:r>
        <w:rPr>
          <w:lang w:eastAsia="zh-CN"/>
        </w:rPr>
        <w:t>　　3、改革宣传报道评比：取消连队宣传报道评比奖项设置，各连队每天自愿上交1篇文章；</w:t>
      </w:r>
      <w:r>
        <w:rPr>
          <w:lang w:eastAsia="zh-CN"/>
        </w:rPr>
        <w:br/>
      </w:r>
    </w:p>
    <w:p w:rsidR="001B1F19" w14:textId="27C3F48A">
      <w:pPr>
        <w:rPr>
          <w:rFonts w:hint="eastAsia"/>
          <w:lang w:eastAsia="zh-CN"/>
        </w:rPr>
      </w:pPr>
      <w:r>
        <w:rPr>
          <w:lang w:eastAsia="zh-CN"/>
        </w:rPr>
        <w:t>　　4、改进军训宣传方式：取消纸质简报，取消各连队承办简报，改为军训办公室直接编发电子简报；设立新生军训微博；</w:t>
      </w:r>
      <w:r>
        <w:rPr>
          <w:lang w:eastAsia="zh-CN"/>
        </w:rPr>
        <w:br/>
      </w:r>
      <w:r>
        <w:rPr>
          <w:lang w:eastAsia="zh-CN"/>
        </w:rPr>
        <w:t>　　5、加强学生表彰：优秀学员从10%普遍提高到20%，对承担特殊表演任务的群体，提高表彰比例15-20%，评比军训征文优秀个人，调动学生的积极性；</w:t>
      </w:r>
      <w:r>
        <w:rPr>
          <w:lang w:eastAsia="zh-CN"/>
        </w:rPr>
        <w:br/>
      </w:r>
      <w:r>
        <w:rPr>
          <w:lang w:eastAsia="zh-CN"/>
        </w:rPr>
        <w:t>　　6、阅兵汇报参与率、阅兵方队数量明显提高：明确提出减少“非战斗减员”，最后参与汇报表演人数争取达到95%、不能低于90%的目标要求；组织跨学院、多学院合编方队、严格限定方队的最小规模，共组织44（男11，女33）个方队参加分列式，两个表演队伍，确保了参与率；</w:t>
      </w:r>
      <w:r>
        <w:rPr>
          <w:lang w:eastAsia="zh-CN"/>
        </w:rPr>
        <w:br/>
      </w:r>
      <w:r>
        <w:rPr>
          <w:lang w:eastAsia="zh-CN"/>
        </w:rPr>
        <w:t>　　7、改进军训工作组织方式：组织了三次连队指导员会，一次新生辅导员会，听取意见和建议，传达工作；利用短信、微信等手段，加强与连队政工干部沟通；合理安排实弹射击的运力，调整优化时间节点，更人性化、科学化；</w:t>
      </w:r>
      <w:r>
        <w:rPr>
          <w:lang w:eastAsia="zh-CN"/>
        </w:rPr>
        <w:br/>
      </w:r>
      <w:r>
        <w:rPr>
          <w:lang w:eastAsia="zh-CN"/>
        </w:rPr>
        <w:t>　　8、改进工作作风、厉行节约：取消全体参训人员参与的聚餐；军训办工作人员从严要求，坚持不订盒饭，军训有关横幅重复使用，取消纸质简报印刷，减少纸质文书印制，消减开支。</w:t>
      </w:r>
      <w:r>
        <w:rPr>
          <w:lang w:eastAsia="zh-CN"/>
        </w:rPr>
        <w:br/>
      </w:r>
      <w:r>
        <w:rPr>
          <w:lang w:eastAsia="zh-CN"/>
        </w:rPr>
        <w:t>　　三、军训中的不足</w:t>
      </w:r>
      <w:r>
        <w:rPr>
          <w:lang w:eastAsia="zh-CN"/>
        </w:rPr>
        <w:br/>
      </w:r>
      <w:r>
        <w:rPr>
          <w:lang w:eastAsia="zh-CN"/>
        </w:rPr>
        <w:t>　　1、我校部分参训人员责任感、合作意识需要提高。</w:t>
      </w:r>
      <w:r>
        <w:rPr>
          <w:lang w:eastAsia="zh-CN"/>
        </w:rPr>
        <w:br/>
      </w:r>
      <w:r>
        <w:rPr>
          <w:lang w:eastAsia="zh-CN"/>
        </w:rPr>
        <w:t>　　学院参训政工干部有部分人投入不够、重视不够，在训练场、重大活动现场缺席；在合唱等需要多个学院合作等活动上，合作不够；部分领导不将有关会议精神传达至辅导员，造成工作被动。</w:t>
      </w:r>
      <w:r>
        <w:rPr>
          <w:lang w:eastAsia="zh-CN"/>
        </w:rPr>
        <w:br/>
      </w:r>
      <w:r>
        <w:rPr>
          <w:rFonts w:hint="eastAsia"/>
          <w:lang w:eastAsia="zh-CN"/>
        </w:rPr>
        <w:br/>
      </w:r>
      <w:r>
        <w:rPr>
          <w:rFonts w:hint="eastAsia"/>
          <w:lang w:eastAsia="zh-CN"/>
        </w:rP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 w:history="1">
        <w:r>
          <w:rPr>
            <w:rFonts w:ascii="SimSun" w:eastAsia="SimSun" w:hAnsi="SimSun" w:cs="SimSun"/>
            <w:b/>
            <w:bCs/>
            <w:color w:val="0000EE"/>
            <w:sz w:val="30"/>
            <w:szCs w:val="30"/>
            <w:u w:val="single" w:color="0000EE"/>
          </w:rPr>
          <w:t>https://d.book118.com/777166165023006042</w:t>
        </w:r>
      </w:hyperlink>
    </w:p>
    <w:p w:rsidR="001B1F19">
      <w:pPr>
        <w:rPr>
          <w:rFonts w:hint="eastAsia"/>
          <w:lang w:eastAsia="zh-CN"/>
        </w:rPr>
      </w:pPr>
    </w:p>
    <w:sectPr>
      <w:type w:val="nextPage"/>
      <w:pgSz w:w="11906" w:h="16838"/>
      <w:pgMar w:top="1440" w:right="1800" w:bottom="1440" w:left="1800" w:header="851" w:footer="992" w:gutter="0"/>
      <w:pgNumType w:start="43"/>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9D07D03"/>
    <w:multiLevelType w:val="multilevel"/>
    <w:tmpl w:val="3AE4B26C"/>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20273113">
    <w:abstractNumId w:val="0"/>
  </w:num>
  <w:num w:numId="2" w16cid:durableId="14996911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02222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50009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84274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23348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F19"/>
    <w:rsid w:val="00012D24"/>
    <w:rsid w:val="000B76DB"/>
    <w:rsid w:val="001B1F19"/>
    <w:rsid w:val="002E2E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08D8A34"/>
  <w15:docId w15:val="{83B6B1C2-FF47-43CC-85A6-22B37870D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1"/>
    <w:uiPriority w:val="9"/>
    <w:qFormat/>
    <w:rsid w:val="00FC693F"/>
    <w:pPr>
      <w:keepNext/>
      <w:keepLines/>
      <w:spacing w:before="480" w:after="0"/>
      <w:outlineLvl w:val="0"/>
    </w:pPr>
    <w:rPr>
      <w:rFonts w:asciiTheme="majorHAnsi" w:eastAsiaTheme="majorEastAsia" w:hAnsiTheme="majorHAnsi" w:cstheme="majorBidi"/>
      <w:b/>
      <w:bCs/>
      <w:color w:val="2F5496" w:themeColor="accent1" w:themeShade="BF"/>
      <w:szCs w:val="28"/>
    </w:rPr>
  </w:style>
  <w:style w:type="paragraph" w:styleId="Heading2">
    <w:name w:val="heading 2"/>
    <w:basedOn w:val="Normal"/>
    <w:next w:val="Normal"/>
    <w:link w:val="2"/>
    <w:uiPriority w:val="9"/>
    <w:unhideWhenUsed/>
    <w:qFormat/>
    <w:rsid w:val="00FC693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3"/>
    <w:uiPriority w:val="9"/>
    <w:unhideWhenUsed/>
    <w:qFormat/>
    <w:rsid w:val="00FC693F"/>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4"/>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5"/>
    <w:uiPriority w:val="9"/>
    <w:semiHidden/>
    <w:unhideWhenUsed/>
    <w:qFormat/>
    <w:rsid w:val="00FC693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6"/>
    <w:uiPriority w:val="9"/>
    <w:semiHidden/>
    <w:unhideWhenUsed/>
    <w:qFormat/>
    <w:rsid w:val="00FC693F"/>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7"/>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8"/>
    <w:uiPriority w:val="9"/>
    <w:semiHidden/>
    <w:unhideWhenUsed/>
    <w:qFormat/>
    <w:rsid w:val="00FC693F"/>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9"/>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E618BF"/>
    <w:pPr>
      <w:tabs>
        <w:tab w:val="center" w:pos="4680"/>
        <w:tab w:val="right" w:pos="9360"/>
      </w:tabs>
      <w:spacing w:after="0" w:line="240" w:lineRule="auto"/>
    </w:pPr>
  </w:style>
  <w:style w:type="character" w:customStyle="1" w:styleId="a">
    <w:name w:val="页眉 字符"/>
    <w:basedOn w:val="DefaultParagraphFont"/>
    <w:link w:val="Header"/>
    <w:uiPriority w:val="99"/>
    <w:rsid w:val="00E618BF"/>
  </w:style>
  <w:style w:type="paragraph" w:styleId="Footer">
    <w:name w:val="footer"/>
    <w:basedOn w:val="Normal"/>
    <w:link w:val="a0"/>
    <w:uiPriority w:val="99"/>
    <w:unhideWhenUsed/>
    <w:rsid w:val="00E618BF"/>
    <w:pPr>
      <w:tabs>
        <w:tab w:val="center" w:pos="4680"/>
        <w:tab w:val="right" w:pos="9360"/>
      </w:tabs>
      <w:spacing w:after="0" w:line="240" w:lineRule="auto"/>
    </w:pPr>
  </w:style>
  <w:style w:type="character" w:customStyle="1" w:styleId="a0">
    <w:name w:val="页脚 字符"/>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1">
    <w:name w:val="标题 1 字符"/>
    <w:basedOn w:val="DefaultParagraphFont"/>
    <w:link w:val="Heading1"/>
    <w:uiPriority w:val="9"/>
    <w:rsid w:val="00FC693F"/>
    <w:rPr>
      <w:rFonts w:asciiTheme="majorHAnsi" w:eastAsiaTheme="majorEastAsia" w:hAnsiTheme="majorHAnsi" w:cstheme="majorBidi"/>
      <w:b/>
      <w:bCs/>
      <w:color w:val="2F5496" w:themeColor="accent1" w:themeShade="BF"/>
      <w:sz w:val="28"/>
      <w:szCs w:val="28"/>
    </w:rPr>
  </w:style>
  <w:style w:type="character" w:customStyle="1" w:styleId="2">
    <w:name w:val="标题 2 字符"/>
    <w:basedOn w:val="DefaultParagraphFont"/>
    <w:link w:val="Heading2"/>
    <w:uiPriority w:val="9"/>
    <w:rsid w:val="00FC693F"/>
    <w:rPr>
      <w:rFonts w:asciiTheme="majorHAnsi" w:eastAsiaTheme="majorEastAsia" w:hAnsiTheme="majorHAnsi" w:cstheme="majorBidi"/>
      <w:b/>
      <w:bCs/>
      <w:color w:val="4472C4" w:themeColor="accent1"/>
      <w:sz w:val="26"/>
      <w:szCs w:val="26"/>
    </w:rPr>
  </w:style>
  <w:style w:type="character" w:customStyle="1" w:styleId="3">
    <w:name w:val="标题 3 字符"/>
    <w:basedOn w:val="DefaultParagraphFont"/>
    <w:link w:val="Heading3"/>
    <w:uiPriority w:val="9"/>
    <w:rsid w:val="00FC693F"/>
    <w:rPr>
      <w:rFonts w:asciiTheme="majorHAnsi" w:eastAsiaTheme="majorEastAsia" w:hAnsiTheme="majorHAnsi" w:cstheme="majorBidi"/>
      <w:b/>
      <w:bCs/>
      <w:color w:val="4472C4" w:themeColor="accent1"/>
    </w:rPr>
  </w:style>
  <w:style w:type="paragraph" w:styleId="Title">
    <w:name w:val="Title"/>
    <w:basedOn w:val="Normal"/>
    <w:next w:val="Normal"/>
    <w:link w:val="a1"/>
    <w:uiPriority w:val="10"/>
    <w:qFormat/>
    <w:rsid w:val="00FC693F"/>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1">
    <w:name w:val="标题 字符"/>
    <w:basedOn w:val="DefaultParagraphFont"/>
    <w:link w:val="Title"/>
    <w:uiPriority w:val="10"/>
    <w:rsid w:val="00FC693F"/>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a2"/>
    <w:uiPriority w:val="11"/>
    <w:qFormat/>
    <w:rsid w:val="00FC693F"/>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a2">
    <w:name w:val="副标题 字符"/>
    <w:basedOn w:val="DefaultParagraphFont"/>
    <w:link w:val="Subtitle"/>
    <w:uiPriority w:val="11"/>
    <w:rsid w:val="00FC693F"/>
    <w:rPr>
      <w:rFonts w:asciiTheme="majorHAnsi" w:eastAsiaTheme="majorEastAsia" w:hAnsiTheme="majorHAnsi" w:cstheme="majorBidi"/>
      <w:i/>
      <w:iCs/>
      <w:color w:val="4472C4"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a3"/>
    <w:uiPriority w:val="99"/>
    <w:unhideWhenUsed/>
    <w:rsid w:val="00AA1D8D"/>
    <w:pPr>
      <w:spacing w:after="120"/>
    </w:pPr>
  </w:style>
  <w:style w:type="character" w:customStyle="1" w:styleId="a3">
    <w:name w:val="正文文本 字符"/>
    <w:basedOn w:val="DefaultParagraphFont"/>
    <w:link w:val="BodyText"/>
    <w:uiPriority w:val="99"/>
    <w:rsid w:val="00AA1D8D"/>
  </w:style>
  <w:style w:type="paragraph" w:styleId="BodyText2">
    <w:name w:val="Body Text 2"/>
    <w:basedOn w:val="Normal"/>
    <w:link w:val="20"/>
    <w:uiPriority w:val="99"/>
    <w:unhideWhenUsed/>
    <w:rsid w:val="00AA1D8D"/>
    <w:pPr>
      <w:spacing w:after="120" w:line="480" w:lineRule="auto"/>
    </w:pPr>
  </w:style>
  <w:style w:type="character" w:customStyle="1" w:styleId="20">
    <w:name w:val="正文文本 2 字符"/>
    <w:basedOn w:val="DefaultParagraphFont"/>
    <w:link w:val="BodyText2"/>
    <w:uiPriority w:val="99"/>
    <w:rsid w:val="00AA1D8D"/>
  </w:style>
  <w:style w:type="paragraph" w:styleId="BodyText3">
    <w:name w:val="Body Text 3"/>
    <w:basedOn w:val="Normal"/>
    <w:link w:val="30"/>
    <w:uiPriority w:val="99"/>
    <w:unhideWhenUsed/>
    <w:rsid w:val="00AA1D8D"/>
    <w:pPr>
      <w:spacing w:after="120"/>
    </w:pPr>
    <w:rPr>
      <w:sz w:val="16"/>
      <w:szCs w:val="16"/>
    </w:rPr>
  </w:style>
  <w:style w:type="character" w:customStyle="1" w:styleId="30">
    <w:name w:val="正文文本 3 字符"/>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a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4">
    <w:name w:val="宏文本 字符"/>
    <w:basedOn w:val="DefaultParagraphFont"/>
    <w:link w:val="Macro"/>
    <w:uiPriority w:val="99"/>
    <w:rsid w:val="0029639D"/>
    <w:rPr>
      <w:rFonts w:ascii="Courier" w:hAnsi="Courier"/>
      <w:sz w:val="20"/>
      <w:szCs w:val="20"/>
    </w:rPr>
  </w:style>
  <w:style w:type="paragraph" w:styleId="Quote">
    <w:name w:val="Quote"/>
    <w:basedOn w:val="Normal"/>
    <w:next w:val="Normal"/>
    <w:link w:val="a5"/>
    <w:uiPriority w:val="29"/>
    <w:qFormat/>
    <w:rsid w:val="00FC693F"/>
    <w:rPr>
      <w:i/>
      <w:iCs/>
      <w:color w:val="000000" w:themeColor="text1"/>
    </w:rPr>
  </w:style>
  <w:style w:type="character" w:customStyle="1" w:styleId="a5">
    <w:name w:val="引用 字符"/>
    <w:basedOn w:val="DefaultParagraphFont"/>
    <w:link w:val="Quote"/>
    <w:uiPriority w:val="29"/>
    <w:rsid w:val="00FC693F"/>
    <w:rPr>
      <w:i/>
      <w:iCs/>
      <w:color w:val="000000" w:themeColor="text1"/>
    </w:rPr>
  </w:style>
  <w:style w:type="character" w:customStyle="1" w:styleId="4">
    <w:name w:val="标题 4 字符"/>
    <w:basedOn w:val="DefaultParagraphFont"/>
    <w:link w:val="Heading4"/>
    <w:uiPriority w:val="9"/>
    <w:semiHidden/>
    <w:rsid w:val="00FC693F"/>
    <w:rPr>
      <w:rFonts w:asciiTheme="majorHAnsi" w:eastAsiaTheme="majorEastAsia" w:hAnsiTheme="majorHAnsi" w:cstheme="majorBidi"/>
      <w:b/>
      <w:bCs/>
      <w:i/>
      <w:iCs/>
      <w:color w:val="4472C4" w:themeColor="accent1"/>
    </w:rPr>
  </w:style>
  <w:style w:type="character" w:customStyle="1" w:styleId="5">
    <w:name w:val="标题 5 字符"/>
    <w:basedOn w:val="DefaultParagraphFont"/>
    <w:link w:val="Heading5"/>
    <w:uiPriority w:val="9"/>
    <w:semiHidden/>
    <w:rsid w:val="00FC693F"/>
    <w:rPr>
      <w:rFonts w:asciiTheme="majorHAnsi" w:eastAsiaTheme="majorEastAsia" w:hAnsiTheme="majorHAnsi" w:cstheme="majorBidi"/>
      <w:color w:val="1F3763" w:themeColor="accent1" w:themeShade="7F"/>
    </w:rPr>
  </w:style>
  <w:style w:type="character" w:customStyle="1" w:styleId="6">
    <w:name w:val="标题 6 字符"/>
    <w:basedOn w:val="DefaultParagraphFont"/>
    <w:link w:val="Heading6"/>
    <w:uiPriority w:val="9"/>
    <w:semiHidden/>
    <w:rsid w:val="00FC693F"/>
    <w:rPr>
      <w:rFonts w:asciiTheme="majorHAnsi" w:eastAsiaTheme="majorEastAsia" w:hAnsiTheme="majorHAnsi" w:cstheme="majorBidi"/>
      <w:i/>
      <w:iCs/>
      <w:color w:val="1F3763" w:themeColor="accent1" w:themeShade="7F"/>
    </w:rPr>
  </w:style>
  <w:style w:type="character" w:customStyle="1" w:styleId="7">
    <w:name w:val="标题 7 字符"/>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8">
    <w:name w:val="标题 8 字符"/>
    <w:basedOn w:val="DefaultParagraphFont"/>
    <w:link w:val="Heading8"/>
    <w:uiPriority w:val="9"/>
    <w:semiHidden/>
    <w:rsid w:val="00FC693F"/>
    <w:rPr>
      <w:rFonts w:asciiTheme="majorHAnsi" w:eastAsiaTheme="majorEastAsia" w:hAnsiTheme="majorHAnsi" w:cstheme="majorBidi"/>
      <w:color w:val="4472C4" w:themeColor="accent1"/>
      <w:sz w:val="20"/>
      <w:szCs w:val="20"/>
    </w:rPr>
  </w:style>
  <w:style w:type="character" w:customStyle="1" w:styleId="9">
    <w:name w:val="标题 9 字符"/>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472C4"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a6"/>
    <w:uiPriority w:val="30"/>
    <w:qFormat/>
    <w:rsid w:val="00FC693F"/>
    <w:pPr>
      <w:pBdr>
        <w:bottom w:val="single" w:sz="4" w:space="4" w:color="4472C4" w:themeColor="accent1"/>
      </w:pBdr>
      <w:spacing w:before="200" w:after="280"/>
      <w:ind w:left="936" w:right="936"/>
    </w:pPr>
    <w:rPr>
      <w:b/>
      <w:bCs/>
      <w:i/>
      <w:iCs/>
      <w:color w:val="4472C4" w:themeColor="accent1"/>
    </w:rPr>
  </w:style>
  <w:style w:type="character" w:customStyle="1" w:styleId="a6">
    <w:name w:val="明显引用 字符"/>
    <w:basedOn w:val="DefaultParagraphFont"/>
    <w:link w:val="IntenseQuote"/>
    <w:uiPriority w:val="30"/>
    <w:rsid w:val="00FC693F"/>
    <w:rPr>
      <w:b/>
      <w:bCs/>
      <w:i/>
      <w:iCs/>
      <w:color w:val="4472C4"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472C4" w:themeColor="accent1"/>
    </w:rPr>
  </w:style>
  <w:style w:type="character" w:styleId="SubtleReference">
    <w:name w:val="Subtle Reference"/>
    <w:basedOn w:val="DefaultParagraphFont"/>
    <w:uiPriority w:val="31"/>
    <w:qFormat/>
    <w:rsid w:val="00FC693F"/>
    <w:rPr>
      <w:smallCaps/>
      <w:color w:val="ED7D31" w:themeColor="accent2"/>
      <w:u w:val="single"/>
    </w:rPr>
  </w:style>
  <w:style w:type="character" w:styleId="IntenseReference">
    <w:name w:val="Intense Reference"/>
    <w:basedOn w:val="DefaultParagraphFont"/>
    <w:uiPriority w:val="32"/>
    <w:qFormat/>
    <w:rsid w:val="00FC693F"/>
    <w:rPr>
      <w:b/>
      <w:bCs/>
      <w:smallCaps/>
      <w:color w:val="ED7D31"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FC693F"/>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FC693F"/>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FC693F"/>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FC693F"/>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FC693F"/>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777166165023006042"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66</Pages>
  <Words>2</Words>
  <Characters>15</Characters>
  <Application>Microsoft Office Word</Application>
  <DocSecurity>0</DocSecurity>
  <Lines>1</Lines>
  <Paragraphs>1</Paragraphs>
  <ScaleCrop>false</ScaleCrop>
  <Company/>
  <LinksUpToDate>false</LinksUpToDate>
  <CharactersWithSpaces>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Leslie Kang</cp:lastModifiedBy>
  <cp:revision>5</cp:revision>
  <dcterms:created xsi:type="dcterms:W3CDTF">2024-01-11T00:28:00Z</dcterms:created>
  <dcterms:modified xsi:type="dcterms:W3CDTF">2024-01-11T07:22:00Z</dcterms:modified>
</cp:coreProperties>
</file>