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rsidRPr="00937657" w14:paraId="7F7A67AA" w14:textId="0AE8485B">
      <w:pPr>
        <w:pStyle w:val="Heading1"/>
        <w:jc w:val="center"/>
        <w:rPr>
          <w:color w:val="000000" w:themeColor="text1"/>
          <w:lang w:eastAsia="zh-CN"/>
        </w:rPr>
      </w:pPr>
      <w:r>
        <w:rPr>
          <w:color w:val="000000" w:themeColor="text1"/>
          <w:sz w:val="44"/>
          <w:lang w:eastAsia="zh-CN"/>
        </w:rPr>
        <w:t>有关于《简爱》的读书心得体会（32篇）</w:t>
      </w:r>
    </w:p>
    <w:p w:rsidR="001B1F19" w14:paraId="15E7D7A0" w14:textId="27C3F48A">
      <w:pPr>
        <w:rPr>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有关于《简爱》的读书心得体会（精选32篇）</w:t>
      </w:r>
      <w:r>
        <w:rPr>
          <w:lang w:eastAsia="zh-CN"/>
        </w:rPr>
        <w:br/>
      </w:r>
      <w:r>
        <w:rPr>
          <w:lang w:eastAsia="zh-CN"/>
        </w:rPr>
        <w:t xml:space="preserve">    有关于《简爱》的读书心得体会 篇1 </w:t>
      </w:r>
      <w:r>
        <w:rPr>
          <w:lang w:eastAsia="zh-CN"/>
        </w:rPr>
        <w:br/>
      </w:r>
      <w:r>
        <w:rPr>
          <w:lang w:eastAsia="zh-CN"/>
        </w:rPr>
        <w:t>　　我为简爱在舅母家被欺负而流泪;为简爱初到孤儿院遭受人格的屈辱而流泪，为简爱的生活境遇而流泪，但这些大多数是对简爱的同情。真正让我感动的是罗彻斯特最终选择了没有生活地位，以她绅士身份，贵族地位，渊博知识和财富，在当时与从孤儿院出来做家教的简爱结合，在很多人眼里，是那么不可思议的事情。但为什么这样一个事实变成现实呢?他看中的是简爱的人品与气质，而我认为那是简爱的内在美，这种内在美或许不如外在美那么绚丽，那么迷人，但她值得让人细细品味，并且随着时间的流逝，越发吸引人，越发有魅力，当罗彻斯特被烧成了残废，简爱毅然放弃了表哥的爱情，回到了他身边。</w:t>
      </w:r>
      <w:r>
        <w:rPr>
          <w:lang w:eastAsia="zh-CN"/>
        </w:rPr>
        <w:br/>
      </w:r>
      <w:r>
        <w:rPr>
          <w:lang w:eastAsia="zh-CN"/>
        </w:rPr>
        <w:t>　　或许有人觉得简爱傻，但真正这种单纯的想法与质朴的感情才会赢的真正美好的爱情，他们共同演绎了人世间最美的感情，更获得了人们的祝福与尊敬!</w:t>
      </w:r>
      <w:r>
        <w:rPr>
          <w:lang w:eastAsia="zh-CN"/>
        </w:rPr>
        <w:br/>
      </w:r>
      <w:r>
        <w:rPr>
          <w:lang w:eastAsia="zh-CN"/>
        </w:rPr>
        <w:t xml:space="preserve">    有关于《简爱》的读书心得体会 篇2 </w:t>
      </w:r>
      <w:r>
        <w:rPr>
          <w:lang w:eastAsia="zh-CN"/>
        </w:rPr>
        <w:br/>
      </w:r>
    </w:p>
    <w:p w:rsidR="001B1F19" w:rsidRPr="00937657" w14:textId="0AE8485B">
      <w:pPr>
        <w:pStyle w:val="Heading1"/>
        <w:jc w:val="center"/>
        <w:rPr>
          <w:color w:val="000000" w:themeColor="text1"/>
          <w:lang w:eastAsia="zh-CN"/>
        </w:rPr>
      </w:pPr>
      <w:r>
        <w:rPr>
          <w:color w:val="000000" w:themeColor="text1"/>
          <w:sz w:val="44"/>
          <w:lang w:eastAsia="zh-CN"/>
        </w:rPr>
        <w:t>有关于《简爱》的读书心得体会（32篇）</w:t>
      </w:r>
    </w:p>
    <w:p w:rsidR="001B1F19" w14:textId="27C3F48A">
      <w:pPr>
        <w:rPr>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有关于《简爱》的读书心得体会（精选32篇）</w:t>
      </w:r>
      <w:r>
        <w:rPr>
          <w:lang w:eastAsia="zh-CN"/>
        </w:rPr>
        <w:br/>
      </w:r>
      <w:r>
        <w:rPr>
          <w:lang w:eastAsia="zh-CN"/>
        </w:rPr>
        <w:t xml:space="preserve">    有关于《简爱》的读书心得体会 篇1 </w:t>
      </w:r>
      <w:r>
        <w:rPr>
          <w:lang w:eastAsia="zh-CN"/>
        </w:rPr>
        <w:br/>
      </w:r>
      <w:r>
        <w:rPr>
          <w:lang w:eastAsia="zh-CN"/>
        </w:rPr>
        <w:t>　　我为简爱在舅母家被欺负而流泪;为简爱初到孤儿院遭受人格的屈辱而流泪，为简爱的生活境遇而流泪，但这些大多数是对简爱的同情。真正让我感动的是罗彻斯特最终选择了没有生活地位，以她绅士身份，贵族地位，渊博知识和财富，在当时与从孤儿院出来做家教的简爱结合，在很多人眼里，是那么不可思议的事情。但为什么这样一个事实变成现实呢?他看中的是简爱的人品与气质，而我认为那是简爱的内在美，这种内在美或许不如外在美那么绚丽，那么迷人，但她值得让人细细品味，并且随着时间的流逝，越发吸引人，越发有魅力，当罗彻斯特被烧成了残废，简爱毅然放弃了表哥的爱情，回到了他身边。</w:t>
      </w:r>
      <w:r>
        <w:rPr>
          <w:lang w:eastAsia="zh-CN"/>
        </w:rPr>
        <w:br/>
      </w:r>
      <w:r>
        <w:rPr>
          <w:lang w:eastAsia="zh-CN"/>
        </w:rPr>
        <w:t>　　或许有人觉得简爱傻，但真正这种单纯的想法与质朴的感情才会赢的真正美好的爱情，他们共同演绎了人世间最美的感情，更获得了人们的祝福与尊敬!</w:t>
      </w:r>
      <w:r>
        <w:rPr>
          <w:lang w:eastAsia="zh-CN"/>
        </w:rPr>
        <w:br/>
      </w:r>
      <w:r>
        <w:rPr>
          <w:lang w:eastAsia="zh-CN"/>
        </w:rPr>
        <w:t xml:space="preserve">    有关于《简爱》的读书心得体会 篇2 </w:t>
      </w:r>
      <w:r>
        <w:rPr>
          <w:lang w:eastAsia="zh-CN"/>
        </w:rPr>
        <w:br/>
      </w:r>
    </w:p>
    <w:p w:rsidR="001B1F19" w14:textId="27C3F48A">
      <w:pPr>
        <w:rPr>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那是暑假的一天上午，我在老家接到通知，补习班作文评比我两个都是最后一名，我哇哇大哭。谁的安慰我都不听，爸爸见状。匆匆的过来递给我一本书，我出自好奇，瞄了一眼，书名是《简·爱》，爸爸把书送到后又匆匆的走了。</w:t>
      </w:r>
      <w:r>
        <w:rPr>
          <w:lang w:eastAsia="zh-CN"/>
        </w:rPr>
        <w:br/>
      </w:r>
      <w:r>
        <w:rPr>
          <w:lang w:eastAsia="zh-CN"/>
        </w:rPr>
        <w:t>　　我翻开了这本书，由于故事的内容深深吸引我所以我从上午看到下午，书中主要讲述的是：</w:t>
      </w:r>
      <w:r>
        <w:rPr>
          <w:lang w:eastAsia="zh-CN"/>
        </w:rPr>
        <w:br/>
      </w:r>
    </w:p>
    <w:p w:rsidR="001B1F19" w14:textId="27C3F48A">
      <w:pPr>
        <w:rPr>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一个叫简·爱的女孩从小就寄居在舅舅和舅母家，舅舅待她如同亲生女儿一样，而舅母却恰恰相反，舅舅去世后，狠心的舅母把简·爱送进了孤儿院，在孤儿院里，简·爱和海伦等一些新生总是被一些老生欺负：面包被抢，别人干的坏事还要自己背黑锅又不能为自己解释，有一次，一个学生把石板打坏了，责任却不知怎么竟怪在了简·爱的身上，害的简·爱挨了十鞭子，简·爱一开始十分憎恨那个人，但她的心告诉她不能憎恨别人，以和为贵，于是，她和那个让她背黑锅的人交了朋友，时光飞快。简·爱在已经孤儿院里住了八年，在这八年中她总是待人友善，把朋友们都当做自己的亲人，于是孤儿院里的老生都被她感动了不知欺负人，可她厌倦了孤儿院里不分是非的老师，于是她离开了孤儿院，在桑菲尔德府当了一名家庭教师。后来因为她发现阁楼上的疯女人竟是罗切斯特的妻子，虽然罗切斯特待她很好，但她鄙视罗切斯特的人格，于是便离开了桑菲尔德府一个人流浪在外，当她来到一个村庄时她先是被认为是乞丐，后来又被认为是下人，又被人歧视。但她不在乎，当一个好心的牧师收留她时，她想起了桑菲尔德府，想起了罗切斯特的细心照顾，于是她不顾长途跋涉，回到了桑菲德尔府，可桑菲尔德府已经被一场大火变成了一片废墟。她一连询问十几个路人，经过千辛万苦才找到了罗切斯特。他们便如愿以偿的生活在一起。</w:t>
      </w:r>
      <w:r>
        <w:rPr>
          <w:lang w:eastAsia="zh-CN"/>
        </w:rPr>
        <w:br/>
      </w:r>
      <w:r>
        <w:rPr>
          <w:lang w:eastAsia="zh-CN"/>
        </w:rPr>
        <w:t>　　书我读完了，但意犹未尽，于是我去查了作者。夏洛蒂。勃朗特!才发现这更是一个多么坚强的女性，一个逆境成才的典范。这时我忽然我明白爸爸的用意。事实上的确如此，每一个人一生当中都有许多坎坷，你要跨过这些困难，勇敢的向前走。遇到困难如果你不努力，那么你将一事无成。我也要改正自己的缺点：做事马虎，不专心，遇到困难就低头。我要学习简·爱的自强精神。</w:t>
      </w:r>
      <w:r>
        <w:rPr>
          <w:lang w:eastAsia="zh-CN"/>
        </w:rPr>
        <w:br/>
      </w:r>
      <w:r>
        <w:rPr>
          <w:lang w:eastAsia="zh-CN"/>
        </w:rPr>
        <w:t xml:space="preserve">    有关于《简爱》的读书心得体会 篇3 </w:t>
      </w:r>
      <w:r>
        <w:rPr>
          <w:lang w:eastAsia="zh-CN"/>
        </w:rPr>
        <w:br/>
      </w:r>
      <w:r>
        <w:rPr>
          <w:lang w:eastAsia="zh-CN"/>
        </w:rPr>
        <w:t>　　简·爱生存在一个父母双亡、寄人篱下的生活环境中，从小就承受着与同龄人不一样的待遇——姨妈的嫌弃，表姐的蔑视，表哥的侮辱和毒打……这是对一个孩子尊严的无情践踏，但也许正是因为这一切，炼就了简·爱无限的信心和坚强不屈的精神，一种可战胜任何困难的内在人格魅力与力量。</w:t>
      </w:r>
      <w:r>
        <w:rPr>
          <w:lang w:eastAsia="zh-CN"/>
        </w:rPr>
        <w:br/>
      </w:r>
      <w:r>
        <w:rPr>
          <w:lang w:eastAsia="zh-CN"/>
        </w:rPr>
        <w:t>　　她没有双亲，没有钱财;她是世界中的一个弱女子;她不漂亮，却有着坚强的个性，这使她在世人眼里更加失去了魅力，因为她不会对别人逆来顺受：她在洛任德学校对好友海伦·伯恩斯这样说道：“当我们无缘无故挨打的时候，我们应该狠狠地回击，教训教训打我们的那个人，叫他永远不敢再打人。”这是简·爱对一切不公和歧视的反抗。</w:t>
      </w:r>
      <w:r>
        <w:rPr>
          <w:lang w:eastAsia="zh-CN"/>
        </w:rPr>
        <w:br/>
      </w:r>
    </w:p>
    <w:p w:rsidR="001B1F19" w14:textId="27C3F48A">
      <w:pPr>
        <w:rPr>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简·爱不服从冥冥中的注定，一切又一切的打破命运的安排，选择自己的路，在世人看来，她可能微不足道，但却是自己命运的主宰，她也许不漂亮，但值得他人爱。我很佩服她，佩服她的倔强和坚韧，她渴望知识，追求丰富的精神世界，追求美好的生活。</w:t>
      </w:r>
      <w:r>
        <w:rPr>
          <w:lang w:eastAsia="zh-CN"/>
        </w:rPr>
        <w:br/>
      </w:r>
      <w:r>
        <w:rPr>
          <w:lang w:eastAsia="zh-CN"/>
        </w:rPr>
        <w:t>　　对简·爱，我有的是欣赏和赞美。她追求独立的人格，追求男女之间人格的平衡。虽经历不幸却依然热爱着生活，把爱带给每个需要她的人，为了自己的爱、平等的纯粹的爱，在我心中，简爱就像一个充满智慧与爱心并努力使自己的生命得简爱读后感700字到最大张扬的精灵。</w:t>
      </w:r>
      <w:r>
        <w:rPr>
          <w:lang w:eastAsia="zh-CN"/>
        </w:rPr>
        <w:br/>
      </w:r>
      <w:r>
        <w:rPr>
          <w:lang w:eastAsia="zh-CN"/>
        </w:rPr>
        <w:t>　　人，不因为外貌皮囊的美丽而决定自己是美丽还是丑陋，人美丽，主要关系是因为可爱，美不指外貌，更重要的是心灵。简生命的高贵，院子她是能为自我心灵而活的人，她从自由的心灵里散发出一种芬芳香气，散发出绺缕恬淡的气质。</w:t>
      </w:r>
      <w:r>
        <w:rPr>
          <w:lang w:eastAsia="zh-CN"/>
        </w:rPr>
        <w:br/>
      </w:r>
      <w:r>
        <w:rPr>
          <w:lang w:eastAsia="zh-CN"/>
        </w:rPr>
        <w:t>　　在当今社会，人心残忍冷酷的人还是占多数，由此，简充满怜悯、爱心、宽容的心灵做了鲜明对比，这就需要我们学习和拥有。</w:t>
      </w:r>
      <w:r>
        <w:rPr>
          <w:lang w:eastAsia="zh-CN"/>
        </w:rPr>
        <w:br/>
      </w:r>
      <w:r>
        <w:rPr>
          <w:lang w:eastAsia="zh-CN"/>
        </w:rPr>
        <w:t>　　我们感到最幸福的是，我们最亲爱的人也得到了幸福!这让我从简·爱的一生中看到真、善、美的境界和高尚的幸福理念。</w:t>
      </w:r>
      <w:r>
        <w:rPr>
          <w:lang w:eastAsia="zh-CN"/>
        </w:rPr>
        <w:br/>
      </w:r>
      <w:r>
        <w:rPr>
          <w:lang w:eastAsia="zh-CN"/>
        </w:rPr>
        <w:t xml:space="preserve">    有关于《简爱》的读书心得体会 篇4 </w:t>
      </w:r>
      <w:r>
        <w:rPr>
          <w:lang w:eastAsia="zh-CN"/>
        </w:rPr>
        <w:br/>
      </w:r>
      <w:r>
        <w:rPr>
          <w:lang w:eastAsia="zh-CN"/>
        </w:rPr>
        <w:t>　　我第一次感动是简爱小时候，被送进学校，只有一个朋友，名字叫海伦，简要给海伦画像，于是海伦脱下了她的帽子，散下来一头金黄色的漂亮卷发，正巧被先生发现先生说她虚荣，于是要拿剪刀剪断她的长发，简为她辩解却不起作用，于是简就脱下自己的帽子要求和海伦剪一样的头发。我清楚的记得她大声对先生说no的时候那坚韧的脸庞，这种勇气是当时的孩子们少有的，因为在当时老师总是被认为是正确的。</w:t>
      </w:r>
      <w:r>
        <w:rPr>
          <w:lang w:eastAsia="zh-CN"/>
        </w:rPr>
        <w:br/>
      </w:r>
    </w:p>
    <w:p w:rsidR="001B1F19" w14:textId="27C3F48A">
      <w:pPr>
        <w:rPr>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简长大后，当听说舅妈病危时，她不计较舅妈以往对自己的伤害，仍然去看望并照顾自己的舅妈。并且当舅妈说出以前自己对丈夫撒谎说没有简的消息的时候，简仍然原谅了。在简看来过去已成往事，珍惜现在才是最重要的。她的大度与善良最终为她赢得了舅舅的遗产，这也许就是所谓的好人自有好报吧。</w:t>
      </w:r>
      <w:r>
        <w:rPr>
          <w:lang w:eastAsia="zh-CN"/>
        </w:rPr>
        <w:br/>
      </w:r>
      <w:r>
        <w:rPr>
          <w:lang w:eastAsia="zh-CN"/>
        </w:rPr>
        <w:t>　　简和罗切斯特的恋爱也让我感动，罗切斯特从傲慢到对简的着迷，是简的独特性格与智慧影响了他。罗切斯特坚守自己作为丈夫的责任对自己的疯了的妻子不离不弃，即使面对两厢情愿的恋爱，他仍然冒着生命危险解救自己迷失在大火中的妻子，这份沉甸甸的责任感让我为之肃然起敬。</w:t>
      </w:r>
      <w:r>
        <w:rPr>
          <w:lang w:eastAsia="zh-CN"/>
        </w:rPr>
        <w:br/>
      </w:r>
      <w:r>
        <w:rPr>
          <w:lang w:eastAsia="zh-CN"/>
        </w:rPr>
        <w:t>　　结局的圆满让我为简感到欣慰，简的坚韧不屈的身影将成为我日后拼搏的动力，我将把对简的感动化为我自己的精神力量。</w:t>
      </w:r>
      <w:r>
        <w:rPr>
          <w:lang w:eastAsia="zh-CN"/>
        </w:rPr>
        <w:br/>
      </w:r>
      <w:r>
        <w:rPr>
          <w:lang w:eastAsia="zh-CN"/>
        </w:rPr>
        <w:t xml:space="preserve">    有关于《简爱》的读书心得体会 篇5 </w:t>
      </w:r>
      <w:r>
        <w:rPr>
          <w:lang w:eastAsia="zh-CN"/>
        </w:rPr>
        <w:br/>
      </w:r>
      <w:r>
        <w:rPr>
          <w:lang w:eastAsia="zh-CN"/>
        </w:rPr>
        <w:t>　　看完了《简爱》，我是怎样的一种感受和心境呢?</w:t>
      </w:r>
      <w:r>
        <w:rPr>
          <w:lang w:eastAsia="zh-CN"/>
        </w:rPr>
        <w:br/>
      </w:r>
      <w:r>
        <w:rPr>
          <w:lang w:eastAsia="zh-CN"/>
        </w:rPr>
        <w:t>　　就这本书而言，故事情节并不繁琐，但它的措辞和所创造出的意境，给了我深深的感触和震撼。</w:t>
      </w:r>
      <w:r>
        <w:rPr>
          <w:lang w:eastAsia="zh-CN"/>
        </w:rPr>
        <w:br/>
      </w:r>
    </w:p>
    <w:p w:rsidR="001B1F19" w14:textId="27C3F48A">
      <w:pPr>
        <w:rPr>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主人公的那一份理智，以及内心的感情波动，欲进又退，欲退又进，尤其有一段把主人公概括的最完整，就是罗切斯特装成一个巫婆，对简爱说：你冷，你不舒服，且很蠢，你冷是因为你孤孤单单一个人，你不舒服是因为多少甜蜜以及美好的东西都与你无缘，你蠢是因为你明知道有一份幸福在等着你，你却不愿向他靠近一步。是呀，自从简进了桑菲尔德府，这样的景况就一直持续着，直到罗切斯特经过灾难后与她相逢，才打破了这似乎贯窜她整个感情生活的信条。</w:t>
      </w:r>
      <w:r>
        <w:rPr>
          <w:lang w:eastAsia="zh-CN"/>
        </w:rPr>
        <w:br/>
      </w:r>
      <w:r>
        <w:rPr>
          <w:lang w:eastAsia="zh-CN"/>
        </w:rPr>
        <w:t>　　她最终胜利了，是用她的理智，可对这理智最后的结果却是一份心酸的浪漫。简很能干，也很有主见，有头脑，似乎从一开始就有一种东西烘托着她，使她总比常人理智，比常人更有洞察力和感受力，这也许就是作者要创造的简的形象吧。那前半部分呢，在她姑妈家和洛伍德学校呢，我想这是后半部分的基石吧，涂色，添充，素描，把简刻画出并赋给她那样的性格。</w:t>
      </w:r>
      <w:r>
        <w:rPr>
          <w:lang w:eastAsia="zh-CN"/>
        </w:rPr>
        <w:br/>
      </w:r>
      <w:r>
        <w:rPr>
          <w:lang w:eastAsia="zh-CN"/>
        </w:rPr>
        <w:t>　　简从一开始，就注定在现实的孤独之中，使她懂得拥有和珍惜，使她知道亲情、友情和爱情的重要性，她对这些的渴望是她在孤独生活中表现出的最强烈的愿望，为了这些，她甚至压制住了自己的主见和理智，但最终她还是从这些中摆脱了出来，选择了自己的生活。</w:t>
      </w:r>
      <w:r>
        <w:rPr>
          <w:lang w:eastAsia="zh-CN"/>
        </w:rPr>
        <w:br/>
      </w:r>
      <w:r>
        <w:rPr>
          <w:lang w:eastAsia="zh-CN"/>
        </w:rPr>
        <w:t>　　我喜欢《简爱》，也更喜欢简爱!</w:t>
      </w:r>
      <w:r>
        <w:rPr>
          <w:lang w:eastAsia="zh-CN"/>
        </w:rPr>
        <w:br/>
      </w:r>
      <w:r>
        <w:rPr>
          <w:lang w:eastAsia="zh-CN"/>
        </w:rPr>
        <w:t xml:space="preserve">    有关于《简爱》的读书心得体会 篇6 </w:t>
      </w:r>
      <w:r>
        <w:rPr>
          <w:lang w:eastAsia="zh-CN"/>
        </w:rPr>
        <w:br/>
      </w:r>
      <w:r>
        <w:rPr>
          <w:lang w:eastAsia="zh-CN"/>
        </w:rPr>
        <w:t>　　《简爱》这本书塑造了一个体现新兴阶级的某些要求的女性形象，刻画了工业革命时期的时代精神。而简爱就是独立人格的代表。</w:t>
      </w:r>
      <w:r>
        <w:rPr>
          <w:lang w:eastAsia="zh-CN"/>
        </w:rPr>
        <w:br/>
      </w:r>
    </w:p>
    <w:p w:rsidR="001B1F19" w14:textId="27C3F48A">
      <w:pPr>
        <w:rPr>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简爱追求独立的人格，追求男女之间精神的平等。虽经历不幸却热爱生活，并把爱带给每个需要她的人。为了自己爱的信念，平等真实纯粹的爱，甚至毅然放弃渴望已久的唾手可得的爱情。简爱的一生，虽然谈不上轰轰烈烈，却是平凡而不平庸。她充满智慧和爱心，让自己的生命流光溢彩。人不因为美丽而可爱，却因为可爱而美丽。</w:t>
      </w:r>
      <w:r>
        <w:rPr>
          <w:lang w:eastAsia="zh-CN"/>
        </w:rPr>
        <w:br/>
      </w:r>
      <w:r>
        <w:rPr>
          <w:lang w:eastAsia="zh-CN"/>
        </w:rPr>
        <w:t>　　这本书最动人之处就是对爱情的描写。罗切特先生对简刻骨铭心爱的表露：我有时候对你有一种奇特的感觉&amp;&amp;特别是像现在这样，你靠近我的时候，我左边肋骨下的哪一个地方，似乎有一根弦和你那小身体同样的地方的一根类似的弦打成了结打得紧紧的，解都解不开。要是那波涛汹涌的海峡和两百英里左右的陆地把我们远远的隔开，那时候我的内心就会流 血。对于只是以容貌来取悦于我的女人，在我发现她们既没有灵魂又没有良心&amp;&amp;在她们让我看到平庸，浅薄，也许还有低能、粗俗和暴躁的时候，我完全是个恶魔;可对于明亮的眼睛，雄辩地舌头，火做的灵魂和既柔和又稳定，既驯服又坚定的能屈而不能断的性格。我却是永远是温柔和忠实的不仅打动了简，也打动了读这本书的人。书中还有一个充满爱的小天使&amp;&amp;海伦。她完全放弃现时，达到了浩淼高远的精神境界。有着难以想象的忍耐精神。海伦在人世的生命虽然短暂，却发出了耀眼的光芒。</w:t>
      </w:r>
      <w:r>
        <w:rPr>
          <w:lang w:eastAsia="zh-CN"/>
        </w:rPr>
        <w:br/>
      </w:r>
      <w:r>
        <w:rPr>
          <w:lang w:eastAsia="zh-CN"/>
        </w:rPr>
        <w:t>　　简爱作为独立女性的代表，我希望自己也可以像她一样，不管是贫穷还是富有;不管是美貌还是相貌平庸，都有美好的心灵和充实的心胸，都能以独立的人格和坚强的性格生活。读完这本书，心里很安静，知道了自己应该努力的方向。</w:t>
      </w:r>
      <w:r>
        <w:rPr>
          <w:lang w:eastAsia="zh-CN"/>
        </w:rPr>
        <w:br/>
      </w:r>
      <w:r>
        <w:rPr>
          <w:lang w:eastAsia="zh-CN"/>
        </w:rPr>
        <w:t xml:space="preserve">    有关于《简爱》的读书心得体会 篇7 </w:t>
      </w:r>
      <w:r>
        <w:rPr>
          <w:lang w:eastAsia="zh-CN"/>
        </w:rPr>
        <w:br/>
      </w:r>
      <w:r>
        <w:rPr>
          <w:lang w:eastAsia="zh-CN"/>
        </w:rPr>
        <w:t>　　《简爱》是英国文学史上一部传世经典。它成功地描绘了英国文学史上第一个对爱情、生活、社会和宗教持独立和积极态度，敢于为自由和平等而奋斗的女性形象。</w:t>
      </w:r>
      <w:r>
        <w:rPr>
          <w:lang w:eastAsia="zh-CN"/>
        </w:rPr>
        <w:br/>
      </w:r>
    </w:p>
    <w:p w:rsidR="001B1F19" w14:textId="27C3F48A">
      <w:pPr>
        <w:rPr>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所有热爱外国文学的女人都喜欢读夏洛特的《简爱》。如果我们认为夏洛特只为这份感人的爱写了简爱。我认为这是错误的。作者也是一名女性，生活在19世纪中叶动荡的英国，当时思想有了一个全新的开端。然而，这种思想最能渗透简爱——女性的独立意识。让我们想象一下，如果简·爱的独立已经在童年时代在别人的庇护下被扼杀了；如果她没有那种独立性，她会和罗切斯特生活在一起，罗切斯特有妻子和女儿，并开始了一种有钱有势的新生活。如果她没有那种纯洁，我们手中的简爱就不再是感人的经典眼泪。因此，我开始思考为什么简爱感动了我们，却无法放下它——这是她独立的性格和迷人的个性。</w:t>
      </w:r>
      <w:r>
        <w:rPr>
          <w:lang w:eastAsia="zh-CN"/>
        </w:rPr>
        <w:br/>
      </w:r>
      <w:r>
        <w:rPr>
          <w:lang w:eastAsia="zh-CN"/>
        </w:rPr>
        <w:t>　　然而，我们不禁要问，光是这一步就能独立吗？我不这么认为。毕竟，妇女的独立是一个长期的过程，不是一蹴而就的。它需要一种完全的勇气，就像简·爱当年毅然离开罗切斯特一样。它需要勇气和勇气“风在细雨中，水在寒冷中，肥沃的土壤消失了，再也没有回来”。我认为这应该是走向独立的最关键和决定性的一步。然而，夏洛特的《简爱》给我们留下了一点她倔强而独立的个性。所以她是一个成功快乐的女人。</w:t>
      </w:r>
      <w:r>
        <w:rPr>
          <w:lang w:eastAsia="zh-CN"/>
        </w:rPr>
        <w:br/>
      </w:r>
      <w:r>
        <w:rPr>
          <w:lang w:eastAsia="zh-CN"/>
        </w:rPr>
        <w:t>　　简爱已经成为独立女性的经典。我希望更多的简爱在阳光下绽放，无论贫穷还是富有。无论外表美丽还是平庸，他们都有美丽的心灵和充实的心灵，能够以独立的个性和坚强的个性生活。</w:t>
      </w:r>
      <w:r>
        <w:rPr>
          <w:lang w:eastAsia="zh-CN"/>
        </w:rPr>
        <w:br/>
      </w:r>
      <w:r>
        <w:rPr>
          <w:lang w:eastAsia="zh-CN"/>
        </w:rPr>
        <w:t xml:space="preserve">    有关于《简爱》的读书心得体会 篇8 </w:t>
      </w:r>
      <w:r>
        <w:rPr>
          <w:lang w:eastAsia="zh-CN"/>
        </w:rPr>
        <w:br/>
      </w:r>
    </w:p>
    <w:p w:rsidR="001B1F19" w14:textId="27C3F48A">
      <w:pPr>
        <w:rPr>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合起《简爱》，我的心不禁沉了下来，感慨万千，心中一阵的莫名的激动油然而生......</w:t>
      </w:r>
      <w:r>
        <w:rPr>
          <w:lang w:eastAsia="zh-CN"/>
        </w:rPr>
        <w:br/>
      </w:r>
      <w:r>
        <w:rPr>
          <w:lang w:eastAsia="zh-CN"/>
        </w:rPr>
        <w:t>　　《简爱》是十九世纪英国著名的女作家夏洛蒂勃朗特的代表作主要见了女主人公简爱从小失去父母，寄养在舅母家，因受虐待而萌发反抗意识，进入劳沃德学校学习。毕业以后，来到了桑菲尔德庄园当家庭教师，并于主人罗切斯特先生互相产生了爱慕之情，但简爱后来却发现罗切斯特其实早有妻子，她就是被关在阁楼里德疯女人。受到欺骗，简爱十分伤心，伤心之余，她毅然离开了桑菲尔德庄园，四处漂泊、流浪，后因心中一直对罗切斯特念念不忘，最终选择了原谅他，回到他的身边，但此时的桑菲尔德庄园早已是面目全非了，罗切斯特也双目失明了，但简爱并没有因为这些而放弃他，依然与他幸福的生活在了一起的故事。</w:t>
      </w:r>
      <w:r>
        <w:rPr>
          <w:lang w:eastAsia="zh-CN"/>
        </w:rPr>
        <w:br/>
      </w:r>
      <w:r>
        <w:rPr>
          <w:lang w:eastAsia="zh-CN"/>
        </w:rPr>
        <w:t>　　读完这本书，我陷入了沉沉的思考，何尝不是呢?是一部具有自传色彩的作品，主任中简爱的命运何尝不适于这部书的坐着夏洛蒂勃朗特十分相似呢?夏洛蒂的这部书，不仅仅是一部书，更是对她生活的写照!夏洛蒂&amp;勃朗特的童年生活很不幸。1820__年，即她5岁时，母亲便患癌症去世。父亲收入很少，全家生活既艰苦又凄凉。豪渥斯是穷乡僻壤的一个山区，年幼的夏洛蒂和弟妹们只能在沼泽地里游玩。好在父亲是剑桥圣约翰学院的毕业生，学识渊博，他常常教子女读书，指导他们看书报杂志，还给他们讲故事。这是自母亲去世后孩子们所能得到的唯一的乐趣，同时也给夏洛蒂以及两个妹妹带来最初的影响，使她们从小就对文学产生了浓厚的兴趣。</w:t>
      </w:r>
      <w:r>
        <w:rPr>
          <w:lang w:eastAsia="zh-CN"/>
        </w:rPr>
        <w:br/>
      </w:r>
      <w:r>
        <w:rPr>
          <w:lang w:eastAsia="zh-CN"/>
        </w:rPr>
        <w:t>　　可见夏洛蒂三姐妹命运的艰辛!</w:t>
      </w:r>
      <w:r>
        <w:rPr>
          <w:lang w:eastAsia="zh-CN"/>
        </w:rPr>
        <w:br/>
      </w:r>
    </w:p>
    <w:p w:rsidR="001B1F19" w14:textId="27C3F48A">
      <w:pPr>
        <w:rPr>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xml:space="preserve">    有关于《简爱》的读书心得体会 篇9 </w:t>
      </w:r>
      <w:r>
        <w:rPr>
          <w:lang w:eastAsia="zh-CN"/>
        </w:rPr>
        <w:br/>
      </w:r>
      <w:r>
        <w:rPr>
          <w:lang w:eastAsia="zh-CN"/>
        </w:rPr>
        <w:t>　　《简爱》的作者夏洛蒂勃朗特是我非常喜欢的作家之一，而这本《简爱》也是我最欣赏的一部小说。</w:t>
      </w:r>
      <w:r>
        <w:rPr>
          <w:lang w:eastAsia="zh-CN"/>
        </w:rPr>
        <w:br/>
      </w:r>
      <w:r>
        <w:rPr>
          <w:lang w:eastAsia="zh-CN"/>
        </w:rPr>
        <w:t>　　《简爱》有着深厚的内涵和优美的语言，阅读这部小说就好像是打开了一幅优美的山水画卷。</w:t>
      </w:r>
      <w:r>
        <w:rPr>
          <w:lang w:eastAsia="zh-CN"/>
        </w:rPr>
        <w:br/>
      </w:r>
      <w:r>
        <w:rPr>
          <w:lang w:eastAsia="zh-CN"/>
        </w:rPr>
        <w:t>　　在我很小的时候就已经度过这本小说，然而，随着岁月的流逝，虽然经验和学识俱增，视野也日渐开阔，但重览《简爱》，却仍能发现它的魅力不减当年。</w:t>
      </w:r>
      <w:r>
        <w:rPr>
          <w:lang w:eastAsia="zh-CN"/>
        </w:rPr>
        <w:br/>
      </w:r>
      <w:r>
        <w:rPr>
          <w:lang w:eastAsia="zh-CN"/>
        </w:rPr>
        <w:t>　　可以这样说，这是一部充满诗意的小说，男女主人公之间坦露心迹的对话和描绘，不但在内容上富有诗的意蕴，而且在形式上也有诗的韵律，是读者轻易的就可以与书中的角色产生共鸣。</w:t>
      </w:r>
      <w:r>
        <w:rPr>
          <w:lang w:eastAsia="zh-CN"/>
        </w:rPr>
        <w:br/>
      </w:r>
      <w:r>
        <w:rPr>
          <w:lang w:eastAsia="zh-CN"/>
        </w:rPr>
        <w:t>　　这又是一部激情四溢的作品，人物之间情感的交流和撞击往往表现为情绪的岩浆如火山搬喷发，雄伟壮丽、多姿多彩，常常可以意会却难以言传。</w:t>
      </w:r>
      <w:r>
        <w:rPr>
          <w:lang w:eastAsia="zh-CN"/>
        </w:rPr>
        <w:br/>
      </w:r>
      <w:r>
        <w:rPr>
          <w:lang w:eastAsia="zh-CN"/>
        </w:rPr>
        <w:t>　　而且，从整体上看，这部小说是那样高雅脱俗，流畅优美，让阅读他的人们欲罢不能。</w:t>
      </w:r>
      <w:r>
        <w:rPr>
          <w:lang w:eastAsia="zh-CN"/>
        </w:rPr>
        <w:br/>
      </w:r>
      <w:r>
        <w:rPr>
          <w:lang w:eastAsia="zh-CN"/>
        </w:rPr>
        <w:t>　　女主人公，简，是个饱受磨难，与常人较之有些怪癖、严肃的年轻家庭女教师。她没有惹人喜爱的脸孔，但她有非凡的智慧和洞若烛火的眼力。她没有家财万贯，但她有足够的自尊和平易近人的待人风度，这样的性格很难受一些上流社会的贵妇人的赏识，但她赢得了和她同阶层人们的喜爱，甚至反复无常的罗切斯特也深深的爱上了她。</w:t>
      </w:r>
      <w:r>
        <w:rPr>
          <w:lang w:eastAsia="zh-CN"/>
        </w:rPr>
        <w:br/>
      </w:r>
    </w:p>
    <w:p w:rsidR="001B1F19" w14:textId="27C3F48A">
      <w:pPr>
        <w:rPr>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她是个幸运的女子，经历了千辛万苦之后，她在这偌大的世界，终于找到了属于她的那份坚韧深沉的爱。</w:t>
      </w:r>
      <w:r>
        <w:rPr>
          <w:lang w:eastAsia="zh-CN"/>
        </w:rPr>
        <w:br/>
      </w:r>
      <w:r>
        <w:rPr>
          <w:lang w:eastAsia="zh-CN"/>
        </w:rPr>
        <w:t>　　而罗切斯特则是我很同情的一个人物。由于父亲和哥哥的贪心，造就了他半辈子的不幸。发疯的妻子犹如一个永远的噩梦，无论漂泊到哪里，他也无法将它忘记丢弃。没有真正的爱情，家财万贯，这样的状态铸就了他的孤独寂寞的内心。但其实他的内心也可以如火一般燃烧，只是缺少了一位可以适时点燃它的女伴。于是，简出现了。罗切斯特就这样不顾一切，深沉、疯狂的爱上了她。在经历了一番波折后，他终于获得了下半辈子的幸福。</w:t>
      </w:r>
      <w:r>
        <w:rPr>
          <w:lang w:eastAsia="zh-CN"/>
        </w:rPr>
        <w:br/>
      </w:r>
      <w:r>
        <w:rPr>
          <w:lang w:eastAsia="zh-CN"/>
        </w:rPr>
        <w:t>　　这是一个感人肺腑又朴实平凡的故事，它真挚热情，它孕育着无数待人爱的情怀。从前是，今后更是。</w:t>
      </w:r>
      <w:r>
        <w:rPr>
          <w:lang w:eastAsia="zh-CN"/>
        </w:rPr>
        <w:br/>
      </w:r>
      <w:r>
        <w:rPr>
          <w:lang w:eastAsia="zh-CN"/>
        </w:rPr>
        <w:t xml:space="preserve">    有关于《简爱》的读书心得体会 篇10 </w:t>
      </w:r>
      <w:r>
        <w:rPr>
          <w:lang w:eastAsia="zh-CN"/>
        </w:rPr>
        <w:br/>
      </w:r>
      <w:r>
        <w:rPr>
          <w:lang w:eastAsia="zh-CN"/>
        </w:rPr>
        <w:t>　　在忙碌的学习生活中，我抽空阅读了《简爱》。</w:t>
      </w:r>
      <w:r>
        <w:rPr>
          <w:lang w:eastAsia="zh-CN"/>
        </w:rPr>
        <w:br/>
      </w:r>
      <w:r>
        <w:rPr>
          <w:lang w:eastAsia="zh-CN"/>
        </w:rPr>
        <w:t>　　《简爱》是一部外国名著，是一个出身低微、相貌平凡却自尊自爱的女子与不公平的命运作斗争的故事。</w:t>
      </w:r>
      <w:r>
        <w:rPr>
          <w:lang w:eastAsia="zh-CN"/>
        </w:rPr>
        <w:br/>
      </w:r>
      <w:r>
        <w:rPr>
          <w:lang w:eastAsia="zh-CN"/>
        </w:rPr>
        <w:t>　　主人公简爱年幼失去父母，在临终的舅舅要求下，舅母收养了她。但简爱在这寄人篱居的生活下受尽舅母、表兄妹的轻视与欺凌，在经历多次欺凌后简爱忍无可忍，不顾一切地反抗。</w:t>
      </w:r>
      <w:r>
        <w:rPr>
          <w:lang w:eastAsia="zh-CN"/>
        </w:rPr>
        <w:br/>
      </w:r>
    </w:p>
    <w:p w:rsidR="001B1F19" w14:textId="27C3F48A">
      <w:pPr>
        <w:rPr>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后来被送去一家教会学校，任由她自生自灭，大概在简爱十八岁时，她离开了炼狱般的学校，到一家庄园做家教。在此之间，她爱上了这庄园的主人&amp;&amp;罗切斯特先生。正当他们举行婚礼之际，得知罗切斯特已有一个夫人，且是个疯子时，简爱伤心离去，被一户兄妹所收留，隐姓埋名做学校临时教师。</w:t>
      </w:r>
      <w:r>
        <w:rPr>
          <w:lang w:eastAsia="zh-CN"/>
        </w:rPr>
        <w:br/>
      </w:r>
      <w:r>
        <w:rPr>
          <w:lang w:eastAsia="zh-CN"/>
        </w:rPr>
        <w:t>　　后来发现简爱与三兄妹是表兄妹关系，并得到死去亲人的大笔遗产。寻回亲情，拥有财富的简爱悄悄回去看罗切斯特，却发现罗切斯特在疯妻纵火下，受伤成了盲人。最终简爱重回没有束缚的罗切斯特身边，开始了幸福生活。</w:t>
      </w:r>
      <w:r>
        <w:rPr>
          <w:lang w:eastAsia="zh-CN"/>
        </w:rPr>
        <w:br/>
      </w:r>
      <w:r>
        <w:rPr>
          <w:lang w:eastAsia="zh-CN"/>
        </w:rPr>
        <w:t>　　小说情节波澜起伏，由始至终，简爱自尊自爱、坚毅倔强的性格贯穿全文。她的性格也深深地震撼了我。在教会学校，她在如此艰辛的条件下，顽强地生活着，学习着，在这种恶劣环境下提升了自己的修养，会书会画会缝会奏，在学校逐日显露出来的坚毅、倔强不禁让人敬佩万分。</w:t>
      </w:r>
      <w:r>
        <w:rPr>
          <w:lang w:eastAsia="zh-CN"/>
        </w:rPr>
        <w:br/>
      </w:r>
      <w:r>
        <w:rPr>
          <w:lang w:eastAsia="zh-CN"/>
        </w:rPr>
        <w:t>　　在爱情前面，她自尊自爱。面对绅士&amp;&amp;罗切斯特，她没有妄自菲薄，而是勇敢地去追求自己所向往的感情。在得知罗切斯特已婚，原配尚在人间，即使她有多么爱罗切斯特，她仍选择维护自己尊严，不顾罗切斯特再三恳求，毅然离去。这种面对诱惑却坚定维护自己尊严不被迷惑的品质最让我震撼。</w:t>
      </w:r>
      <w:r>
        <w:rPr>
          <w:lang w:eastAsia="zh-CN"/>
        </w:rPr>
        <w:br/>
      </w:r>
      <w:r>
        <w:rPr>
          <w:lang w:eastAsia="zh-CN"/>
        </w:rPr>
        <w:t>　　在金钱方面，她更是有自己的原则。在罗切斯特为她装扮，购买繁多珍贵的装饰物、衣物，她坚持不让罗切斯特大费钱财置办这些，只希望从简。在获得叔叔遗产时，她立即将大部分遗产转赠给贫困的表哥、表姐。她这种淡泊利禄、关心他人的品质也是我值得学习的地方。</w:t>
      </w:r>
      <w:r>
        <w:rPr>
          <w:lang w:eastAsia="zh-CN"/>
        </w:rPr>
        <w:br/>
      </w:r>
      <w:r>
        <w:rPr>
          <w:lang w:eastAsia="zh-CN"/>
        </w:rPr>
        <w:t xml:space="preserve">    有关于《简爱》的读书心得体会 篇11 </w:t>
      </w:r>
      <w:r>
        <w:rPr>
          <w:lang w:eastAsia="zh-CN"/>
        </w:rPr>
        <w:br/>
      </w:r>
    </w:p>
    <w:p w:rsidR="001B1F19" w14:textId="27C3F48A">
      <w:pPr>
        <w:rPr>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早几天前，就有一个帅老头说过：要耍帅，读简爱。于是我就怀着一种半期待半疑惑的心情拿起了这本传世佳作。到底是怎样一本书让一位青春早已成为过去的人说出这样一段话呢？</w:t>
      </w:r>
      <w:r>
        <w:rPr>
          <w:lang w:eastAsia="zh-CN"/>
        </w:rPr>
        <w:br/>
      </w:r>
      <w:r>
        <w:rPr>
          <w:lang w:eastAsia="zh-CN"/>
        </w:rPr>
        <w:t>　　小说总共分为五个阶段：以主人公——简爱的视角，写出了一位出生卑微的年轻女子如何与命运搏斗，终于战胜了环境也战胜了自己的动人遭遇。</w:t>
      </w:r>
      <w:r>
        <w:rPr>
          <w:lang w:eastAsia="zh-CN"/>
        </w:rPr>
        <w:br/>
      </w:r>
      <w:r>
        <w:rPr>
          <w:lang w:eastAsia="zh-CN"/>
        </w:rPr>
        <w:t>　　第一阶段写了简爱在盖茨黑德府的童年，受里德少爷和里德太太的精神和肉体的双重虐待。第二阶段在洛伍德慈善学校的教育，在那里，简得到了朋友和榜样，但是仍然要忍受贫困的折磨和精神上的压抑。第三阶段在桑菲尔德府做家庭教师，在那里她爱上了她的主人，一位有瑕疵的拜伦式男主——爱德华罗切斯特。第四阶段，是与里弗斯一家一起的日子，这期间，严肃而冷酷的牧师表兄圣约翰｀里弗斯向她求婚。第五阶段，也就是最后，简回到她深爱的罗切斯特身边并嫁给了他。</w:t>
      </w:r>
      <w:r>
        <w:rPr>
          <w:lang w:eastAsia="zh-CN"/>
        </w:rPr>
        <w:br/>
      </w:r>
      <w:r>
        <w:rPr>
          <w:lang w:eastAsia="zh-CN"/>
        </w:rPr>
        <w:t>　　小说的前半部分看上去很无味但却是塑造主人公形象的关键情节，直到第三阶段才开始显得扣人心弦：城堡里奇怪的笑声，一幢幢离奇的事件以及罗切斯特先生的聚会让读者产生了再往下看的欲望。</w:t>
      </w:r>
      <w:r>
        <w:rPr>
          <w:lang w:eastAsia="zh-CN"/>
        </w:rPr>
        <w:br/>
      </w:r>
      <w:r>
        <w:rPr>
          <w:lang w:eastAsia="zh-CN"/>
        </w:rPr>
        <w:t>　　看完之后，我还产生了两个疑问。第一个就是为什么简爱最后离开了桑菲尔府，他不是早已原谅了罗切斯特吗。还有当虔诚的牧师圣约翰。里弗斯向简求婚，同样信仰上帝的简几乎答应了，可为什么在最后一刻他拒绝了圣约翰，毅然回到罗切斯特身边呢。</w:t>
      </w:r>
      <w:r>
        <w:rPr>
          <w:lang w:eastAsia="zh-CN"/>
        </w:rPr>
        <w:br/>
      </w:r>
    </w:p>
    <w:p w:rsidR="001B1F19" w14:textId="27C3F48A">
      <w:pPr>
        <w:rPr>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除此之外，我最喜欢的一段情节就是当简回到罗切斯特身边时的那晚。当然了，美好的结局谁不爱呢？</w:t>
      </w:r>
      <w:r>
        <w:rPr>
          <w:lang w:eastAsia="zh-CN"/>
        </w:rPr>
        <w:br/>
      </w:r>
      <w:r>
        <w:rPr>
          <w:lang w:eastAsia="zh-CN"/>
        </w:rPr>
        <w:t xml:space="preserve">    有关于《简爱》的读书心得体会 篇12 </w:t>
      </w:r>
      <w:r>
        <w:rPr>
          <w:lang w:eastAsia="zh-CN"/>
        </w:rPr>
        <w:br/>
      </w:r>
      <w:r>
        <w:rPr>
          <w:lang w:eastAsia="zh-CN"/>
        </w:rPr>
        <w:t>　　简&amp;爱是一本具有多年历史的文学着作。至今已152年的历史了。它的成功在于它详细的内容，精彩的片段。在译序中，它还详细地介绍了简爱的作者一些背景故事。</w:t>
      </w:r>
      <w:r>
        <w:rPr>
          <w:lang w:eastAsia="zh-CN"/>
        </w:rPr>
        <w:br/>
      </w:r>
      <w:r>
        <w:rPr>
          <w:lang w:eastAsia="zh-CN"/>
        </w:rPr>
        <w:t>　　从中我了解到了作者夏洛蒂。勃郎特的许多事。她出生在一个年经济困顿、多灾多难的家庭;居住在一个远离尘器的穷乡僻壤;生活在革命势头正健，国家由农民向工业国过渡，新兴资产阶级日益壮大的时代，这些都给她的小说创作上打上了可见的烙印。</w:t>
      </w:r>
      <w:r>
        <w:rPr>
          <w:lang w:eastAsia="zh-CN"/>
        </w:rPr>
        <w:br/>
      </w:r>
      <w:r>
        <w:rPr>
          <w:lang w:eastAsia="zh-CN"/>
        </w:rPr>
        <w:t>　　简&amp;爱这本小说，主要通过简&amp;爱与罗切斯特之间一波三折的爱情故事，塑造了一个出生低微、生活道路曲折，却始终坚持维护独立人格、追求个性自由、主张人生平等、不向人生低头的坚强女性。</w:t>
      </w:r>
      <w:r>
        <w:rPr>
          <w:lang w:eastAsia="zh-CN"/>
        </w:rPr>
        <w:br/>
      </w:r>
      <w:r>
        <w:rPr>
          <w:lang w:eastAsia="zh-CN"/>
        </w:rPr>
        <w:t>　　简&amp;爱生存在一个父母双亡，寄人篱下的环境。从小就承受着与同龄人不一样的待遇：姨妈的嫌弃，表姐的蔑视，表哥的侮辱和毒打然而，她并没有绝望，她并没有自我摧毁，并没有在侮辱中沉沦。所带来的种种不幸的一切，相反，换回的却是简。爱的无限信心，却是简。爱的坚强不屈的精神，一种可战胜的内在人格力量。</w:t>
      </w:r>
      <w:r>
        <w:rPr>
          <w:lang w:eastAsia="zh-CN"/>
        </w:rPr>
        <w:br/>
      </w:r>
      <w:r>
        <w:rPr>
          <w:lang w:eastAsia="zh-CN"/>
        </w:rPr>
        <w:t xml:space="preserve">    有关于《简爱》的读书心得体会 篇13 </w:t>
      </w:r>
      <w:r>
        <w:rPr>
          <w:lang w:eastAsia="zh-CN"/>
        </w:rPr>
        <w:br/>
      </w:r>
      <w:r>
        <w:rPr>
          <w:lang w:eastAsia="zh-CN"/>
        </w:rPr>
        <w:t>　　简&amp;爱身世十分凄惨，她的父母去世，被养在舅舅家，结果舅舅又去世了，她的舅妈对她很不好，最后把她送到洛伍德孤儿院。那里的生活条件十分恶劣，六年后，由于谭波尔儿小姐的离开，简厌倦了孤儿院里的生活，登广告谋求家庭教师的职业。</w:t>
      </w:r>
    </w:p>
    <w:p w:rsidR="001B1F19" w14:textId="27C3F48A">
      <w:pPr>
        <w:rPr>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xml:space="preserve"> 于是她到了桑菲尔德庄园，遇见了罗切斯特，他们相处一段时间，在这段时间里，他们互相爱上了对方，简&amp;爱坚强，有强烈的自尊心，她认为，每个人的灵魂都是平等的，罗切斯特喜欢她这种性格，想与她结婚，可是在当天发生了意外，简&amp;爱也因此离开了桑菲尔德庄园，但是她不久又回到了罗切斯特身边，并与他结婚，他们过上了幸福的生活。</w:t>
      </w:r>
      <w:r>
        <w:rPr>
          <w:lang w:eastAsia="zh-CN"/>
        </w:rPr>
        <w:br/>
      </w:r>
      <w:r>
        <w:rPr>
          <w:lang w:eastAsia="zh-CN"/>
        </w:rPr>
        <w:t>　　我欣赏简&amp;爱那种不服输坚强的性格，她在那样的环境下，还能健康的生活，并且有不自卑的性格，她独立自主，积极向上，面对恶势力，不低头，她蔑视权贵的骄横，嘲笑他们的愚笨，显示出自立自强的人格和美好的理想。她说过自己是有思想，有灵魂的人，不是机器，她有尊严，虽然她只是个家庭教师，但她和罗切斯特一样，有着一样的灵魂。我不能相信，一个外表看起来柔美的女子，内心是如此的坚强，我也不能想象，在那样的社会中，她没有被污染。我佩服她的敢于斗争，敢于追求平等自由。我相信，自己也会像她那样，坚强，勇敢</w:t>
      </w:r>
      <w:r>
        <w:rPr>
          <w:lang w:eastAsia="zh-CN"/>
        </w:rPr>
        <w:br/>
      </w:r>
      <w:r>
        <w:rPr>
          <w:lang w:eastAsia="zh-CN"/>
        </w:rPr>
        <w:t>　　我讨厌那些，沉溺于金钱势力的人，英格拉姆&amp;布兰奇小姐，是看中了罗切斯特的钱才愿意和他结婚，这种具有目的性的婚姻，让我特别厌烦，这种威力金钱，不惜出卖自己爱情得人，也令人厌恶。</w:t>
      </w:r>
      <w:r>
        <w:rPr>
          <w:lang w:eastAsia="zh-CN"/>
        </w:rPr>
        <w:br/>
      </w:r>
      <w:r>
        <w:rPr>
          <w:lang w:eastAsia="zh-CN"/>
        </w:rPr>
        <w:t>　　这本以爱情为主题的小说，让我懂得了许多，坚强.善良的简&amp;爱，英俊坚强的罗切斯特，狠毒.可恶的里德太太，虚伪.爱钱的英格拉姆&amp;布兰奇小姐......这些人，让我懂得了许多，在以后，我相信，我会更加热爱生活，向简&amp;爱学习，在生活着，热爱平等自由，不向命运低头。做一个坚强，勇敢，善良，不自卑的人。</w:t>
      </w:r>
      <w:r>
        <w:rPr>
          <w:lang w:eastAsia="zh-CN"/>
        </w:rPr>
        <w:br/>
      </w:r>
    </w:p>
    <w:p w:rsidR="001B1F19" w14:textId="27C3F48A">
      <w:pPr>
        <w:rPr>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xml:space="preserve">    有关于《简爱》的读书心得体会 篇14 </w:t>
      </w:r>
      <w:r>
        <w:rPr>
          <w:lang w:eastAsia="zh-CN"/>
        </w:rPr>
        <w:br/>
      </w:r>
      <w:r>
        <w:rPr>
          <w:lang w:eastAsia="zh-CN"/>
        </w:rPr>
        <w:t>　　《简·爱》是一部极具浓厚浪漫主义色彩的小说。主人公简·爱是一个心地纯洁、善于思考的女性。她生活在社会底层，受尽磨难。她的生活遭遇令人同情，但她那倔强的性格和勇于追求平等幸福的精神更为人们所赞赏。</w:t>
      </w:r>
      <w:r>
        <w:rPr>
          <w:lang w:eastAsia="zh-CN"/>
        </w:rPr>
        <w:br/>
      </w:r>
      <w:r>
        <w:rPr>
          <w:lang w:eastAsia="zh-CN"/>
        </w:rPr>
        <w:t>　　简·爱的父亲是个穷牧师，母亲出身名门贵族，母亲不顾一切阻拦，与父亲结婚。父母结婚刚一年多，便双双染上斑疹伤寒去世。那时，她刚刚出生。她被送到舅舅家寄养。可是，舅舅在她九岁那年也去世了。从那以后，舅妈和表哥表姐开始折磨她。然而，她没有绝望，没有自我摧毁，也没有在侮辱中沉沦，相反，换回的却是简·爱的无限信心，坚强不屈的精神，一种可战胜的内在人格力量。</w:t>
      </w:r>
      <w:r>
        <w:rPr>
          <w:lang w:eastAsia="zh-CN"/>
        </w:rPr>
        <w:br/>
      </w:r>
      <w:r>
        <w:rPr>
          <w:lang w:eastAsia="zh-CN"/>
        </w:rPr>
        <w:t>　　初读《简·爱》，首先吸引我的是它的名字。我之所以欣赏它，是因为我觉得真爱是简单、单纯的，他不带有任何的私心杂念，《简·爱》所宣扬的正是这样的爱。我特别欣赏主人公那种简简单单的爱恋，简和罗切斯特除了默默深爱着对方外，没有太多地考虑，他们没有什么山盟海誓，也没有任何的甜言蜜语，我想用朴实来形容里面的内容，他们的感情就好似一杯白开水。</w:t>
      </w:r>
      <w:r>
        <w:rPr>
          <w:lang w:eastAsia="zh-CN"/>
        </w:rPr>
        <w:br/>
      </w:r>
    </w:p>
    <w:p w:rsidR="001B1F19" w14:textId="27C3F48A">
      <w:pPr>
        <w:rPr>
          <w:lang w:eastAsia="zh-CN"/>
        </w:rPr>
      </w:pPr>
      <w:r>
        <w:rPr>
          <w:lang w:eastAsia="zh-CN"/>
        </w:rPr>
        <w:t>　　最吸引我的还是简那种始终追求个人的独立性的精神，哪怕是面对罗彻斯特如幻如神的爱情之箭，她仍旧保持着自己追求平等独立的人格魅力，这种魅力使简爱这个人物深入人心，变得高大。可是现实中的她矮小、苍白，一点也不美，但她身上的那种气质，那种为争得自己尊严，争得人格平等的永不服输的精神是任何人都无法相比的。</w:t>
      </w:r>
      <w:r>
        <w:rPr>
          <w:lang w:eastAsia="zh-CN"/>
        </w:rPr>
        <w:br/>
      </w:r>
      <w:r>
        <w:rPr>
          <w:lang w:eastAsia="zh-CN"/>
        </w:rPr>
        <w:t>　　读完这本书，相貌平凡得我心中仿佛增加了一份信心，因为它是我懂得内涵的丰富胜过外表的美丽。</w:t>
      </w:r>
      <w:r>
        <w:rPr>
          <w:lang w:eastAsia="zh-CN"/>
        </w:rPr>
        <w:br/>
      </w:r>
      <w:r>
        <w:rPr>
          <w:lang w:eastAsia="zh-CN"/>
        </w:rPr>
        <w:t xml:space="preserve">    有关于《简爱》的读书心得体会 篇15 </w:t>
      </w:r>
      <w:r>
        <w:rPr>
          <w:lang w:eastAsia="zh-CN"/>
        </w:rPr>
        <w:br/>
      </w:r>
      <w:r>
        <w:rPr>
          <w:lang w:eastAsia="zh-CN"/>
        </w:rPr>
        <w:t>　　《简爱》这是一本外国小说，是一部英国文学史上的经典之作，</w:t>
      </w:r>
      <w:r>
        <w:rPr>
          <w:lang w:eastAsia="zh-CN"/>
        </w:rPr>
        <w:br/>
      </w:r>
      <w:r>
        <w:rPr>
          <w:lang w:eastAsia="zh-CN"/>
        </w:rPr>
        <w:t>　　它的伟大在于成功地塑造了一位坚持维护独立人格，最求个性自由，主张人生平等，不向命运屈服的坚强女性形象。</w:t>
      </w:r>
      <w:r>
        <w:rPr>
          <w:lang w:eastAsia="zh-CN"/>
        </w:rPr>
        <w:br/>
      </w:r>
      <w:r>
        <w:rPr>
          <w:lang w:eastAsia="zh-CN"/>
        </w:rPr>
        <w:t>　　小说的主人公简爱从小父母双亡，过着寄人篱下的生活。小小年纪就承受着与同龄人不一样的待遇：姨妈的嫌弃，表姐的蔑视，表哥的侮辱和毒打······以至被抛弃送进环境恶劣的劳渥德学校。读到这儿，我既为简爱的不幸遭遇感到难过，又为这些人的冷酷无情而感到气愤。道貌岸然的布洛克尔赫斯特先生不但当着全体师生的面诋毁她，还让她在众人面前示众。能够说简爱的童年是不幸的。然而，在这些不幸和苦难面前，她并没有退缩，而是勇敢顽强地应对，把它化为战胜不幸和苦难的动力。不但在学习上飞速进步，同时也取得了全校师生的明白。</w:t>
      </w:r>
      <w:r>
        <w:rPr>
          <w:lang w:eastAsia="zh-CN"/>
        </w:rPr>
        <w:br/>
      </w:r>
      <w:r>
        <w:rPr>
          <w:lang w:eastAsia="zh-CN"/>
        </w:rPr>
        <w:t>　　同样，她在那些贵族小姐和绅士面前，也始终持续着高贵的尊严。应对着他们的嘲笑和挖苦，她从不正因自己是一个地位低贱的家庭教师而感到自卑。她认为他们都是平等的，一样受别人尊重。正是正因简爱的正直、高尚和纯洁，深深地打动了罗切斯特先生，使他感到自惭形岁，对简爱肃然起敬。最后，简爱最后找到了属于自己的幸福。</w:t>
      </w:r>
      <w:r>
        <w:rPr>
          <w:lang w:eastAsia="zh-CN"/>
        </w:rPr>
        <w:br/>
      </w:r>
      <w:r>
        <w:rPr>
          <w:lang w:eastAsia="zh-CN"/>
        </w:rPr>
        <w:br/>
      </w:r>
      <w:r>
        <w:rPr>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https://d.book118.com/777201146014006045</w:t>
        </w:r>
      </w:hyperlink>
    </w:p>
    <w:p w:rsidR="001B1F19">
      <w:pPr>
        <w:rPr>
          <w:lang w:eastAsia="zh-CN"/>
        </w:rPr>
      </w:pPr>
    </w:p>
    <w:sectPr>
      <w:type w:val="nextPage"/>
      <w:pgSz w:w="11906" w:h="16838"/>
      <w:pgMar w:top="1440" w:right="1800" w:bottom="1440" w:left="1800" w:header="851" w:footer="992" w:gutter="0"/>
      <w:pgNumType w:start="1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 w:val="009376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777201146014006045"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6</cp:revision>
  <dcterms:created xsi:type="dcterms:W3CDTF">2024-01-11T00:28:00Z</dcterms:created>
  <dcterms:modified xsi:type="dcterms:W3CDTF">2024-02-08T13:34:00Z</dcterms:modified>
</cp:coreProperties>
</file>