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班主任的培训心得体会2024参考范文（30篇）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班主任的培训心得体会最新2024参考范文（通用30篇）</w:t>
      </w:r>
      <w:r>
        <w:rPr>
          <w:lang w:eastAsia="zh-CN"/>
        </w:rPr>
        <w:br/>
      </w:r>
      <w:r>
        <w:rPr>
          <w:lang w:eastAsia="zh-CN"/>
        </w:rPr>
        <w:t xml:space="preserve">    班主任的培训心得体会最新2024参考范文 篇1 </w:t>
      </w:r>
      <w:r>
        <w:rPr>
          <w:lang w:eastAsia="zh-CN"/>
        </w:rPr>
        <w:br/>
      </w:r>
      <w:r>
        <w:rPr>
          <w:lang w:eastAsia="zh-CN"/>
        </w:rPr>
        <w:t>　　20__年4月，我有幸参加了中卫市教育局举行的沙坡头区初中班主任培训的学习。虽然培训时间很短只有不到两个月，但也使我学到了很多很多。在学习中使我对新时期的班主任工作有了更进一步的认识，对班主任这个岗位有了更深层次的理解。在这次培训学习中共有十几位专家、 班主任老师分别作了六大模块九个专题的讲座。聆听专家团们的讲课，对我来说，不仅是业务理论的学习，也是一次思想认识的提升，更是一次心灵的荡涤，正好满足像我这样的班主任的需求，帮助我找到解决班级管理中的实际问题的途径和方法，提高实施自身的管理能力和水平。专家们的言谈中闪烁着智慧的光彩，独到的见解令人折服，对班主任工作的钟情和热爱溢于言表，带给我的是一次又一次的启迪、反省和思考。以下就是我在学习中的几点主要体会：</w:t>
      </w:r>
      <w:r>
        <w:rPr>
          <w:lang w:eastAsia="zh-CN"/>
        </w:rPr>
        <w:br/>
      </w:r>
      <w:r>
        <w:rPr>
          <w:lang w:eastAsia="zh-CN"/>
        </w:rPr>
        <w:t>　　一、班主任要转换角色</w:t>
      </w:r>
      <w:r>
        <w:rPr>
          <w:lang w:eastAsia="zh-CN"/>
        </w:rPr>
        <w:br/>
      </w:r>
    </w:p>
    <w:p w:rsidR="001B1F19" w14:textId="0AE8485B">
      <w:pPr>
        <w:pStyle w:val="Heading1"/>
        <w:jc w:val="center"/>
        <w:rPr>
          <w:rFonts w:hint="eastAsia"/>
          <w:lang w:eastAsia="zh-CN"/>
        </w:rPr>
      </w:pPr>
      <w:r>
        <w:rPr>
          <w:sz w:val="44"/>
          <w:lang w:eastAsia="zh-CN"/>
        </w:rPr>
        <w:t>班主任的培训心得体会2024参考范文（30篇）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班主任的培训心得体会最新2024参考范文（通用30篇）</w:t>
      </w:r>
      <w:r>
        <w:rPr>
          <w:lang w:eastAsia="zh-CN"/>
        </w:rPr>
        <w:br/>
      </w:r>
      <w:r>
        <w:rPr>
          <w:lang w:eastAsia="zh-CN"/>
        </w:rPr>
        <w:t xml:space="preserve">    班主任的培训心得体会最新2024参考范文 篇1 </w:t>
      </w:r>
      <w:r>
        <w:rPr>
          <w:lang w:eastAsia="zh-CN"/>
        </w:rPr>
        <w:br/>
      </w:r>
      <w:r>
        <w:rPr>
          <w:lang w:eastAsia="zh-CN"/>
        </w:rPr>
        <w:t>　　20__年4月，我有幸参加了中卫市教育局举行的沙坡头区初中班主任培训的学习。虽然培训时间很短只有不到两个月，但也使我学到了很多很多。在学习中使我对新时期的班主任工作有了更进一步的认识，对班主任这个岗位有了更深层次的理解。在这次培训学习中共有十几位专家、 班主任老师分别作了六大模块九个专题的讲座。聆听专家团们的讲课，对我来说，不仅是业务理论的学习，也是一次思想认识的提升，更是一次心灵的荡涤，正好满足像我这样的班主任的需求，帮助我找到解决班级管理中的实际问题的途径和方法，提高实施自身的管理能力和水平。专家们的言谈中闪烁着智慧的光彩，独到的见解令人折服，对班主任工作的钟情和热爱溢于言表，带给我的是一次又一次的启迪、反省和思考。以下就是我在学习中的几点主要体会：</w:t>
      </w:r>
      <w:r>
        <w:rPr>
          <w:lang w:eastAsia="zh-CN"/>
        </w:rPr>
        <w:br/>
      </w:r>
      <w:r>
        <w:rPr>
          <w:lang w:eastAsia="zh-CN"/>
        </w:rPr>
        <w:t>　　一、班主任要转换角色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面对新形势，班主任被赋予了更新的内涵，班主任的角色也同时发生着变革。我认为，班主任应由管理者的角色向服务者的角色转变。</w:t>
      </w:r>
      <w:r>
        <w:rPr>
          <w:lang w:eastAsia="zh-CN"/>
        </w:rPr>
        <w:br/>
      </w:r>
      <w:r>
        <w:rPr>
          <w:lang w:eastAsia="zh-CN"/>
        </w:rPr>
        <w:t>　　1、朋友角色</w:t>
      </w:r>
      <w:r>
        <w:rPr>
          <w:lang w:eastAsia="zh-CN"/>
        </w:rPr>
        <w:br/>
      </w:r>
      <w:r>
        <w:rPr>
          <w:lang w:eastAsia="zh-CN"/>
        </w:rPr>
        <w:t>　　近代教育家夏丏尊说得好：“没有爱就没有教育。”面对学生的错误，班主任要用宽广的胸怀来容纳学生、理解学生，这样才能得到学生的尊重和爱戴。新时期的青少年学生自尊心和自我表现欲望都比较强，不再满足于教师与学生只是传统的“教”与“被教”的上下级关系，更多的是希望班主任能放下尊严，以兄长朋友的身份去关心、帮助他们。当然，要演好这个朋友角色，还需要班主任多走群众路线，如深入学生生活之中，与其促膝谈心，对其嘘寒问暖，或亲自参与学生课外活动，带领学生参加社会实践等。通过这些途径来增强班主任的亲和力，使学生“亲其师而信其道”，真正建立起一种和谐、民主、平等的朋友关系。</w:t>
      </w:r>
      <w:r>
        <w:rPr>
          <w:lang w:eastAsia="zh-CN"/>
        </w:rPr>
        <w:br/>
      </w:r>
      <w:r>
        <w:rPr>
          <w:lang w:eastAsia="zh-CN"/>
        </w:rPr>
        <w:t>　　2、学生角色</w:t>
      </w:r>
      <w:r>
        <w:rPr>
          <w:lang w:eastAsia="zh-CN"/>
        </w:rPr>
        <w:br/>
      </w:r>
      <w:r>
        <w:rPr>
          <w:lang w:eastAsia="zh-CN"/>
        </w:rPr>
        <w:t>　　马克思主义哲学认为：“矛盾双方在一定条件下可以相互转化”，教师和学生是教育教学过程中的一对矛盾，当然也不例外。在某些方面，如专业知识、社会阅历、待人处世的经验等，教师可以充当学生的“老师”。但“人无完人，金无足赤”，教师即使再完美，也有自己的不足之处以及犯错误的时候，这就需要教师能虚怀若谷，放下尊严倾听学生的意见和建议。而且，学生某些方面的才能及优点也值得教师学习和借鉴。</w:t>
      </w:r>
      <w:r>
        <w:rPr>
          <w:lang w:eastAsia="zh-CN"/>
        </w:rPr>
        <w:br/>
      </w:r>
      <w:r>
        <w:rPr>
          <w:lang w:eastAsia="zh-CN"/>
        </w:rPr>
        <w:t>　　3、心理医生角色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青少年学生正处于长身体、长知识时期，由于生理和心理还不成熟的原因，一些学生不同程度地流露出烦躁、焦虑、孤僻、多疑、叛逆、易冲动发怒等不良情绪。这就需要班主任在班级管理中，及时了解学生存在的心理障碍，分析病因，对症下药，帮助学生解开心结，放下思想包袱，使学生形成积极进取、奋发向上的健康心理。因此班主任应深入学生的学习和生活环境，细心观察，辩证分析，随时了解学生心理发展动态，发现问题要及时给予疏导，对其“动之以情、晓之以理”，从而增进师生之间的理解和信任。</w:t>
      </w:r>
      <w:r>
        <w:rPr>
          <w:lang w:eastAsia="zh-CN"/>
        </w:rPr>
        <w:br/>
      </w:r>
      <w:r>
        <w:rPr>
          <w:lang w:eastAsia="zh-CN"/>
        </w:rPr>
        <w:t>　　二、班主任要不断提高自身素质</w:t>
      </w:r>
      <w:r>
        <w:rPr>
          <w:lang w:eastAsia="zh-CN"/>
        </w:rPr>
        <w:br/>
      </w:r>
      <w:r>
        <w:rPr>
          <w:lang w:eastAsia="zh-CN"/>
        </w:rPr>
        <w:t>　　对于一个学校来说，班主任队伍的素质水平，都直接关系着学校的发展。班主任工作是一门艺术，更是一门科学，所以班主任只有不断提高自身素质，完善自己的人格魅力，具备深厚的道德修养和丰富的知识技能，才能做好新时期的班主任工作。</w:t>
      </w:r>
      <w:r>
        <w:rPr>
          <w:lang w:eastAsia="zh-CN"/>
        </w:rPr>
        <w:br/>
      </w:r>
      <w:r>
        <w:rPr>
          <w:lang w:eastAsia="zh-CN"/>
        </w:rPr>
        <w:t>　　1、班主任老师要有完善的人格的魅力 。我们教育学生首先成为正直善良，懂得自律，不妨碍他人，做一个合格的公民;其次是教育学生关心他人，尊重他人，做一个有责任心的人;再次是教育他们为国家的兴旺发达，为中华民族的复兴尽心尽职，做一个对社会有贡献的人。学生在分层次达成目标的过程中不断努力，不断追求，德育内容随之内化为学生的人生观、价值观、世界观。</w:t>
      </w:r>
      <w:r>
        <w:rPr>
          <w:lang w:eastAsia="zh-CN"/>
        </w:rPr>
        <w:br/>
      </w:r>
      <w:r>
        <w:rPr>
          <w:lang w:eastAsia="zh-CN"/>
        </w:rPr>
        <w:t>　　我们在班主任的工作中，要用自己的人格魅力感染学生，这种阳光的味道是不可少的。她体现在两个方面：一是责任心，二是爱心。有了责任心，就会用心去做事。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三、班主任老师要具备深厚的品德修养</w:t>
      </w:r>
      <w:r>
        <w:rPr>
          <w:lang w:eastAsia="zh-CN"/>
        </w:rPr>
        <w:br/>
      </w:r>
      <w:r>
        <w:rPr>
          <w:lang w:eastAsia="zh-CN"/>
        </w:rPr>
        <w:t>　　班主任修养是指班主任在政治思想、道德品质、学识能力等方面所进行的涵养锻炼的功夫，从而逐渐养成在对待学生、家长，在处理各种班务工作中的正确态度和教育机智，以及在情感、意志、性格等方面所形成的特有心理品质和符合班主任角色需要的特有的审美观和独到的气质、风度等。</w:t>
      </w:r>
      <w:r>
        <w:rPr>
          <w:lang w:eastAsia="zh-CN"/>
        </w:rPr>
        <w:br/>
      </w:r>
      <w:r>
        <w:rPr>
          <w:lang w:eastAsia="zh-CN"/>
        </w:rPr>
        <w:t>　　现在学生喜欢的班主任是：有一颗永不泯灭的童心;慈祥、体贴学生;诚实、公正、虚心、好学、博识、多才，“什么都懂”;严于律己，宽于待人。不喜欢的班主任是：偏心，说话不算数;不尊重学生的人格;粗暴、性急、爱发脾气;固执，自以为是，自吹自擂;知识狭窄，连学生知道的东西也不懂;不愿和学生交谈，不与学生一起活动;家访告状等。</w:t>
      </w:r>
      <w:r>
        <w:rPr>
          <w:lang w:eastAsia="zh-CN"/>
        </w:rPr>
        <w:br/>
      </w:r>
      <w:r>
        <w:rPr>
          <w:lang w:eastAsia="zh-CN"/>
        </w:rPr>
        <w:t>　　班主任要根据社会的发展和学生的期望，不断提高修养，树立现代班主任的崭新形象。</w:t>
      </w:r>
      <w:r>
        <w:rPr>
          <w:lang w:eastAsia="zh-CN"/>
        </w:rPr>
        <w:br/>
      </w:r>
      <w:r>
        <w:rPr>
          <w:lang w:eastAsia="zh-CN"/>
        </w:rPr>
        <w:t>　　四、班主任工作要讲究方法和艺术</w:t>
      </w:r>
      <w:r>
        <w:rPr>
          <w:lang w:eastAsia="zh-CN"/>
        </w:rPr>
        <w:br/>
      </w:r>
      <w:r>
        <w:rPr>
          <w:lang w:eastAsia="zh-CN"/>
        </w:rPr>
        <w:t>　　班主任工作是一门艺术。能否掌握这门艺术，直接影响班主任工作效果。作为班主任，不论是了解学生的心态结构，还是批评、表扬学生，都存在着艺术问题。做为好的班主任，必须在对学生进行思想教育工作中讲究方法和艺术。</w:t>
      </w:r>
      <w:r>
        <w:rPr>
          <w:lang w:eastAsia="zh-CN"/>
        </w:rPr>
        <w:br/>
      </w:r>
      <w:r>
        <w:rPr>
          <w:lang w:eastAsia="zh-CN"/>
        </w:rPr>
        <w:t>　　1. 认识、了解学生的艺术。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对一个班主任来说，在接到一个新班时，首先就应该认识、了解学生。只有了解了每个学生的个性特点，在开展工作时才能做到有的放矢。</w:t>
      </w:r>
      <w:r>
        <w:rPr>
          <w:lang w:eastAsia="zh-CN"/>
        </w:rPr>
        <w:br/>
      </w:r>
      <w:r>
        <w:rPr>
          <w:lang w:eastAsia="zh-CN"/>
        </w:rPr>
        <w:t>　　2. 对学生表扬的艺术。</w:t>
      </w:r>
      <w:r>
        <w:rPr>
          <w:lang w:eastAsia="zh-CN"/>
        </w:rPr>
        <w:br/>
      </w:r>
      <w:r>
        <w:rPr>
          <w:lang w:eastAsia="zh-CN"/>
        </w:rPr>
        <w:t>　　表扬对成年人来说不算什么，而对学生来说却象石子投入心潮中，荡起层层涟漪。每当学生有进步，取得可喜成绩时，班主任应给予及时表扬。但必须注意以下三点：一是表扬准确，不能搞“大锅饭”形成大家好的局面。二是表扬要及时。三是表扬不要过多、过高。多会形成一般化，高会使人感到高不可攀。所以，对典型的学生进行表扬，即起到模范作用，又会受到良好效果。</w:t>
      </w:r>
      <w:r>
        <w:rPr>
          <w:lang w:eastAsia="zh-CN"/>
        </w:rPr>
        <w:br/>
      </w:r>
      <w:r>
        <w:rPr>
          <w:lang w:eastAsia="zh-CN"/>
        </w:rPr>
        <w:t>　　3. 对学生批评的艺术。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学生是教育者塑造雕刻的实体，塑造雕刻的原因就在于他们还只是未成材的小树。批评是班主任的工作方法之一，如果班主任对待学生的缺点只是一味的训斥指责，生硬的用学校管理规定来处罚他们，而不讲究批评艺术，会适得其反。而且还会使学生产生逆反心理。当然，对班级个别品德比较差的学生我们应当给予一定的处罚。但对一般同学的缺点，班主任要满怀爱心，满怀理解的去点出学生的不足。班主任的诚挚是启迪学生心灵的钥匙，只有诚挚，才能驱散学生对班主任的敬而远之和畏惧感，使之由衷地认识教师是在帮助他，教育他，关心他。只有这样，学生才会产生自我教育，自我批评的意识，再有班主任进行批评教育时，切忌不分轻重缓急，不分场合、地点，不分时间，想说什么就说什么。有时委婉的批评，无声教育会产生奇异的效果。学生犯了错误，心理状态各不相同。对犯了错误后马上后悔的同学，班主任应给予关心和体贴，从正面引导，不需批评，只要讲清道理。对犯错误后还感到自己“委屈”。对犯错误而消极的同学，班主任应着重解决他们不是不能好，而是必须好的问题。教育他们分清是非，增强自尊心、自信心，向好的方向转化。</w:t>
      </w:r>
      <w:r>
        <w:rPr>
          <w:lang w:eastAsia="zh-CN"/>
        </w:rPr>
        <w:br/>
      </w:r>
      <w:r>
        <w:rPr>
          <w:lang w:eastAsia="zh-CN"/>
        </w:rPr>
        <w:t>　　五、重视与家长沟通的作用</w:t>
      </w:r>
      <w:r>
        <w:rPr>
          <w:lang w:eastAsia="zh-CN"/>
        </w:rPr>
        <w:br/>
      </w:r>
      <w:r>
        <w:rPr>
          <w:lang w:eastAsia="zh-CN"/>
        </w:rPr>
        <w:t>　　苏霍姆林斯基曾深刻地指出：“若只有学校而没有家庭，或只有家庭而没有学校，都不能单独承担起塑造人的细微、复杂的任务。”教育是一项系统工程，仅靠学校自身的力量是远远不够的，还需社会各方面的配合，其中家庭教育尤为重要。班主任如何处理与学生家长的关系，将直接影响到教育目标的实现，影响学生的健康成长，我认为应注意以下几个方面：</w:t>
      </w:r>
      <w:r>
        <w:rPr>
          <w:lang w:eastAsia="zh-CN"/>
        </w:rPr>
        <w:br/>
      </w:r>
      <w:r>
        <w:rPr>
          <w:lang w:eastAsia="zh-CN"/>
        </w:rPr>
        <w:t>　　首先，班主任自身必须增强与家长联系的意识，要勤而不惰。思想上要勤，给自己提出明确的联系要求，制订周密的家长工作计划，力求把自己的工作情况及时通报给家长，使学校与家庭要求一致，作风上要勤，做到坚持要求，克服困难，不达目的不罢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其次，要尊重学生。不要说侮辱学生家长人格的话，更不要做侮辱学生家长人格的事。和学生家长一起研究对学生教育的问题时，要用征求、商量的口气，决不能居高临下的用我要你怎么做，你应该怎么做的命令口气。与学生家长接触时绝不能带有世俗的功利色彩。杜绝以貌取人，以职取人，以财取人的做法。班主任作为学生所效访的最直接的榜样，应是社会道德的化身，是学生做人的楷模，在学生心目中有其独特的示范性。若班主任不能公平、公正地对待每一位家长，则会对学生的心灵造成极大的伤害。并给家长留下不快的回忆。虔诚而有耐心的倾听家长的意见，由于家长与自己的孩子朝夕相处，对其爱好，兴趣、性格等了如指掌，所以一般来说家长都能真实地反映学生在家里的情况，对班主任全面了解学生有很大的帮助。家长与班主任在教育目标上其实是一致的，家长把孩子送到学校，希望将他们培养成有用之材，而班主任按照职业道德要求义不容辞地要对学生的教育负责。从这个意义上说，班主任与家长的心自然就应紧密地联结在一起。这是班主任和学生家长合作的基础。</w:t>
      </w:r>
      <w:r>
        <w:rPr>
          <w:lang w:eastAsia="zh-CN"/>
        </w:rPr>
        <w:br/>
      </w:r>
      <w:r>
        <w:rPr>
          <w:lang w:eastAsia="zh-CN"/>
        </w:rPr>
        <w:t>　　总之,这次班主任培训让我学到了太多太多，让我看到了自己的差距。让我找到了更好的班主任工作策略，犹如一场春雨洒向了我的心田，同时也真心希望这样的活动能时时有，让我们这些年轻的老师有更多更好的学习充电的机会，从而更好的为教育事业做贡献。我会以本次培训作为新的起点，适应时代的变化和发展，确立起符合时代要求的教育观念，发挥自己的聪明才智，争取在今后的班主任工作中，多学习先进经验，不断改进，不断提高，积极探索，善于总结，使自己的工作水平尽快提高，努力为成为一名优秀的班主任。</w:t>
      </w:r>
      <w:r>
        <w:rPr>
          <w:lang w:eastAsia="zh-CN"/>
        </w:rPr>
        <w:br/>
      </w:r>
      <w:r>
        <w:rPr>
          <w:lang w:eastAsia="zh-CN"/>
        </w:rPr>
        <w:t xml:space="preserve">    班主任的培训心得体会最新2024参考范文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8月9、10日，我参加了吴江区小学班主任培训，听了两天四位专家的讲座颇有收获。张翔老师的《依恋理论与心理咨询中的依恋类型》、徐洁老师的《爱的关键词》、李伟胜的《开展系列活动，汇成生命乐章》和盛伟华老师的《班级“三有三讲”主题德育设计，实施与育人故事撰写》都留给我深刻的印象。下面我就来说说我的收获和感想。</w:t>
      </w:r>
      <w:r>
        <w:rPr>
          <w:lang w:eastAsia="zh-CN"/>
        </w:rPr>
        <w:br/>
      </w:r>
      <w:r>
        <w:rPr>
          <w:lang w:eastAsia="zh-CN"/>
        </w:rPr>
        <w:t>　　首先张翔老师关于《依恋理论与心理咨询中的依恋类型》的报告，语言丰富幽默，再加上生动立体的视频资料，将原本深奥晦涩的心理学依恋理论，讲得简单明了。同时给我们讲述了冰山理论，岛屿理论等，深入浅出，很好地提升了各位班主任老师的理论水平。</w:t>
      </w:r>
      <w:r>
        <w:rPr>
          <w:lang w:eastAsia="zh-CN"/>
        </w:rPr>
        <w:br/>
      </w:r>
      <w:r>
        <w:rPr>
          <w:lang w:eastAsia="zh-CN"/>
        </w:rPr>
        <w:t>　　接下来是徐洁老师的《爱的关键词》。徐老师从事苏州教育局德育工作多年经验丰富，从一个个生动的例子中给我们展示班主任的“爱”。徐老师从人文关怀、爱的智慧、教育细节、正向表达四个方面阐述了当前环境下学校德育教育的精髓，大量生动详实的案例、先进科学的理念，很好地拓宽了各位班主任的眼界与思路，为接下来各自德育工作的进一步提升奠定了良好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然后是李伟胜老师讲的《开展系列活动，汇成生命乐章》——建设民主型班级的理论与实践。他说，从发展目标来看，班级管理分三个层次：管制型班级——自主型班级——民主型班级。管制型班级的特点是“维持秩序，学习知识技能”，自主型班级的特点是“自主活动，培养综合能力”，民主型班级的特点是“关注生命，培育高尚人格”。在民主型的班级里，每一位学生都得以充分敞现自己的精神世界，形成主动发展的动力和能力。在师生、生生之间的充分交往中，创造一个互相欣赏并共同开拓精神世界、提高生命质量的精神家园，使之成为21世纪新型学校的有机组成部分。怎样建设民主型班级呢？三项策略：选择成事育人的价值取向，培育自觉自主的教育基础，采用交往共生的教育方式。三项措施：日常管理民主化，班级活动主题化，班级文化生命化。三项技法：班级发展整体化，教育资源系统化，班级活动系列化。</w:t>
      </w:r>
      <w:r>
        <w:rPr>
          <w:lang w:eastAsia="zh-CN"/>
        </w:rPr>
        <w:br/>
      </w:r>
      <w:r>
        <w:rPr>
          <w:lang w:eastAsia="zh-CN"/>
        </w:rPr>
        <w:t>　　最后是盛伟华老师的《班级“三有三讲”主题德育设计，实施与育人故事撰写》。盛老师开始从概念上给我们解释了学校德育，解析了三有三讲的具体含义：做一个有感恩心、有责任心、有进取心；讲文明、讲礼貌、讲道德的人。结合当前各学校的德育活动，为班主任们展示一些成功的德育活动。盛老师还展示了多篇老师的德育故事，给我们指明了育人故事撰写的要点，今后我会向优秀教师看齐！</w:t>
      </w:r>
      <w:r>
        <w:rPr>
          <w:lang w:eastAsia="zh-CN"/>
        </w:rPr>
        <w:br/>
      </w:r>
      <w:r>
        <w:rPr>
          <w:lang w:eastAsia="zh-CN"/>
        </w:rPr>
        <w:t>　　通过两天的'培训，身为一名班主任我深深的反思，今后会结合班级实际和专家的建议，力争成为一名优秀的班主任。最后，再次感谢进修学校给我们提供了这么好的学习机会。我能感觉到自己在学习中不断地成长！也希望以后学习的机会能越来越多！</w:t>
      </w:r>
      <w:r>
        <w:rPr>
          <w:lang w:eastAsia="zh-CN"/>
        </w:rPr>
        <w:br/>
      </w:r>
      <w:r>
        <w:rPr>
          <w:lang w:eastAsia="zh-CN"/>
        </w:rPr>
        <w:t>　　有幸参加本次班主任骨干培训活动，聆听了多位专家的精彩讲座。专家们妙语连珠，令人叹服。收获如果仅仅用“受益匪浅”四个字，是远远不够的。他们幽默的言谈中闪烁着智慧的光彩，精辟、独到的见解令人折服，对班主任工作的钟情和热爱溢于言表，从他们的报告中，让我看到，原来班主任也可以做得这么出色，这么成功。这次骨干班主任培训对我来说，不仅是理论的学习，也是一次思想认识的提升，更是一次心灵的荡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尤其是程灵老师，她在上课中，用朴实凝练的语言，丰富感人的事迹把我们带进了她睿智而精彩的教育世界中。倾听她那动人的教育故事，体味她与学生那份真挚的感情，触摸着她班主任工作的幸福快乐……我的内心被深深地感动着。</w:t>
      </w:r>
      <w:r>
        <w:rPr>
          <w:lang w:eastAsia="zh-CN"/>
        </w:rPr>
        <w:br/>
      </w:r>
      <w:r>
        <w:rPr>
          <w:lang w:eastAsia="zh-CN"/>
        </w:rPr>
        <w:t>　　这次培训，让我深深懂得了————</w:t>
      </w:r>
      <w:r>
        <w:rPr>
          <w:lang w:eastAsia="zh-CN"/>
        </w:rPr>
        <w:br/>
      </w:r>
      <w:r>
        <w:rPr>
          <w:lang w:eastAsia="zh-CN"/>
        </w:rPr>
        <w:t>　　1、心态——教育工作的法宝</w:t>
      </w:r>
      <w:r>
        <w:rPr>
          <w:lang w:eastAsia="zh-CN"/>
        </w:rPr>
        <w:br/>
      </w:r>
      <w:r>
        <w:rPr>
          <w:lang w:eastAsia="zh-CN"/>
        </w:rPr>
        <w:t>　　程灵老师说：“心态决定状态”好的心态是魄力的推进器。听了她的精彩解析，贴切的理论引导，我联系自身生活、感悟，使我对人生、对工作——为人处事，有了更新的认识，那就是——传播快乐。她还说：“班主任的工作对象和任务，是无法选择的，而完成任务的方式和工作态度，是可以选择的。是呀，既然我们选择了它，就应该遵循它、热爱它。这样，在工作中我们才能找到属于我们自己的快乐与幸福。</w:t>
      </w:r>
      <w:r>
        <w:rPr>
          <w:lang w:eastAsia="zh-CN"/>
        </w:rPr>
        <w:br/>
      </w:r>
      <w:r>
        <w:rPr>
          <w:lang w:eastAsia="zh-CN"/>
        </w:rPr>
        <w:t>　　2、沟通——和谐班级的溶剂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班主任是班级的组织者和管理者，是联系科任教师的纽带，是沟通学校、家庭和社会的桥梁，在教育教学工作中，班主任的作用是重大的。而且我们知道学校教育、家庭教育、社会教育直接影响着教育成果。学校教育离不开家庭教育的配合和支持，良好的学校教育是建立在良好的家庭教育的基础上的，没有良好的家庭教育，再好的学校教育也难以获得预期效果。要教育好学生特别是问题学生，教师必须通过家访、电话、短信、网络等活动进行沟通探讨、客观反馈，一视同仁、热情帮助家长正确认识自己的孩子，了解孩子身心发育情况及存在问题，进一步明确家庭教育的重要作用，树立正确的育子观，自觉调节受家庭、婚姻、生活等方面困扰的心理，为孩子的成长营造良好的家庭氛围，帮助孩子走出心灵的困境。美国心理学家哈里森说：“帮助儿童的最佳途径是帮助父母”。我们要正确处理好与家长的关系。每一个家长的`素质是不同的，他们的教育观念也不同，我们必须用自己的爱心去感化学生和家长，做到动之以情、晓之以理、寓理于情、情理结合，才会产生动情效应，从而收到较好的德育效果。泉州实验小学蔡屏屏老师精彩的讲座，朴实的话语让我得到了更多的启迪。这些来自一线的声音，没有华丽的词藻，却以大量的生动感人的事例，全面地叙说了自己独具一格的班主任工作经验和搞好班级管理的具体措施，以及作为班主任应具有的工作技巧和应具备的素质。</w:t>
      </w:r>
      <w:r>
        <w:rPr>
          <w:lang w:eastAsia="zh-CN"/>
        </w:rPr>
        <w:br/>
      </w:r>
      <w:r>
        <w:rPr>
          <w:lang w:eastAsia="zh-CN"/>
        </w:rPr>
        <w:t>　　3、安全——教育活动的保障。</w:t>
      </w:r>
      <w:r>
        <w:rPr>
          <w:lang w:eastAsia="zh-CN"/>
        </w:rPr>
        <w:br/>
      </w:r>
      <w:r>
        <w:rPr>
          <w:lang w:eastAsia="zh-CN"/>
        </w:rPr>
        <w:t>　　林雪卿老师在培训中给我们例举了许许多多校园冲突案例，看到一幅幅血淋淋的画面，听到一个个令人毛骨耸然的故事，令我们全体学员触目惊心。的确，人的生命只有一次，师生安全事故一旦发生，对哪一个家庭都是毁灭性的打击。学校安全工作，事关师生的生命和青少年学生的生命安全，事关社会安全稳定，是学校发展的头等大事，是社会和家长关注的热点问题之一，也是创建和谐社会的必不可少的条件之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本次班主任培训，让我发现了自己教育工作上的一些盲点，理清了内心的迷茫与烦乱，感受到了教育的美妙，也领悟到了教育的真谛！最后我想说：让我们随着大师的脚步，带着阳光般的心态，做一个快乐而幸福的班主任吧！不断反思，以饱满的热情，积极投入到工作中去吧！</w:t>
      </w:r>
      <w:r>
        <w:rPr>
          <w:lang w:eastAsia="zh-CN"/>
        </w:rPr>
        <w:br/>
      </w:r>
      <w:r>
        <w:rPr>
          <w:lang w:eastAsia="zh-CN"/>
        </w:rPr>
        <w:t>　　最后，我想用一段话结束我的话，希望能与大家共勉：“不是所有的种子都能发芽，但只要播下去了，就会有发芽的可能；不是所有的花朵都会结果，但只要开花了，就会有结果的希望；不是所有的辛苦都能带来收获，但如果不付出辛苦，就永远得不到硕果。</w:t>
      </w:r>
      <w:r>
        <w:rPr>
          <w:lang w:eastAsia="zh-CN"/>
        </w:rPr>
        <w:br/>
      </w:r>
      <w:r>
        <w:rPr>
          <w:lang w:eastAsia="zh-CN"/>
        </w:rPr>
        <w:t xml:space="preserve">    班主任的培训心得体会最新2024参考范文 篇3 </w:t>
      </w:r>
      <w:r>
        <w:rPr>
          <w:lang w:eastAsia="zh-CN"/>
        </w:rPr>
        <w:br/>
      </w:r>
      <w:r>
        <w:rPr>
          <w:lang w:eastAsia="zh-CN"/>
        </w:rPr>
        <w:t>　　在市、县教育局的领导、组织和精心安排下，我有幸与县各农村学校班主任参加了这次的铅山县20__年农村骨干班主任培训。分别听取了县实验小学王晓东老师《做一个有科智慧的班主任&amp;&amp;班级管理点滴》、县实验小学郭荣校长的《班主任、科任一个都不能少&amp;&amp;谈谈班主任与科任老师间的和谐艺术》、市教研室的《综合实践活动课程的理论与实践》、市五小梅校长的《给孩子成长一方乐土》以及县紫溪小学戴良斌校长的《与天使在一起&amp;&amp;浅谈学生的养成教育和人格培养》五个讲座。</w:t>
      </w:r>
      <w:r>
        <w:rPr>
          <w:lang w:eastAsia="zh-CN"/>
        </w:rPr>
        <w:br/>
      </w:r>
      <w:r>
        <w:rPr>
          <w:lang w:eastAsia="zh-CN"/>
        </w:rPr>
        <w:t>　　听完这五次讲座，我感觉到了市、县教育局的用心良苦，也感叹自己真是没有白来，同时也深感当今教育形势下班主任的担子有多重!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作为教龄只有六年多的我，无论是教学经验还是班主任工作经验都是不足的，其主要原因是因为教育观念跟不上。所谓思想决定着行动嘛!由于教学任务的紧迫，教学质量的好坏时刻给我们敲着警钟，要抓好教学成绩的提高同时又要做好班主任工作，确实是一件让人感觉心有余而力不足的事，并不是每个语数老师在兼任班主任时都喜欢占用学生上其它科目课时的，我们何尝不想像其它学科老师一样休息休息、放松放松啊，可是时间不等人啊!可能大多数老师也有同感吧?(其实我这也并不是在为自己辩解什么)所以班主任工作对于老师们来说，它的地位是永远次于自己所任教的科目的。在我自己这六年来的教学生涯中，我也是如此。这也就是我说的教育观念跟不上的错误之一吧?&amp;&amp;我总是把完成所任科目教学任务、提高教学质量视为首任，至于班级工作，只要不出大事、不出安全问题就行了。遇到学生闹矛盾或是违反纪律等情况，第一反映总是很恼火、气愤、头疼，然后批评学生，似乎也就平息了。而并没有站在他们的角度看问题，并没有深入了解他们，并没有与他们沟通，或许并没有从根本上化解他们内心的矛盾。这样对学生来说我是不负责的班主任，同样也就在树立威信上打了个折扣。</w:t>
      </w:r>
      <w:r>
        <w:rPr>
          <w:lang w:eastAsia="zh-CN"/>
        </w:rPr>
        <w:br/>
      </w:r>
      <w:r>
        <w:rPr>
          <w:lang w:eastAsia="zh-CN"/>
        </w:rPr>
        <w:t>　　就像王晓东老师讲座里告诉我们的那样：一个智慧的班主任应该站在学生的角度看问题，多了解学生，让每一个学生都生活在希望之中;应该建立一个优秀的班集体;应该与学生家长有效沟通;应该善用激励方式;应该加强这安全管理。对于这些，每个老师都知道，可真正做到是很不容易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王老师的演说赢得了在场老师们的阵阵热烈的掌声，这掌声中包含着真诚、佩服和赞扬，她以声情并茂的经验之谈向我们展示了一个智慧而又精干的班主任形象。我在敬佩之余，更多的是对过去自己工作的自查、自醒。我认为自己在了解学生、对待学生民主以及与家长的沟通工作上，我是做得不够的。特别是对待后进生，在自认为尽了自己的所能而无法使他们进步的情况下，采取的措施就是听之任之了，除了责备、讨厌甚至是放弃他们，好像就无计可施了。</w:t>
      </w:r>
      <w:r>
        <w:rPr>
          <w:lang w:eastAsia="zh-CN"/>
        </w:rPr>
        <w:br/>
      </w:r>
      <w:r>
        <w:rPr>
          <w:lang w:eastAsia="zh-CN"/>
        </w:rPr>
        <w:t>　　而这几天的学习，让我感受最深的就是几位前辈的执着、敬业精神，他们的成就是来之不易的，我的付出和他们比起来又算得了什么呢?同时他们也给了我们信心&amp;&amp;只要功夫深，铁杵磨成针!他们让我认识到了建立一个良好的班集体的重要性，它对于我们所任各科的教学是有很帮助的：学生懂事、听话、遵守纪律、爱动脑筋、互相帮助、活泼开朗，这些不都是学生各学科学习上所必须具备的吗?</w:t>
      </w:r>
      <w:r>
        <w:rPr>
          <w:lang w:eastAsia="zh-CN"/>
        </w:rPr>
        <w:br/>
      </w:r>
      <w:r>
        <w:rPr>
          <w:lang w:eastAsia="zh-CN"/>
        </w:rPr>
        <w:t>　　我认为一个理想的班集体是阳光的，文明的，团结互助的，积极进取的这样的集体有强大的凝聚力和感召力，在这样的大集体里的学生们的学习气愤是浓厚的，给人以朝气蓬勃的气息。几位前辈分别向我们传授了：对待学生问题上的理解、沟通;班主任与科任老师的配合;与家长的沟通;综合实践活动课程的重要性;学生的养成教育和人格培养;班级工作的民主性等等，这些讲授如同给我们充了电，我将在做好科任教学的同时更加努力地做好班主任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为此我准备在肯定自己以前的有些教法的同时，吸取别人的有效经验，打算以搞好班级文化建设为主，在班干部任用、班级制度的建立卫生包干教室布置等问题上尽量采取民主，充分听取学生的意见，让他们真正感受到自己是班上的主人，从而爱上自己的集体;在与家长有效沟通上，王老师的家校联系簿是我以前想做而又没有付出行动的事，总是怕麻烦，可我没想到这其实是最行之有效的办法了，我可以采用以这种沟通方式为主，其它沟通方式为辅的联系方法，与家长共同管理学生;在对等学生上，我将花比以前多得多的时间去与他们沟通，真正了解他们，激励他们，让他们有学习的兴趣和信心。</w:t>
      </w:r>
      <w:r>
        <w:rPr>
          <w:lang w:eastAsia="zh-CN"/>
        </w:rPr>
        <w:br/>
      </w:r>
      <w:r>
        <w:rPr>
          <w:lang w:eastAsia="zh-CN"/>
        </w:rPr>
        <w:t>　　建立一个良好的班集体虽然会占用我们很多时间和精力，可这对我们的教学是一劳永逸的，那样学生学得轻松、愉快，而老师也再不是一相情愿的教了，它会让老师和学生之间形成和谐的、积极的教与学关系。</w:t>
      </w:r>
      <w:r>
        <w:rPr>
          <w:lang w:eastAsia="zh-CN"/>
        </w:rPr>
        <w:br/>
      </w:r>
      <w:r>
        <w:rPr>
          <w:lang w:eastAsia="zh-CN"/>
        </w:rPr>
        <w:t>　　总之，作为年轻教师的我，在教学工作中应该积极进取、努力创新，不要因为小小的挫折而停止不前，我愿成为一名优秀班主任而斗!</w:t>
      </w:r>
      <w:r>
        <w:rPr>
          <w:lang w:eastAsia="zh-CN"/>
        </w:rPr>
        <w:br/>
      </w:r>
      <w:r>
        <w:rPr>
          <w:lang w:eastAsia="zh-CN"/>
        </w:rPr>
        <w:t xml:space="preserve">    班主任的培训心得体会最新2024参考范文 篇4 </w:t>
      </w:r>
      <w:r>
        <w:rPr>
          <w:lang w:eastAsia="zh-CN"/>
        </w:rPr>
        <w:br/>
      </w:r>
      <w:r>
        <w:rPr>
          <w:lang w:eastAsia="zh-CN"/>
        </w:rPr>
        <w:t>　　_月30日，我参加了__市中小学骨干班主任的培训班，有幸听了__小学校长的讲座，受益很多。</w:t>
      </w:r>
      <w:r>
        <w:rPr>
          <w:lang w:eastAsia="zh-CN"/>
        </w:rPr>
        <w:br/>
      </w:r>
      <w:r>
        <w:rPr>
          <w:lang w:eastAsia="zh-CN"/>
        </w:rPr>
        <w:t>　　今天应该怎样做班主任固然不是一个新鲜话题，但却是非常值得我们去探讨。听了校长的讲座很有感受，那么我们今天该如何当班主任呢?</w:t>
      </w:r>
      <w:r>
        <w:rPr>
          <w:lang w:eastAsia="zh-CN"/>
        </w:rPr>
        <w:br/>
      </w:r>
      <w:r>
        <w:rPr>
          <w:lang w:eastAsia="zh-CN"/>
        </w:rPr>
        <w:t>　　一、用打麻将的心态去做班主任</w:t>
      </w:r>
      <w:r>
        <w:rPr>
          <w:lang w:eastAsia="zh-CN"/>
        </w:rPr>
        <w:br/>
      </w:r>
      <w:r>
        <w:rPr>
          <w:lang w:eastAsia="zh-CN"/>
        </w:rPr>
        <w:t>　　1、时间观念强，每场必到，从不迟到早退。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2、可以忍受一切恶劣环境，不嫌弃教学环境的好坏，无论接手的班级成绩和纪律多么差，不抱怨、不放弃。</w:t>
      </w:r>
      <w:r>
        <w:rPr>
          <w:lang w:eastAsia="zh-CN"/>
        </w:rPr>
        <w:br/>
      </w:r>
      <w:r>
        <w:rPr>
          <w:lang w:eastAsia="zh-CN"/>
        </w:rPr>
        <w:t>　　3、有团队精神。</w:t>
      </w:r>
      <w:r>
        <w:rPr>
          <w:lang w:eastAsia="zh-CN"/>
        </w:rPr>
        <w:br/>
      </w:r>
      <w:r>
        <w:rPr>
          <w:lang w:eastAsia="zh-CN"/>
        </w:rPr>
        <w:t>　　4、心态阳光，永不言败，有时候我们改变不了学生，但我们可以改变自己。</w:t>
      </w:r>
      <w:r>
        <w:rPr>
          <w:lang w:eastAsia="zh-CN"/>
        </w:rPr>
        <w:br/>
      </w:r>
      <w:r>
        <w:rPr>
          <w:lang w:eastAsia="zh-CN"/>
        </w:rPr>
        <w:t>　　5、活在希望当下，学生的坏习惯很多，让他们一点点的去改，即使没法一下子改掉，只要还当他们的班主任，都要想方设法让他们尝试努力地去改。</w:t>
      </w:r>
      <w:r>
        <w:rPr>
          <w:lang w:eastAsia="zh-CN"/>
        </w:rPr>
        <w:br/>
      </w:r>
      <w:r>
        <w:rPr>
          <w:lang w:eastAsia="zh-CN"/>
        </w:rPr>
        <w:t>　　二、做一位有爱心的班主任</w:t>
      </w:r>
      <w:r>
        <w:rPr>
          <w:lang w:eastAsia="zh-CN"/>
        </w:rPr>
        <w:br/>
      </w:r>
      <w:r>
        <w:rPr>
          <w:lang w:eastAsia="zh-CN"/>
        </w:rPr>
        <w:t>　　由于爱心四溢的老师眼里只有教育，为教育而歌，为教育而泣。他们有献身教育的炽热情怀，有实现自我价值的人生抱负，有不知困难迎难而上的坚强意志，有乐观进取的人生态度。同时是具有幸福感的老师，是产生快乐的老师，也会将这类快乐，这类幸福带给台下的孩子们。</w:t>
      </w:r>
      <w:r>
        <w:rPr>
          <w:lang w:eastAsia="zh-CN"/>
        </w:rPr>
        <w:br/>
      </w:r>
      <w:r>
        <w:rPr>
          <w:lang w:eastAsia="zh-CN"/>
        </w:rPr>
        <w:t>　　三、做一位有艺术的班主任</w:t>
      </w:r>
      <w:r>
        <w:rPr>
          <w:lang w:eastAsia="zh-CN"/>
        </w:rPr>
        <w:br/>
      </w:r>
      <w:r>
        <w:rPr>
          <w:lang w:eastAsia="zh-CN"/>
        </w:rPr>
        <w:t>　　什么是艺术?就是要把抛物线画得圆滑得连苍蝇站在上面都要驻拐杖!班主任与学生斗智斗勇，必须重视创设班级的读书文化，竞争文化，小组文化，榜样文化，激励文化。教师无法选择学生，但是我们可以选择教育方式。今天的班主任把平凡的事务转化为精彩，把烦恼的事情转化为快乐需要艺术的教育方式。</w:t>
      </w:r>
      <w:r>
        <w:rPr>
          <w:lang w:eastAsia="zh-CN"/>
        </w:rPr>
        <w:br/>
      </w:r>
      <w:r>
        <w:rPr>
          <w:lang w:eastAsia="zh-CN"/>
        </w:rPr>
        <w:t>　　四、做一位创新的班主任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我们在教育教学工作中，要做个有心人，用创新方式去处理学生迟到问题，卫生问题，早恋问题，吸烟等等问题，聂细刚校长列举了解决学生一些常规问题的创新做法。</w:t>
      </w:r>
      <w:r>
        <w:rPr>
          <w:lang w:eastAsia="zh-CN"/>
        </w:rPr>
        <w:br/>
      </w:r>
      <w:r>
        <w:rPr>
          <w:lang w:eastAsia="zh-CN"/>
        </w:rPr>
        <w:t>　　让我感觉到，创新让班主任和班级充满了魅力，创新让班主任工作充满了情趣，创新让班主任发挥了才智，创新成就了班主任的教育个性，如果我们能在工作中不断创新，那么，无论是对班主任自身，还是对学生、对班级的发展，都是大有意义的。</w:t>
      </w:r>
      <w:r>
        <w:rPr>
          <w:lang w:eastAsia="zh-CN"/>
        </w:rPr>
        <w:br/>
      </w:r>
      <w:r>
        <w:rPr>
          <w:lang w:eastAsia="zh-CN"/>
        </w:rPr>
        <w:t>　　一位教授说过：教育是事业，意义在于奉献; 教育是科学，科学的价值在于求真;教育是艺术，艺术的生命在于创新。所以，今天的我们，做幸福的班主任，是目标;幸福地做班主任，是践行;做班主任的幸福，是成功。</w:t>
      </w:r>
      <w:r>
        <w:rPr>
          <w:lang w:eastAsia="zh-CN"/>
        </w:rPr>
        <w:br/>
      </w:r>
      <w:r>
        <w:rPr>
          <w:lang w:eastAsia="zh-CN"/>
        </w:rPr>
        <w:t xml:space="preserve">    班主任的培训心得体会最新2024参考范文 篇5 </w:t>
      </w:r>
      <w:r>
        <w:rPr>
          <w:lang w:eastAsia="zh-CN"/>
        </w:rPr>
        <w:br/>
      </w:r>
      <w:r>
        <w:rPr>
          <w:lang w:eastAsia="zh-CN"/>
        </w:rPr>
        <w:t>　　作为一个上岗一年的班主任，我在班级建设和管理方面还处于初步探索和学习阶段，因而此次的班主任培训给我提供了一个良好的学习契机，几位教育专家提出的观点及例举的实例给了我很大的指引和启发，尤其加深了我对师爱的理解。现在简要谈谈我的几点心得体会。</w:t>
      </w:r>
      <w:r>
        <w:rPr>
          <w:lang w:eastAsia="zh-CN"/>
        </w:rPr>
        <w:br/>
      </w:r>
      <w:r>
        <w:rPr>
          <w:lang w:eastAsia="zh-CN"/>
        </w:rPr>
        <w:t>　　第一，师爱是一种人文关怀。</w:t>
      </w:r>
      <w:r>
        <w:rPr>
          <w:lang w:eastAsia="zh-CN"/>
        </w:rPr>
        <w:br/>
      </w:r>
      <w:r>
        <w:rPr>
          <w:lang w:eastAsia="zh-CN"/>
        </w:rPr>
        <w:t>　　凡教育工作者都知道，师爱是师德的灵魂，教师应该关爱每一个学生。但是正如__老师说的，师爱不应该只是挂在嘴上，而要落实到具体行动中去。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不仅如此，__老师还用苏霍姆林斯基你为什么要采这朵花为例，让我们认识到师爱也不是机械地告诉你什么该做，什么不该做，而是一种人文关怀，关怀学生的身心健康、个性爱好，乃至关怀学生的可持续发展。</w:t>
      </w:r>
      <w:r>
        <w:rPr>
          <w:lang w:eastAsia="zh-CN"/>
        </w:rPr>
        <w:br/>
      </w:r>
      <w:r>
        <w:rPr>
          <w:lang w:eastAsia="zh-CN"/>
        </w:rPr>
        <w:t>　　因此，我们在教育工作中，在完成教育任务的同时，一定要有人文关怀，把学生放在平等的地位，充分地尊重和信任学生。</w:t>
      </w:r>
      <w:r>
        <w:rPr>
          <w:lang w:eastAsia="zh-CN"/>
        </w:rPr>
        <w:br/>
      </w:r>
      <w:r>
        <w:rPr>
          <w:lang w:eastAsia="zh-CN"/>
        </w:rPr>
        <w:t>　　第二，师爱能给学生提供安全感，并促进其发展。</w:t>
      </w:r>
      <w:r>
        <w:rPr>
          <w:lang w:eastAsia="zh-CN"/>
        </w:rPr>
        <w:br/>
      </w:r>
      <w:r>
        <w:rPr>
          <w:lang w:eastAsia="zh-CN"/>
        </w:rPr>
        <w:t>　　__老师用哈洛的恒河猴实验说明：铁丝网母亲虽然给小猴子提供奶水，但是当危险产生时，小猴子还是从有爱抚感的绒布妈妈那获取了安全感，并且，也只有当绒布妈妈在身边时，小猴子才能自如地开展探索活动。</w:t>
      </w:r>
      <w:r>
        <w:rPr>
          <w:lang w:eastAsia="zh-CN"/>
        </w:rPr>
        <w:br/>
      </w:r>
      <w:r>
        <w:rPr>
          <w:lang w:eastAsia="zh-CN"/>
        </w:rPr>
        <w:t>　　我们的学生不正像实验中的小猴子吗?而我们就要做那个能给小猴子爱抚的绒布妈妈，在学生的学习生活中多倾听、多关怀，当学生遇到困境的时候给予他们力量、信心和依靠，而不是那个只会传递知识的铁丝网工具。</w:t>
      </w:r>
      <w:r>
        <w:rPr>
          <w:lang w:eastAsia="zh-CN"/>
        </w:rPr>
        <w:br/>
      </w:r>
      <w:r>
        <w:rPr>
          <w:lang w:eastAsia="zh-CN"/>
        </w:rPr>
        <w:t>　　第三，师爱需要宽容和激励。</w:t>
      </w:r>
      <w:r>
        <w:rPr>
          <w:lang w:eastAsia="zh-CN"/>
        </w:rPr>
        <w:br/>
      </w:r>
      <w:r>
        <w:rPr>
          <w:lang w:eastAsia="zh-CN"/>
        </w:rPr>
        <w:t>　　我们经常听到学生不喜欢某某老师，抱怨其太凶，而作为老师又会感到很无奈和痛心，自己对学生的良苦用心不被理解，也就是说，教师的爱是传达出去了，却没有被学生接收到。究其根本，其实是我们的教育方式出现了偏差。</w:t>
      </w:r>
      <w:r>
        <w:rPr>
          <w:lang w:eastAsia="zh-CN"/>
        </w:rPr>
        <w:br/>
      </w:r>
      <w:r>
        <w:rPr>
          <w:lang w:eastAsia="zh-CN"/>
        </w:rPr>
        <w:t>　　我们老师有时候对学生是过于苛刻了，揪住学生的小错误不放，甚至无限放大。比如，学生偶尔忘带了作业本，我们就大发雷霆，甚至归因于学生偷懒、不诚信诸如此类的。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其实仔细想想，我们的目的不就是想让学生按时上交作业吗?那我们为什么不给学生一次弥补错误的机会，让他在规定时间内将作业补好呢?正如徐洁老是说的，有时候其实小错误和缺点是可以被忽略的，比放大缺点更有意义的是选择宽容。</w:t>
      </w:r>
      <w:r>
        <w:rPr>
          <w:lang w:eastAsia="zh-CN"/>
        </w:rPr>
        <w:br/>
      </w:r>
      <w:r>
        <w:rPr>
          <w:lang w:eastAsia="zh-CN"/>
        </w:rPr>
        <w:t>　　当然，宽容不是对学生的过错视而不见、置若罔闻，而是以一种平和的心态原谅学生目前的落后，并用发展的眼光相信学生日后的优秀。</w:t>
      </w:r>
      <w:r>
        <w:rPr>
          <w:lang w:eastAsia="zh-CN"/>
        </w:rPr>
        <w:br/>
      </w:r>
      <w:r>
        <w:rPr>
          <w:lang w:eastAsia="zh-CN"/>
        </w:rPr>
        <w:t>　　__老师以开展学雷锋活动为例，揭示了我们众多班主任在举办班级活动时犯下的一个错误。比如，学雷锋活动的初衷是希望学生们能后通过了解雷锋事迹，学习做一个乐于助人的好少年，但是我们往往却不经意将学生事先假设成了坏人，让孩子觉得平时生活中的自己原来有那么多做得不好的地方，样样不如雷锋，感到惭愧和内疚。</w:t>
      </w:r>
      <w:r>
        <w:rPr>
          <w:lang w:eastAsia="zh-CN"/>
        </w:rPr>
        <w:br/>
      </w:r>
      <w:r>
        <w:rPr>
          <w:lang w:eastAsia="zh-CN"/>
        </w:rPr>
        <w:t>　　因而，活动最直接的效果不是增强了学生的自信，而是让学生感到更加自卑，这显然是教育方式的失当。那我们为何不选择从正面的角度来表达呢?我们应该先肯定学生目前的表现，再提出进一步的希望，这种激励的方式明显更容易被学生接受，产生的效果自然会更好。</w:t>
      </w:r>
      <w:r>
        <w:rPr>
          <w:lang w:eastAsia="zh-CN"/>
        </w:rPr>
        <w:br/>
      </w:r>
      <w:r>
        <w:rPr>
          <w:lang w:eastAsia="zh-CN"/>
        </w:rPr>
        <w:t>　　感谢这次班主任培训，让我对班主任的定位及其工作艺术有了更深的理解，在今后的教育工作中我会努力向那些优秀的教育工作者学习，更好的爱学生，更好的当好班主任。</w:t>
      </w:r>
      <w:r>
        <w:rPr>
          <w:lang w:eastAsia="zh-CN"/>
        </w:rPr>
        <w:br/>
      </w:r>
      <w:r>
        <w:rPr>
          <w:lang w:eastAsia="zh-CN"/>
        </w:rPr>
        <w:t xml:space="preserve">    班主任的培训心得体会最新2024参考范文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这个暑假，我参加了立山区教师进修学校班主任培训，通过这次培训让我学到了许多优秀的教育教学方法，通过这次培训，使我懂得，素质教育应时代需要所培养的人才应是高素质的，是有创造性的人才。我们在使素质不同的全体学生在各自原有基础上都得到尽可能大的提高和发展的同时，更要努力发掘学生的潜能，充分发展学生的个性特长、培养创造能力，培养他们成为班上各方面的顶梁柱和带头人，也为培养21世纪的专业人才奠定基础。</w:t>
      </w:r>
      <w:r>
        <w:rPr>
          <w:lang w:eastAsia="zh-CN"/>
        </w:rPr>
        <w:br/>
      </w:r>
      <w:r>
        <w:rPr>
          <w:lang w:eastAsia="zh-CN"/>
        </w:rPr>
        <w:t>　　新课程改革是一项系统、复杂的工程，需要各方面的关注和支持。在听课之前，我总是认为新课标实施起来有些困难，班主任工作也相应的有所难度，毕竟各地条件不一样，有些家长望子成龙的急功近利观念太强，他们倾向于应试教育，认为儿女只要考取大学就万事大吉。当我通过培训学习之后才知道任何改革在其初期都会产生阵痛，只要是对人民、对祖国有利的事我们就要义无反顾地坚持并将它做好。我们人民教师面对的不仅仅是学生，而且还有生我养我的祖国。如果不搞好课改又怎么会培育得出高质量的创造性人才呢?只有实施课程改革，才能培育学生创造力、才能够更好的适应新的实际教育。这样就要更加注重班主任工作，做好各个学科之间的沟通，让学生全面发展。新课程改革是一项系统、复杂的工程，需要各方面的关注和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一位名人说：对于幸福教育的教师来说，教育不是牺牲，而是享受;教育不是重复，而是创造;教育不是谋生的手段，而是生活的本身。教师的一生不一定要干成什么惊天动地的伟业，但它应当如百合，展开是一朵花，凝聚成一枚果;它应当如星，远望像一盏灯，近看是一团火;当生命的蜡烛在照亮&amp;学生的同时，也应照亮&amp;自己</w:t>
      </w:r>
      <w:r>
        <w:rPr>
          <w:lang w:eastAsia="zh-CN"/>
        </w:rPr>
        <w:t xml:space="preserve"> 于是，我开始尝试愉悦地回味日益失落与倦怠的青春，竟发现无数的星光在闪耀，平凡的生活中也有太多的精彩与骄傲。我的笑声和着孩子们灿烂的童年;我的爱描绘出孩子们灿烂的明天;我用青春和赤诚弹奏着百年树人的高歌;世界上，唯一能整天与无数笑脸相对的似乎只有像我一样的教师了。一切竟显得那样美好而充满了阳光色彩。以前，竟因心境不同而与幸福失之交臂!我们不能说，一旦拥有了积极的工作和人生态度，就一定能够成功;但是，成功的人士一般都有着积极乐观的工作态度。</w:t>
      </w:r>
      <w:r>
        <w:rPr>
          <w:lang w:eastAsia="zh-CN"/>
        </w:rPr>
        <w:br/>
      </w:r>
      <w:r>
        <w:rPr>
          <w:lang w:eastAsia="zh-CN"/>
        </w:rPr>
        <w:t>　　教育不会是百分之百的成功。在教育失败之时就难免会情绪低落，灰心丧气。每每这时，我会想起常用来教育孩子的话：摔倒了就自己爬起来吧!面对失败只有从头再来!只有挺起胸膛，努力开创，生活才会充满阳光。</w:t>
      </w:r>
      <w:r>
        <w:rPr>
          <w:lang w:eastAsia="zh-CN"/>
        </w:rPr>
        <w:br/>
      </w:r>
      <w:r>
        <w:rPr>
          <w:lang w:eastAsia="zh-CN"/>
        </w:rPr>
        <w:t>　　有人说，不当班主任不知道班主任的苦。我想说，不当班主任也不会体会到班主任的甜。让我们大家从现在起，做一个幸福快乐的班主任。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总之，通过参加此次培训，使我们班主任树立了德育为首的观念，掌握班主任工作中必需的知识、技能以及法律常识，也使我们履行班主任职责的能力得到提高，更是留给了我终身的思考和学习。让我们&amp;&amp;以美好的心，欣赏周围的事物;以负责的心，做好份内的事;以谦虚的心，检讨自己的错误;以愉悦的心，分享他人的快乐;以不变的心，坚持正确的理念;以宽阔的心，包容对不起你的人;以感恩的心，感谢所拥有的一切;以无私的心，传承成功的经验;以平常的心，接受已经发生的事实;以放下的心，面对最难以割舍的事。让我们通过努力，怀着对教育的理解和渴望，在追求行动承受自省中走向美好的境界。在今后的教学中，我要认真总结教育的得与失，并虚心向身边的优秀教师学习，取其精华，弃其糟粕。继续努力工作，不能满足于现状和已有的经验，与时俱进，不断进取，创设自己独特的教学风格，创造出与众不同的教育方法，为了我们神圣的教育事业，我将一如继往的努力做好班主任教师的本职工作!</w:t>
      </w:r>
      <w:r>
        <w:rPr>
          <w:lang w:eastAsia="zh-CN"/>
        </w:rPr>
        <w:br/>
      </w:r>
      <w:r>
        <w:rPr>
          <w:lang w:eastAsia="zh-CN"/>
        </w:rPr>
        <w:t xml:space="preserve">    班主任的培训心得体会最新2024参考范文 篇7 </w:t>
      </w:r>
      <w:r>
        <w:rPr>
          <w:lang w:eastAsia="zh-CN"/>
        </w:rPr>
        <w:br/>
      </w:r>
      <w:r>
        <w:rPr>
          <w:lang w:eastAsia="zh-CN"/>
        </w:rPr>
        <w:t>　　教师的成长，离不开学习，而班主任的成长，更离不开学习。前几天，本人有幸小学班主任培训，在培训期间，我认真听取了来自各地的专家、老师们关于班主任工作的讲座。讲座从法律，心理，德育等方面分别对班主任工作进行科学分析，告诉我们作为班主任该如何科学有效地开展工作。</w:t>
      </w:r>
      <w:r>
        <w:rPr>
          <w:lang w:eastAsia="zh-CN"/>
        </w:rPr>
        <w:br/>
      </w:r>
      <w:r>
        <w:rPr>
          <w:lang w:eastAsia="zh-CN"/>
        </w:rPr>
        <w:t>　　班主任的地位在学生心目中是至高无上的，班主任的话对学生是最具有号召力的。在众多任课教师中，学生对班主任老师是最崇拜的、最信赖的。要搞好班主任工作，就得多学习借鉴别人的经验，在实践中不断的完善工作方法，并且不断完善班级管理制度。通过这次培训，学习专家老师的先进经验，我深深感到活学活用班主任工作的经验，能使我们的工作更轻松有效。下面我谈谈参加这次培训的体会：</w:t>
      </w:r>
      <w:r>
        <w:rPr>
          <w:lang w:eastAsia="zh-CN"/>
        </w:rPr>
        <w:br/>
      </w:r>
      <w:r>
        <w:rPr>
          <w:lang w:eastAsia="zh-CN"/>
        </w:rPr>
        <w:t>　　一、要实现角色转变，做孩子健康成长的引路人。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二、要善于激励学生，培养学生的自信心。</w:t>
      </w:r>
      <w:r>
        <w:rPr>
          <w:lang w:eastAsia="zh-CN"/>
        </w:rPr>
        <w:br/>
      </w:r>
      <w:r>
        <w:rPr>
          <w:lang w:eastAsia="zh-CN"/>
        </w:rPr>
        <w:t>　　好学生都是夸出来的，一句你真棒!是一把开启学生自信的金钥匙。听了讲座后，让我更深刻地认识到赏识教育对于班主任工作的重要，数子一过，不如奖其一功。</w:t>
      </w:r>
      <w:r>
        <w:rPr>
          <w:lang w:eastAsia="zh-CN"/>
        </w:rPr>
        <w:br/>
      </w:r>
      <w:r>
        <w:rPr>
          <w:lang w:eastAsia="zh-CN"/>
        </w:rPr>
        <w:t>　　每个人的心灵深处最渴望得到别人的肯定。所以我们不经常责备和批评学生，要贯彻奖励为主，惩罚为辅的正面教育原则，如果一个班级受到表扬多，则这个班级学生思想品德、纪律、成绩就会越来越好，因为表扬使学生扬长避短，促使他们不断进步，相反如果一个班级经常受到批评，便会失去信心，就会使他们自暴自弃，很难进步。有句话说：你的教鞭下有瓦特;你的冷眼下有牛顿;你的讥笑中有爱迪生。因此，在教育学生中少批评、惩罚，多去发现学生的闪光点，给予肯定和鼓励。</w:t>
      </w:r>
      <w:r>
        <w:rPr>
          <w:lang w:eastAsia="zh-CN"/>
        </w:rPr>
        <w:br/>
      </w:r>
      <w:r>
        <w:rPr>
          <w:lang w:eastAsia="zh-CN"/>
        </w:rPr>
        <w:t>　　学生最关心的是教师对他的看法，最大的愿望是得到教师的关心和爱护，尤其是面对问题学生时，如果能尽量发现他们的优点，然后真诚地去赞赏他们、鼓励他们，那么你会发现，学生个个都是那么可爱、那么优秀。教育学生首先要学会生活上知足常乐，同学之间助人为乐，学习上自得其乐，身体健康快乐，从而树立学生正确的人生观。</w:t>
      </w:r>
      <w:r>
        <w:rPr>
          <w:lang w:eastAsia="zh-CN"/>
        </w:rPr>
        <w:br/>
      </w:r>
      <w:r>
        <w:rPr>
          <w:lang w:eastAsia="zh-CN"/>
        </w:rPr>
        <w:t>　　三、要做个懂法的班主任。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林雪卿教授为我们做了题为《学生伤害事故处理涉及的法律问题》的报告，从学生伤害事故的类型，学校责任事故原因分析，学校、教师在预防学生伤害事故发生中的法定责任三方面进行阐述，让我进一步了解了与学生伤害事故相关的法律法规，明确了管理的义务和责任，对做好学生伤害事故的预防和处理起到了很好的启示作用。</w:t>
      </w:r>
      <w:r>
        <w:rPr>
          <w:lang w:eastAsia="zh-CN"/>
        </w:rPr>
        <w:br/>
      </w:r>
      <w:r>
        <w:rPr>
          <w:lang w:eastAsia="zh-CN"/>
        </w:rPr>
        <w:t>　　林教授列举了许多我们身边的例子，告诉我们应该依法治教。她特别强调，一定不能体罚或变相体罚学生，听了报告，我的心都沉甸甸的，教育无小事，只要做好每一件小事，我们才能防范于未然。</w:t>
      </w:r>
      <w:r>
        <w:rPr>
          <w:lang w:eastAsia="zh-CN"/>
        </w:rPr>
        <w:br/>
      </w:r>
      <w:r>
        <w:rPr>
          <w:lang w:eastAsia="zh-CN"/>
        </w:rPr>
        <w:t>　　市教育局的郑建树老师、郑华强老师分别解读了《义务教育法》和《班主任的德育工作》，让我认识到肩上的担子，我们不仅应该关心学生的学业成绩更应该关注学生的生命化教育，督促学生养成十个良好习惯。</w:t>
      </w:r>
      <w:r>
        <w:rPr>
          <w:lang w:eastAsia="zh-CN"/>
        </w:rPr>
        <w:br/>
      </w:r>
      <w:r>
        <w:rPr>
          <w:lang w:eastAsia="zh-CN"/>
        </w:rPr>
        <w:t>　　四、要重视家校沟通，共同当好孩子人生的导师。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学校教育离不开家庭教育的配合和支持，良好的学校教育是建立在良好的家庭教育的基础上的，没有良好的家庭教育，再好的学校教育也难以获得预期效果。要教育好学生特别是问题学生，教师必须通过家访、电话、短信、网络等活动进行沟通探讨、客观反馈，一视同仁、热情帮助家长正确认识自己的孩子，了解孩子身心发育情况及存在问题，进一步明确家庭教育的重要作用，树立正确的育子观，自觉调节受家庭、婚姻、生活等方面困扰的心理，为孩子的成长营造良好的家庭氛围，帮助孩子走出心灵的困境。美国心理学家哈里森说：帮助儿童的最佳途径是帮助父母。要正确处理好与家长的关系。每一个家长的素质是不同的，他们的教育观念也不同，班主任必须用自己的爱心去感化学生和家长，做到动之以情、晓之以理、寓理于情、情理结合，才会产生动情效应，从而收到较好的德育效果。</w:t>
      </w:r>
      <w:r>
        <w:rPr>
          <w:lang w:eastAsia="zh-CN"/>
        </w:rPr>
        <w:br/>
      </w:r>
      <w:r>
        <w:rPr>
          <w:lang w:eastAsia="zh-CN"/>
        </w:rPr>
        <w:t>　　培训虽然是短暂的，但留给我更多的是思考。今后我将不断地完善自己的专业知识，以饱满的热情，积极投身到工作中去，真正把自己塑造成一个新型魅力的班主任。</w:t>
      </w:r>
      <w:r>
        <w:rPr>
          <w:lang w:eastAsia="zh-CN"/>
        </w:rPr>
        <w:br/>
      </w:r>
      <w:r>
        <w:rPr>
          <w:lang w:eastAsia="zh-CN"/>
        </w:rPr>
        <w:t xml:space="preserve">    班主任的培训心得体会最新2024参考范文 篇8 </w:t>
      </w:r>
      <w:r>
        <w:rPr>
          <w:lang w:eastAsia="zh-CN"/>
        </w:rPr>
        <w:br/>
      </w:r>
      <w:r>
        <w:rPr>
          <w:lang w:eastAsia="zh-CN"/>
        </w:rPr>
        <w:t>　　参加“国培”计划教师全员培训的学习。这次培训主要从六个专题进行，分别是：1、总论2、源于教材，高于教材3、数与代数4、空间与图形5、统计与概率6、实践与综合应用，另外还加上启动仪式、专家讲座和后续研修几个内容。短短半月中，我认真聆听了很多专家的精彩讲座，积极做好学习笔记，努力用新知识来提高自己。专家们精湛的教艺，先进的理念，独特的设计给我留下了深刻的印象，使我受益匪浅，有了质的飞跃。现简要总结如下：</w:t>
      </w:r>
      <w:r>
        <w:rPr>
          <w:lang w:eastAsia="zh-CN"/>
        </w:rPr>
        <w:br/>
      </w:r>
      <w:r>
        <w:rPr>
          <w:lang w:eastAsia="zh-CN"/>
        </w:rPr>
        <w:t>　　一、培训学习非常必要。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整个培训活动安排合理，内容丰富，专家们的解惑都是我们农村教师所关注和急需的领域，是我们发自内心想在这次培训中能得到提高的内容，可以说是“人心所向”。在培训过程当中，我们每一位参训的教师都流露出积极、乐观、向上的心态。我认为，保持这种心态对每个人的工作、生活都是至关重要的。作为一名新课改的实施者，我们应积极投身于新课改的发展之中，成为新课标实施的引领者，与全体教师共同致力于新课标的研究与探索中，共同寻求适应现代教学改革的心路，切实以新观念、新思路、新方法投入教学，适应现代教学改革需要，切实发挥新课标在新时期教学改革中的科学性、引领性，使学生在新课改中获得能力的提高。</w:t>
      </w:r>
      <w:r>
        <w:rPr>
          <w:lang w:eastAsia="zh-CN"/>
        </w:rPr>
        <w:br/>
      </w:r>
      <w:r>
        <w:rPr>
          <w:lang w:eastAsia="zh-CN"/>
        </w:rPr>
        <w:t>　　二、知识更新非常必要。</w:t>
      </w:r>
      <w:r>
        <w:rPr>
          <w:lang w:eastAsia="zh-CN"/>
        </w:rPr>
        <w:br/>
      </w:r>
      <w:r>
        <w:rPr>
          <w:lang w:eastAsia="zh-CN"/>
        </w:rPr>
        <w:t>　　“活到老，学到老，知识也有保质期”、“教师不光要有一桶水，更要有流动的水”作为教师，实践经验是财富，同时也可能是羁绊，骨干教师都有熟练驾驭课堂的能力，那是在应试教育的模式下形成的，在实施新课程中会不自觉地走上老路。新课程标准出台后，教材也做了很大的修改，教材体系打乱了，熟悉的内容不见了，造成许多的不适应，教师因此对课程改革产生了抵触情绪，这种抵触情绪我也有过，所幸没有持续很久。在这次培训中，我深刻体会到，教材是教学过程中的载体，但不是唯一的载体。在教学过程中教材是死的，但作为教师的人是活的。在新课程改革的今天，深刻的感受到了学生知识的广泛化，作为新时代的传道、授业、解惑者，名教师，应该不断地学习，不断地增加、更新自己的知识，才能将教材中有限的知识拓展到无限的生活当中去。“我是用教材教，还是教教材?”作为一名教师，应当经常问问自己。而这次专家给了我明确的回答。今后，我们教师必须用全新、科学、与时代相吻合教育思想、理念、方式、方法来更新自己的头脑，这次的培训无疑给我们一次头脑风暴。</w:t>
      </w:r>
      <w:r>
        <w:rPr>
          <w:lang w:eastAsia="zh-CN"/>
        </w:rPr>
        <w:br/>
      </w:r>
      <w:r>
        <w:rPr>
          <w:lang w:eastAsia="zh-CN"/>
        </w:rPr>
        <w:t>　　三、注重方法非常必要。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教师在实际教学中，只有多联系生活，多创设情境，多动手操作，注重教学方法和学习方法，课堂才有实效。</w:t>
      </w:r>
      <w:r>
        <w:rPr>
          <w:lang w:eastAsia="zh-CN"/>
        </w:rPr>
        <w:br/>
      </w:r>
      <w:r>
        <w:rPr>
          <w:lang w:eastAsia="zh-CN"/>
        </w:rPr>
        <w:t>　　新课程标准要求学生的学习内容是现实的，有意义的，富有挑战性的。讲座中专家也讲到，教师要重视创设贴近学生生活实际的教学情境，从情境中引入要学习的内容，激发学生探究的兴趣和欲望，使学生体会到数学知识就在我们身边，理解数学与生活的联系，有利于学生主动地进行观察，实践，猜测，验证，推理与交流等数学活动。同时还要注意激发学生学习的兴趣，体现学生学习的主动性，重视学生的动手操作，重视实践活动的应用。</w:t>
      </w:r>
      <w:r>
        <w:rPr>
          <w:lang w:eastAsia="zh-CN"/>
        </w:rPr>
        <w:br/>
      </w:r>
      <w:r>
        <w:rPr>
          <w:lang w:eastAsia="zh-CN"/>
        </w:rPr>
        <w:t>　　培训活动虽然是短暂的，但无论是从思想上，还是专业上，对我而言，都是一个很大的提高。在今后的工作中，我会努力学习，做好后续研修，在实践、学习中不断进步。</w:t>
      </w:r>
      <w:r>
        <w:rPr>
          <w:lang w:eastAsia="zh-CN"/>
        </w:rPr>
        <w:br/>
      </w:r>
      <w:r>
        <w:rPr>
          <w:lang w:eastAsia="zh-CN"/>
        </w:rPr>
        <w:t xml:space="preserve">    班主任的培训心得体会最新2024参考范文 篇9 </w:t>
      </w:r>
      <w:r>
        <w:rPr>
          <w:lang w:eastAsia="zh-CN"/>
        </w:rPr>
        <w:br/>
      </w:r>
      <w:r>
        <w:rPr>
          <w:lang w:eastAsia="zh-CN"/>
        </w:rPr>
        <w:t>　　回顾过去一学年的班主任工作，在我跟学生取得共同成长的过程中，心中充满感激。我要感谢我的学生，是你们让我感受到在工作中不断成长的快乐和对自己逐步建立的自信，是你们让我找到作为教师进行专业发展的支撑点&amp;&amp;基于实践的学习与反思，是你们给予了我很多关于教育、关于人生、关于学习、关于生活的思考的火花;我要感谢学校和学院主管学生工作的领导和同事们，是你们兢兢业业的认真负责的态度给了我榜样的力量，是你们每一次班主任会议语重心长的嘱托，让我深深感受到班主任工作的重要与伟大。是工作，是实践，给我提供了进行教育教学研究的生命土壤。我衷心地感谢这一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一、班级学生情况</w:t>
      </w:r>
      <w:r>
        <w:rPr>
          <w:lang w:eastAsia="zh-CN"/>
        </w:rPr>
        <w:br/>
      </w:r>
      <w:r>
        <w:rPr>
          <w:lang w:eastAsia="zh-CN"/>
        </w:rPr>
        <w:t>　　我们信息科学学院20__年招收本科生新生近200名，这些学生在第一学年不分专业，到第二学年再根据自己的兴趣以及第一学年的学习进展情况来进行专业的选择。因此，200名学生在第一学年被平均划分为6个小班级，我作为班主任主要负责编号为1、2的两个班级的学生工作。这两个班级中原先共有68名学生，其中有2位朝鲜国家留学生，还有3位是从20__级转学过来。后来有1位同学转学到数学系，还有1位同学因甲肝休学，所以最后在校班级人数共有66位学生。</w:t>
      </w:r>
      <w:r>
        <w:rPr>
          <w:lang w:eastAsia="zh-CN"/>
        </w:rPr>
        <w:br/>
      </w:r>
      <w:r>
        <w:rPr>
          <w:lang w:eastAsia="zh-CN"/>
        </w:rPr>
        <w:t>　　二、班主任常规工作</w:t>
      </w:r>
      <w:r>
        <w:rPr>
          <w:lang w:eastAsia="zh-CN"/>
        </w:rPr>
        <w:br/>
      </w:r>
      <w:r>
        <w:rPr>
          <w:lang w:eastAsia="zh-CN"/>
        </w:rPr>
        <w:t>　　班主任常规性的工作是跟学校学生管理结合在一起的，或者说是学校学生管理工作的具体实施，另一方面作为大一学生工作来说，有别于大二、大三的学生工作，大一学生有一个学习和生活的适应过渡问题，因此班主任要紧密配合学校学生工作的部署，对学生的学习态度予以引导、对生活自理独立能力予以引导、对寝室集体生活行为予以引导、对人身财产安全的防护予以引导、对生活或学习有困难的同学予以帮助、落实常规的学生学籍评选管理执行工作、落实国家贫困生资助工作等等。这些工作的落实，充盈着班主任工作全部，体现在开班会、宿舍走访、跟同学的聊天的这些日常工作行为当中。</w:t>
      </w:r>
      <w:r>
        <w:rPr>
          <w:lang w:eastAsia="zh-CN"/>
        </w:rPr>
        <w:br/>
      </w:r>
      <w:r>
        <w:rPr>
          <w:lang w:eastAsia="zh-CN"/>
        </w:rPr>
        <w:t>　　三、我的班主任工作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我对班主任工作的认识，是在工作的过程中逐步形成的。刚刚开始的时候作为新手教师，我对自己能否胜任班主任，</w:t>
      </w:r>
      <w:r>
        <w:rPr>
          <w:lang w:eastAsia="zh-CN"/>
        </w:rPr>
        <w:t xml:space="preserve"> 任工作的那种心情是十分的忐忑不安，不知道作为班主任究竟要承担哪些责任和义务，十分的担心学生出意外事故。于是在我被通知担任班主任工作、学生还没有正式报到之前，我就开始从学习做起，从网上查资料、向周围同事询问、阅读班主任工作手册之类的书籍等等，但实际上纸上得来终觉浅，绝知此事要躬行，因此，在后来的实际工作中，我就开始注意观察、记录和思考与总结，提炼适合自己、适合大一学生、适合本班学生的班主任。班主任工作看似琐碎，但实际上是一个整体，是一个系统，这个系统中存在着一些牵一发而动全身的相互关联的核心要素，只有抓住这些核心要素的处理，才能让我们班主任工作做得更有实效、更专业、更出色。那么对我来说，我的大一班主任的工作指南可以概括为以学习型组织为管理思想，以质的研究方法为研究指南，以信息环境建设为辅助手段，以人文关怀为落脚点形成大一班主任工作系统，而其灵魂是狠抓学习风气，重塑学习化生存的学习习惯，其执行策略是防微杜渐，铸造良好的生活习惯。</w:t>
      </w:r>
      <w:r>
        <w:rPr>
          <w:lang w:eastAsia="zh-CN"/>
        </w:rPr>
        <w:br/>
      </w:r>
      <w:r>
        <w:rPr>
          <w:lang w:eastAsia="zh-CN"/>
        </w:rPr>
        <w:t>　　1.大一班主任工作的灵魂&amp;&amp;</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狠抓学习风气，重塑学习化生存的学习习惯狠抓学习风气，做好大学班主任工作计划，重塑学习化生存的学习习惯，这也是二十一世纪赋予大学的新使命，特别是在我们国家，由于长期的应试教育的结果，学生步入大学之后，在学习观念、学习方法以及学习态度上要进行极大的转变。可以说，能否很好地转变学习习惯和观念，从短期来说关系到学生大学四年的成长，从长期来说关系到学生一生的成长;从小的方面来说关系学生个人的发展，从大的方面来说关系到我们整个社会的发展。而能否在大一就开始培养学生学会学习、学会做事、学会共同生活、学会生存、学会改变的人才培养目标的学习成长习惯事关重大。落实二十一世纪人才培养目标，培养适应二十一世纪生存能力的学习习惯，就是我说的狠抓学习风气，重塑学习化生存的学习习惯。狠抓学习风气，重塑学习化生存的学习习惯，可以作为大一班主任工作的灵魂贯穿到班主任工作的每一项具体的事务中，包括班委会的建立、每一次班会内容的组织、每一次跟同学的聊天等等。帮助学生形成独立自主探究协作学习的能力，快速成为终身学习者，促进人才自身学习能力的可持续发展，这也是执行和落实在人才培养上科学发展观的指导和应用作用。</w:t>
      </w:r>
      <w:r>
        <w:rPr>
          <w:lang w:eastAsia="zh-CN"/>
        </w:rPr>
        <w:br/>
      </w:r>
      <w:r>
        <w:rPr>
          <w:lang w:eastAsia="zh-CN"/>
        </w:rPr>
        <w:t>　　2.大一班主任工作的策略&amp;&amp;</w:t>
      </w:r>
      <w:r>
        <w:rPr>
          <w:lang w:eastAsia="zh-CN"/>
        </w:rPr>
        <w:br/>
      </w:r>
      <w:r>
        <w:rPr>
          <w:lang w:eastAsia="zh-CN"/>
        </w:rPr>
        <w:t>　　防微杜渐，铸造良好生活习惯，提升综合素养防微杜渐，铸造良好的生活习惯，是班主任工作中一个关键策略。但是这一策略的具体实施是建立在跟学生的沟通、了解和观察的基础上。学生工作中会涉及到非常具体的一些事情，比较典型的有打游戏问题、谈恋爱问题、借钱提前消费问题、寝室同学难以相处问题等等。这一些方方面面的跟学习相关的生活问题实际上也是我们大学生一个综合素养的具体体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如何对学生进行良好生活习惯的引导?在新生入学时，董琦校长从师大人才培养计划谈到对新生提出十点期望、要求和建议(以下是从我当时的会议笔记中摘出)：(1)志存高远;(随时学习、随时记录，建立社会责任感，敢为人先)(2)科技精神和人文关怀;(创新、探索、务实、独立、批判、法制)协作能力;(理解差异、尊重差异、沟通、领导)思维能力;(对问题有深刻见解、多角度看问题)(5)科学方法;(事半功倍，用数据说话)(6)信息能力;(效率)(7)外语能力;(要自主、创造性地进行外语学习)(8)表达能力;(书面表达、思维表达、口头表达)(9)关注社会、关注国际科技发展(10)体育锻炼，健康体魄;(让锻炼成为生活的一部分)董校长对大学生提出这十点希望、建议和要求，让我很感动，很受益，成为我后来班主任工作中落实对学生铸造良好生活习惯、提升综合素养的方向指南。防微杜渐策略的应用主要就是针对日常生活中学生这些能力和习惯的养成而采用的，是在对学生情况审势度势总体了解和把握的基础上，以班会、讲故事读书、聊天等多种形式对学生进行引导，甚至通过笑话都可以。</w:t>
      </w:r>
      <w:r>
        <w:rPr>
          <w:lang w:eastAsia="zh-CN"/>
        </w:rPr>
        <w:br/>
      </w:r>
      <w:r>
        <w:rPr>
          <w:lang w:eastAsia="zh-CN"/>
        </w:rPr>
        <w:t>　　大卫.休谟有句名言习惯是人类生活的伟大向导，因此，无论是学习还是生活，帮助和引导学生形成良好的习惯，是教育工作者、是班主任的工作关键，也是工作、人才成功的保障。</w:t>
      </w:r>
      <w:r>
        <w:rPr>
          <w:lang w:eastAsia="zh-CN"/>
        </w:rPr>
        <w:br/>
      </w:r>
      <w:r>
        <w:rPr>
          <w:lang w:eastAsia="zh-CN"/>
        </w:rPr>
        <w:t>　　最后我的一点工作心得和建议，要把对学生的管理工作包括班主任工作的地位提升到比学习具体知识还有重要的地位来管理，做好班主任工作计划，提升管理品质。</w:t>
      </w:r>
      <w:r>
        <w:rPr>
          <w:lang w:eastAsia="zh-CN"/>
        </w:rPr>
        <w:br/>
      </w:r>
      <w:r>
        <w:rPr>
          <w:lang w:eastAsia="zh-CN"/>
        </w:rPr>
        <w:t xml:space="preserve">    班主任的培训心得体会最新2024参考范文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时间过得真快，在平淡与忙碌中，一个学期的教学工作已经结束了。这是我与三一班孩子相处的第一个学期，感觉孩子们的成长真的是不经意间的。不知不觉中，他们的个头长高了很多;不经意间，他们懂事了很多;不经意间，他们变得越来越优秀了……他们就这样一点一滴地成长了起来。现将本学期的班级工作总结如下：</w:t>
      </w:r>
      <w:r>
        <w:rPr>
          <w:lang w:eastAsia="zh-CN"/>
        </w:rPr>
        <w:br/>
      </w:r>
      <w:r>
        <w:rPr>
          <w:lang w:eastAsia="zh-CN"/>
        </w:rPr>
        <w:t>　　一、注重学生的思想品德教育。</w:t>
      </w:r>
      <w:r>
        <w:rPr>
          <w:lang w:eastAsia="zh-CN"/>
        </w:rPr>
        <w:br/>
      </w:r>
      <w:r>
        <w:rPr>
          <w:lang w:eastAsia="zh-CN"/>
        </w:rPr>
        <w:t>　　本学期我担任的是三一班的班主任，德育教育是班主任工作的主要任务，也是班级工作的重点。学生学习文化知识很重要，但我觉得比文化知识更重要的是做人，如何让学生成为一个人格健全的人?我觉得首先老师要做好学生的榜样，要求学生做到的，老师首先要做到。比如我常常告诉学生：每个人的能力有大小，但你的态度一定要认真，你的作业总是潦潦草草应付老师，不是因为你写不好，而是因为你不愿意写好，是你的态度不够端正。教学中我也是这样要求自己，要想上好一节课就要备好课，为了让我的课生动有趣，学生学得开心，又能学到知识，我经常晚上备课备到10点多。要求学生不要随手乱丢垃圾，要爱护我们的校园，我首先给学生做好榜样，看到教室、走廊、校园有垃圾时，我会弯下腰把垃圾捡起来。我们经常教育学生要诚实，知错就改，那同样作为老师，我更应该这样做，当我在班级管理或教学中出现出错时我同样会向学生道歉。言传不如身教，教师做好了榜样学生才可能跟着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我的课堂上，我也会潜移默化地告诉学生如何做人，比如在学习《给予树》这一课的时候，如何让学生明白善良、同情、体贴、仁爱的意思呢?我就给学生设置很多的情境，比如看到别人有困难时我们该如何帮忙?面对辛苦上班了一天的父母后我们该怎么做?只有做到了心中有他人，你才可能成为一个具有善良、同情、体贴、仁爱品质的人。没过多久，就是圣诞节了，我在微信朋友圈里看到班上一位家长发的孩子为她做的卡片，这位妈妈非常感动，因为孩子在贺卡上写着：妈妈，让我们一起做一个善良、同情、体贴、仁爱的人。看到这位家长发的图片，看到孩子精心制作的卡片，看到孩子发自内心地想做一个这样的人的时候，我觉得我这一课的教学目标达成了。与其说那么多的空话套话，不如做孩子们的榜样!</w:t>
      </w:r>
      <w:r>
        <w:rPr>
          <w:lang w:eastAsia="zh-CN"/>
        </w:rPr>
        <w:br/>
      </w:r>
      <w:r>
        <w:rPr>
          <w:lang w:eastAsia="zh-CN"/>
        </w:rPr>
        <w:t>　　二、注重学生的安全教育。</w:t>
      </w:r>
      <w:r>
        <w:rPr>
          <w:lang w:eastAsia="zh-CN"/>
        </w:rPr>
        <w:br/>
      </w:r>
      <w:r>
        <w:rPr>
          <w:lang w:eastAsia="zh-CN"/>
        </w:rPr>
        <w:t>　　安全工作是班级管理工作中的重中之重，确保每个学生的安全是我们每个班主任义不容辞的责任。为了提高学生的安全意识，让学生时刻把安全记心间，我会每天早上利用早读的最后三分钟对学生进行当天的安全教育，其中包括课间如何游戏、如何上厕所、如何接热水、如何上体育课、路队如何站……每节课后，我还会到班上看看，确保每个孩子没有做危险的事情。另外也会发挥班干部的作用，让班干部及时提醒同学们哪些事情能做、哪些事情不能做，对于不听劝解的同学要及时告诉老师，避免危险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学校也会经常组织一些安全演练，比如地震、消防、突发事件的演练，每次演练之前我会把演练注意的事项多次给学生强调，让学生看一些安全视频，让学生从思想想重视，让他们明白安全不是儿戏，要掌握一些自救和逃生的方法、技巧。每次演练结束后，我会提出大家在演练过程中存在的一些问题以及今后该如何做。安全需要我们时时处处事事讲，只有教师把安全工作放心头，才能确保学生安全度过每个学期。</w:t>
      </w:r>
      <w:r>
        <w:rPr>
          <w:lang w:eastAsia="zh-CN"/>
        </w:rPr>
        <w:br/>
      </w:r>
      <w:r>
        <w:rPr>
          <w:lang w:eastAsia="zh-CN"/>
        </w:rPr>
        <w:t>　　三、让学生树立终身学习的理念。</w:t>
      </w:r>
      <w:r>
        <w:rPr>
          <w:lang w:eastAsia="zh-CN"/>
        </w:rPr>
        <w:br/>
      </w:r>
      <w:r>
        <w:rPr>
          <w:lang w:eastAsia="zh-CN"/>
        </w:rPr>
        <w:t>　　学校经常会给我们发放一些学习材料进行学习，只有不断学习我们才能跟上时代的潮流，不被社会所淘汰。我经常对学生说：“学无止境，活到老学到老，我们学习的东西太多了，考100分绝不是我们的目的，考个好学校、找个好工作这都不应该成为我们学习的目的，我们学习的目的是为了更清楚地认识自己、认识这个世界;接纳自己，接纳这个世界。”</w:t>
      </w:r>
      <w:r>
        <w:rPr>
          <w:lang w:eastAsia="zh-CN"/>
        </w:rPr>
        <w:br/>
      </w:r>
      <w:r>
        <w:rPr>
          <w:lang w:eastAsia="zh-CN"/>
        </w:rPr>
        <w:t>　　我也常常利用阅读课和学生一起读书，我告诉他们：老师虽然工作了，但还是需要不断学习的，老师也要读书，也要做笔记，也要不断反思自己。阅读课上，我把我每天写的工作日志读给同学们听，我教他们怎样记录自己的生活，我想向他们传达一个理念：不管什么时候，我们都不要随波逐流，浑浑噩噩地过日子，人活着就要有追求、有目标。读书、写作是永远都不会过时的事情。</w:t>
      </w:r>
      <w:r>
        <w:rPr>
          <w:lang w:eastAsia="zh-CN"/>
        </w:rPr>
        <w:br/>
      </w:r>
      <w:r>
        <w:rPr>
          <w:lang w:eastAsia="zh-CN"/>
        </w:rPr>
        <w:t>　　一个学期结束了，我发现我这种潜移默化的影响确实在起作用，我们班的孩子越来越爱读书了，部分孩子还爱上了记录生活、反思自己，很多孩子都知道了自己的梦想是什么、为什么而学习。如果每个孩子都能从心里自发地去做他们该做的事情，我觉得这就是我们教育的成功。</w:t>
      </w:r>
      <w:r>
        <w:rPr>
          <w:lang w:eastAsia="zh-CN"/>
        </w:rPr>
        <w:br/>
      </w:r>
      <w:r>
        <w:rPr>
          <w:lang w:eastAsia="zh-CN"/>
        </w:rPr>
        <w:t>　　四、开展好社团工作。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本学期我们三一班是折纸社团，由于一些原因我们本学期的社团开始得比较晚，但每一节课我们都是认真对待的。为了让同学们觉得折纸很有趣，我每节制作课件让他们感受折纸的神奇。其实我也不擅长折纸，但在每节课前，我会在网上搜集学生感兴趣的折纸，一遍一遍地学习。每节课前，同样的东西我会折十几遍，达到熟练的程度。</w:t>
      </w:r>
      <w:r>
        <w:rPr>
          <w:lang w:eastAsia="zh-CN"/>
        </w:rPr>
        <w:br/>
      </w:r>
      <w:r>
        <w:rPr>
          <w:lang w:eastAsia="zh-CN"/>
        </w:rPr>
        <w:t>　　本学期虽然只进行了几次社团活动，但同学们参与的积极性特别高，从社团活动中他们也学会了很多的东西，比如细心、静心，把自己折的东西送给朋友、家人以表达自己的爱。</w:t>
      </w:r>
      <w:r>
        <w:rPr>
          <w:lang w:eastAsia="zh-CN"/>
        </w:rPr>
        <w:br/>
      </w:r>
      <w:r>
        <w:rPr>
          <w:lang w:eastAsia="zh-CN"/>
        </w:rPr>
        <w:t>　　五、今后努力的方向。</w:t>
      </w:r>
      <w:r>
        <w:rPr>
          <w:lang w:eastAsia="zh-CN"/>
        </w:rPr>
        <w:br/>
      </w:r>
      <w:r>
        <w:rPr>
          <w:lang w:eastAsia="zh-CN"/>
        </w:rPr>
        <w:t>　　(一)面对学生时再多一些爱心、耐心、细心。平时的工作比较繁琐，有时候会对学生发脾气、不顾学生的感受，在面对潜能生的时候还不够耐心，主要以批评为主了。今后还要多修心，学会克制自己，不把负面情绪带到工作中去。</w:t>
      </w:r>
      <w:r>
        <w:rPr>
          <w:lang w:eastAsia="zh-CN"/>
        </w:rPr>
        <w:br/>
      </w:r>
      <w:r>
        <w:rPr>
          <w:lang w:eastAsia="zh-CN"/>
        </w:rPr>
        <w:t>　　(二)不断学习，努力提高自己的专业素养，不管做什么事情都要讲究方法。勤练基本功，比如粉笔字、钢笔字、毛笔字。坚持每天读书、写工作日志，经常进行自我反思。</w:t>
      </w:r>
      <w:r>
        <w:rPr>
          <w:lang w:eastAsia="zh-CN"/>
        </w:rPr>
        <w:br/>
      </w:r>
      <w:r>
        <w:rPr>
          <w:lang w:eastAsia="zh-CN"/>
        </w:rPr>
        <w:t>　　(三)态度方面要更积极、向上一些，什么事情都要学会换位思考，理解、体谅别人。还要做一个有长远规划的人。</w:t>
      </w:r>
      <w:r>
        <w:rPr>
          <w:lang w:eastAsia="zh-CN"/>
        </w:rPr>
        <w:br/>
      </w:r>
      <w:r>
        <w:rPr>
          <w:lang w:eastAsia="zh-CN"/>
        </w:rPr>
        <w:t>　　在今后的工作中，我会更加努力学习，提高自身素质，严格要求自己，努力成为一名合格的人民教师!</w:t>
      </w:r>
      <w:r>
        <w:rPr>
          <w:lang w:eastAsia="zh-CN"/>
        </w:rPr>
        <w:br/>
      </w:r>
      <w:r>
        <w:rPr>
          <w:lang w:eastAsia="zh-CN"/>
        </w:rPr>
        <w:t xml:space="preserve">    班主任的培训心得体会最新2024参考范文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今年五月份，我参加了20__年福建省小学骨干班主任第一期培训。每一位授课专家、学者们的人格魅力、渊博的知识令我高山仰止。通过这次学习，我收获颇多，感受到省教育厅对加强小学班主任队伍建设的重视，进一步认识到了小学班主任工作的重要性、复杂性。</w:t>
      </w:r>
      <w:r>
        <w:rPr>
          <w:lang w:eastAsia="zh-CN"/>
        </w:rPr>
        <w:br/>
      </w:r>
      <w:r>
        <w:rPr>
          <w:lang w:eastAsia="zh-CN"/>
        </w:rPr>
        <w:t>　　下面谈谈我的几点心得体会。</w:t>
      </w:r>
      <w:r>
        <w:rPr>
          <w:lang w:eastAsia="zh-CN"/>
        </w:rPr>
        <w:br/>
      </w:r>
      <w:r>
        <w:rPr>
          <w:lang w:eastAsia="zh-CN"/>
        </w:rPr>
        <w:t>　　一、师爱——打开心扉的钥匙</w:t>
      </w:r>
      <w:r>
        <w:rPr>
          <w:lang w:eastAsia="zh-CN"/>
        </w:rPr>
        <w:br/>
      </w:r>
      <w:r>
        <w:rPr>
          <w:lang w:eastAsia="zh-CN"/>
        </w:rPr>
        <w:t>　　我们当班主任的老师经常是两眼一睁，忙到熄灯，但期望值与收获相去甚远。做老师的都愿意而且期盼和自己的学生打成一片，建立一种正常的、友好的甚至是亲密融洽的师生关系。学生呢，却始终有意无意地对自己的老师关起情感的大门，学生个性开朗些的，也是犹抱琵琶半遮面。这种现象在学校里非常普遍。究其原因，一是现在的学生信息量大，思维活跃，思想开放，求新求变意识较强;道德取向多样化，评人评事敢想、敢说;主体意识强，逆反性强，不愿立即接受外界劝告和他人的批评。二是教师没把师爱表达得清清楚楚，未取得学生的信任，师生的情感没有共鸣。显而易见，老师如不能真正了解并走进学生的内心世界，就会增加施教的难度，素质教育也在无形中被架空了。面对新生代的孩子，我们有时会觉得老办法不好用，新办法不会用，硬办法不能用，软办法不管用。</w:t>
      </w:r>
      <w:r>
        <w:rPr>
          <w:lang w:eastAsia="zh-CN"/>
        </w:rPr>
        <w:br/>
      </w:r>
      <w:r>
        <w:rPr>
          <w:lang w:eastAsia="zh-CN"/>
        </w:rPr>
        <w:t>　　这里有个小故事，也许能给我们带来一些启发：有一扇门是锁着的，砖头、木棍使尽浑身解数怎么也打不开，这时钥匙来了，它轻而易举地打开了门，砖头木棍很羡慕钥匙，钥匙轻轻地说：“因为我最了解他的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班主任工作其实也是一种艺术——爱的艺术!是的，没有一个字能像“爱”那样，如此丰盈地占据我们教育者心灵的空间。是爱，开启了孩子心灵的大门;是爱，唤醒了孩子沉睡的灵魂。只有当班主任给学生以真挚的爱，给学生以亲近感、信任感、期望感，学生才会对老师产生依恋仰慕的心理，才能向教师敝开内心世界，我们才能“对症下药”，收到应有的效果。</w:t>
      </w:r>
      <w:r>
        <w:rPr>
          <w:lang w:eastAsia="zh-CN"/>
        </w:rPr>
        <w:br/>
      </w:r>
      <w:r>
        <w:rPr>
          <w:lang w:eastAsia="zh-CN"/>
        </w:rPr>
        <w:t>　　当我们蹲下身子，和学生对话，蹲下的不仅仅是高度，更多的是角度。如果我们拥有一颗童心，喜欢孩子的喜欢，兴趣孩子的兴趣，讨厌孩子的讨厌，和学生零距离沟通，学生自然而然地亲其师，信其道。这有点像孙子兵法的“美人计和苦肉计”，也可说是收买人心计，投其所好，以其好为饵，诱其学习，促其反省，修正自已的人生坐标。</w:t>
      </w:r>
      <w:r>
        <w:rPr>
          <w:lang w:eastAsia="zh-CN"/>
        </w:rPr>
        <w:br/>
      </w:r>
      <w:r>
        <w:rPr>
          <w:lang w:eastAsia="zh-CN"/>
        </w:rPr>
        <w:t>　　当然，光有爱，成长的力度是不够的，还要花心思让他成长，等待他，相信他在慢慢地成长，借用邵武实验小学的校长赵志华老师的话，班主任要四像：像家长一样，真心关心学生的生活和学习;像春风一样，去温暖学生的心;像路灯一样，为学生指明前进的方向;像舵手一样，及时指出学生的错误和不足，及时纠正学生前进的方向。因此，班主任必须用自己的爱心去感化学生，做到动之以情、晓之以理、寓理于情、情理结合，才会产生动情效应，从而收到较好的德育效果。</w:t>
      </w:r>
      <w:r>
        <w:rPr>
          <w:lang w:eastAsia="zh-CN"/>
        </w:rPr>
        <w:br/>
      </w:r>
      <w:r>
        <w:rPr>
          <w:lang w:eastAsia="zh-CN"/>
        </w:rPr>
        <w:t>　　二、沟通——和谐班级的溶剂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班主任是班级的组织者和管理者，是联系科任教师的纽带，是沟通学校、家庭和社会的桥梁，在教育教学工作中，班主任的作用是重大的。班主任工作是一种具有紧迫性、艰巨性及长期性的教育教学活动。我们知道学校教育、家庭教育、社会教育直接影响着教育成果。对于学校德育工作的实效性，现在有一种流行说法：5+2=0(5天的学校教育+2天的家庭教育等于0)面对这种不良的现象，抱怨是没有意义的。这是社会因素给班主任工作带来新的挑战。美国心理学家哈里森说：“帮助儿童的最佳途径是帮助父母”。我们要正确处理好与家长的关系。因为学校教育离不开家庭教育的配合和支持，良好的学校教育是建立在良好的家庭教育的基础上的，没有良好的家庭教育，再好的学校教育也难以获得预期效果。要教育好学生特别是问题学生，教师必须通过家访、电话、短信、网络等活动进行沟通探讨、客观反馈，一视同仁、热情帮助家长正确认识自己的孩子，了解孩子身心发育情况及存在问题，进一步明确家庭教育的重要作用，树立正确的育子观，自觉调节受家庭、婚姻、生活等方面困扰的心理，为孩子的成长营造良好的家庭氛围，帮助孩子走出心灵的困境。让我们在一个有限的空间内，打造一个以多种健康、积极、人文的力量交汇成的无限的“班集体”，吸引孩子们在这个“班集体”中自由呼吸、自然感受、自主探究、自我成长。</w:t>
      </w:r>
      <w:r>
        <w:rPr>
          <w:lang w:eastAsia="zh-CN"/>
        </w:rPr>
        <w:br/>
      </w:r>
      <w:r>
        <w:rPr>
          <w:lang w:eastAsia="zh-CN"/>
        </w:rPr>
        <w:t>　　三、心态——教育工作的法宝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邱孝感老师说：“知识很重要，技能比知识更重要，素质比技能更重要，魄力比技能更重要。”这里的魄力我把它理解为人的综合素质、综合能力、健康的心理素质三合一。而好的心态是魄力的推进器。听了专家们的精彩解析，贴切的理论引导，我联系自身生活、感悟，使我对人生、对工作——为人处事，有了更新的认识，那就是——传播快乐，因为众所周知，我们怎样对待生活，生活就怎样对待我们。班主任的工作对象和任务，是无法选择，而完成任务的方式和工作态度，是可以选择的。在学习中，林藩老师用人性化的独到见解，教我们怎样面对过错学生的“罚”;好动机怎样获得好效果?那就是“攻心为上，激励为主”，这就要求我们要有一个良好的心态，处事不惊，不以物喜，不以已悲!也就是用好的心态来调整我们的状态。有人说，说得容易做起来难，对快乐的感觉是短暂的，就如减肥，谁都可以减去3、5斤，但怎样保持住呢?我们应该做到以下三点：一控，控制自己的意念，冲动是魔鬼，我们怎样克制住自己意念?二调，调节自已的情绪，在遇到烦心事的时候怎么办?三变，改变自己的心态，有什么样的心态就有什么样工作的状态。我们每个人都希望自己生活得快乐。快乐不是别人给的，而是来自于自己的心态，是自己内心的感受。同一件事，不同的人有不同的心态，因而便产生不同的结果。有三句看似很简单的话，曾经帮助很多人找到并体验了人生的快乐。这里，把这“三句话”送给大家，只要经常使用它，你便能成为一个快乐的人。这三句话就是：“太好了!”“我能行!”“我帮你!”快乐的人常说：“我帮你”。烦恼的人爱说：“你帮我”。助人为乐，不只是个词语，而是一种生活态度和为人的原则。如果你能真心，无私地帮助别人，你就能体验到人生的快乐，在帮助他的的过程中你会发现自己的价值，会有一种成功感。</w:t>
      </w:r>
      <w:r>
        <w:rPr>
          <w:lang w:eastAsia="zh-CN"/>
        </w:rPr>
        <w:br/>
      </w:r>
      <w:r>
        <w:rPr>
          <w:lang w:eastAsia="zh-CN"/>
        </w:rPr>
        <w:t>　　四、心理学——班主任的秘密武器</w:t>
      </w:r>
      <w:r>
        <w:rPr>
          <w:lang w:eastAsia="zh-CN"/>
        </w:rPr>
        <w:br/>
      </w:r>
      <w:r>
        <w:rPr>
          <w:lang w:eastAsia="zh-CN"/>
        </w:rPr>
        <w:t>　　大家都知道，人的健康成长，光有才能发展是不行的。程灵老师把德智体美劳全面发展而心理不健康的人称为易碎品。这很形象。一个人必须身心健康才是真正的健康。学校心理辅导指的是通过研究学校教育情境中有关成员的心理活动，运用心理学的理论和技术手段，直接或间接地为促进学生发展而提供的心理学帮助。那么，在学校里，谁该为学生的心理健康发展担当责任呢?有的人会认为：那应该是学校心理老师的事。这一点，毋庸置疑，心理老师责无旁贷。但是，在小学里，又有哪几个学校配备专职合格的心理老师呢?我们能等到专业的心理老师来了，再来维护学生的心理健康吗?我们能要求学生说：你们等等，再等等，等心理老师来了，你们再出现心理问题吧?苏霍姆林斯基曾说过：“在每个人心中最隐秘的一角，都有一根独特的琴弦，拨动它就会发出特有的音响，要使孩子的心同我的话共鸣，我自己就需要同孩子的心对准音调。”每个教师都知道每个班或多或少都有一些后进生，他们是班级中的弱势群体，往往被忽视或歧视，心理非常脆弱、自卑，“浇花要浇根，育人要育心”对后进生或问题学生做工作，要用心拨动学生心中最隐秘的那一根独特的琴弦，去感化他们，才能奏出和谐的乐曲。</w:t>
      </w:r>
      <w:r>
        <w:rPr>
          <w:lang w:eastAsia="zh-CN"/>
        </w:rPr>
        <w:br/>
      </w:r>
      <w:r>
        <w:rPr>
          <w:lang w:eastAsia="zh-CN"/>
        </w:rPr>
        <w:t>　　五、安全——教育活动的保障</w:t>
      </w:r>
      <w:r>
        <w:rPr>
          <w:lang w:eastAsia="zh-CN"/>
        </w:rPr>
        <w:br/>
      </w:r>
    </w:p>
    <w:p w:rsidR="001B1F19" w14:textId="27C3F48A">
      <w:pPr>
        <w:rPr>
          <w:rFonts w:hint="eastAsia"/>
          <w:lang w:eastAsia="zh-CN"/>
        </w:rPr>
      </w:pPr>
      <w:r>
        <w:rPr>
          <w:lang w:eastAsia="zh-CN"/>
        </w:rPr>
        <w:t>　　人的生命只有一次，师生安全事故一旦发生，对哪一个家庭都是毁灭性的打击。学校安全工作，事关师生的生命和青少年学生的生命安全，事关社会安全稳定，是学校发展的头等大事，是社会和家长关注的热点问题之一，也是创建和谐社会的必不可少的条件之一。班主任老师应当注意的有关问题：1、认真履行教书育人的神圣职责，对学生履行安全教育、管理和保护职责。2、思想上对安全工作高度重视，认真学习安全工作常识，做安全工作的明白人。3、做学生的知心人。了解、掌握学生的各种思想动态和各种特异体质和疾病状况，发现矛盾纠纷，及时转化解决;发现学生的行为具有危险性，立即予以告诫或制止。4、做安全防范的细心人。</w:t>
      </w:r>
      <w:r>
        <w:rPr>
          <w:lang w:eastAsia="zh-CN"/>
        </w:rPr>
        <w:br/>
      </w:r>
      <w:r>
        <w:rPr>
          <w:lang w:eastAsia="zh-CN"/>
        </w:rPr>
        <w:t>　　经过一星期的学习我更觉到当班主任辛酸并幸福着。我们手里牵着的是祖国的未来，要面对个性迥异的学生个体，层次不一的家长，还有社会中形形色色的诱惑、冲击。而班主任是学生行为习惯的渗透者，班级管理是学校工作的重中之重，它涉及到课堂纪律、教学质量、师生关系、学生思想动态、安全问题、养成教育……等诸多方面的工作。</w:t>
      </w:r>
      <w:r>
        <w:rPr>
          <w:lang w:eastAsia="zh-CN"/>
        </w:rPr>
        <w:br/>
      </w:r>
      <w:r>
        <w:rPr>
          <w:lang w:eastAsia="zh-CN"/>
        </w:rPr>
        <w:t>　　我作为班级管理工作的一员，深深感受到自己所处岗位的压力和责任之大，在培训和与大家的交流中，进一步认识到对学生的教育不应只停留于学识教育的表层面，更重要的是对学生各方面的素质培养，让学生珍爱生命，时刻感受到班集体的温暖，让他们在班集体里健康快乐地成长起来;也让我重新定位了自身的角色：做学生生活的点拨者，人生的引路人，做学生的良师益友、信赖者，做一个有责任的人。</w:t>
      </w:r>
      <w:r>
        <w:rPr>
          <w:lang w:eastAsia="zh-CN"/>
        </w:rPr>
        <w:br/>
      </w:r>
      <w:r>
        <w:rPr>
          <w:lang w:eastAsia="zh-CN"/>
        </w:rPr>
        <w:t xml:space="preserve">    班主任的培训心得体会最新2024参考范文 篇12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https://d.book118.com/778000111106006034</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78000111106006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