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医院药房2024年工作总结（34篇）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医院药房2024年工作总结（精选34篇）</w:t>
      </w:r>
      <w:r>
        <w:rPr>
          <w:lang w:eastAsia="zh-CN"/>
        </w:rPr>
        <w:br/>
      </w:r>
      <w:r>
        <w:rPr>
          <w:lang w:eastAsia="zh-CN"/>
        </w:rPr>
        <w:t xml:space="preserve">    医院药房2024年工作总结 篇1 </w:t>
      </w:r>
      <w:r>
        <w:rPr>
          <w:lang w:eastAsia="zh-CN"/>
        </w:rPr>
        <w:br/>
      </w:r>
      <w:r>
        <w:rPr>
          <w:lang w:eastAsia="zh-CN"/>
        </w:rPr>
        <w:t>　　作为一名医院客服人员，每天的工作极其琐碎，有咨询分诊，有陪诊送诊，有沟通协调，有电话随访，甚至还有帮患者钉扣子等针头线脑的小事。虽然，这些小事都很不起眼，但是做好了，就能让患者从中得到极大的方便、愉悦和欣慰，进而增加对医院的好感和信任;做不好就会影响到患者对医院服务质量的评价，进而破坏医院的整体服务形象。</w:t>
      </w:r>
      <w:r>
        <w:rPr>
          <w:lang w:eastAsia="zh-CN"/>
        </w:rPr>
        <w:br/>
      </w:r>
      <w:r>
        <w:rPr>
          <w:lang w:eastAsia="zh-CN"/>
        </w:rPr>
        <w:t>　　不过工作时间长了，一方面有人对客服工作不屑一顾，认为这个工作既没有技术含量，也不创造经济效益，又琐碎又辛苦，没出息;另一方面，如果没有强烈的事业心和责任感，服务人员的激情也很容易被消磨在日复一日的平凡小事中，而激情是最可贵的服务特质，服务失去了激情就象人类失去了灵魂。</w:t>
      </w:r>
      <w:r>
        <w:rPr>
          <w:lang w:eastAsia="zh-CN"/>
        </w:rPr>
        <w:br/>
      </w:r>
      <w:r>
        <w:rPr>
          <w:lang w:eastAsia="zh-CN"/>
        </w:rPr>
        <w:t>　　找到制约客服工作发展的最大问题和差距后，我们着力在创新理念和创新制度上做文章。</w:t>
      </w:r>
      <w:r>
        <w:rPr>
          <w:lang w:eastAsia="zh-CN"/>
        </w:rPr>
        <w:br/>
      </w:r>
      <w:r>
        <w:rPr>
          <w:lang w:eastAsia="zh-CN"/>
        </w:rPr>
        <w:t>　　一、树立新理念，提高客服人员的职业自豪感和责任感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其实做一名合格服务人员并不容易，需要具备沟通、协调、共情等各种能力，以及医学、保健、营销等各种知识，最重要的是象护理学先驱南丁格尔一样，勇于献身事业，具有全心全意为病患服务的精神。</w:t>
      </w:r>
      <w:r>
        <w:rPr>
          <w:lang w:eastAsia="zh-CN"/>
        </w:rPr>
        <w:br/>
      </w:r>
      <w:r>
        <w:rPr>
          <w:lang w:eastAsia="zh-CN"/>
        </w:rPr>
        <w:t>　　1、为患者服务，就要做患者手中一把“金钥匙”。“金钥匙”，是国际通行的旅馆业授予优秀服务人员的最高荣誉，他意味着无所不知、无所不能，是顾客的一张“绿卡”，是服务人员服务质量和个人信誉的金标准，“金钥匙”的拥有数量，也成为酒店服务水平的最好注解。客服人员就犹如医院交到患者手中的一把“金钥匙”：患者来就诊，我们是接待员;患者来咨询，我们是咨询员;患者行动不便，我们是陪诊员;患者对服务不满，我们是协调员;对带孩子的，我们是保育员，对外来参观的，我们是解说员。总之，这把“金钥匙”，就是要千方百计满足患者需求，用真心付出和真诚服务开启患者的心门，赢得患者的信任。</w:t>
      </w:r>
      <w:r>
        <w:rPr>
          <w:lang w:eastAsia="zh-CN"/>
        </w:rPr>
        <w:br/>
      </w:r>
      <w:r>
        <w:rPr>
          <w:lang w:eastAsia="zh-CN"/>
        </w:rPr>
        <w:t>　　记得有一位邱先生，因单位有事，出院结账后未及时取走ct片子，卫生员不了解情况，打扫时顺手清理一空。时隔数日，邱先生对我们提及此事，虽未报任何希望但遗憾之情溢于言表，体会到患者的心情和难处，我们进行了积极联系，后来在科室主任的全力配合下，为患者重新洗印了ct片，邱先生对此十分满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2、为患者服务，就要做患者考不倒、问不住的医院“活字典”。作为医院服务的第一站，我们每天都要接触到上千名年龄不同、性格各异的人，如何让这些问题形形色色，需求各不相同的人希望而来满意而归，是对客服人员耐心和智慧的最大考验。我们不仅要熟知医院的历史、文化、特色技术及设备力量，还要熟悉科室的专业、诊治范围、特色及专家特点，甚至要了解省会其他医院的医疗特色。当我们在非常短的时间内，通过自己得体的言谈，广博的知识，满足了他们的需求，赢得了他们的信任和认可，他们就会用自己就医的选择告诉我们：客服是架起患者与医院的桥梁，他们是对医院信任和认可的。</w:t>
      </w:r>
      <w:r>
        <w:rPr>
          <w:lang w:eastAsia="zh-CN"/>
        </w:rPr>
        <w:br/>
      </w:r>
      <w:r>
        <w:rPr>
          <w:lang w:eastAsia="zh-CN"/>
        </w:rPr>
        <w:t>　　记得我们接待一位椎管狭窄病人，因为是首诊，我们推荐他到骨科检查确诊，确诊后，病人不愿意手术治疗，想到别的医院看看，于是我们便介绍了我院的按摩科和中医科，最后病人选择了按摩治疗，一段时间后疗效显著，病人十分满意;还有一次，一位肾结石患者欲来我院碎石，虽然我院没有碎石设备，但是我们根据患者的个人需求，向他分别介绍了市内名气最大和离家最近的两家医院，患者十分认可我们这种认真求实的态度。</w:t>
      </w:r>
      <w:r>
        <w:rPr>
          <w:lang w:eastAsia="zh-CN"/>
        </w:rPr>
        <w:br/>
      </w:r>
      <w:r>
        <w:rPr>
          <w:lang w:eastAsia="zh-CN"/>
        </w:rPr>
        <w:t>　　3、为患者服务，就要做沟通医患感情的“连心桥”。由于医疗服务的专业性和特殊性，以及医患信息的不对称性，患者容易对医护人员求全责备，医护人员也会对患者的不理解产生失望、委屈等情绪，这个客服人员能力。没有一个培训客服人员的专门机构或课程，而客服培训又与医疗、护理知识培训要求存在一定区别，为了提高客服工作成效，我们从培训内容、培训时间、考核要求等方面做出了细化规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3、完善管理标准，提高客服工作成效。为了规范管理，提高客服人员的业务水平，我们制定并实行了内部岗位轮换、交班和工作日志撰写等制度，虽然因为岗位不同，责任差异，带来暂时的人员业务不熟、管理者任务加重等困难，但是我们相信暂时的困难会带来长久的效益。</w:t>
      </w:r>
      <w:r>
        <w:rPr>
          <w:lang w:eastAsia="zh-CN"/>
        </w:rPr>
        <w:br/>
      </w:r>
      <w:r>
        <w:rPr>
          <w:lang w:eastAsia="zh-CN"/>
        </w:rPr>
        <w:t>　　4、完善考核标准，提高客服工作激情。为打破干多干少干好干坏一个样的状态，在完善岗位职责、服务流程的基础上，我们参考国际通用的平衡计分卡，制定了兼顾财务目标、客户目标、管理目标及个人学习成长目标四方面的考核办法，目前正在试用阶段。</w:t>
      </w:r>
      <w:r>
        <w:rPr>
          <w:lang w:eastAsia="zh-CN"/>
        </w:rPr>
        <w:br/>
      </w:r>
      <w:r>
        <w:rPr>
          <w:lang w:eastAsia="zh-CN"/>
        </w:rPr>
        <w:t>　　通过“双创双树”活动的开展，让我们在总结工作的过程中找到了差距，在树立坐标的思考中发现了价值，在创新工作的探索中得到了肯定，全面提升了服务意识、服务能力、服务形象和思想境界。</w:t>
      </w:r>
      <w:r>
        <w:rPr>
          <w:lang w:eastAsia="zh-CN"/>
        </w:rPr>
        <w:br/>
      </w:r>
      <w:r>
        <w:rPr>
          <w:lang w:eastAsia="zh-CN"/>
        </w:rPr>
        <w:t xml:space="preserve">    医院药房2024年工作总结 篇2 </w:t>
      </w:r>
      <w:r>
        <w:rPr>
          <w:lang w:eastAsia="zh-CN"/>
        </w:rPr>
        <w:br/>
      </w:r>
      <w:r>
        <w:rPr>
          <w:lang w:eastAsia="zh-CN"/>
        </w:rPr>
        <w:t>　　自踏入医学殿堂的那一刻起，我便深深的认识到，精医术，懂人文、有理想、有创新是新时期下的医务人员所具备的素质。下面我简单的对这个月的工作作个总结。</w:t>
      </w:r>
      <w:r>
        <w:rPr>
          <w:lang w:eastAsia="zh-CN"/>
        </w:rPr>
        <w:br/>
      </w:r>
      <w:r>
        <w:rPr>
          <w:lang w:eastAsia="zh-CN"/>
        </w:rPr>
        <w:t>　　一、在思想方面。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作为一名药学专业的人员，我深深的认识到只学习书本上的知识是远远不够的，是不能学以致用的，理论和实践相结合才能把我们所学的知识带给人们。零售药房的顾客大多是对药品认识较少的非专业人员，所以在对顾客销售药时，要尽可能多的向顾客说明药品的用途和性能，对每一位顾客要负责。从瑞泰店转到中山店，无论在哪家药房我都严格遵守各项规章制度，以老员工为模范，需心求教，认真工作，大大的扩展了自己的知识面，丰富了思维方法，切实体会到了工作的真正意义。在近两个月来的工作过程中，我已经由第一个月的盲目被动转化了积极主动，找到了方向，找到了一套属于自己的思维方式。我也充分的认识到“遇到问题总找别人的原因等于_”的真理。当遇到困难暂时无法解决时，必然会有一个新的想法在你脑中浮现，从而很好的解决眼前的困难。</w:t>
      </w:r>
      <w:r>
        <w:rPr>
          <w:lang w:eastAsia="zh-CN"/>
        </w:rPr>
        <w:br/>
      </w:r>
      <w:r>
        <w:rPr>
          <w:lang w:eastAsia="zh-CN"/>
        </w:rPr>
        <w:t>　　二、在学习方面。</w:t>
      </w:r>
      <w:r>
        <w:rPr>
          <w:lang w:eastAsia="zh-CN"/>
        </w:rPr>
        <w:br/>
      </w:r>
      <w:r>
        <w:rPr>
          <w:lang w:eastAsia="zh-CN"/>
        </w:rPr>
        <w:t>　　“师傅领进门，修行在个人”。虽然药房的员工都不是从教育事业的，但是“三人行，必有我师焉!”他们在药房的销售方式正在我脑中浅移默化，我也“择善而从之，其不善者而改之。”在中山店期间，我认真审视了第一个月的工作情况，改善了学习方法，制定了学习计划，从而达到了意想不到的效果。药品的重要性，那是勿庸置疑的。那货架上满目琳琅的药品，就像一个个汉字，只有掌握得越多越牢，才能写出好的句子，短文。而那联合用药就像成语，只有理解了它真正的含义，才能作出绝伦的篇章。药品也像文武百官，各有各的作用，各尽其职，只有用对了人，才能达到需要的效果。</w:t>
      </w:r>
      <w:r>
        <w:rPr>
          <w:lang w:eastAsia="zh-CN"/>
        </w:rPr>
        <w:br/>
      </w:r>
      <w:r>
        <w:rPr>
          <w:lang w:eastAsia="zh-CN"/>
        </w:rPr>
        <w:t>　　三、在销售方面。</w:t>
      </w:r>
      <w:r>
        <w:rPr>
          <w:lang w:eastAsia="zh-CN"/>
        </w:rPr>
        <w:br/>
      </w:r>
      <w:r>
        <w:rPr>
          <w:lang w:eastAsia="zh-CN"/>
        </w:rPr>
        <w:t>　　我也渐渐在向顾客销售一些简单的药品了。销售是最锻炼与人处事、说话的。在接待患者时，由于很多患者购买所需药品时需咨询，所以，向患者介绍药品时，要很熟练，以提高顾客对药房的信任度。</w:t>
      </w:r>
      <w:r>
        <w:rPr>
          <w:lang w:eastAsia="zh-CN"/>
        </w:rPr>
        <w:br/>
      </w:r>
      <w:r>
        <w:rPr>
          <w:lang w:eastAsia="zh-CN"/>
        </w:rPr>
        <w:t>　　四、在生活方面。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通过近两个月的生活，我已经适应了这里的生活环境。与室友相处融洽，遇到困难时互相帮助，不分彼此。但是在吃的方面不是很习惯，领导说吃素好，我也明白吃素很好。但是我们正是长身体的时候，正直壮年，需要大量的营养来补充每天所消耗的能量。我们不像你们，我们长得瘦，没有资本吃素。希望生活能得到相应的改善。领导也说要知足常乐，但是我觉得知足常乐不好，知足长乐没上进，时代不同了，不可同日而语。</w:t>
      </w:r>
      <w:r>
        <w:rPr>
          <w:lang w:eastAsia="zh-CN"/>
        </w:rPr>
        <w:br/>
      </w:r>
      <w:r>
        <w:rPr>
          <w:lang w:eastAsia="zh-CN"/>
        </w:rPr>
        <w:t xml:space="preserve">    医院药房2024年工作总结 篇3 </w:t>
      </w:r>
      <w:r>
        <w:rPr>
          <w:lang w:eastAsia="zh-CN"/>
        </w:rPr>
        <w:br/>
      </w:r>
      <w:r>
        <w:rPr>
          <w:lang w:eastAsia="zh-CN"/>
        </w:rPr>
        <w:t>　　20_年，药房各项工作坚持以“病人为中心”，认真贯彻执行本次“树、转、匆匆、”教导实践运动精神和药政治理的有关运动律例。在中心领导和相关业务科室密切共同下。通过药房全体人员的配合尽力、连合协作、牢牢环抱中心的工作重点和要求，顺利完成了中心交给的各项工作和目标。下面就上半年如下;</w:t>
      </w:r>
      <w:r>
        <w:rPr>
          <w:lang w:eastAsia="zh-CN"/>
        </w:rPr>
        <w:br/>
      </w:r>
      <w:r>
        <w:rPr>
          <w:lang w:eastAsia="zh-CN"/>
        </w:rPr>
        <w:t>　　一、 增强理论学习。</w:t>
      </w:r>
      <w:r>
        <w:rPr>
          <w:lang w:eastAsia="zh-CN"/>
        </w:rPr>
        <w:br/>
      </w:r>
      <w:r>
        <w:rPr>
          <w:lang w:eastAsia="zh-CN"/>
        </w:rPr>
        <w:t>　　今年我科增强了业务学习，分外是上级下发的各类学习，通过系统的学习。进步科室人员的思想觉悟，加强了司法意识，做到自觉遵纪守法，自觉抵制行业不正之风，以质量一地、病人第一的理念，经心全意为病人办事，做好一线窗口的药房办事工作。</w:t>
      </w:r>
      <w:r>
        <w:rPr>
          <w:lang w:eastAsia="zh-CN"/>
        </w:rPr>
        <w:br/>
      </w:r>
      <w:r>
        <w:rPr>
          <w:lang w:eastAsia="zh-CN"/>
        </w:rPr>
        <w:t>　　二、 完善工作流程，进步工作效率。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药房的工作重点是包管病人实时的药品供应，通过完善工作流程，充分调动可是人员的积极性，齐心协力，进步工作效率，有效转变了一到放工病人就无法取药的艰苦，做到病人不走完，我科不放工，为病人提供方便。在业务上，认真完成各类药品订购及项目药品预案的制度。对每一批药品在入库前，核实数量、外包装、标签及相关的单子。与采购计划进行核对，完善入库验收挂号和具名手续。做到药品当天到，当天入发药电脑系统和药监局系统网络。合理测算药品的需求量，每天依照药品、生物成品治理的要求，做到记录两次室内温度记录和冷链温度记录。每天放工落后行药品盘点交班。每月进行一次大盘库，报一次项目月报表，做到日清月结，三个月报一次季度报表及每季度初要订定出下一季度的药品需求量，进行领药，并对拆零药品实时记录，上半年共发放项目药品乙胺吡嗪利福异烟片;55920片，异福片;28590片，乙胺丁醇;9000片，SM、水各30支，组合药HRE;300板，生物成品下发:进口狂犬疫苗706支，国产乙肝236支，乙肝旦白25支，狂犬卵白157支，进口儿童乙肝84支，进口成人乙肝176支，国产狂犬疫苗3455支。</w:t>
      </w:r>
      <w:r>
        <w:rPr>
          <w:lang w:eastAsia="zh-CN"/>
        </w:rPr>
        <w:br/>
      </w:r>
      <w:r>
        <w:rPr>
          <w:lang w:eastAsia="zh-CN"/>
        </w:rPr>
        <w:t>　　三、 严格落实药品的采购法度模范，确保药品实时供应。</w:t>
      </w:r>
      <w:r>
        <w:rPr>
          <w:lang w:eastAsia="zh-CN"/>
        </w:rPr>
        <w:br/>
      </w:r>
      <w:r>
        <w:rPr>
          <w:lang w:eastAsia="zh-CN"/>
        </w:rPr>
        <w:t>　　严格依照《药品治理法》、《药品流通监督治理法子》、《药品运营质量规范》，等有关规定采购药品全部向取得执照的企业进货，购进药品依法签订合同，同时注明质量条款，包管临床患者用药平安及供应实时，即实时了解临床科室药品需求动态及控制药品使用后的信息反馈。确保临床药品的合理性、平安性、患者满意性供应。依照上级和相关业务部门的新要求，中心修正和完善了药监药品入库系统。</w:t>
      </w:r>
      <w:r>
        <w:rPr>
          <w:lang w:eastAsia="zh-CN"/>
        </w:rPr>
        <w:br/>
      </w:r>
      <w:r>
        <w:rPr>
          <w:lang w:eastAsia="zh-CN"/>
        </w:rPr>
        <w:t>　　四、 药品的储存、使用、盘点、核算工作。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增强药品贮存治理，每月不按期对科内工作流程及各岗位的工作质量进行抽查，并督匆匆科室人员认真执行各类治理制度，为了进一步增强药品质量治理，在购进验收，在库养护等环节的质量治理，至少每月月底进行一次药品储存质量、效期等盘点。为了不耽搁其它工作，盘点工作尽量支配在附近放工及放工后，为包管包管药品数据的精确性，几回三番与每天盘库相核对，并将反省结果以书面形式汇总，并实时留存归档，严格执行操作规程。帮忙财务做好药品的半年经济核查工作。科室每个人要熟记《药品的基础知识》，严于律己，确保不发生责任事故。在发放药品时尽量依照药品效期，先进先出的原则进行发药，避免造成过时药品的呈现，严格执行国家药监局《医疗机构药品使用质量治理暂行规定》的要求，从而有效包管了我中心药品质量，包管了患者的用药平安。</w:t>
      </w:r>
      <w:r>
        <w:rPr>
          <w:lang w:eastAsia="zh-CN"/>
        </w:rPr>
        <w:br/>
      </w:r>
      <w:r>
        <w:rPr>
          <w:lang w:eastAsia="zh-CN"/>
        </w:rPr>
        <w:t>　　在上半年的工作中，还存在很多不是之处，我科会在以后的工作中查找原因，认真订定出完善的，削减工作制度和法度模范的漏洞，做到更好的为病人办事，使病人满意，领导宁神，本身安心是我科的目标。</w:t>
      </w:r>
      <w:r>
        <w:rPr>
          <w:lang w:eastAsia="zh-CN"/>
        </w:rPr>
        <w:br/>
      </w:r>
      <w:r>
        <w:rPr>
          <w:lang w:eastAsia="zh-CN"/>
        </w:rPr>
        <w:t xml:space="preserve">    医院药房2024年工作总结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首先要感谢领导对我的信任和支持，是你们的信任和支持给我带来了对工作的热情和信心，随着导医新形象的树立和咨询业务营业额的稳步提升，我们带着喜悦、带着经验、带着对现状不满、带着对新年的计划和希望进入__年，为更好的收获，我将总结去年的经验和不足，不断完善和提高自己的管理水平，有效提高部门工作质量。</w:t>
      </w:r>
      <w:r>
        <w:rPr>
          <w:lang w:eastAsia="zh-CN"/>
        </w:rPr>
        <w:br/>
      </w:r>
      <w:r>
        <w:rPr>
          <w:lang w:eastAsia="zh-CN"/>
        </w:rPr>
        <w:t>　　在目前的工作中，我主要负责客服导医和咨询热线的管理工作，根据拟定的工作计划和领导的安排，本部门工作顺畅，由于入职时间短，现将工作3个月的主要工作进行总结，敬请批评指正。具体总结如下：</w:t>
      </w:r>
      <w:r>
        <w:rPr>
          <w:lang w:eastAsia="zh-CN"/>
        </w:rPr>
        <w:br/>
      </w:r>
      <w:r>
        <w:rPr>
          <w:lang w:eastAsia="zh-CN"/>
        </w:rPr>
        <w:t>　　一、主要完成的工作</w:t>
      </w:r>
      <w:r>
        <w:rPr>
          <w:lang w:eastAsia="zh-CN"/>
        </w:rPr>
        <w:br/>
      </w:r>
      <w:r>
        <w:rPr>
          <w:lang w:eastAsia="zh-CN"/>
        </w:rPr>
        <w:t>　　1、客服导医的管理工作</w:t>
      </w:r>
      <w:r>
        <w:rPr>
          <w:lang w:eastAsia="zh-CN"/>
        </w:rPr>
        <w:br/>
      </w:r>
      <w:r>
        <w:rPr>
          <w:lang w:eastAsia="zh-CN"/>
        </w:rPr>
        <w:t>　　客服部作为我院特色的服务科室、窗口科室，在工作中尽量按酒店的服务标准和管理模式来配合医院的服务建设，坚持集中培训与岗位督导相结合的原则，实现周周有培训、月月有考核，有效提高导医综合素质，通过培训和考核，规范导医在工作中的语言、行为、形象等方面的礼仪要求，加大了日常礼仪的检查力度。通过抓礼仪，推动了导医综合素质的提升，并提高了服务的质量和品位，为我院创建“品牌名院”的发展战略做出了自己的努力。</w:t>
      </w:r>
      <w:r>
        <w:rPr>
          <w:lang w:eastAsia="zh-CN"/>
        </w:rPr>
        <w:br/>
      </w:r>
      <w:r>
        <w:rPr>
          <w:lang w:eastAsia="zh-CN"/>
        </w:rPr>
        <w:t>　　在实际工作中，为体现热情的服务，导医们人人做到为诊疗的顾客倒一杯热水让其感受温暖、主动接送行动不便的顾客、为顾客提拿物品、引领和现场解答顾客的疑问等;特殊的工作岗位要求，导医们长期站立，不许趴靠工作台和擅自离岗走动，使导医们的腿不同程度的静脉曲张，一天下来，腿痛腰困，但毫无怨言;平均一天接待初、复诊顾客100人左右，重复着：“您好”、“请问我能帮您忙吗”、“请您稍等”、“对不起”等服务用语，在礼貌服务中体现我院的热情、周到和人性化的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在部门合作中，克服部门一人一岗的困难，取消导医的轮休，也要支持其他科室的工作，如护理部、企划部(发杂志)等科室。为了工作，导医们克服身体不适合一人在岗肩负多职的辛苦，任劳任怨的认真工作，毫无怨言的奉献自己的工作热情。</w:t>
      </w:r>
      <w:r>
        <w:rPr>
          <w:lang w:eastAsia="zh-CN"/>
        </w:rPr>
        <w:br/>
      </w:r>
      <w:r>
        <w:rPr>
          <w:lang w:eastAsia="zh-CN"/>
        </w:rPr>
        <w:t>　　在处理患者投诉方面，我本着主动热情、周到耐心的工作态度和为医院负责、为患者负责、为自己负责的工作原则，认真接待每一件投诉并迅速转到院长室，答复每一个咨询，限度地照顾了医院和患者利益的统一。针对我院知名度不断扩大的新形势，客服部建立了较为规范的客户建议档案，认真了解客人情况，收集客人建议，程度地缓解顾客情绪，为其他业务科室提供便利的同时也优化了服务质量。通过投诉首接服务，拉近医患之间的距离，丰富了我院的服务内容，增加了医院的亲和力。</w:t>
      </w:r>
      <w:r>
        <w:rPr>
          <w:lang w:eastAsia="zh-CN"/>
        </w:rPr>
        <w:br/>
      </w:r>
      <w:r>
        <w:rPr>
          <w:lang w:eastAsia="zh-CN"/>
        </w:rPr>
        <w:t>　　导医台作为全院的第一窗口单位，工作重、事情杂、头绪多。针对这样的实际情况，我从严格规范、狠抓落实入手，加大了管理的力度。在明确目标和任务的基础上率先垂范、以身作则，要求导医们做的，自己首先做到，要求导医们不做的，自己坚决不做。在工作中，量化了工作，明确了奖惩，充分调动了全体导医努力工作，为我院争光添彩的积极性和主动性，协调了科室间的工作，带动了我院的整体工作质量和效率。</w:t>
      </w:r>
      <w:r>
        <w:rPr>
          <w:lang w:eastAsia="zh-CN"/>
        </w:rPr>
        <w:br/>
      </w:r>
      <w:r>
        <w:rPr>
          <w:lang w:eastAsia="zh-CN"/>
        </w:rPr>
        <w:t>　　2、咨询热线工作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咨询热线工作作为我院一个重要服务窗口，其工作目前基本属于正常、稳步发展阶段。3月来，从电话咨询到预约就门诊量也不同程度的增长，在吴总和董主任的督导、帮助和接诊医生的诊疗配合下，实现了预约病人就诊率98%的成绩，从而提高了社会效益和经济效益;我主要做了以下几方面的工作：</w:t>
      </w:r>
      <w:r>
        <w:rPr>
          <w:lang w:eastAsia="zh-CN"/>
        </w:rPr>
        <w:br/>
      </w:r>
      <w:r>
        <w:rPr>
          <w:lang w:eastAsia="zh-CN"/>
        </w:rPr>
        <w:t>　　(一)、制定部门咨询师的岗位制度;</w:t>
      </w:r>
      <w:r>
        <w:rPr>
          <w:lang w:eastAsia="zh-CN"/>
        </w:rPr>
        <w:br/>
      </w:r>
      <w:r>
        <w:rPr>
          <w:lang w:eastAsia="zh-CN"/>
        </w:rPr>
        <w:t>　　(二)、与咨询人员一起研讨电话营销方案，提高患者就诊率;</w:t>
      </w:r>
      <w:r>
        <w:rPr>
          <w:lang w:eastAsia="zh-CN"/>
        </w:rPr>
        <w:br/>
      </w:r>
      <w:r>
        <w:rPr>
          <w:lang w:eastAsia="zh-CN"/>
        </w:rPr>
        <w:t>　　(三)、在网上及电话与众家医院热线进行暗访交流和学习;</w:t>
      </w:r>
      <w:r>
        <w:rPr>
          <w:lang w:eastAsia="zh-CN"/>
        </w:rPr>
        <w:br/>
      </w:r>
      <w:r>
        <w:rPr>
          <w:lang w:eastAsia="zh-CN"/>
        </w:rPr>
        <w:t>　　(四)、根据患者信息进行初步的市场调查和分析，便于更好地开展工作;</w:t>
      </w:r>
      <w:r>
        <w:rPr>
          <w:lang w:eastAsia="zh-CN"/>
        </w:rPr>
        <w:br/>
      </w:r>
      <w:r>
        <w:rPr>
          <w:lang w:eastAsia="zh-CN"/>
        </w:rPr>
        <w:t>　　(五)、维护出院病人的良好关系，让患者通过我院良好的诊前、诊中、诊后的服务使患者显身说法，开发其身边的患者，试图提高我院的经济效益和社会效益。</w:t>
      </w:r>
      <w:r>
        <w:rPr>
          <w:lang w:eastAsia="zh-CN"/>
        </w:rPr>
        <w:br/>
      </w:r>
      <w:r>
        <w:rPr>
          <w:lang w:eastAsia="zh-CN"/>
        </w:rPr>
        <w:t>　　二、工作中的几点不足</w:t>
      </w:r>
      <w:r>
        <w:rPr>
          <w:lang w:eastAsia="zh-CN"/>
        </w:rPr>
        <w:br/>
      </w:r>
      <w:r>
        <w:rPr>
          <w:lang w:eastAsia="zh-CN"/>
        </w:rPr>
        <w:t>　　(一)、由于自己对本地风土人情知识欠了解，专业知识相对欠缺，虽然工作中小心瑾慎，但仍有紧张的感觉，有时难免出现差错。</w:t>
      </w:r>
      <w:r>
        <w:rPr>
          <w:lang w:eastAsia="zh-CN"/>
        </w:rPr>
        <w:br/>
      </w:r>
      <w:r>
        <w:rPr>
          <w:lang w:eastAsia="zh-CN"/>
        </w:rPr>
        <w:t>　　(二)、对导医们有时要求过于犯教条主义，体现为个别工作灵活性不够，有时不能根据个人特点和个体差别安排工作。</w:t>
      </w:r>
      <w:r>
        <w:rPr>
          <w:lang w:eastAsia="zh-CN"/>
        </w:rPr>
        <w:br/>
      </w:r>
      <w:r>
        <w:rPr>
          <w:lang w:eastAsia="zh-CN"/>
        </w:rPr>
        <w:t xml:space="preserve">    医院药房2024年工作总结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从事客服管理工作至今，4年有余了，经历了许多的挑战和挫折，依然没有成功，既没有实现自己的理想，也没有达到领导的满意，原因在哪里?我一直在思考。虽然客服工作是一个没有什么前途的工作，也是一个待遇差、地位低、不为人们所重视甚重的工作，但是我想自己既然已经为她投入4年的时间和精力，就想把她做好，并把自己的经验奉献给后来者，让大家少走弯路，尽快实现自己理想中的美好境界。</w:t>
      </w:r>
      <w:r>
        <w:rPr>
          <w:lang w:eastAsia="zh-CN"/>
        </w:rPr>
        <w:br/>
      </w:r>
      <w:r>
        <w:rPr>
          <w:lang w:eastAsia="zh-CN"/>
        </w:rPr>
        <w:t>　　最初，我组建客服中心，希望凭借自己先进的服务理念打造一支优秀的客服队伍，使之成为医院优质服务的标杆，开医院真正以客户为中心服务的先河。开始，我真的做到了，尽管我的团队在整体形象和专业素质上还不尽如人意，但是大家的服务热情特别高，不管是自己分内还是分外的工作，只要有益于病人，就积极去做;不管是批评还是表扬意见，只要有利于服务，就勇敢去提。但是过了一段时间，我发现这种热情在慢慢消失，我问大家为什么，就有人说：我的服务做得再好有用吗?也有人说：你们根本在多此一举;还有人说：提意见得罪人。</w:t>
      </w:r>
      <w:r>
        <w:rPr>
          <w:lang w:eastAsia="zh-CN"/>
        </w:rPr>
        <w:br/>
      </w:r>
      <w:r>
        <w:rPr>
          <w:lang w:eastAsia="zh-CN"/>
        </w:rPr>
        <w:t>　　这时候我发现：如果想靠几个人的力量去扭转一个大环境人们的整体观念，根本在以卵击石，不要说自己本身就不完美，就算你做得再好恐怕都没有用，时间长了，只会慢慢被同化;你与大家的差异越大，遭抵抗、受排斥、被同化的速度越快，程度越激烈。</w:t>
      </w:r>
      <w:r>
        <w:rPr>
          <w:lang w:eastAsia="zh-CN"/>
        </w:rPr>
        <w:br/>
      </w:r>
      <w:r>
        <w:rPr>
          <w:lang w:eastAsia="zh-CN"/>
        </w:rPr>
        <w:t>　　后来，我开始调整工作思路，不再过多关注病人提出的意见处理，想把主要精力放在提高服务水平上。我们组织大家学习美国服务理念、__服务做法，制定自己的服务流程和规章制度，带领大家参观民营医院，很多努力之后，连我都快失去信心了，在我看来很简单的事，我的客服人员总是难以达到标准，当然也很难让领导满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我还发现：并不是每一个人都适合做客户服务，尤其是在企业医院转型的特殊时期，有些人根本是把客服当作一个养老的部门，这是下属与我存在的第一个理念冲突，这个冲突还难以解决在象这样的问题人员进来容易，出去难，并且引发的后遗症就是大家开始向落后分子学习。</w:t>
      </w:r>
      <w:r>
        <w:rPr>
          <w:lang w:eastAsia="zh-CN"/>
        </w:rPr>
        <w:br/>
      </w:r>
      <w:r>
        <w:rPr>
          <w:lang w:eastAsia="zh-CN"/>
        </w:rPr>
        <w:t>　　接下去，就是我工作中最难的一个阶段：无奈之下，我在科内实行了绩效考核，考核过程中，尽管我充分的注意了公平、透明、可衡量的原则，但在根本没有工作概念的人眼中，绩效考核本身就是跟她作对，所以尽管我认为方法很科学，操作很公平，也出现了部分我预想的成效，比如不再迟到早退，无原则的请假，但是我预想的服务上台阶，却根本没有出现，反而下属有了一些情绪对立的苗头。</w:t>
      </w:r>
      <w:r>
        <w:rPr>
          <w:lang w:eastAsia="zh-CN"/>
        </w:rPr>
        <w:br/>
      </w:r>
      <w:r>
        <w:rPr>
          <w:lang w:eastAsia="zh-CN"/>
        </w:rPr>
        <w:t>　　这时候我发现：如果你想脱离开企业的大环境，去营造一个乌托邦似的小社会，恐怕只是空想，科室的水平提升可以略高于总体，但别想高太多;而且考核的`同时要非常注意方式方法。</w:t>
      </w:r>
      <w:r>
        <w:rPr>
          <w:lang w:eastAsia="zh-CN"/>
        </w:rPr>
        <w:br/>
      </w:r>
      <w:r>
        <w:rPr>
          <w:lang w:eastAsia="zh-CN"/>
        </w:rPr>
        <w:t>　　然后我就碰到了最难受的一件事：我们科室的奖金系数被集体下调，受影响的不光是收入，还有科室人员的情感、工作认知、工作积极性和主动性。我做深入细致的思想工作，渡过危机，并且在工作上还取得一个小小成就，得到院长的肯定;但是很快在第二次绩效考核过程中，再次遭到下调，这一次的思想工作就显得异常艰难，并且由于我对医院决定的无力解决，使得大家把部分矛头转向了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这时候我发现：收入的变化是大家最敏感的一件事，在不因经营问题而降低收入的事实面前，想让大家正视自己工作的不足，首先是要摆事实，其次是要讲道理，然后还要充分听取大家的意见，创造情感发泄的渠道和场所，最后再引导大家想方设法提高自己的工作价值。</w:t>
      </w:r>
      <w:r>
        <w:rPr>
          <w:lang w:eastAsia="zh-CN"/>
        </w:rPr>
        <w:br/>
      </w:r>
      <w:r>
        <w:rPr>
          <w:lang w:eastAsia="zh-CN"/>
        </w:rPr>
        <w:t>　　痛定思痛，作为科室负责人，我要先理顺自己的情绪，还要关心大家的情感，情况已然发生变化，再多的委屈、无奈、愤怒、不甘其实都没有意义，待下属们的情绪平复后，我逐一了解她们的新希望，努力满足她们工作上和生活上的要求，再加上最近医院一些管理制度的相继出台，与我之前的考核相比，更加严格，所以大家的心理也变得慢慢平衡起来，对工作的态度有了一个新的转变。</w:t>
      </w:r>
      <w:r>
        <w:rPr>
          <w:lang w:eastAsia="zh-CN"/>
        </w:rPr>
        <w:br/>
      </w:r>
      <w:r>
        <w:rPr>
          <w:lang w:eastAsia="zh-CN"/>
        </w:rPr>
        <w:t>　　4年的经历和挫折让我渐渐领悟许多，既看到自己的优势，同时也不得不承认自己在管理思路、工作方法上的稚嫩。</w:t>
      </w:r>
      <w:r>
        <w:rPr>
          <w:lang w:eastAsia="zh-CN"/>
        </w:rPr>
        <w:br/>
      </w:r>
      <w:r>
        <w:rPr>
          <w:lang w:eastAsia="zh-CN"/>
        </w:rPr>
        <w:t xml:space="preserve">    医院药房2024年工作总结 篇6 </w:t>
      </w:r>
      <w:r>
        <w:rPr>
          <w:lang w:eastAsia="zh-CN"/>
        </w:rPr>
        <w:br/>
      </w:r>
      <w:r>
        <w:rPr>
          <w:lang w:eastAsia="zh-CN"/>
        </w:rPr>
        <w:t>　　时光荏苒，20__年马上就要结束了，回顾这一年的工作历程，不难发现，我们药房在领导和各位同仁的关怀和帮助下取得了突破性的进展，我们药房工作人员坚持理论结合实际，不断探索与创新，通过自身的努力和工作相关经验的积累，知识面不断拓宽，业务素质不断提高，本着团结同事，务真求实的理念，认真执行着自己的岗位职责。</w:t>
      </w:r>
      <w:r>
        <w:rPr>
          <w:lang w:eastAsia="zh-CN"/>
        </w:rPr>
        <w:br/>
      </w:r>
      <w:r>
        <w:rPr>
          <w:lang w:eastAsia="zh-CN"/>
        </w:rPr>
        <w:t>　　购药方面：我们做到了有计划、有安排，坚持每月三次网上采购进药和领药工作，确保了药房库存供应。我们根据医生的需求、季节的变化、新药的发展形势逐步对药物的品种、剂型等进行了更换和更新。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药品调配方面：我们加强了业务学习，增强了工作责任心。调配处方时，我们按照调剂原则及有关规定，对每张处方及医嘱单进行了仔细核对，发现不清楚或不合格的处方，我们及时的与医生沟通，避免了一些医疗事故的发生。</w:t>
      </w:r>
      <w:r>
        <w:rPr>
          <w:lang w:eastAsia="zh-CN"/>
        </w:rPr>
        <w:br/>
      </w:r>
      <w:r>
        <w:rPr>
          <w:lang w:eastAsia="zh-CN"/>
        </w:rPr>
        <w:t>　　药品质量方面：我们每月对药品进行一次效期及质量的检查，保证了临床用药安全，对近期药品，我们提前数月向领导和医生汇报，以防止药品积压浪费，对过期和变质药品，我们及时报告，并按规定进行处理。</w:t>
      </w:r>
      <w:r>
        <w:rPr>
          <w:lang w:eastAsia="zh-CN"/>
        </w:rPr>
        <w:br/>
      </w:r>
      <w:r>
        <w:rPr>
          <w:lang w:eastAsia="zh-CN"/>
        </w:rPr>
        <w:t>　　账物方面：我们严把药品出、入库关，做到了出、入库有记录，有账目，有审核，有明细。每个月进行了财务对账，做到了账物相符。</w:t>
      </w:r>
      <w:r>
        <w:rPr>
          <w:lang w:eastAsia="zh-CN"/>
        </w:rPr>
        <w:br/>
      </w:r>
      <w:r>
        <w:rPr>
          <w:lang w:eastAsia="zh-CN"/>
        </w:rPr>
        <w:t>　　服务方面：我们对病人所急需药品，采取了临时采购。</w:t>
      </w:r>
      <w:r>
        <w:rPr>
          <w:lang w:eastAsia="zh-CN"/>
        </w:rPr>
        <w:br/>
      </w:r>
      <w:r>
        <w:rPr>
          <w:lang w:eastAsia="zh-CN"/>
        </w:rPr>
        <w:t>　　安全方面：我们加强了安全意识，对科室存在的安全隐患进行了排查，做好了防火，防盗，确保了药房的安全。</w:t>
      </w:r>
      <w:r>
        <w:rPr>
          <w:lang w:eastAsia="zh-CN"/>
        </w:rPr>
        <w:br/>
      </w:r>
      <w:r>
        <w:rPr>
          <w:lang w:eastAsia="zh-CN"/>
        </w:rPr>
        <w:t xml:space="preserve">    医院药房2024年工作总结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时光如白驹过隙稍纵即逝转眼201_年即将过去，回首过去在院领导的正确引导下，我院正一步一个台阶的稳步向前发展，医疗技术的提高赢得了患者的满意和认同，相应地也给我们带来了良好的社会效益和经济效益。来院已半年余，在院领导的直接领导下，主任们的具体指导下，严格遵守医院规章制度，思想上严格要求自己，在工作上勤勤恳恳、任劳任怨，在作风上艰苦朴素、务真求实，紧紧围绕医院的工作重点和要求，顺利完成了领导安排制定的各项工作任务和目标。现将工作情况总结如下：</w:t>
      </w:r>
      <w:r>
        <w:rPr>
          <w:lang w:eastAsia="zh-CN"/>
        </w:rPr>
        <w:br/>
      </w:r>
      <w:r>
        <w:rPr>
          <w:lang w:eastAsia="zh-CN"/>
        </w:rPr>
        <w:t>　　一.医院药房工作是一项细致的工作来不得半点马虎。</w:t>
      </w:r>
      <w:r>
        <w:rPr>
          <w:lang w:eastAsia="zh-CN"/>
        </w:rPr>
        <w:br/>
      </w:r>
      <w:r>
        <w:rPr>
          <w:lang w:eastAsia="zh-CN"/>
        </w:rPr>
        <w:t>　　做为一名药房工作人员，认真学习和执行有关法规，不断加强自身医德修养，始终坚持以全心全意为患者服务为宗旨，工作勤勤恳恳，任劳任怨，尽心尽责。自任职以来，始终坚持工作质量第一，服务质量第一。工作中，严格按照《药品管理法》的规定，加强对药品质量的控制把关，严防假、劣药品进入。为维护用药安全有效，积极协助领导指定和完善单位药品管理制度，使单位的药品管理趋于制度化、规范化，避免了差错事故的发生;工作方面有了很大的进展，积累了工作经验，提高了自己的业务技能。以医德为准则，时刻以高标准要求自己，使本人的政治素质与业务素质达到了较高的水平。工作中，明确自己的职责，兢兢业业，较好地完成了各项工作与任务指标，认真做好以下几个方面：</w:t>
      </w:r>
      <w:r>
        <w:rPr>
          <w:lang w:eastAsia="zh-CN"/>
        </w:rPr>
        <w:br/>
      </w:r>
      <w:r>
        <w:rPr>
          <w:lang w:eastAsia="zh-CN"/>
        </w:rPr>
        <w:t>　　1.树立了全心全意为患者服务的思想和高尚的医院道德，对工作认真负责，把好药口质量关，确保病人用药安全有效。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2.卫生劳动纪律安全方面：注重个人卫生衣帽整齐，工作时间肃静，从未大声喧哗，严格遵守劳动纪律，坚守工作岗位，严格遵照领导的要求从未让闲杂人员随意进出药房，下班后锁好门窗检查多次后方可离开维护了安全性。注重保持室内清洁卫生。每天提前到岗做好准备工作。每天都要打扫室内卫生没有一天例外过，拖地，擦拭桌子柜子等等做到了窗明几净。做到药房卫生整洁无污染物、药品摆放合理、陈列整齐，安全规范。虽然取得了成绩也是与领导的支持帮助分不开。</w:t>
      </w:r>
      <w:r>
        <w:rPr>
          <w:lang w:eastAsia="zh-CN"/>
        </w:rPr>
        <w:br/>
      </w:r>
      <w:r>
        <w:rPr>
          <w:lang w:eastAsia="zh-CN"/>
        </w:rPr>
        <w:t>　　3.认真对待处方的审核、发放工作，严格遵守处方调配制度，贯彻执行四查十对。</w:t>
      </w:r>
      <w:r>
        <w:rPr>
          <w:lang w:eastAsia="zh-CN"/>
        </w:rPr>
        <w:br/>
      </w:r>
      <w:r>
        <w:rPr>
          <w:lang w:eastAsia="zh-CN"/>
        </w:rPr>
        <w:t>　　(1)查处方：对姓名、性别、科室。</w:t>
      </w:r>
      <w:r>
        <w:rPr>
          <w:lang w:eastAsia="zh-CN"/>
        </w:rPr>
        <w:br/>
      </w:r>
      <w:r>
        <w:rPr>
          <w:lang w:eastAsia="zh-CN"/>
        </w:rPr>
        <w:t>　　(2)查药品：对品名、规格、剂型、数量。</w:t>
      </w:r>
      <w:r>
        <w:rPr>
          <w:lang w:eastAsia="zh-CN"/>
        </w:rPr>
        <w:br/>
      </w:r>
      <w:r>
        <w:rPr>
          <w:lang w:eastAsia="zh-CN"/>
        </w:rPr>
        <w:t>　　(3)查配伍禁忌：对药品性状、用法用量</w:t>
      </w:r>
      <w:r>
        <w:rPr>
          <w:lang w:eastAsia="zh-CN"/>
        </w:rPr>
        <w:br/>
      </w:r>
      <w:r>
        <w:rPr>
          <w:lang w:eastAsia="zh-CN"/>
        </w:rPr>
        <w:t>　　(4)查用药合理性：对临床诊断。</w:t>
      </w:r>
      <w:r>
        <w:rPr>
          <w:lang w:eastAsia="zh-CN"/>
        </w:rPr>
        <w:br/>
      </w:r>
      <w:r>
        <w:rPr>
          <w:lang w:eastAsia="zh-CN"/>
        </w:rPr>
        <w:t>　　二、本着药品安全无小事原则，严把药品质量关。</w:t>
      </w:r>
      <w:r>
        <w:rPr>
          <w:lang w:eastAsia="zh-CN"/>
        </w:rPr>
        <w:br/>
      </w:r>
      <w:r>
        <w:rPr>
          <w:lang w:eastAsia="zh-CN"/>
        </w:rPr>
        <w:t>　　(一)、药品购进</w:t>
      </w:r>
      <w:r>
        <w:rPr>
          <w:lang w:eastAsia="zh-CN"/>
        </w:rPr>
        <w:br/>
      </w:r>
      <w:r>
        <w:rPr>
          <w:lang w:eastAsia="zh-CN"/>
        </w:rPr>
        <w:t>　　1、制定药品购进计划，并做好记录。2、为保证用药安全购进药品前严格审核供货单位法定资格和质量信誉。保证药品进货渠道合法，在有资质、销货清单票据证件齐全的医药公司购进药品。</w:t>
      </w:r>
      <w:r>
        <w:rPr>
          <w:lang w:eastAsia="zh-CN"/>
        </w:rPr>
        <w:br/>
      </w:r>
      <w:r>
        <w:rPr>
          <w:lang w:eastAsia="zh-CN"/>
        </w:rPr>
        <w:t>　　(二)、验收管理制度执行</w:t>
      </w:r>
      <w:r>
        <w:rPr>
          <w:lang w:eastAsia="zh-CN"/>
        </w:rPr>
        <w:br/>
      </w:r>
      <w:r>
        <w:rPr>
          <w:lang w:eastAsia="zh-CN"/>
        </w:rPr>
        <w:t>　　1、特殊药品验收：对进出专柜的麻醉药品和精神药品建立专用账册，进出逐笔记录，记录内容包括：日期、凭证号、领用部门、品名、剂型、规格、单位、数量、批号、有效期、生产单位、发药人、复核人和领用人签字，做到帐、物、批号相符。</w:t>
      </w:r>
      <w:r>
        <w:rPr>
          <w:lang w:eastAsia="zh-CN"/>
        </w:rPr>
        <w:br/>
      </w:r>
      <w:r>
        <w:rPr>
          <w:lang w:eastAsia="zh-CN"/>
        </w:rPr>
        <w:t>　　2、普通药品购入后严格按照规定逐一全部检验，认真核对药品的批准文号、品名、数量、规格及有效期、生产企业等，自药品购进之日起，真实完整记录购进药品。</w:t>
      </w:r>
      <w:r>
        <w:rPr>
          <w:lang w:eastAsia="zh-CN"/>
        </w:rPr>
        <w:br/>
      </w:r>
      <w:r>
        <w:rPr>
          <w:lang w:eastAsia="zh-CN"/>
        </w:rPr>
        <w:t>　　(三)、药品的储存和保养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1、定期盘点：每月底进行药品盘点检查有无损坏药品，近效期药品，过期药品，本着先进先出的原则，近效期药品按照规定逐项填写防止过期药品，过期药品上报后销毁。保证病人的用药安全。</w:t>
      </w:r>
      <w:r>
        <w:rPr>
          <w:lang w:eastAsia="zh-CN"/>
        </w:rPr>
        <w:br/>
      </w:r>
      <w:r>
        <w:rPr>
          <w:lang w:eastAsia="zh-CN"/>
        </w:rPr>
        <w:t>　　2、我们中西药房因环境制约没有库房每次购入药品数量相对较少。只能根据我们的药房环境布局对药品的储存。按要求分类陈列和摆放</w:t>
      </w:r>
      <w:r>
        <w:rPr>
          <w:lang w:eastAsia="zh-CN"/>
        </w:rPr>
        <w:br/>
      </w:r>
      <w:r>
        <w:rPr>
          <w:lang w:eastAsia="zh-CN"/>
        </w:rPr>
        <w:t>　　3、门诊药品的调剂工作按规章制度要求进行操作，拆零的药品用原装药品容器包装，坚持“四查十对制度”杜绝差错事故的发生。</w:t>
      </w:r>
      <w:r>
        <w:rPr>
          <w:lang w:eastAsia="zh-CN"/>
        </w:rPr>
        <w:br/>
      </w:r>
      <w:r>
        <w:rPr>
          <w:lang w:eastAsia="zh-CN"/>
        </w:rPr>
        <w:t>　　以认真负责的态度，根据本院医师正式处方发药非本院处方不予发药，严格操作，发现处方中存在的差错，能及时与医生联系。认真复核处方，避免差错事故。随着改革的发展社会的进步，也熟练掌握微机化管理技术，在一定程度上保证了药品的财务性的需要。对发放到病人手中的药品，能主动向病人讲解有关用药的常识与注意事项，尤其对用药注意事项作耐心解答，使病人在服药时良好地遵守医嘱。受到好评。积极参加本专业的各项活动，加强医学基础理论知识学习，不断充实和更新自己的知识，了解和掌握新动向，熟练掌握医学基础理论、基本知识和基本操作技能，利用专业知识配合科室。在平时严格遵守医院的各项规章制度，坚持上班不迟到下班不早退。能尊敬领导，热爱集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在外人眼中，收费的工作相对于其它科室似乎很轻松，它无外乎是整日坐在微机前机械地重复着一收一付的简单操作，似乎既无需很高的技术含量，也不必承担性命之托的巨大压力。然而，工作以来的亲身经历使我深深体会到，“科室工作无小事，于细微处见真功。”</w:t>
      </w:r>
      <w:r>
        <w:rPr>
          <w:lang w:eastAsia="zh-CN"/>
        </w:rPr>
        <w:br/>
      </w:r>
      <w:r>
        <w:rPr>
          <w:lang w:eastAsia="zh-CN"/>
        </w:rPr>
        <w:t>　　关于收费室的工作，课余汲取相关方面的知识，因为收费室是医院的窗口，言行举止和态度好坏，都会直接影响到医院的整体形象，故在工作中收费做到“唱好唱余”能设身处地为患者着想，尽己所能为患者提供方便。比如医保刷卡需要一项项的详细列出打出有些药品不属于报销范畴等等病号不满细心解释做到态度温和微笑服务。</w:t>
      </w:r>
      <w:r>
        <w:rPr>
          <w:lang w:eastAsia="zh-CN"/>
        </w:rPr>
        <w:br/>
      </w:r>
      <w:r>
        <w:rPr>
          <w:lang w:eastAsia="zh-CN"/>
        </w:rPr>
        <w:t>　　总之是对于患者，坚持做到了既让他听明白意思，又要注意说话的口气和语调，既要使所收取的各项费用准确无误，又要减少病人额外的麻烦和负担，坚持做到了既要大方得体，又要坚持原则的方针政策，让患者满意。透过收费处这小小的窗口，我们代表的是整个医院的形象，正是通过我们的工作搭建起了医患之间沟通、交流的一座平台。挂号是患者就诊时与医院接触的第一个环节，其服务的好坏、效率的高低不仅影响着患者就诊时的心情，也对医院医疗资源的利用，医疗水平和服务质量的提高，医院声誉的提升等有着至关重要的作用对咨询者认真主动听来者述说或询问，根据需要耐心答复指导，对于个别病人能够耐心说服，全程微笑服务态度温和。</w:t>
      </w:r>
      <w:r>
        <w:rPr>
          <w:lang w:eastAsia="zh-CN"/>
        </w:rPr>
        <w:br/>
      </w:r>
      <w:r>
        <w:rPr>
          <w:lang w:eastAsia="zh-CN"/>
        </w:rPr>
        <w:t>　　做好日常的财务核算和其他相关信息的核算填报工作，每天下班交帐记帐明细帐目做到清楚，钱款清楚。弄不清楚不下班。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我们的工作是平凡的、琐碎的、甚至在很多人眼里是低下的，但我们的行为是高尚的、心灵是美好的。我们站好了医院前沿的哨岗，做出了成绩。</w:t>
      </w:r>
      <w:r>
        <w:rPr>
          <w:lang w:eastAsia="zh-CN"/>
        </w:rPr>
        <w:br/>
      </w:r>
      <w:r>
        <w:rPr>
          <w:lang w:eastAsia="zh-CN"/>
        </w:rPr>
        <w:t>　　注意节约意识，每天下班后都会即时关灯，人走关闭走廊灯具已习惯成自然，看到水管跑冒滴漏的现象能及时关闭。</w:t>
      </w:r>
      <w:r>
        <w:rPr>
          <w:lang w:eastAsia="zh-CN"/>
        </w:rPr>
        <w:br/>
      </w:r>
      <w:r>
        <w:rPr>
          <w:lang w:eastAsia="zh-CN"/>
        </w:rPr>
        <w:t>　　总之在工作中虽取得了一些成绩，但也可能存在一些不足，比如多多钻研业务知识使得理论与实践更系统的结合起来，使得自身素质有一个质的飞跃。工作中的点点滴滴使我深深感受到，无论你在哪个岗位，从事着怎样的工作，都一样可以贡献出自己的一份力量，工作没有高低贵贱之分只有分工不同，脚踏实地认认真真的完成各项工作，以更高的热情投身到工作中。若工作中不足的地方请领导多多批评指出，一定虚心接受，努力改正。</w:t>
      </w:r>
      <w:r>
        <w:rPr>
          <w:lang w:eastAsia="zh-CN"/>
        </w:rPr>
        <w:br/>
      </w:r>
      <w:r>
        <w:rPr>
          <w:lang w:eastAsia="zh-CN"/>
        </w:rPr>
        <w:t>　　新的一年有新的气象，面对新的任务压力，我也应该以新的面貌、更积极主动的态度去迎接新的挑战，在岗位上发挥更大的作用，取得更大的进步。</w:t>
      </w:r>
      <w:r>
        <w:rPr>
          <w:lang w:eastAsia="zh-CN"/>
        </w:rPr>
        <w:br/>
      </w:r>
      <w:r>
        <w:rPr>
          <w:lang w:eastAsia="zh-CN"/>
        </w:rPr>
        <w:t xml:space="preserve">    医院药房2024年工作总结 篇8 </w:t>
      </w:r>
      <w:r>
        <w:rPr>
          <w:lang w:eastAsia="zh-CN"/>
        </w:rPr>
        <w:br/>
      </w:r>
      <w:r>
        <w:rPr>
          <w:lang w:eastAsia="zh-CN"/>
        </w:rPr>
        <w:t>　　转眼间20__年已经过去一半，像药房领导常说的那样“时间过半，工作也要过半”。通过学习和时间的漂移也该对自身的工作进行一下总结。</w:t>
      </w:r>
      <w:r>
        <w:rPr>
          <w:lang w:eastAsia="zh-CN"/>
        </w:rPr>
        <w:br/>
      </w:r>
      <w:r>
        <w:rPr>
          <w:lang w:eastAsia="zh-CN"/>
        </w:rPr>
        <w:t>　　营业员的岗位看似很简单，但要把工作做好，做细却不简单。咱们要在工作中不断的加强自身学习，自我充电，用专业的业务知识为顾客更好的服务，来体现自我价值。</w:t>
      </w:r>
      <w:r>
        <w:rPr>
          <w:lang w:eastAsia="zh-CN"/>
        </w:rPr>
        <w:br/>
      </w:r>
      <w:r>
        <w:rPr>
          <w:lang w:eastAsia="zh-CN"/>
        </w:rPr>
        <w:t>　　在这半年里，我在领导的耐心指导和每月培训知识下我学到了很多提高了自身的业务水平，也发现了自身的不足。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要当好一名营业员就要熟记药品的品名，药品的摆放位置，用法用量和功能主治。这是要当一名药店营业员的基本功，可咱们往往总是大大咧咧的只知其一不知其二，通过经理的耐心指导和长期提问来完成咱们的基本功是很不应该的。</w:t>
      </w:r>
      <w:r>
        <w:rPr>
          <w:lang w:eastAsia="zh-CN"/>
        </w:rPr>
        <w:br/>
      </w:r>
      <w:r>
        <w:rPr>
          <w:lang w:eastAsia="zh-CN"/>
        </w:rPr>
        <w:t>　　作为一名合格的营业员呀以微笑服务为主题，认真观察每一位顾客，认真倾听顾客的诉说，察言观色,通过顾客的动作和表情来发现顾客的真正的购买动机,不要对只看不买的顾客表现出冷漠和不耐烦的表情。对有购买欲望的顾客要试探性的向顾客推荐,在推荐过程中不要只顾自说自话或看到别的顾客进店分神,要通过推荐一两个品种来观察顾客反应来完成呢个交易。</w:t>
      </w:r>
      <w:r>
        <w:rPr>
          <w:lang w:eastAsia="zh-CN"/>
        </w:rPr>
        <w:br/>
      </w:r>
      <w:r>
        <w:rPr>
          <w:lang w:eastAsia="zh-CN"/>
        </w:rPr>
        <w:t>　　在这半年里虽能完成任务,但还有许多毛病,希望能在领导的指导和自身的努力下,更好的完成下半年的任务,为咱们的20__年画上一个完美的句号!</w:t>
      </w:r>
      <w:r>
        <w:rPr>
          <w:lang w:eastAsia="zh-CN"/>
        </w:rPr>
        <w:br/>
      </w:r>
      <w:r>
        <w:rPr>
          <w:lang w:eastAsia="zh-CN"/>
        </w:rPr>
        <w:t xml:space="preserve">    医院药房2024年工作总结 篇9 </w:t>
      </w:r>
      <w:r>
        <w:rPr>
          <w:lang w:eastAsia="zh-CN"/>
        </w:rPr>
        <w:br/>
      </w:r>
      <w:r>
        <w:rPr>
          <w:lang w:eastAsia="zh-CN"/>
        </w:rPr>
        <w:t>　　工作小结 度过了忙碌的7月、8月、9月、10月、11月，又悄然进入紧张的`12月，我深刻体会到作为一个药剂科人员的责任与义务。希望我能坚持那份认真与谦逊，一路前行。</w:t>
      </w:r>
      <w:r>
        <w:rPr>
          <w:lang w:eastAsia="zh-CN"/>
        </w:rPr>
        <w:br/>
      </w:r>
      <w:r>
        <w:rPr>
          <w:lang w:eastAsia="zh-CN"/>
        </w:rPr>
        <w:t>　　药房窗口服务作为医院服务的重要组成部分，不仅是反映医院精神面貌和文明素质的窗口，更担负着保障人民群众用药安全的重大责任。门诊药房主要对门诊就诊病人及住院病人进行药品的调剂。每个人都要严格执行处方调配工作流程，为患者核方、调剂、校对、发药，严格执行“四查十对”，保证处方调剂的高质量和高准确率。</w:t>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xml:space="preserve"> 作为一名药学专业的工作者，应该不断学习，只学习书本知识是远远不够的，理论和实</w:t>
      </w:r>
      <w:r>
        <w:rPr>
          <w:lang w:eastAsia="zh-CN"/>
        </w:rPr>
        <w:br/>
      </w:r>
      <w:r>
        <w:rPr>
          <w:lang w:eastAsia="zh-CN"/>
        </w:rPr>
        <w:t>　　从后台拿药到前台发药，我每天都在实践相结合才能把我们所学的知识带给需要帮助的人。</w:t>
      </w:r>
      <w:r>
        <w:rPr>
          <w:lang w:eastAsia="zh-CN"/>
        </w:rPr>
        <w:br/>
      </w:r>
      <w:r>
        <w:rPr>
          <w:lang w:eastAsia="zh-CN"/>
        </w:rPr>
        <w:t>　　践，不断完善自我。开始在前台发药时，有些慢，在等候区的篮子里总是紧张地找不到药。随着练习，我发现找包装特别的容易找到。还有在发注射液等针剂时，我要特别小心，先把糖盐水的小票给给患者，再依次清点核对注射液，最后发完核对一下，再告诉患者即可离开。发药的时候，一定要叫患者名字，严格按照四查十对执行，千万不能发错。遇到用法用量有疑义的，建议患者重新咨询医生。至今为止，我并不觉得医患矛盾已严峻到不可调和的田地，关键是自己如何看待和如何处理。我很期待早日能过上翻班的日子，这样我就能在不同时段上班，在不同时段为患者服务。</w:t>
      </w:r>
      <w:r>
        <w:rPr>
          <w:lang w:eastAsia="zh-CN"/>
        </w:rPr>
        <w:br/>
      </w:r>
      <w:r>
        <w:rPr>
          <w:lang w:eastAsia="zh-CN"/>
        </w:rPr>
        <w:t>　　这半年来，我更多地去关注各种药理学方面的知识，以及网络上期刊上和临床用药有关的报道或专刊，希望尽快而全面地熟悉近几年临床用药的情况和趋势。其实，我更希望患者问一些比较专业的问题，即使一时回答不上来，也能知道他们关心什么，更有的放矢去学习，所以很希望有一天能参与到临床药师的工作中，用精益求精去博得患者的信赖，当然那是需要付出很大的努力和汗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在总结完之前的工作，我再次要感谢帮助我、指引我、教导我的各位老师和同仁，我觉得我们药房的每个人无论言谈举止还是工作态度都非常优秀，她们都是我的榜样，我希望融汇每个人的优点，成为另一个优秀的人。最后，我也要感谢我的家人和朋友，他们的渴望就是我努力的方向。</w:t>
      </w:r>
      <w:r>
        <w:rPr>
          <w:lang w:eastAsia="zh-CN"/>
        </w:rPr>
        <w:br/>
      </w:r>
      <w:r>
        <w:rPr>
          <w:lang w:eastAsia="zh-CN"/>
        </w:rPr>
        <w:t xml:space="preserve">    医院药房2024年工作总结 篇10 </w:t>
      </w:r>
      <w:r>
        <w:rPr>
          <w:lang w:eastAsia="zh-CN"/>
        </w:rPr>
        <w:br/>
      </w:r>
      <w:r>
        <w:rPr>
          <w:lang w:eastAsia="zh-CN"/>
        </w:rPr>
        <w:t>　　我院开展了药房管理社会化改革——药房托管。五年来，在县委、政府及有关部门的关心支持下，经过双方的共同努力，圆满地完成了药房托管改革的尝试，达到了预期的目的。现合同期限已满，特将五年药房托管改革情况作如下总结。</w:t>
      </w:r>
      <w:r>
        <w:rPr>
          <w:lang w:eastAsia="zh-CN"/>
        </w:rPr>
        <w:br/>
      </w:r>
      <w:r>
        <w:rPr>
          <w:lang w:eastAsia="zh-CN"/>
        </w:rPr>
        <w:t>　　一、我院药房托管改革的历史背景</w:t>
      </w:r>
      <w:r>
        <w:rPr>
          <w:lang w:eastAsia="zh-CN"/>
        </w:rPr>
        <w:br/>
      </w:r>
      <w:r>
        <w:rPr>
          <w:lang w:eastAsia="zh-CN"/>
        </w:rPr>
        <w:t>　　进入新世纪，全国医药卫生改革蓬勃兴起，当时正值我院药品管理的混乱时期，药品回扣等不正之考试,大收集整理风的盛行使医院也深受其害，有关人员也受到了惩处。20__年11月，新一届领导班子调整健全后，虽然进行了全面整治，但与多家公司及厂商打交道的混乱局面仍未能摆脱，加之日趋激励的医疗市场竞争，院长难免分心扮演“药品商人”，面对虚高的药品价格，群众看病贵，患者不满意，医院发展困难。在财政补助严重不足，医院发展举步为艰的困境中，我们想到了改革。在科学发展观思想的指导下，医院领导班子解放思想抓管理，脚踏实地搞改革，深刻理解“发展才是硬道理”的内涵。同时，多项卓有成效的改革也轰轰烈烈地在“十五”期间展开，其中，药房托管改革就是今天医院翻天覆地变化不可缺少的坚强后盾。</w:t>
      </w:r>
      <w:r>
        <w:rPr>
          <w:lang w:eastAsia="zh-CN"/>
        </w:rPr>
        <w:br/>
      </w:r>
      <w:r>
        <w:rPr>
          <w:lang w:eastAsia="zh-CN"/>
        </w:rPr>
        <w:t>　　二、慎重起步，规范托管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为了掌握省内药房托管的相关信息，20__年12月初，我们组织了有关领导和相关人员前往已经实施了药房托管的弥勒、开远、文山等医院参观考察。回院后召开了党政扩大会议，结合院情，专题研究药房托管改革事宜。经过论证分析，大家一致认为，实施药房托管改革势在必行。20__年12月18日，以禄医字[]09号文件《关于实施药房托管改革的请示》汇报县政府分管领导及主管局。20__年1月13日，以禄医字[]01号文件下发，成立药房托管改革领导小组。20__年2月20日，经五届三次职工代表大会讨论通过，并报请__届禄丰县人民政府第四次常务会议决定，同意我院实施药房托管。</w:t>
      </w:r>
      <w:r>
        <w:rPr>
          <w:lang w:eastAsia="zh-CN"/>
        </w:rPr>
        <w:br/>
      </w:r>
      <w:r>
        <w:rPr>
          <w:lang w:eastAsia="zh-CN"/>
        </w:rPr>
        <w:t>　　20__年4月15日经过公开招投标，有5家公司参与竞争谈判。最后，云南省药品科技开发经营公司中标。20__年4月26日举行了签字仪式，并对所列合同条款内容进行了公正。托管期限为五年，从20__年4月26日起至20__年4月26日止。</w:t>
      </w:r>
      <w:r>
        <w:rPr>
          <w:lang w:eastAsia="zh-CN"/>
        </w:rPr>
        <w:br/>
      </w:r>
      <w:r>
        <w:rPr>
          <w:lang w:eastAsia="zh-CN"/>
        </w:rPr>
        <w:t>　　三、托管有目标，“三赢”变“四赢”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我院实施药房托管改革的目标，从“三赢”设想开始，最后达到“四赢”目标圆满结束。最初提出“三赢”的目标是，患者受益、医院发展、公司得利。即：通过开展托管要使药品价格下降，医院的既得利益得到保障，满足临床用药，减少成本支出，规范药品管理，加快医院发展，医院公司双赢，患者得到实惠。通过实施三年后，云南省委组织有关专家教授来院调研考察后，充分肯定了我院药房托管改革的成绩，认为不仅仅是“三赢”，还要加一赢，即：“有效地遏制了医药购销使用过程中的不正之风”。回顾五年药房托管改革，已到了预期改革的目标。</w:t>
      </w:r>
      <w:r>
        <w:rPr>
          <w:lang w:eastAsia="zh-CN"/>
        </w:rPr>
        <w:br/>
      </w:r>
      <w:r>
        <w:rPr>
          <w:lang w:eastAsia="zh-CN"/>
        </w:rPr>
        <w:t>　　四、医院实现跨越发展，药房托管举足轻重</w:t>
      </w:r>
      <w:r>
        <w:rPr>
          <w:lang w:eastAsia="zh-CN"/>
        </w:rPr>
        <w:br/>
      </w:r>
      <w:r>
        <w:rPr>
          <w:lang w:eastAsia="zh-CN"/>
        </w:rPr>
        <w:t>　　20__年2月20日，在五届三次职工代表大会上，我们就提出了医院发展的宏伟蓝图，即：在“十五”期间，要率先在州内县级医院中实现“人才一流、技术一流、设备一流、服务一流、效益一流、环境一流”的花园式医疗卫生单位。在短短的三年中，医院变化日新月异，并在20__年的庆典仪式上，向县委、政府汇报我们已经实现了跨越式发展的目标，给禄丰人民交了一份满意的答卷。</w:t>
      </w:r>
      <w:r>
        <w:rPr>
          <w:lang w:eastAsia="zh-CN"/>
        </w:rPr>
        <w:br/>
      </w:r>
      <w:r>
        <w:rPr>
          <w:lang w:eastAsia="zh-CN"/>
        </w:rPr>
        <w:t>　　“六个一流”的实现，与药房托管改革密不可分。主要表现在托管之后医院的既得利益不但得到了保障，还依托公司的实力无息借款1000万元，用于医院的发展。没有雄厚的财力作为后盾，医院发展将是一句空话。</w:t>
      </w:r>
      <w:r>
        <w:rPr>
          <w:lang w:eastAsia="zh-CN"/>
        </w:rPr>
        <w:br/>
      </w:r>
      <w:r>
        <w:rPr>
          <w:lang w:eastAsia="zh-CN"/>
        </w:rPr>
        <w:t>　　五、药房托管改革，患者得到实惠</w:t>
      </w:r>
      <w:r>
        <w:rPr>
          <w:lang w:eastAsia="zh-CN"/>
        </w:rPr>
        <w:br/>
      </w:r>
      <w:r>
        <w:rPr>
          <w:lang w:eastAsia="zh-CN"/>
        </w:rPr>
        <w:t>　　在托管开始的半年内，我们提出的口号是“要实现禄丰城区最低价”，并有相关措施来保证，经过努力，确实做到了。如：根据当地药品行情，自行下调了104个品种，合计13万元。在以后的几年中，由于药品多次大幅度调价，只能按有关文件执行。从20__年5月起，我们在严格执行招（跟）标价及政府最高限价的基础上，又将门诊药品价格下调了两个百分点，共让利患者10余万元。到20__年1月底，按照有关文件，共对699种药品的价格进行了调整，其中：下调的金额达30余万元。这些都是禄丰老百姓实实在在享受到的实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六、满足临床用药，遏制商业贿赂</w:t>
      </w:r>
      <w:r>
        <w:rPr>
          <w:lang w:eastAsia="zh-CN"/>
        </w:rPr>
        <w:br/>
      </w:r>
      <w:r>
        <w:rPr>
          <w:lang w:eastAsia="zh-CN"/>
        </w:rPr>
        <w:t>　　托管前的药剂科与46家公司产商打交道，不正之风难以杜绝，管理困难，所供药品也满足不了临床需求，供货率只达到80%左右，一些新特药物的使用，更是难以进入临床，治疗受影响，患者有意见，临床医生难当，药剂人员为难。自托管后，供货率达到了95%以上，大部分药品都按归类有高、中、低三个档次，品种也较齐全，基本满足考,试大收集整理了临床医生为患者根据病情及经济能力合理选择用药。由于规范了管理，到目前为止，还未发现明显的商业贿赂行为，使药品购销使用过程中的不正之风得到了有效遏制。</w:t>
      </w:r>
      <w:r>
        <w:rPr>
          <w:lang w:eastAsia="zh-CN"/>
        </w:rPr>
        <w:br/>
      </w:r>
      <w:r>
        <w:rPr>
          <w:lang w:eastAsia="zh-CN"/>
        </w:rPr>
        <w:t>　　七、药房托管工作圆满完成的体会</w:t>
      </w:r>
      <w:r>
        <w:rPr>
          <w:lang w:eastAsia="zh-CN"/>
        </w:rPr>
        <w:br/>
      </w:r>
      <w:r>
        <w:rPr>
          <w:lang w:eastAsia="zh-CN"/>
        </w:rPr>
        <w:t>　　我院是在州内首家进行药房管理社会化改革的医院，紧跟其后的几家医院，托管不到一年时间均先后“流产”。我院由于论证工作扎实，准备工作充分，掌握政策有度，托管目标明确，解决问题及时，履行合同诚信，才使得托管工作按合同圆满完成。以下三条是托管得以成功的前提。</w:t>
      </w:r>
      <w:r>
        <w:rPr>
          <w:lang w:eastAsia="zh-CN"/>
        </w:rPr>
        <w:br/>
      </w:r>
      <w:r>
        <w:rPr>
          <w:lang w:eastAsia="zh-CN"/>
        </w:rPr>
        <w:t>　　一是规范运作：改革有文件依据，托管经政府审批，招标公平公开，合同经过公正，实施履行承诺。</w:t>
      </w:r>
      <w:r>
        <w:rPr>
          <w:lang w:eastAsia="zh-CN"/>
        </w:rPr>
        <w:br/>
      </w:r>
      <w:r>
        <w:rPr>
          <w:lang w:eastAsia="zh-CN"/>
        </w:rPr>
        <w:t>　　二是严格管理：遇到问题及时解决，解决问题事不过夜，药品供应满足需求，款项拔付严守协议。</w:t>
      </w:r>
      <w:r>
        <w:rPr>
          <w:lang w:eastAsia="zh-CN"/>
        </w:rPr>
        <w:br/>
      </w:r>
      <w:r>
        <w:rPr>
          <w:lang w:eastAsia="zh-CN"/>
        </w:rPr>
        <w:t>　　三是清正廉洁：违反原则的事不做，无关的要求不提，商业贿赂无机可乘，两袖清风托管终结。</w:t>
      </w:r>
      <w:r>
        <w:rPr>
          <w:lang w:eastAsia="zh-CN"/>
        </w:rPr>
        <w:br/>
      </w:r>
      <w:r>
        <w:rPr>
          <w:lang w:eastAsia="zh-CN"/>
        </w:rPr>
        <w:t>　　八、托管工作中遇到的风险和压力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药房托管是管理机制中的一大创新，对其评价众说纷纭，成功者说是一大好事，利大于弊，值得推广；旁观者说，值得进一步研究和探索；而对于我们，则是有付出、有教训、有压力、有风险，还有更多的是老百姓受益，医院发展。五年来，我们经历了有关部门的干预、阻挠的洗礼，经过了治贿工作的考验，在县委、政府及有关部门的关心支持下，才使得药房托管工作圆满结束。</w:t>
      </w:r>
      <w:r>
        <w:rPr>
          <w:lang w:eastAsia="zh-CN"/>
        </w:rPr>
        <w:br/>
      </w:r>
      <w:r>
        <w:rPr>
          <w:lang w:eastAsia="zh-CN"/>
        </w:rPr>
        <w:t>　　九、对药房托管改革工作的评价</w:t>
      </w:r>
      <w:r>
        <w:rPr>
          <w:lang w:eastAsia="zh-CN"/>
        </w:rPr>
        <w:br/>
      </w:r>
      <w:r>
        <w:rPr>
          <w:lang w:eastAsia="zh-CN"/>
        </w:rPr>
        <w:t>　　简言之，可用5句话60个字来概括：</w:t>
      </w:r>
      <w:r>
        <w:rPr>
          <w:lang w:eastAsia="zh-CN"/>
        </w:rPr>
        <w:br/>
      </w:r>
      <w:r>
        <w:rPr>
          <w:lang w:eastAsia="zh-CN"/>
        </w:rPr>
        <w:t>　　五年药房托管，并非一帆风顺。</w:t>
      </w:r>
      <w:r>
        <w:rPr>
          <w:lang w:eastAsia="zh-CN"/>
        </w:rPr>
        <w:br/>
      </w:r>
      <w:r>
        <w:rPr>
          <w:lang w:eastAsia="zh-CN"/>
        </w:rPr>
        <w:t>　　坎坷崎岖艰险，一路风雨兼程。</w:t>
      </w:r>
      <w:r>
        <w:rPr>
          <w:lang w:eastAsia="zh-CN"/>
        </w:rPr>
        <w:br/>
      </w:r>
      <w:r>
        <w:rPr>
          <w:lang w:eastAsia="zh-CN"/>
        </w:rPr>
        <w:t>　　党政齐抓共管，困难化作风云。</w:t>
      </w:r>
      <w:r>
        <w:rPr>
          <w:lang w:eastAsia="zh-CN"/>
        </w:rPr>
        <w:br/>
      </w:r>
      <w:r>
        <w:rPr>
          <w:lang w:eastAsia="zh-CN"/>
        </w:rPr>
        <w:t>　　患者得到实惠，医生得到安宁。</w:t>
      </w:r>
      <w:r>
        <w:rPr>
          <w:lang w:eastAsia="zh-CN"/>
        </w:rPr>
        <w:br/>
      </w:r>
      <w:r>
        <w:rPr>
          <w:lang w:eastAsia="zh-CN"/>
        </w:rPr>
        <w:t>　　医院公司发展，共同实现四赢。</w:t>
      </w:r>
      <w:r>
        <w:rPr>
          <w:lang w:eastAsia="zh-CN"/>
        </w:rPr>
        <w:br/>
      </w:r>
      <w:r>
        <w:rPr>
          <w:lang w:eastAsia="zh-CN"/>
        </w:rPr>
        <w:t>　　十、托管期满后的想法和打算</w:t>
      </w:r>
      <w:r>
        <w:rPr>
          <w:lang w:eastAsia="zh-CN"/>
        </w:rPr>
        <w:br/>
      </w:r>
      <w:r>
        <w:rPr>
          <w:lang w:eastAsia="zh-CN"/>
        </w:rPr>
        <w:t>　　按协议，托管期至20__年4月26日止。由于此项改革是通过职代会讨论决定，是否继续托管，我们也在六届五次职代会上提交代表讨论和审议。在讨论和发言中，大家一致认为，只要政策允许，希望进一步完善后继续实施药房托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药房托管给医院带来的发展和变化不言而喻，但政策和改革不配套也给我们带来了不少麻烦，特别是在20__年的那场“治贿”运动中，险些把“政绩”视为“贿赂”，要是没有县委政府的关心支持，主持正义，后果将不堪设想。当前，药房托管又成为我省医改的主流，为避免停止后又要求再搞的情况发生，我们将向政府及主管局请示后按批示执行。</w:t>
      </w:r>
      <w:r>
        <w:rPr>
          <w:lang w:eastAsia="zh-CN"/>
        </w:rPr>
        <w:br/>
      </w:r>
      <w:r>
        <w:rPr>
          <w:lang w:eastAsia="zh-CN"/>
        </w:rPr>
        <w:t xml:space="preserve">    医院药房2024年工作总结 篇11 </w:t>
      </w:r>
      <w:r>
        <w:rPr>
          <w:lang w:eastAsia="zh-CN"/>
        </w:rPr>
        <w:br/>
      </w:r>
      <w:r>
        <w:rPr>
          <w:lang w:eastAsia="zh-CN"/>
        </w:rPr>
        <w:t>　　时光荏苒，20_年已经过去，在这近一年的工作中，药房认真贯彻执行药政管理的有关法律法规，切实保障了人民群众用的药安全性、有效性、经济性、合理性等。在院领导的关心和指导下，在有关部门和科室的大力支持帮助下，紧紧围绕药房的工作重点和要求，全科组成人员以团结协作、求真务实的精神状态，顺利完成了各项工作任务和目标。将近一年药房工作总结如下：</w:t>
      </w:r>
      <w:r>
        <w:rPr>
          <w:lang w:eastAsia="zh-CN"/>
        </w:rPr>
        <w:br/>
      </w:r>
      <w:r>
        <w:rPr>
          <w:lang w:eastAsia="zh-CN"/>
        </w:rPr>
        <w:t>　　一、完善工作流程 , 提高工作效率 , 方便护士、病人。</w:t>
      </w:r>
      <w:r>
        <w:rPr>
          <w:lang w:eastAsia="zh-CN"/>
        </w:rPr>
        <w:br/>
      </w:r>
      <w:r>
        <w:rPr>
          <w:lang w:eastAsia="zh-CN"/>
        </w:rPr>
        <w:t>　　药房是药剂科直接面对护士、病人的重要窗口，如何方便护士、病人、如何提高工作效率，是药房工作的重点。随着日工作量的增加，为了更好的完善药房工作，提高工作效率，为了更好的方便护士、病人，在满足其要求的前提下，首先做好与护士、病人的沟通，告知其耐心等待，科组人员通力合作将方剂尽快调配完毕。这也充分体现了药房全体人员的积极性，齐心协力，克服困难。</w:t>
      </w:r>
      <w:r>
        <w:rPr>
          <w:lang w:eastAsia="zh-CN"/>
        </w:rPr>
        <w:br/>
      </w:r>
      <w:r>
        <w:rPr>
          <w:lang w:eastAsia="zh-CN"/>
        </w:rPr>
        <w:t>　　二、做好药品计划、药品盘点工作。</w:t>
      </w:r>
      <w:r>
        <w:rPr>
          <w:lang w:eastAsia="zh-CN"/>
        </w:rPr>
        <w:br/>
      </w:r>
      <w:r>
        <w:rPr>
          <w:lang w:eastAsia="zh-CN"/>
        </w:rPr>
        <w:t>　　把每一项工作做实、做细、且一丝不苟，为下一步的工作展开打好基础。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按照保证临床一线用药的要求，根据月销售情况及临床科室处方调配情况做好药品的订制，每按时提交完毕，满足临床科室药品供应的需求。在这近一年的时间里，药房能很好地做到了药品的供应。药房人员进行药品盘点，为保证盘点数据的准确性，每月药品盘点工作均其安排在临近下班时间。为保证信息系统药品运行数据的准确性,随时核对计算机。严格执行操作规程和处方制度，确保盘点工作进行顺利，库存药品做到电脑数据与账本相符，账物相符，无差错事故发生。且盘点药品做到了心里有数、摆放合理、整齐等。</w:t>
      </w:r>
      <w:r>
        <w:rPr>
          <w:lang w:eastAsia="zh-CN"/>
        </w:rPr>
        <w:br/>
      </w:r>
      <w:r>
        <w:rPr>
          <w:lang w:eastAsia="zh-CN"/>
        </w:rPr>
        <w:t>　　三、做好药品管理。</w:t>
      </w:r>
      <w:r>
        <w:rPr>
          <w:lang w:eastAsia="zh-CN"/>
        </w:rPr>
        <w:br/>
      </w:r>
      <w:r>
        <w:rPr>
          <w:lang w:eastAsia="zh-CN"/>
        </w:rPr>
        <w:t>　　收到计划药品后，认真做好进药的查对和验收，认真查看药品的有效期和认真维护药品的日常养护。在工作中根据季节的变化和临床科室的用药情况及时调整购药计划少量多次进药，做到药品常用常新。紧密配合临床各科室做好各病区处方和领药单的调配工作，确保药品的质量，同时努力做好合理用药的工作，完善治疗方案的实施，努力提高自身素质，以期更好的加强管理，使药品质量得以保障，以保障患者用药安全性、合理性、有效性、经济性。</w:t>
      </w:r>
      <w:r>
        <w:rPr>
          <w:lang w:eastAsia="zh-CN"/>
        </w:rPr>
        <w:br/>
      </w:r>
      <w:r>
        <w:rPr>
          <w:lang w:eastAsia="zh-CN"/>
        </w:rPr>
        <w:t>　　四、规范特殊药品管理。</w:t>
      </w:r>
      <w:r>
        <w:rPr>
          <w:lang w:eastAsia="zh-CN"/>
        </w:rPr>
        <w:br/>
      </w:r>
      <w:r>
        <w:rPr>
          <w:lang w:eastAsia="zh-CN"/>
        </w:rPr>
        <w:t>　　对“毒麻精放”的药品应严格按“一双四专交接班”管理。即：专人、专柜、双锁、专账、专用处方、并严格执行交接班制度。本年度药房很好的做到了处方、药品、库存的统一性，未曾出现处方药品的发放、及药品缺失等问题。</w:t>
      </w:r>
      <w:r>
        <w:rPr>
          <w:lang w:eastAsia="zh-CN"/>
        </w:rPr>
        <w:br/>
      </w:r>
      <w:r>
        <w:rPr>
          <w:lang w:eastAsia="zh-CN"/>
        </w:rPr>
        <w:t>　　五、加强业务学习，努力提高服务质量。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每季度认真学习药物知识，严格按照《医院处方管理制度》《药房调剂工作制度》《药房调剂职责》的规定调剂药品，坚持“四查十对”严防发生差错事故，熟练掌握了药房调剂工作制度，药房调剂职责。近一年来做到了全心全意为患者服务，以礼待人，热情服务，耐心解答问题，</w:t>
      </w:r>
      <w:r>
        <w:rPr>
          <w:lang w:eastAsia="zh-CN"/>
        </w:rPr>
        <w:br/>
      </w:r>
      <w:r>
        <w:rPr>
          <w:lang w:eastAsia="zh-CN"/>
        </w:rPr>
        <w:t>　　在不断的实践中提高自身素质和业务水平。</w:t>
      </w:r>
      <w:r>
        <w:rPr>
          <w:lang w:eastAsia="zh-CN"/>
        </w:rPr>
        <w:br/>
      </w:r>
      <w:r>
        <w:rPr>
          <w:lang w:eastAsia="zh-CN"/>
        </w:rPr>
        <w:t>　　20_年的工作方向：继续改善服务态度和提高服务质量，发现问题、出现问题要及时纠正解决，结合工作实际积极改善服务态度。把业务学习列为重中之重。积极参加院组织的业务学习，增加新知识。调剂药品工作要求我们要特别认真、细心、不能在工作中出现任何差错，轻者经济受损，重者就会给病人的身心健康和医院的经济、声誉等造成无法挽回的损失。建立、健全各项规章制度尤为重要，能保证药品质量的管理制度及程序并落到实处，加强规范化操作，发扬长处，提高工作质量和效率，杜绝差错事故的发生。对所发生药品不良反应按规定及时上报。每月做好药品盘点，药房主管并且协助财务部做好药品经济核算工作。存在的不足是专业知识不够扎实，一定要努力改进。</w:t>
      </w:r>
      <w:r>
        <w:rPr>
          <w:lang w:eastAsia="zh-CN"/>
        </w:rPr>
        <w:br/>
      </w:r>
      <w:r>
        <w:rPr>
          <w:lang w:eastAsia="zh-CN"/>
        </w:rPr>
        <w:t>　　总之，回顾一年来的工作，我们会继续发扬科室好的章程法则，发扬主人翁的思想，刻苦学习，踏实工作，在新的一年里迎接新的起点、新的机遇、新的挑战，我们有信心我们做的会更好。</w:t>
      </w:r>
      <w:r>
        <w:rPr>
          <w:lang w:eastAsia="zh-CN"/>
        </w:rPr>
        <w:br/>
      </w:r>
      <w:r>
        <w:rPr>
          <w:lang w:eastAsia="zh-CN"/>
        </w:rPr>
        <w:t xml:space="preserve">    医院药房2024年工作总结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__年以来，我认真执行党的各项卫生工作方针政策，遵守医院的规章制度，以深入学习实践科学发展观主题活动为契机，遵守院规院纪，不迟到，不早退。认真执行《药品管理法》及《处方管理办法》，坚决抵制违法违纪行为和行业不正之风，树立全心全意为患者服务意识和集体荣誉感。</w:t>
      </w:r>
      <w:r>
        <w:rPr>
          <w:lang w:eastAsia="zh-CN"/>
        </w:rPr>
        <w:br/>
      </w:r>
      <w:r>
        <w:rPr>
          <w:lang w:eastAsia="zh-CN"/>
        </w:rPr>
        <w:t>　　认真学习《药品管理法》及《处方管理办法》和抗菌药物的合理应用，并利用业余时间进修学习，不断提高业务水平和技能，爱岗敬业，同心协力为患者服务，虚心向同行学习专业知识，及时妥善处理工作中出现的临时性问题。药品摆放整齐，严格管理毒、麻、限、剧及贵重药品、定期盘存，协助财务部做好药品经济核算工作，发现问题及时查找原因，研究处理并及时解决。每天的工作是负责药品发放和二类药品的请领、发放、处方登记和保管。摆药室是一个整体，每个人就像一个零件，全体齐心协力，上下一心，互相配合，互相帮助，保质保量的完成了上级交给的各项任务。</w:t>
      </w:r>
      <w:r>
        <w:rPr>
          <w:lang w:eastAsia="zh-CN"/>
        </w:rPr>
        <w:br/>
      </w:r>
      <w:r>
        <w:rPr>
          <w:lang w:eastAsia="zh-CN"/>
        </w:rPr>
        <w:t>　　继续改善服务态度和提高服务质量，发现问题及时解决纠正，结合工作实际积极改善服务态度。进一步加强业务学习，把业务学习列为重中之重。积极参加院上组织的业务学习，增加新知识。调剂药品工作要求我们要特别认真、细心，不能在工作中出现任何差错，轻则经济受损，重者就会给病人的身心健康和医院的经济、声誉等造成无法挽回的损失。建立、健全各项规章制度尤为重要，能保证药品质量的管理制度及程序并落到实处,加强规范化操作，发挥长处，提高工作质量和效率，杜绝差错事故发生。对所发生药品不良反应按规定及时上报。做好药品盘点，协助财务部做好药品经济核算工作。存在的不足是专业知识不够扎实，一定努力改进。</w:t>
      </w:r>
      <w:r>
        <w:rPr>
          <w:lang w:eastAsia="zh-CN"/>
        </w:rPr>
        <w:br/>
      </w:r>
      <w:r>
        <w:rPr>
          <w:lang w:eastAsia="zh-CN"/>
        </w:rPr>
        <w:t xml:space="preserve">    医院药房2024年工作总结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我院开展了药房管理社会化改革——药房托管。五年来，在县委、政府及有关部门的关心支持下，经过双方的共同努力，圆满地完成了药房托管改革的尝试，达到了预期的目的。现合同期限已满，特将五年药房托管改革情况作如下总结。</w:t>
      </w:r>
      <w:r>
        <w:rPr>
          <w:lang w:eastAsia="zh-CN"/>
        </w:rPr>
        <w:br/>
      </w:r>
      <w:r>
        <w:rPr>
          <w:lang w:eastAsia="zh-CN"/>
        </w:rPr>
        <w:t>　　一、我院药房托管改革的历史背景</w:t>
      </w:r>
      <w:r>
        <w:rPr>
          <w:lang w:eastAsia="zh-CN"/>
        </w:rPr>
        <w:br/>
      </w:r>
      <w:r>
        <w:rPr>
          <w:lang w:eastAsia="zh-CN"/>
        </w:rPr>
        <w:t>　　进入新世纪，全国医药卫生改革蓬勃兴起，当时正值我院药品管理的混乱时期，药品回扣等不正之考试,大收集整理风的盛行使医院也深受其害，有关人员也受到了惩处。__年11月，新一届领导班子调整健全后，虽然进行了全面整治，但与多家公司及厂商打交道的混乱局面仍未能摆脱，加之日趋激励的医疗市场竞争，院长难免分心扮演“药品商人”，面对虚高的药品价格，群众看病贵，患者不满意，医院发展困难。在财政补助严重不足，医院发展举步为艰的困境中，我们想到了改革。在科学发展观思想的指导下，医院领导班子解放思想抓管理，脚踏实地搞改革，深刻理解“发展才是硬道理”的内涵。同时，多项卓有成效的改革也轰轰烈烈地在“十五”期间展开，其中，药房托管改革就是今天医院翻天覆地变化不可缺少的坚强后盾。</w:t>
      </w:r>
      <w:r>
        <w:rPr>
          <w:lang w:eastAsia="zh-CN"/>
        </w:rPr>
        <w:br/>
      </w:r>
      <w:r>
        <w:rPr>
          <w:lang w:eastAsia="zh-CN"/>
        </w:rPr>
        <w:t>　　二、慎重起步，规范托管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为了掌握省内药房托管的相关信息，__年12月初，我们组织了有关领导和相关人员前往已经实施了药房托管的弥勒、开远、文山等医院参观考察。回院后召开了党政扩大会议，结合院情，专题研究药房托管改革事宜。经过论证分析，大家一致认为，实施药房托管改革势在必行。__年12月18日，以禄医字[]09号文件《关于实施药房托管改革的请示》汇报县政府分管领导及主管局。__年1月13日，以禄医字[]01号文件下发，成立药房托管改革领导小组。__年2月20日，经五届三次职工代表大会讨论通过，并报请__届禄丰县政府第四次常务会议决定，同意我院实施药房托管。　　__年4月15日经过公开招投标，有5家公司参与竞争谈判。最后，云南省药品科技开发经营公司中标。__年4月26日举行了签字仪式，并对所列合同条款内容进行了公正。托管期限为五年，从__年4月26日起至__年4月26日止。</w:t>
      </w:r>
      <w:r>
        <w:rPr>
          <w:lang w:eastAsia="zh-CN"/>
        </w:rPr>
        <w:br/>
      </w:r>
      <w:r>
        <w:rPr>
          <w:lang w:eastAsia="zh-CN"/>
        </w:rPr>
        <w:t>　　三、托管有目标，“三赢”变“四赢”</w:t>
      </w:r>
      <w:r>
        <w:rPr>
          <w:lang w:eastAsia="zh-CN"/>
        </w:rPr>
        <w:br/>
      </w:r>
      <w:r>
        <w:rPr>
          <w:lang w:eastAsia="zh-CN"/>
        </w:rPr>
        <w:t>　　我院实施药房托管改革的目标，从“三赢”设想开始，最后达到“四赢”目标圆满结束。最初提出“三赢”的目标是，患者受益、医院发展、公司得利。即：通过开展托管要使药品价格下降，医院的既得利益得到保障，满足临床用药，减少成本支出，规范药品管理，加快医院发展，医院公司双赢，患者得到实惠。通过实施三年后，云南省委组织有关专家教授来院调研考察后，充分肯定了我院药房托管改革的成绩，认为不仅仅是“三赢”，还要加一赢，即：“有效地遏制了医药购销使用过程中的不正之风”。回顾五年药房托管改革，已到了预期改革的目标。</w:t>
      </w:r>
      <w:r>
        <w:rPr>
          <w:lang w:eastAsia="zh-CN"/>
        </w:rPr>
        <w:br/>
      </w:r>
      <w:r>
        <w:rPr>
          <w:lang w:eastAsia="zh-CN"/>
        </w:rPr>
        <w:t>　　四、医院实现跨越发展，药房托管举足轻重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__年2月20日，在五届三次职工代表大会上，我们就提出了医院发展的宏伟蓝图，即：在“十五”期间，要率先在州内县级医院中实现“人才一流、技术一流、设备一流、服务一流、效益一流、环境一流”的花园式医疗卫生单位。在短短的三年中，医院变化日新月异，并在__年的庆典仪式上，向县委、政府汇报我们已经实现了跨越式发展的目标，给禄丰人民交了一份满意的答卷。</w:t>
      </w:r>
      <w:r>
        <w:rPr>
          <w:lang w:eastAsia="zh-CN"/>
        </w:rPr>
        <w:br/>
      </w:r>
      <w:r>
        <w:rPr>
          <w:lang w:eastAsia="zh-CN"/>
        </w:rPr>
        <w:t>　　“六个一流”的实现，与药房托管改革密不可分。主要表现在托管之后医院的既得利益不但得到了保障，还依托公司的实力无息借款1000万元，用于医院的发展。没有雄厚的财力作为后盾，医院发展将是一句空话。</w:t>
      </w:r>
      <w:r>
        <w:rPr>
          <w:lang w:eastAsia="zh-CN"/>
        </w:rPr>
        <w:br/>
      </w:r>
      <w:r>
        <w:rPr>
          <w:lang w:eastAsia="zh-CN"/>
        </w:rPr>
        <w:t>　　五、托管期满后的想法和打算</w:t>
      </w:r>
      <w:r>
        <w:rPr>
          <w:lang w:eastAsia="zh-CN"/>
        </w:rPr>
        <w:br/>
      </w:r>
      <w:r>
        <w:rPr>
          <w:lang w:eastAsia="zh-CN"/>
        </w:rPr>
        <w:t>　　按协议，托管期至__年4月26日止。由于此项改革是通过职代会讨论决定，是否继续托管，我们也在六届五次职代会上提交代表讨论和审议。在讨论和发言中，大家一致认为，只要政策允许，希望进一步完善后继续实施药房托管。</w:t>
      </w:r>
      <w:r>
        <w:rPr>
          <w:lang w:eastAsia="zh-CN"/>
        </w:rPr>
        <w:br/>
      </w:r>
      <w:r>
        <w:rPr>
          <w:lang w:eastAsia="zh-CN"/>
        </w:rPr>
        <w:t>　　药房托管给医院带来的发展和变化不言而喻，但政策和改革不配套也给我们带来了不少麻烦，特别是在__年的那场“治贿”运动中，险些把“政绩”视为“贿赂”，要是没有县委政府的关心支持，主持正义，后果将不堪设想。当前，药房托管又成为我省医改的主流，为避免停止后又要求再搞的情况发生，我们将向政府及主管局请示后按批示执行。</w:t>
      </w:r>
      <w:r>
        <w:rPr>
          <w:lang w:eastAsia="zh-CN"/>
        </w:rPr>
        <w:br/>
      </w:r>
      <w:r>
        <w:rPr>
          <w:lang w:eastAsia="zh-CN"/>
        </w:rPr>
        <w:t xml:space="preserve">    医院药房2024年工作总结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半年就这过去了，回首过去在院领导的正确引导下，我院正一步一个台阶的稳步向前发展，医疗技术的提高赢得了患者的满意和认同，相应地也给我们带来了良好的社会效益和经济效益。来院已半年余，在院领导的直接领导下，主任们的具体指导下，严格遵守医院规章制度，思想上严格要求自己，在工作上勤勤恳恳、任劳任怨，在作风上艰苦朴素、务真求实，紧紧围绕医院的工作重点和要求，顺利完成了领导安排制定的各项工作任务和目标。现将工作情况总结如下：</w:t>
      </w:r>
      <w:r>
        <w:rPr>
          <w:lang w:eastAsia="zh-CN"/>
        </w:rPr>
        <w:br/>
      </w:r>
      <w:r>
        <w:rPr>
          <w:lang w:eastAsia="zh-CN"/>
        </w:rPr>
        <w:t>　　一、医院药房工作是一项细致的工作来不得半点马虎。</w:t>
      </w:r>
      <w:r>
        <w:rPr>
          <w:lang w:eastAsia="zh-CN"/>
        </w:rPr>
        <w:br/>
      </w:r>
      <w:r>
        <w:rPr>
          <w:lang w:eastAsia="zh-CN"/>
        </w:rPr>
        <w:t>　　做为一名药房工作人员，认真学习和执行有关法规，不断加强自身医德修养，始终坚持以全心全意为患者服务为宗旨，工作勤勤恳恳，任劳任怨，尽心尽责。自任职以来，始终坚持工作质量第一，服务质量第一。工作中，严格按照《药品管理法》的规定，加强对药品质量的控制把关，严防假、劣药品进入。为维护用药安全有效，积极协助领导指定和完善单位药品管理制度，使单位的药品管理趋于制度化、规范化，避免了差错事故的发生；工作方面有了很大的进展，积累了工作经验，提高了自己的业务技能。以医德为准则，时刻以高标准要求自己，使本人的政治素质与业务素质达到了较高的水平。</w:t>
      </w:r>
      <w:r>
        <w:rPr>
          <w:lang w:eastAsia="zh-CN"/>
        </w:rPr>
        <w:br/>
      </w:r>
      <w:r>
        <w:rPr>
          <w:lang w:eastAsia="zh-CN"/>
        </w:rPr>
        <w:t>　　工作中，明确自己的职责，兢兢业业，较好地完成了各项工作与任务指标，认真做好以下几个方面：</w:t>
      </w:r>
      <w:r>
        <w:rPr>
          <w:lang w:eastAsia="zh-CN"/>
        </w:rPr>
        <w:br/>
      </w:r>
      <w:r>
        <w:rPr>
          <w:lang w:eastAsia="zh-CN"/>
        </w:rPr>
        <w:t>　　1、树立了全心全意为患者服务的思想和高尚的`医院道德，对工作认真负责，把好药口质量关，确保病人用药安全有效。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2、卫生劳动纪律安全方面：注重个人卫生衣帽整齐，工作时间肃静，从未大声喧哗，严格遵守劳动纪律，坚守工作岗位，严格遵照领导的要求从未让闲杂人员随意进出药房，下班后锁好门窗检查多次后方可离开维护了安全性。注重保持室内清洁卫生。每天提前到岗做好准备工作。每天都要打扫室内卫生没有一天例外过，拖地，擦拭桌子柜子等等做到了窗明几净。做到药房卫生整洁无污染物、药品摆放合理、陈列整齐，安全规范。虽然取得了成绩也是与领导的支持帮助分不开。</w:t>
      </w:r>
      <w:r>
        <w:rPr>
          <w:lang w:eastAsia="zh-CN"/>
        </w:rPr>
        <w:br/>
      </w:r>
      <w:r>
        <w:rPr>
          <w:lang w:eastAsia="zh-CN"/>
        </w:rPr>
        <w:t>　　3、认真对待处方的审核、发放工作，严格遵守处方调配制度，贯彻执行四查十对。</w:t>
      </w:r>
      <w:r>
        <w:rPr>
          <w:lang w:eastAsia="zh-CN"/>
        </w:rPr>
        <w:br/>
      </w:r>
      <w:r>
        <w:rPr>
          <w:lang w:eastAsia="zh-CN"/>
        </w:rPr>
        <w:t>　　（1）查处方：对姓名、性别、科室。</w:t>
      </w:r>
      <w:r>
        <w:rPr>
          <w:lang w:eastAsia="zh-CN"/>
        </w:rPr>
        <w:br/>
      </w:r>
      <w:r>
        <w:rPr>
          <w:lang w:eastAsia="zh-CN"/>
        </w:rPr>
        <w:t>　　（2）查药品：对品名、规格、剂型、数量。</w:t>
      </w:r>
      <w:r>
        <w:rPr>
          <w:lang w:eastAsia="zh-CN"/>
        </w:rPr>
        <w:br/>
      </w:r>
      <w:r>
        <w:rPr>
          <w:lang w:eastAsia="zh-CN"/>
        </w:rPr>
        <w:t>　　（3）查配伍禁忌：对药品性状、用法用量</w:t>
      </w:r>
      <w:r>
        <w:rPr>
          <w:lang w:eastAsia="zh-CN"/>
        </w:rPr>
        <w:br/>
      </w:r>
      <w:r>
        <w:rPr>
          <w:lang w:eastAsia="zh-CN"/>
        </w:rPr>
        <w:t>　　（4）查用药合理性：对临床诊断。制度。</w:t>
      </w:r>
      <w:r>
        <w:rPr>
          <w:lang w:eastAsia="zh-CN"/>
        </w:rPr>
        <w:br/>
      </w:r>
      <w:r>
        <w:rPr>
          <w:lang w:eastAsia="zh-CN"/>
        </w:rPr>
        <w:t>　　二、本着药品安全无小事原则，严把药品质量关。</w:t>
      </w:r>
      <w:r>
        <w:rPr>
          <w:lang w:eastAsia="zh-CN"/>
        </w:rPr>
        <w:br/>
      </w:r>
      <w:r>
        <w:rPr>
          <w:lang w:eastAsia="zh-CN"/>
        </w:rPr>
        <w:t>　　（一）药品购进</w:t>
      </w:r>
      <w:r>
        <w:rPr>
          <w:lang w:eastAsia="zh-CN"/>
        </w:rPr>
        <w:br/>
      </w:r>
      <w:r>
        <w:rPr>
          <w:lang w:eastAsia="zh-CN"/>
        </w:rPr>
        <w:t>　　1、制定药品购进计划，并做好记录。</w:t>
      </w:r>
      <w:r>
        <w:rPr>
          <w:lang w:eastAsia="zh-CN"/>
        </w:rPr>
        <w:br/>
      </w:r>
      <w:r>
        <w:rPr>
          <w:lang w:eastAsia="zh-CN"/>
        </w:rPr>
        <w:t>　　2、为保证用药安全购进药品前严格审核供货单位法定资格和质量信誉。保证药品进货渠道合法，在有资质、销货清单票据证件齐全的医药公司购进药品。</w:t>
      </w:r>
      <w:r>
        <w:rPr>
          <w:lang w:eastAsia="zh-CN"/>
        </w:rPr>
        <w:br/>
      </w:r>
      <w:r>
        <w:rPr>
          <w:lang w:eastAsia="zh-CN"/>
        </w:rPr>
        <w:t>　　（二）验收管理制度执行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1、特殊药品验收：对进出专柜的药品建立专用账册，进出逐笔记录，记录内容包括：日期、凭证号、领用部门、品名、剂型、规格、单位、数量、批号、有效期、生产单位、发药人、复核人和领用人签字，做到帐、物、批号相符。</w:t>
      </w:r>
      <w:r>
        <w:rPr>
          <w:lang w:eastAsia="zh-CN"/>
        </w:rPr>
        <w:br/>
      </w:r>
      <w:r>
        <w:rPr>
          <w:lang w:eastAsia="zh-CN"/>
        </w:rPr>
        <w:t>　　2、普通药品购入后严格按照规定逐一全部检验，认真核对药品的批准文号、品名、数量、规格及有效期、生产企业等，自药品购进之日起，真实完整记录购进药品。</w:t>
      </w:r>
      <w:r>
        <w:rPr>
          <w:lang w:eastAsia="zh-CN"/>
        </w:rPr>
        <w:br/>
      </w:r>
      <w:r>
        <w:rPr>
          <w:lang w:eastAsia="zh-CN"/>
        </w:rPr>
        <w:t>　　（三）药品的储存和保养</w:t>
      </w:r>
      <w:r>
        <w:rPr>
          <w:lang w:eastAsia="zh-CN"/>
        </w:rPr>
        <w:br/>
      </w:r>
      <w:r>
        <w:rPr>
          <w:lang w:eastAsia="zh-CN"/>
        </w:rPr>
        <w:t>　　1、定期盘点：每月底进行药品盘点检查有无损坏药品，近效期药品，过期药品，本着先进先出的原则，近效期药品按照规定逐项填写防止过期药品，过期药品上报后销毁。保证病人的用药安全。</w:t>
      </w:r>
      <w:r>
        <w:rPr>
          <w:lang w:eastAsia="zh-CN"/>
        </w:rPr>
        <w:br/>
      </w:r>
      <w:r>
        <w:rPr>
          <w:lang w:eastAsia="zh-CN"/>
        </w:rPr>
        <w:t>　　2、我们中西药房因环境制约没有库房每次购入药品数量相对较少。只能根据我们的药房环境布局对药品的储存。按要求分类陈列和摆放</w:t>
      </w:r>
      <w:r>
        <w:rPr>
          <w:lang w:eastAsia="zh-CN"/>
        </w:rPr>
        <w:br/>
      </w:r>
      <w:r>
        <w:rPr>
          <w:lang w:eastAsia="zh-CN"/>
        </w:rPr>
        <w:t>　　3、门诊药品的调剂工作按规章制度要求进行操作，拆零的药品用原装药品容器包装，坚持“四查十对制度”杜绝差错事故的发生。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以认真负责的态度，根据本院医师正式处方发药非本院处方不予发药，严格操作，发现处方中存在的差错，能及时与医生联系。认真复核处方，避免差错事故。随着改革的发展社会的进步，也熟练掌握微机化管理技术，在一定程度上保证了药品的财务性的需要。对发放到病人手中的药品，能主动向病人讲解有关用药的常识与注意事项，尤其对用药注意事项作耐心解答，使病人在服药时良好地遵守医嘱。受到好评。积极参加本专业的各项活动，加强医学基础理论知识学习，不断充实和更新自己的知识，了解和掌握新动向，熟练掌握医学基础理论、基本知识和基本操作技能，利用专业知识配合科室。在平时严格遵守医院的各项规章制度，坚持上班不迟到下班不早退。能尊敬领导，热爱集体。</w:t>
      </w:r>
      <w:r>
        <w:rPr>
          <w:lang w:eastAsia="zh-CN"/>
        </w:rPr>
        <w:br/>
      </w:r>
      <w:r>
        <w:rPr>
          <w:lang w:eastAsia="zh-CN"/>
        </w:rPr>
        <w:t>　　在外人眼中，收费的工作相对于其它科室似乎很轻松，它无外乎是整日坐在微机前机械地重复着一收一付的简单操作，似乎既无需很高的技术含量，也不必承担性命之托的巨大压力。然而，工作以来的亲身经历使我深深体会到，“科室工作无小事，于细微处见真功。”</w:t>
      </w:r>
      <w:r>
        <w:rPr>
          <w:lang w:eastAsia="zh-CN"/>
        </w:rPr>
        <w:br/>
      </w:r>
      <w:r>
        <w:rPr>
          <w:lang w:eastAsia="zh-CN"/>
        </w:rPr>
        <w:t>　　关于收费室的工作，课余汲取相关方面的知识，因为收费室是医院的窗口，言行举止和态度好坏，都会直接影响到医院的整体形象，故在工作中收费做到“唱好唱余”能设身处地为患者着想，尽己所能为患者提供方便。比如医保刷卡需要一项项的详细列出打出有些药品不属于报销范畴等等病号不满细心解释做到态度温和微笑服务。</w:t>
      </w:r>
      <w:r>
        <w:rPr>
          <w:lang w:eastAsia="zh-CN"/>
        </w:rPr>
        <w:br/>
      </w:r>
    </w:p>
    <w:p w:rsidR="001B1F19" w14:textId="27C3F48A">
      <w:pPr>
        <w:rPr>
          <w:rFonts w:hint="eastAsia"/>
          <w:lang w:eastAsia="zh-CN"/>
        </w:rPr>
      </w:pPr>
      <w:r>
        <w:rPr>
          <w:lang w:eastAsia="zh-CN"/>
        </w:rPr>
        <w:t>　　总之是对于患者，坚持做到了既让他听明白意思，又要注意说话的口气和语调，既要使所收取的各项费用准确无误，又要减少病人额外的麻烦和负担，坚持做到了既要大方得体，又要坚持原则的方针政策，让患者满意。透过收费处这小小的窗口，我们代表的是整个医院的形象，正是通过我们的工作搭建起了医患之间沟通、交流的一座平台。挂号是患者就诊时与医院接触的第一个环节，其服务的好坏、效率的高低不仅影响着患者就诊时的心情，也对医院医疗资源的利用，医疗水平和服务质量的提高，医院声誉的提升等有着至关重要的作用对咨询者认真主动听来者述说或询问，根据需要耐心答复指导，对于个别病人能够耐心说服，全程微笑服务态度温和。</w:t>
      </w:r>
      <w:r>
        <w:rPr>
          <w:lang w:eastAsia="zh-CN"/>
        </w:rPr>
        <w:br/>
      </w:r>
      <w:r>
        <w:rPr>
          <w:lang w:eastAsia="zh-CN"/>
        </w:rPr>
        <w:t>　　做好日常的财务核算和其他相关信息的核算填报工作，每天下班交帐记帐明细帐目做到清楚，钱款清楚。弄不清楚不下班。</w:t>
      </w:r>
      <w:r>
        <w:rPr>
          <w:lang w:eastAsia="zh-CN"/>
        </w:rPr>
        <w:br/>
      </w:r>
      <w:r>
        <w:rPr>
          <w:lang w:eastAsia="zh-CN"/>
        </w:rPr>
        <w:t>　　我们的工作是平凡的、琐碎的、甚至在很多人眼里是低下的，但我们的行为是高尚的、心灵是美好的。我们站好了医院前沿的哨岗，做出了成绩。</w:t>
      </w:r>
      <w:r>
        <w:rPr>
          <w:lang w:eastAsia="zh-CN"/>
        </w:rPr>
        <w:br/>
      </w:r>
      <w:r>
        <w:rPr>
          <w:lang w:eastAsia="zh-CN"/>
        </w:rPr>
        <w:t>　　注意节约意识，每天下班后都会即时关灯，人走关闭走廊灯具已习惯成自然，看到水管跑冒滴漏的现象能及时关闭。</w:t>
      </w:r>
      <w:r>
        <w:rPr>
          <w:lang w:eastAsia="zh-CN"/>
        </w:rPr>
        <w:br/>
      </w:r>
      <w:r>
        <w:rPr>
          <w:lang w:eastAsia="zh-CN"/>
        </w:rPr>
        <w:t>　　总之在工作中虽取得了一些成绩，但也可能存在一些不足，比如多多钻研业务知识使得理论与实践更系统的结合起来，使得自身素质有一个质的飞跃。工作中的点点滴滴使我深深感受到，无论你在哪个岗位，从事着怎样的工作，都一样可以贡献出自己的一份力量，工作没有高低贵贱之分只有分工不同，脚踏实地认认真真的完成各项工作，以更高的热情投身到工作中。若工作中不足的地方请领导多多批评指出，一定虚心接受，努力改正。</w:t>
      </w:r>
      <w:r>
        <w:rPr>
          <w:lang w:eastAsia="zh-CN"/>
        </w:rPr>
        <w:br/>
      </w:r>
      <w:r>
        <w:rPr>
          <w:lang w:eastAsia="zh-CN"/>
        </w:rPr>
        <w:t>　　新的一年有新的.气象，面对新的任务压力，我也应该以新的面貌、更积极主动的态度去迎接新的挑战，在岗位上发挥更大的作用，取得更大的进步。</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https://d.book118.com/785234132022011113</w:t>
        </w:r>
      </w:hyperlink>
    </w:p>
    <w:p w:rsidR="001B1F19">
      <w:pPr>
        <w:rPr>
          <w:rFonts w:hint="eastAsia"/>
          <w:lang w:eastAsia="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8523413202201111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