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2024年幼儿园迎新年庆元旦活动方案范文（35篇）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2024年幼儿园迎新年庆元旦活动方案范文（精选35篇）</w:t>
      </w:r>
      <w:r>
        <w:rPr>
          <w:lang w:eastAsia="zh-CN"/>
        </w:rPr>
        <w:br/>
      </w:r>
      <w:r>
        <w:rPr>
          <w:lang w:eastAsia="zh-CN"/>
        </w:rPr>
        <w:t xml:space="preserve">    2024年幼儿园迎新年庆元旦活动方案范文 篇1 </w:t>
      </w:r>
      <w:r>
        <w:rPr>
          <w:lang w:eastAsia="zh-CN"/>
        </w:rPr>
        <w:br/>
      </w:r>
      <w:r>
        <w:rPr>
          <w:lang w:eastAsia="zh-CN"/>
        </w:rPr>
        <w:t>　　一、活动目的：</w:t>
      </w:r>
      <w:r>
        <w:rPr>
          <w:lang w:eastAsia="zh-CN"/>
        </w:rPr>
        <w:br/>
      </w:r>
      <w:r>
        <w:rPr>
          <w:lang w:eastAsia="zh-CN"/>
        </w:rPr>
        <w:t>　　1、通过开展各项活动，增强幼儿园与家庭的联系，提高家长对幼儿教育的重视。</w:t>
      </w:r>
      <w:r>
        <w:rPr>
          <w:lang w:eastAsia="zh-CN"/>
        </w:rPr>
        <w:br/>
      </w:r>
      <w:r>
        <w:rPr>
          <w:lang w:eastAsia="zh-CN"/>
        </w:rPr>
        <w:t>　　2、通过各种游戏活动，促进幼儿的全面发展，感受新年的快乐。</w:t>
      </w:r>
      <w:r>
        <w:rPr>
          <w:lang w:eastAsia="zh-CN"/>
        </w:rPr>
        <w:br/>
      </w:r>
      <w:r>
        <w:rPr>
          <w:lang w:eastAsia="zh-CN"/>
        </w:rPr>
        <w:t>　　3、增进幼儿与父母之间的亲子感情。</w:t>
      </w:r>
      <w:r>
        <w:rPr>
          <w:lang w:eastAsia="zh-CN"/>
        </w:rPr>
        <w:br/>
      </w:r>
      <w:r>
        <w:rPr>
          <w:lang w:eastAsia="zh-CN"/>
        </w:rPr>
        <w:t>　　二、活动时间：</w:t>
      </w:r>
      <w:r>
        <w:rPr>
          <w:lang w:eastAsia="zh-CN"/>
        </w:rPr>
        <w:br/>
      </w:r>
      <w:r>
        <w:rPr>
          <w:lang w:eastAsia="zh-CN"/>
        </w:rPr>
        <w:t>　　20__年1月1日</w:t>
      </w:r>
      <w:r>
        <w:rPr>
          <w:lang w:eastAsia="zh-CN"/>
        </w:rPr>
        <w:br/>
      </w:r>
      <w:r>
        <w:rPr>
          <w:lang w:eastAsia="zh-CN"/>
        </w:rPr>
        <w:t>　　三、活动地点：</w:t>
      </w:r>
      <w:r>
        <w:rPr>
          <w:lang w:eastAsia="zh-CN"/>
        </w:rPr>
        <w:br/>
      </w:r>
      <w:r>
        <w:rPr>
          <w:lang w:eastAsia="zh-CN"/>
        </w:rPr>
        <w:t>　　幼儿园操场</w:t>
      </w:r>
      <w:r>
        <w:rPr>
          <w:lang w:eastAsia="zh-CN"/>
        </w:rPr>
        <w:br/>
      </w:r>
      <w:r>
        <w:rPr>
          <w:lang w:eastAsia="zh-CN"/>
        </w:rPr>
        <w:t>　　四、活动流程：</w:t>
      </w:r>
      <w:r>
        <w:rPr>
          <w:lang w:eastAsia="zh-CN"/>
        </w:rPr>
        <w:br/>
      </w:r>
      <w:r>
        <w:rPr>
          <w:lang w:eastAsia="zh-CN"/>
        </w:rPr>
        <w:t>　　1、领导讲话、园长致辞、颁奖(9：00——9：30)</w:t>
      </w:r>
      <w:r>
        <w:rPr>
          <w:lang w:eastAsia="zh-CN"/>
        </w:rPr>
        <w:br/>
      </w:r>
      <w:r>
        <w:rPr>
          <w:lang w:eastAsia="zh-CN"/>
        </w:rPr>
        <w:t>　　2、游戏活动、亲子活动(9：30——11：00)</w:t>
      </w:r>
      <w:r>
        <w:rPr>
          <w:lang w:eastAsia="zh-CN"/>
        </w:rPr>
        <w:br/>
      </w:r>
      <w:r>
        <w:rPr>
          <w:lang w:eastAsia="zh-CN"/>
        </w:rPr>
        <w:t>　　3、兑奖（11：00——11：30）</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4、各班发节日礼物和通知书(11：30——11：50)地点：各班教室</w:t>
      </w:r>
      <w:r>
        <w:rPr>
          <w:lang w:eastAsia="zh-CN"/>
        </w:rPr>
        <w:br/>
      </w:r>
      <w:r>
        <w:rPr>
          <w:lang w:eastAsia="zh-CN"/>
        </w:rPr>
        <w:t>　　五、各项活动规则</w:t>
      </w:r>
      <w:r>
        <w:rPr>
          <w:lang w:eastAsia="zh-CN"/>
        </w:rPr>
        <w:br/>
      </w:r>
      <w:r>
        <w:rPr>
          <w:lang w:eastAsia="zh-CN"/>
        </w:rPr>
        <w:t>　　（一)游戏活动：(幼儿参加，每班4个，每位幼儿均参加4项游戏活动）小班和中班：</w:t>
      </w:r>
      <w:r>
        <w:rPr>
          <w:lang w:eastAsia="zh-CN"/>
        </w:rPr>
        <w:br/>
      </w:r>
      <w:r>
        <w:rPr>
          <w:lang w:eastAsia="zh-CN"/>
        </w:rPr>
        <w:t>　　1、套圈（小班、中班）：每一轮三个幼儿同时进行，每个幼儿套三个圈后返回起点。以时间先后排名，第一名得两角奖票，第二、三名各得一角奖票。</w:t>
      </w:r>
      <w:r>
        <w:rPr>
          <w:lang w:eastAsia="zh-CN"/>
        </w:rPr>
        <w:br/>
      </w:r>
      <w:r>
        <w:rPr>
          <w:lang w:eastAsia="zh-CN"/>
        </w:rPr>
        <w:t>　　2、小蜗牛回家（小班、中班）：每一轮三个幼儿同时进行，每个幼儿在三床垫子上爬一个来回。以时间先后排名，第一名得两角奖票，第二、三名各得一角奖票。</w:t>
      </w:r>
      <w:r>
        <w:rPr>
          <w:lang w:eastAsia="zh-CN"/>
        </w:rPr>
        <w:br/>
      </w:r>
      <w:r>
        <w:rPr>
          <w:lang w:eastAsia="zh-CN"/>
        </w:rPr>
        <w:t>　　3、舀珠子（小班、中班）：每一轮三个幼儿同时进行，时间固定一分钟。幼儿用勺子将珠子从一个篮子舀到另一个篮子，以珠子多少排名。第一名得两角奖票，第二、三名各得一角奖票。</w:t>
      </w:r>
      <w:r>
        <w:rPr>
          <w:lang w:eastAsia="zh-CN"/>
        </w:rPr>
        <w:br/>
      </w:r>
      <w:r>
        <w:rPr>
          <w:lang w:eastAsia="zh-CN"/>
        </w:rPr>
        <w:t>　　4、捡球（小班、中班）：每一轮三个幼儿同时进行。幼儿将球从一个盆子捡到距离2米远（中班2.5米）的另一个盆子里，每次只能捡一个球，共捡4个球。以时间先后排名。第一名得两角奖票，第二、三名各得一角奖票。</w:t>
      </w:r>
      <w:r>
        <w:rPr>
          <w:lang w:eastAsia="zh-CN"/>
        </w:rPr>
        <w:br/>
      </w:r>
      <w:r>
        <w:rPr>
          <w:lang w:eastAsia="zh-CN"/>
        </w:rPr>
        <w:t>　　大班和学前班：</w:t>
      </w:r>
      <w:r>
        <w:rPr>
          <w:lang w:eastAsia="zh-CN"/>
        </w:rPr>
        <w:br/>
      </w:r>
      <w:r>
        <w:rPr>
          <w:lang w:eastAsia="zh-CN"/>
        </w:rPr>
        <w:t>　　1、吹蜡烛（大班、学前班）：共5支燃烧的蜡烛，吹灭1-2支得一角奖票，吹灭3-5支得两角奖票，吹灭0支不得奖票。每个幼儿可吹两次。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2、盲人击鼓（大班、学前班）：距离为2.5米，击响得一角奖票，未击响不得奖票。</w:t>
      </w:r>
      <w:r>
        <w:rPr>
          <w:lang w:eastAsia="zh-CN"/>
        </w:rPr>
        <w:br/>
      </w:r>
      <w:r>
        <w:rPr>
          <w:lang w:eastAsia="zh-CN"/>
        </w:rPr>
        <w:t>　　3、双人运球（大班、学前班）：每一轮三组幼儿同时进行，每一组两名幼儿背靠背夹一个球，从起点绕杆运回起点。以时间先后排名，第一名得两角奖票，第二、三名各得一角奖票。</w:t>
      </w:r>
      <w:r>
        <w:rPr>
          <w:lang w:eastAsia="zh-CN"/>
        </w:rPr>
        <w:br/>
      </w:r>
      <w:r>
        <w:rPr>
          <w:lang w:eastAsia="zh-CN"/>
        </w:rPr>
        <w:t>　　4、骑羊角球（大班、学前班）：每一轮三个幼儿同时进行。中途设置三处障碍，幼儿骑羊角球绕障碍前进，再绕障碍物回来。以时间先后排名，第一名得两角奖票，第二、三名各得一角奖票。</w:t>
      </w:r>
      <w:r>
        <w:rPr>
          <w:lang w:eastAsia="zh-CN"/>
        </w:rPr>
        <w:br/>
      </w:r>
      <w:r>
        <w:rPr>
          <w:lang w:eastAsia="zh-CN"/>
        </w:rPr>
        <w:t>　　（二)亲子活动(4个）：（幼儿和家长共同参加，每个家庭参加四项亲子活动）</w:t>
      </w:r>
      <w:r>
        <w:rPr>
          <w:lang w:eastAsia="zh-CN"/>
        </w:rPr>
        <w:br/>
      </w:r>
      <w:r>
        <w:rPr>
          <w:lang w:eastAsia="zh-CN"/>
        </w:rPr>
        <w:t>　　1、送小动物回家：每一轮三个幼儿同时参加，先由幼儿在起点处拿好一个动物玩具，听口令后先钻两个圈，再爬过垫子，然后把动物玩具交给站在圈里等候的家长，由家长拿着动物在荷叶上跳跃跑到终点，将动物放进篮子里。以时间先后排名，第一名得两角奖票，第二、三名各得一角奖票。</w:t>
      </w:r>
      <w:r>
        <w:rPr>
          <w:lang w:eastAsia="zh-CN"/>
        </w:rPr>
        <w:br/>
      </w:r>
      <w:r>
        <w:rPr>
          <w:lang w:eastAsia="zh-CN"/>
        </w:rPr>
        <w:t>　　2、障碍运球：每一轮三个幼儿同时参加。幼儿听口令后先钻两个圈，套三个圈第八区，再从篮子里捡一个球，跑一段，再跨栏两次，然后把球交给站在返回点的家长，由家长把球送回起点，放进篮子里。以时间先后排名，第一名得两角奖票，第二、三名各得一角奖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3、袋鼠摘果子：每一轮三个家庭同时参加。幼儿和家长站在起点处，幼儿站在麻袋里，家长双手捏住麻袋口，做好准备。听口令后，幼儿在麻袋里一步一步地跳跃，家长帮助护送，到返回点时，幼儿摘取一个水果图片（只能幼儿摘取），然后又沿路返回起点，将果子放进篮子里。以时间先后排名，第一名得两角奖票，第二、三名各得一角奖票。</w:t>
      </w:r>
      <w:r>
        <w:rPr>
          <w:lang w:eastAsia="zh-CN"/>
        </w:rPr>
        <w:br/>
      </w:r>
      <w:r>
        <w:rPr>
          <w:lang w:eastAsia="zh-CN"/>
        </w:rPr>
        <w:t>　　4、丢沙包：可三个家庭同时进行。幼儿和家长各站一边，中间的距离各班不同：小班1米、中班1.2米、大班1.5米、学前班2米。两边分别画上白线。由幼儿丢沙包，家长在另一头手端塑料篓接沙包，幼儿和家长均不能踩线。每位幼儿共丢5个沙包。丢进1—3个得一张角票，丢进4—5个得两角奖票。未丢进不得奖票。</w:t>
      </w:r>
      <w:r>
        <w:rPr>
          <w:lang w:eastAsia="zh-CN"/>
        </w:rPr>
        <w:br/>
      </w:r>
      <w:r>
        <w:rPr>
          <w:lang w:eastAsia="zh-CN"/>
        </w:rPr>
        <w:t>　　六、裁判分工：</w:t>
      </w:r>
      <w:r>
        <w:rPr>
          <w:lang w:eastAsia="zh-CN"/>
        </w:rPr>
        <w:br/>
      </w:r>
      <w:r>
        <w:rPr>
          <w:lang w:eastAsia="zh-CN"/>
        </w:rPr>
        <w:t>　　第一组：梁红地点：场地一</w:t>
      </w:r>
      <w:r>
        <w:rPr>
          <w:lang w:eastAsia="zh-CN"/>
        </w:rPr>
        <w:br/>
      </w:r>
      <w:r>
        <w:rPr>
          <w:lang w:eastAsia="zh-CN"/>
        </w:rPr>
        <w:t>　　负责三项活动：两个游戏活动：捡球（小班、中班）、舀珠子（小班、中班）</w:t>
      </w:r>
      <w:r>
        <w:rPr>
          <w:lang w:eastAsia="zh-CN"/>
        </w:rPr>
        <w:br/>
      </w:r>
      <w:r>
        <w:rPr>
          <w:lang w:eastAsia="zh-CN"/>
        </w:rPr>
        <w:t>　　一个亲子活动：丢沙包（四个班）</w:t>
      </w:r>
      <w:r>
        <w:rPr>
          <w:lang w:eastAsia="zh-CN"/>
        </w:rPr>
        <w:br/>
      </w:r>
      <w:r>
        <w:rPr>
          <w:lang w:eastAsia="zh-CN"/>
        </w:rPr>
        <w:t>　　第二组：李丽地点：场地二</w:t>
      </w:r>
      <w:r>
        <w:rPr>
          <w:lang w:eastAsia="zh-CN"/>
        </w:rPr>
        <w:br/>
      </w:r>
      <w:r>
        <w:rPr>
          <w:lang w:eastAsia="zh-CN"/>
        </w:rPr>
        <w:t>　　负责三项活动：两个游戏活动：小蜗牛回家（小班、中班）、套圈（小班、中班）</w:t>
      </w:r>
      <w:r>
        <w:rPr>
          <w:lang w:eastAsia="zh-CN"/>
        </w:rPr>
        <w:br/>
      </w:r>
      <w:r>
        <w:rPr>
          <w:lang w:eastAsia="zh-CN"/>
        </w:rPr>
        <w:t>　　一个亲子活动：小动物回家（四个班）</w:t>
      </w:r>
      <w:r>
        <w:rPr>
          <w:lang w:eastAsia="zh-CN"/>
        </w:rPr>
        <w:br/>
      </w:r>
      <w:r>
        <w:rPr>
          <w:lang w:eastAsia="zh-CN"/>
        </w:rPr>
        <w:t>　　第三组：张强地点：场地三</w:t>
      </w:r>
      <w:r>
        <w:rPr>
          <w:lang w:eastAsia="zh-CN"/>
        </w:rPr>
        <w:br/>
      </w:r>
      <w:r>
        <w:rPr>
          <w:lang w:eastAsia="zh-CN"/>
        </w:rPr>
        <w:t>　　负责三项活动：两个游戏活动：骑羊角球（大班、学前班）、球双人运球（大班、学前班）</w:t>
      </w:r>
      <w:r>
        <w:rPr>
          <w:lang w:eastAsia="zh-CN"/>
        </w:rPr>
        <w:br/>
      </w:r>
      <w:r>
        <w:rPr>
          <w:lang w:eastAsia="zh-CN"/>
        </w:rPr>
        <w:t>　　一个亲子活动：障碍运球（四个班）</w:t>
      </w:r>
      <w:r>
        <w:rPr>
          <w:lang w:eastAsia="zh-CN"/>
        </w:rPr>
        <w:br/>
      </w:r>
      <w:r>
        <w:rPr>
          <w:lang w:eastAsia="zh-CN"/>
        </w:rPr>
        <w:t>　　第四组：何文地点：场地四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负责三项活动：两个游戏活动：吹蜡烛（大班、学前班）、盲人击鼓（大班、学前班）</w:t>
      </w:r>
      <w:r>
        <w:rPr>
          <w:lang w:eastAsia="zh-CN"/>
        </w:rPr>
        <w:br/>
      </w:r>
      <w:r>
        <w:rPr>
          <w:lang w:eastAsia="zh-CN"/>
        </w:rPr>
        <w:t>　　一个亲子活动：袋鼠摘果子（四个班）</w:t>
      </w:r>
      <w:r>
        <w:rPr>
          <w:lang w:eastAsia="zh-CN"/>
        </w:rPr>
        <w:br/>
      </w:r>
      <w:r>
        <w:rPr>
          <w:lang w:eastAsia="zh-CN"/>
        </w:rPr>
        <w:t>　　1、场地准备：坐凳、活动器材、石灰、挂标语、主席台布置（桌子6张、桌布、椅子5张、花篮、音响）</w:t>
      </w:r>
      <w:r>
        <w:rPr>
          <w:lang w:eastAsia="zh-CN"/>
        </w:rPr>
        <w:br/>
      </w:r>
      <w:r>
        <w:rPr>
          <w:lang w:eastAsia="zh-CN"/>
        </w:rPr>
        <w:t>　　2、奖品摆放：</w:t>
      </w:r>
      <w:r>
        <w:rPr>
          <w:lang w:eastAsia="zh-CN"/>
        </w:rPr>
        <w:br/>
      </w:r>
      <w:r>
        <w:rPr>
          <w:lang w:eastAsia="zh-CN"/>
        </w:rPr>
        <w:t>　　3、幼儿、家长入座</w:t>
      </w:r>
      <w:r>
        <w:rPr>
          <w:lang w:eastAsia="zh-CN"/>
        </w:rPr>
        <w:br/>
      </w:r>
      <w:r>
        <w:rPr>
          <w:lang w:eastAsia="zh-CN"/>
        </w:rPr>
        <w:t>　　4、主持人开始主持、领导讲话、园长致词</w:t>
      </w:r>
      <w:r>
        <w:rPr>
          <w:lang w:eastAsia="zh-CN"/>
        </w:rPr>
        <w:br/>
      </w:r>
      <w:r>
        <w:rPr>
          <w:lang w:eastAsia="zh-CN"/>
        </w:rPr>
        <w:t>　　5、颁奖活动</w:t>
      </w:r>
      <w:r>
        <w:rPr>
          <w:lang w:eastAsia="zh-CN"/>
        </w:rPr>
        <w:br/>
      </w:r>
      <w:r>
        <w:rPr>
          <w:lang w:eastAsia="zh-CN"/>
        </w:rPr>
        <w:t>　　6、游戏活动：说明活动结束后再统一组织兑奖。只是幼儿参加，活动前家长为幼儿做好准备（脱外衣）。班主任或裁判进行活动规则说明。按照老师排好的秩序进行。</w:t>
      </w:r>
      <w:r>
        <w:rPr>
          <w:lang w:eastAsia="zh-CN"/>
        </w:rPr>
        <w:br/>
      </w:r>
      <w:r>
        <w:rPr>
          <w:lang w:eastAsia="zh-CN"/>
        </w:rPr>
        <w:t>　　7、亲子活动：主持人说明活动的目的和趣味性等，并说明幼儿和家长同时参加，配合完成。</w:t>
      </w:r>
      <w:r>
        <w:rPr>
          <w:lang w:eastAsia="zh-CN"/>
        </w:rPr>
        <w:br/>
      </w:r>
      <w:r>
        <w:rPr>
          <w:lang w:eastAsia="zh-CN"/>
        </w:rPr>
        <w:t>　　8、兑奖、家长将板凳端回教室，同时裁判收拾整理活动器材。</w:t>
      </w:r>
      <w:r>
        <w:rPr>
          <w:lang w:eastAsia="zh-CN"/>
        </w:rPr>
        <w:br/>
      </w:r>
      <w:r>
        <w:rPr>
          <w:lang w:eastAsia="zh-CN"/>
        </w:rPr>
        <w:t>　　9、发节日礼物和通知书</w:t>
      </w:r>
      <w:r>
        <w:rPr>
          <w:lang w:eastAsia="zh-CN"/>
        </w:rPr>
        <w:br/>
      </w:r>
      <w:r>
        <w:rPr>
          <w:lang w:eastAsia="zh-CN"/>
        </w:rPr>
        <w:t xml:space="preserve">    2024年幼儿园迎新年庆元旦活动方案范文 篇2 </w:t>
      </w:r>
      <w:r>
        <w:rPr>
          <w:lang w:eastAsia="zh-CN"/>
        </w:rPr>
        <w:br/>
      </w:r>
      <w:r>
        <w:rPr>
          <w:lang w:eastAsia="zh-CN"/>
        </w:rPr>
        <w:t>　　设计思路：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20__年元旦即将来临，在这辞旧迎新之际，我们的生活日历又翻开了崭新的一页。为了提高幼儿的交往能力和自信心，更为了让孩子们度过一个快乐又有意义的元旦，为了班与班、家长朋友们和老师们之间有一个良好的沟通平台，我们泡泡鱼班和嘟嘟熊班欢聚一堂举行“庆元旦，迎新年”活动。</w:t>
      </w:r>
      <w:r>
        <w:rPr>
          <w:lang w:eastAsia="zh-CN"/>
        </w:rPr>
        <w:br/>
      </w:r>
      <w:r>
        <w:rPr>
          <w:lang w:eastAsia="zh-CN"/>
        </w:rPr>
        <w:t>　　活动内容：</w:t>
      </w:r>
      <w:r>
        <w:rPr>
          <w:lang w:eastAsia="zh-CN"/>
        </w:rPr>
        <w:br/>
      </w:r>
      <w:r>
        <w:rPr>
          <w:lang w:eastAsia="zh-CN"/>
        </w:rPr>
        <w:t>　　幼儿才艺及家长才艺，亲子游戏</w:t>
      </w:r>
      <w:r>
        <w:rPr>
          <w:lang w:eastAsia="zh-CN"/>
        </w:rPr>
        <w:br/>
      </w:r>
      <w:r>
        <w:rPr>
          <w:lang w:eastAsia="zh-CN"/>
        </w:rPr>
        <w:t>　　活动宗旨：</w:t>
      </w:r>
      <w:r>
        <w:rPr>
          <w:lang w:eastAsia="zh-CN"/>
        </w:rPr>
        <w:br/>
      </w:r>
      <w:r>
        <w:rPr>
          <w:lang w:eastAsia="zh-CN"/>
        </w:rPr>
        <w:t>　　1、让幼儿能在集体面前大胆表演、表现自己。</w:t>
      </w:r>
      <w:r>
        <w:rPr>
          <w:lang w:eastAsia="zh-CN"/>
        </w:rPr>
        <w:br/>
      </w:r>
      <w:r>
        <w:rPr>
          <w:lang w:eastAsia="zh-CN"/>
        </w:rPr>
        <w:t>　　2、让幼儿在活动中体验团结合作，增强友谊。</w:t>
      </w:r>
      <w:r>
        <w:rPr>
          <w:lang w:eastAsia="zh-CN"/>
        </w:rPr>
        <w:br/>
      </w:r>
      <w:r>
        <w:rPr>
          <w:lang w:eastAsia="zh-CN"/>
        </w:rPr>
        <w:t>　　3、让家长积极参加，为孩子做出榜样。</w:t>
      </w:r>
      <w:r>
        <w:rPr>
          <w:lang w:eastAsia="zh-CN"/>
        </w:rPr>
        <w:br/>
      </w:r>
      <w:r>
        <w:rPr>
          <w:lang w:eastAsia="zh-CN"/>
        </w:rPr>
        <w:t>　　参与人员：实验中班所有家长及小朋友</w:t>
      </w:r>
      <w:r>
        <w:rPr>
          <w:lang w:eastAsia="zh-CN"/>
        </w:rPr>
        <w:br/>
      </w:r>
      <w:r>
        <w:rPr>
          <w:lang w:eastAsia="zh-CN"/>
        </w:rPr>
        <w:t>　　节目单：</w:t>
      </w:r>
      <w:r>
        <w:rPr>
          <w:lang w:eastAsia="zh-CN"/>
        </w:rPr>
        <w:br/>
      </w:r>
      <w:r>
        <w:rPr>
          <w:lang w:eastAsia="zh-CN"/>
        </w:rPr>
        <w:t>　　开场：新年好</w:t>
      </w:r>
      <w:r>
        <w:rPr>
          <w:lang w:eastAsia="zh-CN"/>
        </w:rPr>
        <w:br/>
      </w:r>
      <w:r>
        <w:rPr>
          <w:lang w:eastAsia="zh-CN"/>
        </w:rPr>
        <w:t>　　1、小拜年，恭喜恭喜(表演者：全体小朋友)</w:t>
      </w:r>
      <w:r>
        <w:rPr>
          <w:lang w:eastAsia="zh-CN"/>
        </w:rPr>
        <w:br/>
      </w:r>
      <w:r>
        <w:rPr>
          <w:lang w:eastAsia="zh-CN"/>
        </w:rPr>
        <w:t>　　2、歌曲《好大一个家》(表演者：)</w:t>
      </w:r>
      <w:r>
        <w:rPr>
          <w:lang w:eastAsia="zh-CN"/>
        </w:rPr>
        <w:br/>
      </w:r>
      <w:r>
        <w:rPr>
          <w:lang w:eastAsia="zh-CN"/>
        </w:rPr>
        <w:t>　　3、歌舞《踏浪》(表演者：)</w:t>
      </w:r>
      <w:r>
        <w:rPr>
          <w:lang w:eastAsia="zh-CN"/>
        </w:rPr>
        <w:br/>
      </w:r>
      <w:r>
        <w:rPr>
          <w:lang w:eastAsia="zh-CN"/>
        </w:rPr>
        <w:t>　　4、游戏《小海龟登陆》</w:t>
      </w:r>
      <w:r>
        <w:rPr>
          <w:lang w:eastAsia="zh-CN"/>
        </w:rPr>
        <w:br/>
      </w:r>
      <w:r>
        <w:rPr>
          <w:lang w:eastAsia="zh-CN"/>
        </w:rPr>
        <w:t>　　5、舞蹈《Open your dream》(表演者：)</w:t>
      </w:r>
      <w:r>
        <w:rPr>
          <w:lang w:eastAsia="zh-CN"/>
        </w:rPr>
        <w:br/>
      </w:r>
      <w:r>
        <w:rPr>
          <w:lang w:eastAsia="zh-CN"/>
        </w:rPr>
        <w:t>　　6、歌舞《三只熊》(表演者：)</w:t>
      </w:r>
      <w:r>
        <w:rPr>
          <w:lang w:eastAsia="zh-CN"/>
        </w:rPr>
        <w:br/>
      </w:r>
      <w:r>
        <w:rPr>
          <w:lang w:eastAsia="zh-CN"/>
        </w:rPr>
        <w:t>　　7、诗朗诵《再别康桥》(表演者：)</w:t>
      </w:r>
      <w:r>
        <w:rPr>
          <w:lang w:eastAsia="zh-CN"/>
        </w:rPr>
        <w:br/>
      </w:r>
      <w:r>
        <w:rPr>
          <w:lang w:eastAsia="zh-CN"/>
        </w:rPr>
        <w:t>　　8、歌曲《春晓》(表演者：肖子为)</w:t>
      </w:r>
      <w:r>
        <w:rPr>
          <w:lang w:eastAsia="zh-CN"/>
        </w:rPr>
        <w:br/>
      </w:r>
      <w:r>
        <w:rPr>
          <w:lang w:eastAsia="zh-CN"/>
        </w:rPr>
        <w:t>　　9、舞蹈《健康动起来》(表演者：嘟嘟熊班女生)</w:t>
      </w:r>
      <w:r>
        <w:rPr>
          <w:lang w:eastAsia="zh-CN"/>
        </w:rPr>
        <w:br/>
      </w:r>
      <w:r>
        <w:rPr>
          <w:lang w:eastAsia="zh-CN"/>
        </w:rPr>
        <w:t>　　10、家庭游戏《足球宝贝》(表演者：)</w:t>
      </w:r>
      <w:r>
        <w:rPr>
          <w:lang w:eastAsia="zh-CN"/>
        </w:rPr>
        <w:br/>
      </w:r>
      <w:r>
        <w:rPr>
          <w:lang w:eastAsia="zh-CN"/>
        </w:rPr>
        <w:t>　　11、歌曲《荷塘月色》(表演者：)</w:t>
      </w:r>
      <w:r>
        <w:rPr>
          <w:lang w:eastAsia="zh-CN"/>
        </w:rPr>
        <w:br/>
      </w:r>
      <w:r>
        <w:rPr>
          <w:lang w:eastAsia="zh-CN"/>
        </w:rPr>
        <w:t>　　12、舞蹈 (表演者：)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13、亲子游戏《同舟共济》</w:t>
      </w:r>
      <w:r>
        <w:rPr>
          <w:lang w:eastAsia="zh-CN"/>
        </w:rPr>
        <w:br/>
      </w:r>
      <w:r>
        <w:rPr>
          <w:lang w:eastAsia="zh-CN"/>
        </w:rPr>
        <w:t>　　14、歌曲《爱我你就抱抱我》(表演者：)</w:t>
      </w:r>
      <w:r>
        <w:rPr>
          <w:lang w:eastAsia="zh-CN"/>
        </w:rPr>
        <w:br/>
      </w:r>
      <w:r>
        <w:rPr>
          <w:lang w:eastAsia="zh-CN"/>
        </w:rPr>
        <w:t>　　15、舞蹈《小星星洗澡》(表演者：等)</w:t>
      </w:r>
      <w:r>
        <w:rPr>
          <w:lang w:eastAsia="zh-CN"/>
        </w:rPr>
        <w:br/>
      </w:r>
      <w:r>
        <w:rPr>
          <w:lang w:eastAsia="zh-CN"/>
        </w:rPr>
        <w:t>　　16、家长游戏《纸杯传水》</w:t>
      </w:r>
      <w:r>
        <w:rPr>
          <w:lang w:eastAsia="zh-CN"/>
        </w:rPr>
        <w:br/>
      </w:r>
      <w:r>
        <w:rPr>
          <w:lang w:eastAsia="zh-CN"/>
        </w:rPr>
        <w:t>　　17、武术操《精忠报国》(表演者：全体男生)</w:t>
      </w:r>
      <w:r>
        <w:rPr>
          <w:lang w:eastAsia="zh-CN"/>
        </w:rPr>
        <w:br/>
      </w:r>
      <w:r>
        <w:rPr>
          <w:lang w:eastAsia="zh-CN"/>
        </w:rPr>
        <w:t>　　18、魔术《神奇魔术棒》(表演者：)</w:t>
      </w:r>
      <w:r>
        <w:rPr>
          <w:lang w:eastAsia="zh-CN"/>
        </w:rPr>
        <w:br/>
      </w:r>
      <w:r>
        <w:rPr>
          <w:lang w:eastAsia="zh-CN"/>
        </w:rPr>
        <w:t>　　19、自由表演时间段</w:t>
      </w:r>
      <w:r>
        <w:rPr>
          <w:lang w:eastAsia="zh-CN"/>
        </w:rPr>
        <w:br/>
      </w:r>
      <w:r>
        <w:rPr>
          <w:lang w:eastAsia="zh-CN"/>
        </w:rPr>
        <w:t>　　20、亲子游戏《春雷阵阵响》</w:t>
      </w:r>
      <w:r>
        <w:rPr>
          <w:lang w:eastAsia="zh-CN"/>
        </w:rPr>
        <w:br/>
      </w:r>
      <w:r>
        <w:rPr>
          <w:lang w:eastAsia="zh-CN"/>
        </w:rPr>
        <w:t>　　21、颁发纪念品</w:t>
      </w:r>
      <w:r>
        <w:rPr>
          <w:lang w:eastAsia="zh-CN"/>
        </w:rPr>
        <w:br/>
      </w:r>
      <w:r>
        <w:rPr>
          <w:lang w:eastAsia="zh-CN"/>
        </w:rPr>
        <w:t>　　结束《假如幸福你就拍拍手》</w:t>
      </w:r>
      <w:r>
        <w:rPr>
          <w:lang w:eastAsia="zh-CN"/>
        </w:rPr>
        <w:br/>
      </w:r>
      <w:r>
        <w:rPr>
          <w:lang w:eastAsia="zh-CN"/>
        </w:rPr>
        <w:t>　　(注：节目如有变动需提前给老师说)</w:t>
      </w:r>
      <w:r>
        <w:rPr>
          <w:lang w:eastAsia="zh-CN"/>
        </w:rPr>
        <w:br/>
      </w:r>
      <w:r>
        <w:rPr>
          <w:lang w:eastAsia="zh-CN"/>
        </w:rPr>
        <w:t xml:space="preserve">    2024年幼儿园迎新年庆元旦活动方案范文 篇3 </w:t>
      </w:r>
      <w:r>
        <w:rPr>
          <w:lang w:eastAsia="zh-CN"/>
        </w:rPr>
        <w:br/>
      </w:r>
      <w:r>
        <w:rPr>
          <w:lang w:eastAsia="zh-CN"/>
        </w:rPr>
        <w:t>　　一、活动目标：</w:t>
      </w:r>
      <w:r>
        <w:rPr>
          <w:lang w:eastAsia="zh-CN"/>
        </w:rPr>
        <w:br/>
      </w:r>
      <w:r>
        <w:rPr>
          <w:lang w:eastAsia="zh-CN"/>
        </w:rPr>
        <w:t>　　通过表演、猜灯谜、写心愿卡等活动激发幼儿过新年的浓厚兴趣。</w:t>
      </w:r>
      <w:r>
        <w:rPr>
          <w:lang w:eastAsia="zh-CN"/>
        </w:rPr>
        <w:br/>
      </w:r>
      <w:r>
        <w:rPr>
          <w:lang w:eastAsia="zh-CN"/>
        </w:rPr>
        <w:t>　　通过系列活动培养幼儿观察过新年的变化、讲述过年的新鲜事、并积极引导孩子参与新年的制作活动。</w:t>
      </w:r>
      <w:r>
        <w:rPr>
          <w:lang w:eastAsia="zh-CN"/>
        </w:rPr>
        <w:br/>
      </w:r>
      <w:r>
        <w:rPr>
          <w:lang w:eastAsia="zh-CN"/>
        </w:rPr>
        <w:t>　　通过活动向家长汇报本学期教育教学工作。</w:t>
      </w:r>
      <w:r>
        <w:rPr>
          <w:lang w:eastAsia="zh-CN"/>
        </w:rPr>
        <w:br/>
      </w:r>
      <w:r>
        <w:rPr>
          <w:lang w:eastAsia="zh-CN"/>
        </w:rPr>
        <w:t>　　通过活动激发和培养幼儿尊老、爱老、敬老、助老的思想意识和良好品质，在孩子们的心中播撒下爱的种子。</w:t>
      </w:r>
      <w:r>
        <w:rPr>
          <w:lang w:eastAsia="zh-CN"/>
        </w:rPr>
        <w:br/>
      </w:r>
      <w:r>
        <w:rPr>
          <w:lang w:eastAsia="zh-CN"/>
        </w:rPr>
        <w:t>　　二、活动形式：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家长带幼儿收集中国年相关资料、迎新年环境布置、新年许愿活动、文艺表演等等。</w:t>
      </w:r>
      <w:r>
        <w:rPr>
          <w:lang w:eastAsia="zh-CN"/>
        </w:rPr>
        <w:br/>
      </w:r>
      <w:r>
        <w:rPr>
          <w:lang w:eastAsia="zh-CN"/>
        </w:rPr>
        <w:t>　　三、活动场地：</w:t>
      </w:r>
      <w:r>
        <w:rPr>
          <w:lang w:eastAsia="zh-CN"/>
        </w:rPr>
        <w:br/>
      </w:r>
      <w:r>
        <w:rPr>
          <w:lang w:eastAsia="zh-CN"/>
        </w:rPr>
        <w:t>　　幼儿园室内、户外、敬老院。</w:t>
      </w:r>
      <w:r>
        <w:rPr>
          <w:lang w:eastAsia="zh-CN"/>
        </w:rPr>
        <w:br/>
      </w:r>
      <w:r>
        <w:rPr>
          <w:lang w:eastAsia="zh-CN"/>
        </w:rPr>
        <w:t>　　四、活动时间：</w:t>
      </w:r>
      <w:r>
        <w:rPr>
          <w:lang w:eastAsia="zh-CN"/>
        </w:rPr>
        <w:br/>
      </w:r>
      <w:r>
        <w:rPr>
          <w:lang w:eastAsia="zh-CN"/>
        </w:rPr>
        <w:t>　　元旦前后(具体时间详见“邀请函”)</w:t>
      </w:r>
      <w:r>
        <w:rPr>
          <w:lang w:eastAsia="zh-CN"/>
        </w:rPr>
        <w:br/>
      </w:r>
      <w:r>
        <w:rPr>
          <w:lang w:eastAsia="zh-CN"/>
        </w:rPr>
        <w:t>　　五、活动准备：</w:t>
      </w:r>
      <w:r>
        <w:rPr>
          <w:lang w:eastAsia="zh-CN"/>
        </w:rPr>
        <w:br/>
      </w:r>
      <w:r>
        <w:rPr>
          <w:lang w:eastAsia="zh-CN"/>
        </w:rPr>
        <w:t>　　1、物质准备：彩纸制作许愿卡、各班活动所需物品</w:t>
      </w:r>
      <w:r>
        <w:rPr>
          <w:lang w:eastAsia="zh-CN"/>
        </w:rPr>
        <w:br/>
      </w:r>
      <w:r>
        <w:rPr>
          <w:lang w:eastAsia="zh-CN"/>
        </w:rPr>
        <w:t>　　2、环境布置：按照每个班的主题布置教室，体现主题特色</w:t>
      </w:r>
      <w:r>
        <w:rPr>
          <w:lang w:eastAsia="zh-CN"/>
        </w:rPr>
        <w:br/>
      </w:r>
      <w:r>
        <w:rPr>
          <w:lang w:eastAsia="zh-CN"/>
        </w:rPr>
        <w:t>　　3、知识准备：</w:t>
      </w:r>
      <w:r>
        <w:rPr>
          <w:lang w:eastAsia="zh-CN"/>
        </w:rPr>
        <w:br/>
      </w:r>
      <w:r>
        <w:rPr>
          <w:lang w:eastAsia="zh-CN"/>
        </w:rPr>
        <w:t>　　六、日常导入内容：</w:t>
      </w:r>
      <w:r>
        <w:rPr>
          <w:lang w:eastAsia="zh-CN"/>
        </w:rPr>
        <w:br/>
      </w:r>
      <w:r>
        <w:rPr>
          <w:lang w:eastAsia="zh-CN"/>
        </w:rPr>
        <w:t>　　语言：幼儿会说新年祝福话语、新年儿歌</w:t>
      </w:r>
      <w:r>
        <w:rPr>
          <w:lang w:eastAsia="zh-CN"/>
        </w:rPr>
        <w:br/>
      </w:r>
      <w:r>
        <w:rPr>
          <w:lang w:eastAsia="zh-CN"/>
        </w:rPr>
        <w:t>　　认知：与幼儿渗透讲解中国年的习俗</w:t>
      </w:r>
      <w:r>
        <w:rPr>
          <w:lang w:eastAsia="zh-CN"/>
        </w:rPr>
        <w:br/>
      </w:r>
      <w:r>
        <w:rPr>
          <w:lang w:eastAsia="zh-CN"/>
        </w:rPr>
        <w:t>　　音乐：学唱新年歌曲、欣赏喜庆音乐</w:t>
      </w:r>
      <w:r>
        <w:rPr>
          <w:lang w:eastAsia="zh-CN"/>
        </w:rPr>
        <w:br/>
      </w:r>
      <w:r>
        <w:rPr>
          <w:lang w:eastAsia="zh-CN"/>
        </w:rPr>
        <w:t>　　美工：绘画、涂色、剪纸粘贴</w:t>
      </w:r>
      <w:r>
        <w:rPr>
          <w:lang w:eastAsia="zh-CN"/>
        </w:rPr>
        <w:br/>
      </w:r>
      <w:r>
        <w:rPr>
          <w:lang w:eastAsia="zh-CN"/>
        </w:rPr>
        <w:t>　　七、活动流程：</w:t>
      </w:r>
      <w:r>
        <w:rPr>
          <w:lang w:eastAsia="zh-CN"/>
        </w:rPr>
        <w:br/>
      </w:r>
      <w:r>
        <w:rPr>
          <w:lang w:eastAsia="zh-CN"/>
        </w:rPr>
        <w:t>　　1、户外集体表演：</w:t>
      </w:r>
      <w:r>
        <w:rPr>
          <w:lang w:eastAsia="zh-CN"/>
        </w:rPr>
        <w:br/>
      </w:r>
      <w:r>
        <w:rPr>
          <w:lang w:eastAsia="zh-CN"/>
        </w:rPr>
        <w:t>　　学前班：武术操《小哪吒》舞蹈《我不上你的当》</w:t>
      </w:r>
      <w:r>
        <w:rPr>
          <w:lang w:eastAsia="zh-CN"/>
        </w:rPr>
        <w:br/>
      </w:r>
      <w:r>
        <w:rPr>
          <w:lang w:eastAsia="zh-CN"/>
        </w:rPr>
        <w:t>　　大班：舞蹈《三字经》</w:t>
      </w:r>
      <w:r>
        <w:rPr>
          <w:lang w:eastAsia="zh-CN"/>
        </w:rPr>
        <w:br/>
      </w:r>
      <w:r>
        <w:rPr>
          <w:lang w:eastAsia="zh-CN"/>
        </w:rPr>
        <w:t>　　蒙氏大班：《椅子操》</w:t>
      </w:r>
      <w:r>
        <w:rPr>
          <w:lang w:eastAsia="zh-CN"/>
        </w:rPr>
        <w:br/>
      </w:r>
      <w:r>
        <w:rPr>
          <w:lang w:eastAsia="zh-CN"/>
        </w:rPr>
        <w:t>　　中班：节奏乐《地球欢迎你》</w:t>
      </w:r>
      <w:r>
        <w:rPr>
          <w:lang w:eastAsia="zh-CN"/>
        </w:rPr>
        <w:br/>
      </w:r>
      <w:r>
        <w:rPr>
          <w:lang w:eastAsia="zh-CN"/>
        </w:rPr>
        <w:t>　　蒙氏中班：器械操</w:t>
      </w:r>
      <w:r>
        <w:rPr>
          <w:lang w:eastAsia="zh-CN"/>
        </w:rPr>
        <w:br/>
      </w:r>
      <w:r>
        <w:rPr>
          <w:lang w:eastAsia="zh-CN"/>
        </w:rPr>
        <w:t>　　小班、蒙氏小班：律动《我的身体最神气》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舞蹈班：《踏浪》《手牵手》《亲亲茉莉花》</w:t>
      </w:r>
      <w:r>
        <w:rPr>
          <w:lang w:eastAsia="zh-CN"/>
        </w:rPr>
        <w:br/>
      </w:r>
      <w:r>
        <w:rPr>
          <w:lang w:eastAsia="zh-CN"/>
        </w:rPr>
        <w:t>　　2、班级展示：</w:t>
      </w:r>
      <w:r>
        <w:rPr>
          <w:lang w:eastAsia="zh-CN"/>
        </w:rPr>
        <w:br/>
      </w:r>
      <w:r>
        <w:rPr>
          <w:lang w:eastAsia="zh-CN"/>
        </w:rPr>
        <w:t>　　教师总结本学期的各项工作</w:t>
      </w:r>
      <w:r>
        <w:rPr>
          <w:lang w:eastAsia="zh-CN"/>
        </w:rPr>
        <w:br/>
      </w:r>
      <w:r>
        <w:rPr>
          <w:lang w:eastAsia="zh-CN"/>
        </w:rPr>
        <w:t>　　幼儿集体表演《红缨之歌》</w:t>
      </w:r>
      <w:r>
        <w:rPr>
          <w:lang w:eastAsia="zh-CN"/>
        </w:rPr>
        <w:br/>
      </w:r>
      <w:r>
        <w:rPr>
          <w:lang w:eastAsia="zh-CN"/>
        </w:rPr>
        <w:t>　　猜灯谜</w:t>
      </w:r>
      <w:r>
        <w:rPr>
          <w:lang w:eastAsia="zh-CN"/>
        </w:rPr>
        <w:br/>
      </w:r>
      <w:r>
        <w:rPr>
          <w:lang w:eastAsia="zh-CN"/>
        </w:rPr>
        <w:t>　　手工活动</w:t>
      </w:r>
      <w:r>
        <w:rPr>
          <w:lang w:eastAsia="zh-CN"/>
        </w:rPr>
        <w:br/>
      </w:r>
      <w:r>
        <w:rPr>
          <w:lang w:eastAsia="zh-CN"/>
        </w:rPr>
        <w:t>　　写心愿卡</w:t>
      </w:r>
      <w:r>
        <w:rPr>
          <w:lang w:eastAsia="zh-CN"/>
        </w:rPr>
        <w:br/>
      </w:r>
      <w:r>
        <w:rPr>
          <w:lang w:eastAsia="zh-CN"/>
        </w:rPr>
        <w:t>　　八、活动结束：</w:t>
      </w:r>
      <w:r>
        <w:rPr>
          <w:lang w:eastAsia="zh-CN"/>
        </w:rPr>
        <w:br/>
      </w:r>
      <w:r>
        <w:rPr>
          <w:lang w:eastAsia="zh-CN"/>
        </w:rPr>
        <w:t>　　挂心愿卡</w:t>
      </w:r>
      <w:r>
        <w:rPr>
          <w:lang w:eastAsia="zh-CN"/>
        </w:rPr>
        <w:br/>
      </w:r>
      <w:r>
        <w:rPr>
          <w:lang w:eastAsia="zh-CN"/>
        </w:rPr>
        <w:t xml:space="preserve">    2024年幼儿园迎新年庆元旦活动方案范文 篇4 </w:t>
      </w:r>
      <w:r>
        <w:rPr>
          <w:lang w:eastAsia="zh-CN"/>
        </w:rPr>
        <w:br/>
      </w:r>
      <w:r>
        <w:rPr>
          <w:lang w:eastAsia="zh-CN"/>
        </w:rPr>
        <w:t>　　活动主题</w:t>
      </w:r>
      <w:r>
        <w:rPr>
          <w:lang w:eastAsia="zh-CN"/>
        </w:rPr>
        <w:br/>
      </w:r>
      <w:r>
        <w:rPr>
          <w:lang w:eastAsia="zh-CN"/>
        </w:rPr>
        <w:t>　　“红红火火庆元旦甜甜蜜蜜迎新年家园同乐”</w:t>
      </w:r>
      <w:r>
        <w:rPr>
          <w:lang w:eastAsia="zh-CN"/>
        </w:rPr>
        <w:br/>
      </w:r>
      <w:r>
        <w:rPr>
          <w:lang w:eastAsia="zh-CN"/>
        </w:rPr>
        <w:t>　　活动目标</w:t>
      </w:r>
      <w:r>
        <w:rPr>
          <w:lang w:eastAsia="zh-CN"/>
        </w:rPr>
        <w:br/>
      </w:r>
      <w:r>
        <w:rPr>
          <w:lang w:eastAsia="zh-CN"/>
        </w:rPr>
        <w:t>　　1、通过亲子制作活动，让幼儿感受制作过程的喜悦，增进亲子间的感情。</w:t>
      </w:r>
      <w:r>
        <w:rPr>
          <w:lang w:eastAsia="zh-CN"/>
        </w:rPr>
        <w:br/>
      </w:r>
      <w:r>
        <w:rPr>
          <w:lang w:eastAsia="zh-CN"/>
        </w:rPr>
        <w:t>　　2、通过环境创设，让幼儿感受过节喜庆，增加对节日的了解。</w:t>
      </w:r>
      <w:r>
        <w:rPr>
          <w:lang w:eastAsia="zh-CN"/>
        </w:rPr>
        <w:br/>
      </w:r>
      <w:r>
        <w:rPr>
          <w:lang w:eastAsia="zh-CN"/>
        </w:rPr>
        <w:t>　　活动对象</w:t>
      </w:r>
      <w:r>
        <w:rPr>
          <w:lang w:eastAsia="zh-CN"/>
        </w:rPr>
        <w:br/>
      </w:r>
      <w:r>
        <w:rPr>
          <w:lang w:eastAsia="zh-CN"/>
        </w:rPr>
        <w:t>　　各班幼儿及家长</w:t>
      </w:r>
      <w:r>
        <w:rPr>
          <w:lang w:eastAsia="zh-CN"/>
        </w:rPr>
        <w:br/>
      </w:r>
      <w:r>
        <w:rPr>
          <w:lang w:eastAsia="zh-CN"/>
        </w:rPr>
        <w:t>　　活动要求</w:t>
      </w:r>
      <w:r>
        <w:rPr>
          <w:lang w:eastAsia="zh-CN"/>
        </w:rPr>
        <w:br/>
      </w:r>
      <w:r>
        <w:rPr>
          <w:lang w:eastAsia="zh-CN"/>
        </w:rPr>
        <w:t>　　小班：制作各种各样的灯笼、鞭炮</w:t>
      </w:r>
      <w:r>
        <w:rPr>
          <w:lang w:eastAsia="zh-CN"/>
        </w:rPr>
        <w:br/>
      </w:r>
      <w:r>
        <w:rPr>
          <w:lang w:eastAsia="zh-CN"/>
        </w:rPr>
        <w:t>　　呈设地点：小班过道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要求：以吊饰的形式挂作品，两边悬挂作品，正中间悬挂本次活动主题“红红火火庆元旦”七个大字。</w:t>
      </w:r>
      <w:r>
        <w:rPr>
          <w:lang w:eastAsia="zh-CN"/>
        </w:rPr>
        <w:br/>
      </w:r>
      <w:r>
        <w:rPr>
          <w:lang w:eastAsia="zh-CN"/>
        </w:rPr>
        <w:t>　　中班：制作各种各样的剪贴画</w:t>
      </w:r>
      <w:r>
        <w:rPr>
          <w:lang w:eastAsia="zh-CN"/>
        </w:rPr>
        <w:br/>
      </w:r>
      <w:r>
        <w:rPr>
          <w:lang w:eastAsia="zh-CN"/>
        </w:rPr>
        <w:t>　　呈设地点：中班过道</w:t>
      </w:r>
      <w:r>
        <w:rPr>
          <w:lang w:eastAsia="zh-CN"/>
        </w:rPr>
        <w:br/>
      </w:r>
      <w:r>
        <w:rPr>
          <w:lang w:eastAsia="zh-CN"/>
        </w:rPr>
        <w:t>　　要求：材料以卡纸为主，用不同颜色的卡纸，剪出不同形状，将它拼成一幅作品，以吊饰的形式挂作品，两边悬挂作品，正中间悬挂本次活动主题“甜甜蜜蜜迎新年”七个大字。</w:t>
      </w:r>
      <w:r>
        <w:rPr>
          <w:lang w:eastAsia="zh-CN"/>
        </w:rPr>
        <w:br/>
      </w:r>
      <w:r>
        <w:rPr>
          <w:lang w:eastAsia="zh-CN"/>
        </w:rPr>
        <w:t>　　大班：制作各种各样的剪纸画</w:t>
      </w:r>
      <w:r>
        <w:rPr>
          <w:lang w:eastAsia="zh-CN"/>
        </w:rPr>
        <w:br/>
      </w:r>
      <w:r>
        <w:rPr>
          <w:lang w:eastAsia="zh-CN"/>
        </w:rPr>
        <w:t>　　呈设地点：大班过道</w:t>
      </w:r>
      <w:r>
        <w:rPr>
          <w:lang w:eastAsia="zh-CN"/>
        </w:rPr>
        <w:br/>
      </w:r>
      <w:r>
        <w:rPr>
          <w:lang w:eastAsia="zh-CN"/>
        </w:rPr>
        <w:t>　　要求：大班幼儿在家长的指导下剪出具有民族特色的剪纸画，将作品以吊饰的形式悬挂，两边悬挂作品，正中间悬挂本次活动主题“欢庆元旦”四个大字。</w:t>
      </w:r>
      <w:r>
        <w:rPr>
          <w:lang w:eastAsia="zh-CN"/>
        </w:rPr>
        <w:br/>
      </w:r>
      <w:r>
        <w:rPr>
          <w:lang w:eastAsia="zh-CN"/>
        </w:rPr>
        <w:t>　　本次室外环境布置，各年龄段教师根据活动具体要求，先构思，三个班教师讨论，安排、布置，发动家长积极参与活动，让幼儿在本次环境布置中，真正感受节日的快乐。</w:t>
      </w:r>
      <w:r>
        <w:rPr>
          <w:lang w:eastAsia="zh-CN"/>
        </w:rPr>
        <w:br/>
      </w:r>
      <w:r>
        <w:rPr>
          <w:lang w:eastAsia="zh-CN"/>
        </w:rPr>
        <w:t>　　注：各班室内布置以班为单位进行简单地创设，体现出节日的喜庆气氛。</w:t>
      </w:r>
      <w:r>
        <w:rPr>
          <w:lang w:eastAsia="zh-CN"/>
        </w:rPr>
        <w:br/>
      </w:r>
      <w:r>
        <w:rPr>
          <w:lang w:eastAsia="zh-CN"/>
        </w:rPr>
        <w:t>　　活动时间</w:t>
      </w:r>
      <w:r>
        <w:rPr>
          <w:lang w:eastAsia="zh-CN"/>
        </w:rPr>
        <w:br/>
      </w:r>
      <w:r>
        <w:rPr>
          <w:lang w:eastAsia="zh-CN"/>
        </w:rPr>
        <w:t>　　20__年12月29日（注：在规定时间内各组教师按要求将作品悬挂到过道，活动室布置到位，园领导进行检查评比。本次环境创设，要将检查结果列入考核成绩）。</w:t>
      </w:r>
      <w:r>
        <w:rPr>
          <w:lang w:eastAsia="zh-CN"/>
        </w:rPr>
        <w:br/>
      </w:r>
      <w:r>
        <w:rPr>
          <w:lang w:eastAsia="zh-CN"/>
        </w:rPr>
        <w:t xml:space="preserve">    2024年幼儿园迎新年庆元旦活动方案范文 篇5 </w:t>
      </w:r>
      <w:r>
        <w:rPr>
          <w:lang w:eastAsia="zh-CN"/>
        </w:rPr>
        <w:br/>
      </w:r>
      <w:r>
        <w:rPr>
          <w:lang w:eastAsia="zh-CN"/>
        </w:rPr>
        <w:t>　　教案目标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1、感受过新年热闹、喜庆的气氛。</w:t>
      </w:r>
      <w:r>
        <w:rPr>
          <w:lang w:eastAsia="zh-CN"/>
        </w:rPr>
        <w:br/>
      </w:r>
      <w:r>
        <w:rPr>
          <w:lang w:eastAsia="zh-CN"/>
        </w:rPr>
        <w:t>　　2、乐意参与活动，能大胆地表述自己的观点。</w:t>
      </w:r>
      <w:r>
        <w:rPr>
          <w:lang w:eastAsia="zh-CN"/>
        </w:rPr>
        <w:br/>
      </w:r>
      <w:r>
        <w:rPr>
          <w:lang w:eastAsia="zh-CN"/>
        </w:rPr>
        <w:t>　　3、知道我国过年南北方不同习俗。</w:t>
      </w:r>
      <w:r>
        <w:rPr>
          <w:lang w:eastAsia="zh-CN"/>
        </w:rPr>
        <w:br/>
      </w:r>
      <w:r>
        <w:rPr>
          <w:lang w:eastAsia="zh-CN"/>
        </w:rPr>
        <w:t>　　4、初步了解过年的小常识。</w:t>
      </w:r>
      <w:r>
        <w:rPr>
          <w:lang w:eastAsia="zh-CN"/>
        </w:rPr>
        <w:br/>
      </w:r>
      <w:r>
        <w:rPr>
          <w:lang w:eastAsia="zh-CN"/>
        </w:rPr>
        <w:t>　　5、乐于探索、交流与分享。</w:t>
      </w:r>
      <w:r>
        <w:rPr>
          <w:lang w:eastAsia="zh-CN"/>
        </w:rPr>
        <w:br/>
      </w:r>
      <w:r>
        <w:rPr>
          <w:lang w:eastAsia="zh-CN"/>
        </w:rPr>
        <w:t>　　重点难点</w:t>
      </w:r>
      <w:r>
        <w:rPr>
          <w:lang w:eastAsia="zh-CN"/>
        </w:rPr>
        <w:br/>
      </w:r>
      <w:r>
        <w:rPr>
          <w:lang w:eastAsia="zh-CN"/>
        </w:rPr>
        <w:t>　　1、认识过年我国南北的习俗。</w:t>
      </w:r>
      <w:r>
        <w:rPr>
          <w:lang w:eastAsia="zh-CN"/>
        </w:rPr>
        <w:br/>
      </w:r>
      <w:r>
        <w:rPr>
          <w:lang w:eastAsia="zh-CN"/>
        </w:rPr>
        <w:t>　　2、流利讲述自己过年的事。</w:t>
      </w:r>
      <w:r>
        <w:rPr>
          <w:lang w:eastAsia="zh-CN"/>
        </w:rPr>
        <w:br/>
      </w:r>
      <w:r>
        <w:rPr>
          <w:lang w:eastAsia="zh-CN"/>
        </w:rPr>
        <w:t>　　活动准备</w:t>
      </w:r>
      <w:r>
        <w:rPr>
          <w:lang w:eastAsia="zh-CN"/>
        </w:rPr>
        <w:br/>
      </w:r>
      <w:r>
        <w:rPr>
          <w:lang w:eastAsia="zh-CN"/>
        </w:rPr>
        <w:t>　　1、布置喜庆的环境氛围、收集有关过年的各种活动的图片(贴对联、福字，放烟花，买年货，穿新衣，压岁钱，拜年，包饺子，放鞭炮，全家团聚吃年夜饭，看春节联欢晚会等)，并把这些图片集中布置在教室里。</w:t>
      </w:r>
      <w:r>
        <w:rPr>
          <w:lang w:eastAsia="zh-CN"/>
        </w:rPr>
        <w:br/>
      </w:r>
      <w:r>
        <w:rPr>
          <w:lang w:eastAsia="zh-CN"/>
        </w:rPr>
        <w:t>　　2、音乐：《恭喜发财》。</w:t>
      </w:r>
      <w:r>
        <w:rPr>
          <w:lang w:eastAsia="zh-CN"/>
        </w:rPr>
        <w:br/>
      </w:r>
      <w:r>
        <w:rPr>
          <w:lang w:eastAsia="zh-CN"/>
        </w:rPr>
        <w:t>　　3、福字、各种剪纸等‘</w:t>
      </w:r>
      <w:r>
        <w:rPr>
          <w:lang w:eastAsia="zh-CN"/>
        </w:rPr>
        <w:br/>
      </w:r>
      <w:r>
        <w:rPr>
          <w:lang w:eastAsia="zh-CN"/>
        </w:rPr>
        <w:t>　　活动过程</w:t>
      </w:r>
      <w:r>
        <w:rPr>
          <w:lang w:eastAsia="zh-CN"/>
        </w:rPr>
        <w:br/>
      </w:r>
      <w:r>
        <w:rPr>
          <w:lang w:eastAsia="zh-CN"/>
        </w:rPr>
        <w:t>　　1、看课本《过新年》一课，参观本班收集的当地“过年”图片展，了解我国过年的南北方及本地区几种习俗。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(1)参观“过年”图片展，了解我国过年的几种习俗。在喜庆的音乐声中幼儿自由参观图片展览。各种喜庆、热闹的图片成了孩子们谈话的中心内容。有的说：“我家年年都做糍粑来吃”“我家包饺子，我也会包饺子的。”“我认识，这是‘福’字，过年的时候我家门上总是贴它的。”……</w:t>
      </w:r>
      <w:r>
        <w:rPr>
          <w:lang w:eastAsia="zh-CN"/>
        </w:rPr>
        <w:br/>
      </w:r>
      <w:r>
        <w:rPr>
          <w:lang w:eastAsia="zh-CN"/>
        </w:rPr>
        <w:t>　　(2)说说自己参观后的感想，说说自己最喜欢过年时的哪项活动?“过年了，大家是怎么庆祝的?”</w:t>
      </w:r>
      <w:r>
        <w:rPr>
          <w:lang w:eastAsia="zh-CN"/>
        </w:rPr>
        <w:br/>
      </w:r>
      <w:r>
        <w:rPr>
          <w:lang w:eastAsia="zh-CN"/>
        </w:rPr>
        <w:t>　　幼儿围绕自己刚才参观时看到的内容并结合自身的经历讲述。因为图片内容是幼儿熟悉的生活经验，所以，大家都非常愿意发言。有：收红包、穿新衣、放烟花、走亲戚拜年等。</w:t>
      </w:r>
      <w:r>
        <w:rPr>
          <w:lang w:eastAsia="zh-CN"/>
        </w:rPr>
        <w:br/>
      </w:r>
      <w:r>
        <w:rPr>
          <w:lang w:eastAsia="zh-CN"/>
        </w:rPr>
        <w:t>　　(3)小结：过年真开心真热闹。</w:t>
      </w:r>
      <w:r>
        <w:rPr>
          <w:lang w:eastAsia="zh-CN"/>
        </w:rPr>
        <w:br/>
      </w:r>
      <w:r>
        <w:rPr>
          <w:lang w:eastAsia="zh-CN"/>
        </w:rPr>
        <w:t>　　2、布置教室环境。</w:t>
      </w:r>
      <w:r>
        <w:rPr>
          <w:lang w:eastAsia="zh-CN"/>
        </w:rPr>
        <w:br/>
      </w:r>
      <w:r>
        <w:rPr>
          <w:lang w:eastAsia="zh-CN"/>
        </w:rPr>
        <w:t>　　让幼儿自己动手布置过年的环境。</w:t>
      </w:r>
      <w:r>
        <w:rPr>
          <w:lang w:eastAsia="zh-CN"/>
        </w:rPr>
        <w:br/>
      </w:r>
      <w:r>
        <w:rPr>
          <w:lang w:eastAsia="zh-CN"/>
        </w:rPr>
        <w:t>　　3、活动延伸</w:t>
      </w:r>
      <w:r>
        <w:rPr>
          <w:lang w:eastAsia="zh-CN"/>
        </w:rPr>
        <w:br/>
      </w:r>
      <w:r>
        <w:rPr>
          <w:lang w:eastAsia="zh-CN"/>
        </w:rPr>
        <w:t xml:space="preserve">    2024年幼儿园迎新年庆元旦活动方案范文 篇6 </w:t>
      </w:r>
      <w:r>
        <w:rPr>
          <w:lang w:eastAsia="zh-CN"/>
        </w:rPr>
        <w:br/>
      </w:r>
      <w:r>
        <w:rPr>
          <w:lang w:eastAsia="zh-CN"/>
        </w:rPr>
        <w:t>　　系列活动一：新年创意展（20__.12.15—12.26）</w:t>
      </w:r>
      <w:r>
        <w:rPr>
          <w:lang w:eastAsia="zh-CN"/>
        </w:rPr>
        <w:br/>
      </w:r>
      <w:r>
        <w:rPr>
          <w:lang w:eastAsia="zh-CN"/>
        </w:rPr>
        <w:t>　　系列活动二：才艺我来秀（20__.12.22—12.26）</w:t>
      </w:r>
      <w:r>
        <w:rPr>
          <w:lang w:eastAsia="zh-CN"/>
        </w:rPr>
        <w:br/>
      </w:r>
      <w:r>
        <w:rPr>
          <w:lang w:eastAsia="zh-CN"/>
        </w:rPr>
        <w:t>　　系列活动三：亲子新年会（20__.12.29、12.30）</w:t>
      </w:r>
      <w:r>
        <w:rPr>
          <w:lang w:eastAsia="zh-CN"/>
        </w:rPr>
        <w:br/>
      </w:r>
      <w:r>
        <w:rPr>
          <w:lang w:eastAsia="zh-CN"/>
        </w:rPr>
        <w:t>　　系列活动一：新年创意展（20__.12.15—12.26）</w:t>
      </w:r>
      <w:r>
        <w:rPr>
          <w:lang w:eastAsia="zh-CN"/>
        </w:rPr>
        <w:br/>
      </w:r>
      <w:r>
        <w:rPr>
          <w:lang w:eastAsia="zh-CN"/>
        </w:rPr>
        <w:t>　　活动内容：</w:t>
      </w:r>
      <w:r>
        <w:rPr>
          <w:lang w:eastAsia="zh-CN"/>
        </w:rPr>
        <w:br/>
      </w:r>
      <w:r>
        <w:rPr>
          <w:lang w:eastAsia="zh-CN"/>
        </w:rPr>
        <w:t>　　1.以“幼儿为本”，各班师幼共同创设班级迎新年环境，展现班级特色。</w:t>
      </w:r>
      <w:r>
        <w:rPr>
          <w:lang w:eastAsia="zh-CN"/>
        </w:rPr>
        <w:br/>
      </w:r>
      <w:r>
        <w:rPr>
          <w:lang w:eastAsia="zh-CN"/>
        </w:rPr>
        <w:t>　　2.组织幼儿参观园区及其他班级的环境，感受新年的欢乐气氛。</w:t>
      </w:r>
      <w:r>
        <w:rPr>
          <w:lang w:eastAsia="zh-CN"/>
        </w:rPr>
        <w:br/>
      </w:r>
      <w:r>
        <w:rPr>
          <w:lang w:eastAsia="zh-CN"/>
        </w:rPr>
        <w:t>　　系列活动二：才艺我来秀（20__.12.22—12.26）</w:t>
      </w:r>
      <w:r>
        <w:rPr>
          <w:lang w:eastAsia="zh-CN"/>
        </w:rPr>
        <w:br/>
      </w:r>
      <w:r>
        <w:rPr>
          <w:lang w:eastAsia="zh-CN"/>
        </w:rPr>
        <w:t>　　活动内容：</w:t>
      </w:r>
      <w:r>
        <w:rPr>
          <w:lang w:eastAsia="zh-CN"/>
        </w:rPr>
        <w:br/>
      </w:r>
      <w:r>
        <w:rPr>
          <w:lang w:eastAsia="zh-CN"/>
        </w:rPr>
        <w:t>　　活动一：堆堆乐（科学）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准备：积木若干，桌子两张，座位安排成马蹄形。贴纸奖品若干。</w:t>
      </w:r>
      <w:r>
        <w:rPr>
          <w:lang w:eastAsia="zh-CN"/>
        </w:rPr>
        <w:br/>
      </w:r>
      <w:r>
        <w:rPr>
          <w:lang w:eastAsia="zh-CN"/>
        </w:rPr>
        <w:t>　　规则：5人一组同时参赛，在规定的时间内，把积木用自己的方法垒高，比比谁搭得高。</w:t>
      </w:r>
      <w:r>
        <w:rPr>
          <w:lang w:eastAsia="zh-CN"/>
        </w:rPr>
        <w:br/>
      </w:r>
      <w:r>
        <w:rPr>
          <w:lang w:eastAsia="zh-CN"/>
        </w:rPr>
        <w:t>　　活动二：说说乐（语言）</w:t>
      </w:r>
      <w:r>
        <w:rPr>
          <w:lang w:eastAsia="zh-CN"/>
        </w:rPr>
        <w:br/>
      </w:r>
      <w:r>
        <w:rPr>
          <w:lang w:eastAsia="zh-CN"/>
        </w:rPr>
        <w:t>　　准备：提前告知家长配合，帮助孩子准备一首短小的儿歌，较熟练地诵读。</w:t>
      </w:r>
      <w:r>
        <w:rPr>
          <w:lang w:eastAsia="zh-CN"/>
        </w:rPr>
        <w:br/>
      </w:r>
      <w:r>
        <w:rPr>
          <w:lang w:eastAsia="zh-CN"/>
        </w:rPr>
        <w:t>　　规则：幼儿依次展示，根据幼儿展示情况综合评定，分别得1—3个贴纸。</w:t>
      </w:r>
      <w:r>
        <w:rPr>
          <w:lang w:eastAsia="zh-CN"/>
        </w:rPr>
        <w:br/>
      </w:r>
      <w:r>
        <w:rPr>
          <w:lang w:eastAsia="zh-CN"/>
        </w:rPr>
        <w:t>　　活动三：剪剪乐（艺术）</w:t>
      </w:r>
      <w:r>
        <w:rPr>
          <w:lang w:eastAsia="zh-CN"/>
        </w:rPr>
        <w:br/>
      </w:r>
      <w:r>
        <w:rPr>
          <w:lang w:eastAsia="zh-CN"/>
        </w:rPr>
        <w:t>　　准备：有各种线条的纸若干、贴纸奖品若干。</w:t>
      </w:r>
      <w:r>
        <w:rPr>
          <w:lang w:eastAsia="zh-CN"/>
        </w:rPr>
        <w:br/>
      </w:r>
      <w:r>
        <w:rPr>
          <w:lang w:eastAsia="zh-CN"/>
        </w:rPr>
        <w:t>　　规则：5人一组进行比赛，用剪刀沿着线条剪开纸，比比谁剪得又快又好。老师根据幼儿使用剪刀的情况小贴纸鼓励和奖励。（1—3张贴纸）。</w:t>
      </w:r>
      <w:r>
        <w:rPr>
          <w:lang w:eastAsia="zh-CN"/>
        </w:rPr>
        <w:br/>
      </w:r>
      <w:r>
        <w:rPr>
          <w:lang w:eastAsia="zh-CN"/>
        </w:rPr>
        <w:t>　　活动四：闯关乐（健康）</w:t>
      </w:r>
      <w:r>
        <w:rPr>
          <w:lang w:eastAsia="zh-CN"/>
        </w:rPr>
        <w:br/>
      </w:r>
      <w:r>
        <w:rPr>
          <w:lang w:eastAsia="zh-CN"/>
        </w:rPr>
        <w:t>　　准备：布置场地（彩虹隧道、体操垫、彩圈若干）</w:t>
      </w:r>
      <w:r>
        <w:rPr>
          <w:lang w:eastAsia="zh-CN"/>
        </w:rPr>
        <w:br/>
      </w:r>
      <w:r>
        <w:rPr>
          <w:lang w:eastAsia="zh-CN"/>
        </w:rPr>
        <w:t>　　规则：设置钻拱形门、爬体操垫、跳彩圈三个连续“闯关”小游戏的情境，引导幼儿完成三个游戏项目。视幼儿参与的积极性和完成情况给予小贴纸鼓励和奖励。</w:t>
      </w:r>
      <w:r>
        <w:rPr>
          <w:lang w:eastAsia="zh-CN"/>
        </w:rPr>
        <w:br/>
      </w:r>
      <w:r>
        <w:rPr>
          <w:lang w:eastAsia="zh-CN"/>
        </w:rPr>
        <w:t>　　活动五：叠叠乐（生活）</w:t>
      </w:r>
      <w:r>
        <w:rPr>
          <w:lang w:eastAsia="zh-CN"/>
        </w:rPr>
        <w:br/>
      </w:r>
      <w:r>
        <w:rPr>
          <w:lang w:eastAsia="zh-CN"/>
        </w:rPr>
        <w:t>　　准备：幼儿衣服5件，桌子2-3张。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规则：5人一组同时进行，在规定时间内能按要求将衣服叠整齐，做到较平整。</w:t>
      </w:r>
      <w:r>
        <w:rPr>
          <w:lang w:eastAsia="zh-CN"/>
        </w:rPr>
        <w:br/>
      </w:r>
      <w:r>
        <w:rPr>
          <w:lang w:eastAsia="zh-CN"/>
        </w:rPr>
        <w:t>　　活动时间：12月22日——12月26日每日上午各班的区域游戏时间</w:t>
      </w:r>
      <w:r>
        <w:rPr>
          <w:lang w:eastAsia="zh-CN"/>
        </w:rPr>
        <w:br/>
      </w:r>
      <w:r>
        <w:rPr>
          <w:lang w:eastAsia="zh-CN"/>
        </w:rPr>
        <w:t>　　小1、小2、小3、小5、小7（9:10——9:55）</w:t>
      </w:r>
      <w:r>
        <w:rPr>
          <w:lang w:eastAsia="zh-CN"/>
        </w:rPr>
        <w:br/>
      </w:r>
      <w:r>
        <w:rPr>
          <w:lang w:eastAsia="zh-CN"/>
        </w:rPr>
        <w:t>　　小4、小6（10:10——10:55）</w:t>
      </w:r>
      <w:r>
        <w:rPr>
          <w:lang w:eastAsia="zh-CN"/>
        </w:rPr>
        <w:br/>
      </w:r>
      <w:r>
        <w:rPr>
          <w:lang w:eastAsia="zh-CN"/>
        </w:rPr>
        <w:t>　　系列活动三：亲子新年会（20__.12.29、12.30）</w:t>
      </w:r>
      <w:r>
        <w:rPr>
          <w:lang w:eastAsia="zh-CN"/>
        </w:rPr>
        <w:br/>
      </w:r>
      <w:r>
        <w:rPr>
          <w:lang w:eastAsia="zh-CN"/>
        </w:rPr>
        <w:t>　　活动时间：12月29日上午（小2、小3、小6）</w:t>
      </w:r>
      <w:r>
        <w:rPr>
          <w:lang w:eastAsia="zh-CN"/>
        </w:rPr>
        <w:br/>
      </w:r>
      <w:r>
        <w:rPr>
          <w:lang w:eastAsia="zh-CN"/>
        </w:rPr>
        <w:t>　　12月30日上午（小1、小4、小5、小7）</w:t>
      </w:r>
      <w:r>
        <w:rPr>
          <w:lang w:eastAsia="zh-CN"/>
        </w:rPr>
        <w:br/>
      </w:r>
      <w:r>
        <w:rPr>
          <w:lang w:eastAsia="zh-CN"/>
        </w:rPr>
        <w:t>　　活动准备：1.饺子皮、饺子馅、一次性餐布（以班级为单位配备）。</w:t>
      </w:r>
      <w:r>
        <w:rPr>
          <w:lang w:eastAsia="zh-CN"/>
        </w:rPr>
        <w:br/>
      </w:r>
      <w:r>
        <w:rPr>
          <w:lang w:eastAsia="zh-CN"/>
        </w:rPr>
        <w:t>　　2.能容纳小班级部家长及幼儿活动的场地、游戏物品及舞台。</w:t>
      </w:r>
      <w:r>
        <w:rPr>
          <w:lang w:eastAsia="zh-CN"/>
        </w:rPr>
        <w:br/>
      </w:r>
      <w:r>
        <w:rPr>
          <w:lang w:eastAsia="zh-CN"/>
        </w:rPr>
        <w:t>　　3.家长邀请涵、主持人、音响等。</w:t>
      </w:r>
      <w:r>
        <w:rPr>
          <w:lang w:eastAsia="zh-CN"/>
        </w:rPr>
        <w:br/>
      </w:r>
      <w:r>
        <w:rPr>
          <w:lang w:eastAsia="zh-CN"/>
        </w:rPr>
        <w:t>　　活动内容：</w:t>
      </w:r>
      <w:r>
        <w:rPr>
          <w:lang w:eastAsia="zh-CN"/>
        </w:rPr>
        <w:br/>
      </w:r>
      <w:r>
        <w:rPr>
          <w:lang w:eastAsia="zh-CN"/>
        </w:rPr>
        <w:t>　　一：亲子包水饺</w:t>
      </w:r>
      <w:r>
        <w:rPr>
          <w:lang w:eastAsia="zh-CN"/>
        </w:rPr>
        <w:br/>
      </w:r>
      <w:r>
        <w:rPr>
          <w:lang w:eastAsia="zh-CN"/>
        </w:rPr>
        <w:t>　　以班级为单位，每位幼儿邀请一位家长来园参与活动，与家长一起包水饺庆祝新年，感受新年的到来。</w:t>
      </w:r>
      <w:r>
        <w:rPr>
          <w:lang w:eastAsia="zh-CN"/>
        </w:rPr>
        <w:br/>
      </w:r>
      <w:r>
        <w:rPr>
          <w:lang w:eastAsia="zh-CN"/>
        </w:rPr>
        <w:t>　　二：亲子新年会</w:t>
      </w:r>
      <w:r>
        <w:rPr>
          <w:lang w:eastAsia="zh-CN"/>
        </w:rPr>
        <w:br/>
      </w:r>
      <w:r>
        <w:rPr>
          <w:lang w:eastAsia="zh-CN"/>
        </w:rPr>
        <w:t>　　1.幼儿表演类：以班级为单位的`幼儿集体表演或亲子表演。</w:t>
      </w:r>
      <w:r>
        <w:rPr>
          <w:lang w:eastAsia="zh-CN"/>
        </w:rPr>
        <w:br/>
      </w:r>
      <w:r>
        <w:rPr>
          <w:lang w:eastAsia="zh-CN"/>
        </w:rPr>
        <w:t>　　2.亲子游戏类：以级部为单位，每班根据游戏人数要求派出家长幼儿代表进行游戏。</w:t>
      </w:r>
      <w:r>
        <w:rPr>
          <w:lang w:eastAsia="zh-CN"/>
        </w:rPr>
        <w:br/>
      </w:r>
      <w:r>
        <w:rPr>
          <w:lang w:eastAsia="zh-CN"/>
        </w:rPr>
        <w:t>　　（1）包饺子（亲子互动）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规则：集体进行，家长将孩子抱在怀中，两眼微笑对孩子：“揉揉面，剁剁馅，擀擀皮儿，包一包，放在锅里煮一煮，啊呜一口就吃掉。（可反复两次）</w:t>
      </w:r>
      <w:r>
        <w:rPr>
          <w:lang w:eastAsia="zh-CN"/>
        </w:rPr>
        <w:br/>
      </w:r>
      <w:r>
        <w:rPr>
          <w:lang w:eastAsia="zh-CN"/>
        </w:rPr>
        <w:t>　　（2）围巾接力赛</w:t>
      </w:r>
      <w:r>
        <w:rPr>
          <w:lang w:eastAsia="zh-CN"/>
        </w:rPr>
        <w:br/>
      </w:r>
      <w:r>
        <w:rPr>
          <w:lang w:eastAsia="zh-CN"/>
        </w:rPr>
        <w:t>　　准备：帽子、围巾、手套65-10套、起点、终点标志。</w:t>
      </w:r>
      <w:r>
        <w:rPr>
          <w:lang w:eastAsia="zh-CN"/>
        </w:rPr>
        <w:br/>
      </w:r>
      <w:r>
        <w:rPr>
          <w:lang w:eastAsia="zh-CN"/>
        </w:rPr>
        <w:t>　　规则：6个家庭一组同时进行，幼儿在起点处戴好自己的帽子、围巾、手套，然后快速跑到对面的家长处，帮家长围好围巾（要求围巾要绕一圈），速度最快者获胜。</w:t>
      </w:r>
      <w:r>
        <w:rPr>
          <w:lang w:eastAsia="zh-CN"/>
        </w:rPr>
        <w:br/>
      </w:r>
      <w:r>
        <w:rPr>
          <w:lang w:eastAsia="zh-CN"/>
        </w:rPr>
        <w:t>　　（3）喂娃娃</w:t>
      </w:r>
      <w:r>
        <w:rPr>
          <w:lang w:eastAsia="zh-CN"/>
        </w:rPr>
        <w:br/>
      </w:r>
      <w:r>
        <w:rPr>
          <w:lang w:eastAsia="zh-CN"/>
        </w:rPr>
        <w:t>　　准备：勺子、小碗、自制喂娃娃玩具各5-10套、芸豆若干。</w:t>
      </w:r>
      <w:r>
        <w:rPr>
          <w:lang w:eastAsia="zh-CN"/>
        </w:rPr>
        <w:br/>
      </w:r>
      <w:r>
        <w:rPr>
          <w:lang w:eastAsia="zh-CN"/>
        </w:rPr>
        <w:t>　　规则：5-10个家庭一组同时进行，家长抱着孩子在起点处将碗里的豆子舀起，家长抱着孩子跑到对面，孩子将勺子里的豆子倒在终点处的碗里，在规定时间内，终点处碗里豆子最多的家庭获胜。</w:t>
      </w:r>
      <w:r>
        <w:rPr>
          <w:lang w:eastAsia="zh-CN"/>
        </w:rPr>
        <w:br/>
      </w:r>
      <w:r>
        <w:rPr>
          <w:lang w:eastAsia="zh-CN"/>
        </w:rPr>
        <w:t>　　（4）占圈</w:t>
      </w:r>
      <w:r>
        <w:rPr>
          <w:lang w:eastAsia="zh-CN"/>
        </w:rPr>
        <w:br/>
      </w:r>
      <w:r>
        <w:rPr>
          <w:lang w:eastAsia="zh-CN"/>
        </w:rPr>
        <w:t>　　准备：20个圈、音乐</w:t>
      </w:r>
      <w:r>
        <w:rPr>
          <w:lang w:eastAsia="zh-CN"/>
        </w:rPr>
        <w:br/>
      </w:r>
      <w:r>
        <w:rPr>
          <w:lang w:eastAsia="zh-CN"/>
        </w:rPr>
        <w:t>　　规则：21名家长手抱自己的孩子围着圆圈走，当音乐停止时家长抱着孩子站到圈中，没有占到圈的家庭离开，然后依次减少圈，最后占到圈的家庭为胜利者。</w:t>
      </w:r>
      <w:r>
        <w:rPr>
          <w:lang w:eastAsia="zh-CN"/>
        </w:rPr>
        <w:br/>
      </w:r>
      <w:r>
        <w:rPr>
          <w:lang w:eastAsia="zh-CN"/>
        </w:rPr>
        <w:t>　　（5）叠报纸</w:t>
      </w:r>
      <w:r>
        <w:rPr>
          <w:lang w:eastAsia="zh-CN"/>
        </w:rPr>
        <w:br/>
      </w:r>
      <w:r>
        <w:rPr>
          <w:lang w:eastAsia="zh-CN"/>
        </w:rPr>
        <w:t>　　准备：报纸20张、音乐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规则：音乐响起时家长和幼儿站在报纸上根据主持人的要求模仿相应动物的动作，音乐停止时，家长和幼儿一起将报纸对折后再次站到报纸上，反复操作数次，最后看哪一个家庭能在报纸上坚持的时间最长。</w:t>
      </w:r>
      <w:r>
        <w:rPr>
          <w:lang w:eastAsia="zh-CN"/>
        </w:rPr>
        <w:br/>
      </w:r>
      <w:r>
        <w:rPr>
          <w:lang w:eastAsia="zh-CN"/>
        </w:rPr>
        <w:t>　　3.亲子祝福类：</w:t>
      </w:r>
      <w:r>
        <w:rPr>
          <w:lang w:eastAsia="zh-CN"/>
        </w:rPr>
        <w:br/>
      </w:r>
      <w:r>
        <w:rPr>
          <w:lang w:eastAsia="zh-CN"/>
        </w:rPr>
        <w:t>　　（1）打扮自己。请家长为幼儿提前准备可即兴打扮的饰品，准备好一支口红。</w:t>
      </w:r>
      <w:r>
        <w:rPr>
          <w:lang w:eastAsia="zh-CN"/>
        </w:rPr>
        <w:br/>
      </w:r>
      <w:r>
        <w:rPr>
          <w:lang w:eastAsia="zh-CN"/>
        </w:rPr>
        <w:t>　　（2）欢乐舞。家长幼儿集体跳欢乐舞。</w:t>
      </w:r>
      <w:r>
        <w:rPr>
          <w:lang w:eastAsia="zh-CN"/>
        </w:rPr>
        <w:br/>
      </w:r>
      <w:r>
        <w:rPr>
          <w:lang w:eastAsia="zh-CN"/>
        </w:rPr>
        <w:t>　　（3）印唇印。为每个孩子准备一张爱心彩纸，请妈妈为孩子涂上口红，并帮助幼儿将唇印印在爱心上，张贴在班级的祝福墙上。</w:t>
      </w:r>
      <w:r>
        <w:rPr>
          <w:lang w:eastAsia="zh-CN"/>
        </w:rPr>
        <w:br/>
      </w:r>
      <w:r>
        <w:rPr>
          <w:lang w:eastAsia="zh-CN"/>
        </w:rPr>
        <w:t xml:space="preserve">    2024年幼儿园迎新年庆元旦活动方案范文 篇7 </w:t>
      </w:r>
      <w:r>
        <w:rPr>
          <w:lang w:eastAsia="zh-CN"/>
        </w:rPr>
        <w:br/>
      </w:r>
      <w:r>
        <w:rPr>
          <w:lang w:eastAsia="zh-CN"/>
        </w:rPr>
        <w:t>　　一、活动目标</w:t>
      </w:r>
      <w:r>
        <w:rPr>
          <w:lang w:eastAsia="zh-CN"/>
        </w:rPr>
        <w:br/>
      </w:r>
      <w:r>
        <w:rPr>
          <w:lang w:eastAsia="zh-CN"/>
        </w:rPr>
        <w:t>　　1、知道元宵节是中国人的传统节日之一，感受节日的欢快气氛。</w:t>
      </w:r>
      <w:r>
        <w:rPr>
          <w:lang w:eastAsia="zh-CN"/>
        </w:rPr>
        <w:br/>
      </w:r>
      <w:r>
        <w:rPr>
          <w:lang w:eastAsia="zh-CN"/>
        </w:rPr>
        <w:t>　　2、积极参与赏灯、玩灯、搓元宵等活动，体验与同伴集体过节日的快乐。</w:t>
      </w:r>
      <w:r>
        <w:rPr>
          <w:lang w:eastAsia="zh-CN"/>
        </w:rPr>
        <w:br/>
      </w:r>
      <w:r>
        <w:rPr>
          <w:lang w:eastAsia="zh-CN"/>
        </w:rPr>
        <w:t>　　3、知道元宵节的时间是正月十五。</w:t>
      </w:r>
      <w:r>
        <w:rPr>
          <w:lang w:eastAsia="zh-CN"/>
        </w:rPr>
        <w:br/>
      </w:r>
      <w:r>
        <w:rPr>
          <w:lang w:eastAsia="zh-CN"/>
        </w:rPr>
        <w:t>　　4、通过参加节日环境创设，感受参与元宵节庆祝活动的乐趣。</w:t>
      </w:r>
      <w:r>
        <w:rPr>
          <w:lang w:eastAsia="zh-CN"/>
        </w:rPr>
        <w:br/>
      </w:r>
      <w:r>
        <w:rPr>
          <w:lang w:eastAsia="zh-CN"/>
        </w:rPr>
        <w:t>　　5、能在集体面前大胆发言，积极想象，提高语言表达能力。</w:t>
      </w:r>
      <w:r>
        <w:rPr>
          <w:lang w:eastAsia="zh-CN"/>
        </w:rPr>
        <w:br/>
      </w:r>
      <w:r>
        <w:rPr>
          <w:lang w:eastAsia="zh-CN"/>
        </w:rPr>
        <w:t>　　二、活动准备</w:t>
      </w:r>
      <w:r>
        <w:rPr>
          <w:lang w:eastAsia="zh-CN"/>
        </w:rPr>
        <w:br/>
      </w:r>
      <w:r>
        <w:rPr>
          <w:lang w:eastAsia="zh-CN"/>
        </w:rPr>
        <w:t>　　1、干米粉、小盘子每人两份，花灯每人一盏</w:t>
      </w:r>
      <w:r>
        <w:rPr>
          <w:lang w:eastAsia="zh-CN"/>
        </w:rPr>
        <w:br/>
      </w:r>
      <w:r>
        <w:rPr>
          <w:lang w:eastAsia="zh-CN"/>
        </w:rPr>
        <w:t>　　2、 锣鼓音乐伴奏带</w:t>
      </w:r>
      <w:r>
        <w:rPr>
          <w:lang w:eastAsia="zh-CN"/>
        </w:rPr>
        <w:br/>
      </w:r>
      <w:r>
        <w:rPr>
          <w:lang w:eastAsia="zh-CN"/>
        </w:rPr>
        <w:t>　　三、活动过程</w:t>
      </w:r>
      <w:r>
        <w:rPr>
          <w:lang w:eastAsia="zh-CN"/>
        </w:rPr>
        <w:br/>
      </w:r>
      <w:r>
        <w:rPr>
          <w:lang w:eastAsia="zh-CN"/>
        </w:rPr>
        <w:t>　　1、讲讲元宵节。</w:t>
      </w:r>
      <w:r>
        <w:rPr>
          <w:lang w:eastAsia="zh-CN"/>
        </w:rPr>
        <w:br/>
      </w:r>
      <w:r>
        <w:rPr>
          <w:lang w:eastAsia="zh-CN"/>
        </w:rPr>
        <w:t>　　（1）引导幼儿讲述：我知道的元宵节。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（2）教师在幼儿讲述的基础上，进一步介绍元宵节的来历和中国人过元宵节的传统习俗。</w:t>
      </w:r>
      <w:r>
        <w:rPr>
          <w:lang w:eastAsia="zh-CN"/>
        </w:rPr>
        <w:br/>
      </w:r>
      <w:r>
        <w:rPr>
          <w:lang w:eastAsia="zh-CN"/>
        </w:rPr>
        <w:t>　　2、做元宵。</w:t>
      </w:r>
      <w:r>
        <w:rPr>
          <w:lang w:eastAsia="zh-CN"/>
        </w:rPr>
        <w:br/>
      </w:r>
      <w:r>
        <w:rPr>
          <w:lang w:eastAsia="zh-CN"/>
        </w:rPr>
        <w:t>　　（1）谈谈说说：我吃过的各种元宵。</w:t>
      </w:r>
      <w:r>
        <w:rPr>
          <w:lang w:eastAsia="zh-CN"/>
        </w:rPr>
        <w:br/>
      </w:r>
      <w:r>
        <w:rPr>
          <w:lang w:eastAsia="zh-CN"/>
        </w:rPr>
        <w:t>　　（2）教师介绍做元宵的材料，并示范制作方法。</w:t>
      </w:r>
      <w:r>
        <w:rPr>
          <w:lang w:eastAsia="zh-CN"/>
        </w:rPr>
        <w:br/>
      </w:r>
      <w:r>
        <w:rPr>
          <w:lang w:eastAsia="zh-CN"/>
        </w:rPr>
        <w:t>　　① 将搓圆的`元宵放入干米粉盘中来回滚动，直到四周全沾满米粉。</w:t>
      </w:r>
      <w:r>
        <w:rPr>
          <w:lang w:eastAsia="zh-CN"/>
        </w:rPr>
        <w:br/>
      </w:r>
      <w:r>
        <w:rPr>
          <w:lang w:eastAsia="zh-CN"/>
        </w:rPr>
        <w:t>　　② 最后放在手心里搓圆即成。</w:t>
      </w:r>
      <w:r>
        <w:rPr>
          <w:lang w:eastAsia="zh-CN"/>
        </w:rPr>
        <w:br/>
      </w:r>
      <w:r>
        <w:rPr>
          <w:lang w:eastAsia="zh-CN"/>
        </w:rPr>
        <w:t>　　（3）幼儿分组制作，教师重点指导幼儿掌握两人合作滚米粉的技能。</w:t>
      </w:r>
      <w:r>
        <w:rPr>
          <w:lang w:eastAsia="zh-CN"/>
        </w:rPr>
        <w:br/>
      </w:r>
      <w:r>
        <w:rPr>
          <w:lang w:eastAsia="zh-CN"/>
        </w:rPr>
        <w:t>　　（4）将搓好的元宵放在每组的大盘中，分享集体合作的快乐。幼儿在等待元宵煮熟的同时玩花灯。</w:t>
      </w:r>
      <w:r>
        <w:rPr>
          <w:lang w:eastAsia="zh-CN"/>
        </w:rPr>
        <w:br/>
      </w:r>
      <w:r>
        <w:rPr>
          <w:lang w:eastAsia="zh-CN"/>
        </w:rPr>
        <w:t>　　3、玩花灯。</w:t>
      </w:r>
      <w:r>
        <w:rPr>
          <w:lang w:eastAsia="zh-CN"/>
        </w:rPr>
        <w:br/>
      </w:r>
      <w:r>
        <w:rPr>
          <w:lang w:eastAsia="zh-CN"/>
        </w:rPr>
        <w:t>　　（1）幼儿各提一盏花灯，同伴间相互欣赏，介绍自己所拿的花灯的名称及主要特点，</w:t>
      </w:r>
      <w:r>
        <w:rPr>
          <w:lang w:eastAsia="zh-CN"/>
        </w:rPr>
        <w:br/>
      </w:r>
      <w:r>
        <w:rPr>
          <w:lang w:eastAsia="zh-CN"/>
        </w:rPr>
        <w:t>　　（2）幼儿在音乐声中，提灯玩耍。</w:t>
      </w:r>
      <w:r>
        <w:rPr>
          <w:lang w:eastAsia="zh-CN"/>
        </w:rPr>
        <w:br/>
      </w:r>
      <w:r>
        <w:rPr>
          <w:lang w:eastAsia="zh-CN"/>
        </w:rPr>
        <w:t>　　4、品尝小元宵。</w:t>
      </w:r>
      <w:r>
        <w:rPr>
          <w:lang w:eastAsia="zh-CN"/>
        </w:rPr>
        <w:br/>
      </w:r>
      <w:r>
        <w:rPr>
          <w:lang w:eastAsia="zh-CN"/>
        </w:rPr>
        <w:t>　　鼓励幼儿有礼貌地邀请老师、阿姨一起吃元宵，学习与他人分享劳动成果，体验劳动带来的成功与喜悦。</w:t>
      </w:r>
      <w:r>
        <w:rPr>
          <w:lang w:eastAsia="zh-CN"/>
        </w:rPr>
        <w:br/>
      </w:r>
      <w:r>
        <w:rPr>
          <w:lang w:eastAsia="zh-CN"/>
        </w:rPr>
        <w:t>　　四、活动结束</w:t>
      </w:r>
      <w:r>
        <w:rPr>
          <w:lang w:eastAsia="zh-CN"/>
        </w:rPr>
        <w:br/>
      </w:r>
      <w:r>
        <w:rPr>
          <w:lang w:eastAsia="zh-CN"/>
        </w:rPr>
        <w:t>　　1、评价</w:t>
      </w:r>
      <w:r>
        <w:rPr>
          <w:lang w:eastAsia="zh-CN"/>
        </w:rPr>
        <w:br/>
      </w:r>
      <w:r>
        <w:rPr>
          <w:lang w:eastAsia="zh-CN"/>
        </w:rPr>
        <w:t>　　2、总结</w:t>
      </w:r>
      <w:r>
        <w:rPr>
          <w:lang w:eastAsia="zh-CN"/>
        </w:rPr>
        <w:br/>
      </w:r>
      <w:r>
        <w:rPr>
          <w:lang w:eastAsia="zh-CN"/>
        </w:rPr>
        <w:t xml:space="preserve">    2024年幼儿园迎新年庆元旦活动方案范文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活动日期：</w:t>
      </w:r>
      <w:r>
        <w:rPr>
          <w:lang w:eastAsia="zh-CN"/>
        </w:rPr>
        <w:br/>
      </w:r>
      <w:r>
        <w:rPr>
          <w:lang w:eastAsia="zh-CN"/>
        </w:rPr>
        <w:t>　　12月30日上午9：50</w:t>
      </w:r>
      <w:r>
        <w:rPr>
          <w:lang w:eastAsia="zh-CN"/>
        </w:rPr>
        <w:br/>
      </w:r>
      <w:r>
        <w:rPr>
          <w:lang w:eastAsia="zh-CN"/>
        </w:rPr>
        <w:t>　　活动场地：</w:t>
      </w:r>
      <w:r>
        <w:rPr>
          <w:lang w:eastAsia="zh-CN"/>
        </w:rPr>
        <w:br/>
      </w:r>
      <w:r>
        <w:rPr>
          <w:lang w:eastAsia="zh-CN"/>
        </w:rPr>
        <w:t>　　共享空间内</w:t>
      </w:r>
      <w:r>
        <w:rPr>
          <w:lang w:eastAsia="zh-CN"/>
        </w:rPr>
        <w:br/>
      </w:r>
      <w:r>
        <w:rPr>
          <w:lang w:eastAsia="zh-CN"/>
        </w:rPr>
        <w:t>　　活动来源：</w:t>
      </w:r>
      <w:r>
        <w:rPr>
          <w:lang w:eastAsia="zh-CN"/>
        </w:rPr>
        <w:br/>
      </w:r>
      <w:r>
        <w:rPr>
          <w:lang w:eastAsia="zh-CN"/>
        </w:rPr>
        <w:t>　　中国元旦历来指的是农（夏、阴）历正月初一。“元旦”的“元”，指开始，是第一的意思，凡数之始称为“元”；“旦”，象形字，上面的“日”代表太阳，下面的“一”代表地平线。“旦”即太阳从地平线上冉冉升起，象征一日的开始。人们把“元”和“旦”两个字结合起来，就引申为新年开始的第一天。元旦又称“三元”，即岁之元、月之元、时之元。</w:t>
      </w:r>
      <w:r>
        <w:rPr>
          <w:lang w:eastAsia="zh-CN"/>
        </w:rPr>
        <w:br/>
      </w:r>
      <w:r>
        <w:rPr>
          <w:lang w:eastAsia="zh-CN"/>
        </w:rPr>
        <w:t>　　为了让幼儿感受节庆活动带来的快乐，以及知道一些简单的元旦知识，我们40组开展本次的庆祝元旦集体活动。</w:t>
      </w:r>
      <w:r>
        <w:rPr>
          <w:lang w:eastAsia="zh-CN"/>
        </w:rPr>
        <w:br/>
      </w:r>
      <w:r>
        <w:rPr>
          <w:lang w:eastAsia="zh-CN"/>
        </w:rPr>
        <w:t>　　活动目标：</w:t>
      </w:r>
      <w:r>
        <w:rPr>
          <w:lang w:eastAsia="zh-CN"/>
        </w:rPr>
        <w:br/>
      </w:r>
      <w:r>
        <w:rPr>
          <w:lang w:eastAsia="zh-CN"/>
        </w:rPr>
        <w:t>　　1、感受迎新年的愉快氛围，知道自己即将长大一岁，有成长的自豪感，增强孩子的自主性。</w:t>
      </w:r>
      <w:r>
        <w:rPr>
          <w:lang w:eastAsia="zh-CN"/>
        </w:rPr>
        <w:br/>
      </w:r>
      <w:r>
        <w:rPr>
          <w:lang w:eastAsia="zh-CN"/>
        </w:rPr>
        <w:t>　　2、展示幼儿的能力，培养幼儿自信、乐观、大方的品质。</w:t>
      </w:r>
      <w:r>
        <w:rPr>
          <w:lang w:eastAsia="zh-CN"/>
        </w:rPr>
        <w:br/>
      </w:r>
      <w:r>
        <w:rPr>
          <w:lang w:eastAsia="zh-CN"/>
        </w:rPr>
        <w:t>　　活动准备：</w:t>
      </w:r>
      <w:r>
        <w:rPr>
          <w:lang w:eastAsia="zh-CN"/>
        </w:rPr>
        <w:br/>
      </w:r>
      <w:r>
        <w:rPr>
          <w:lang w:eastAsia="zh-CN"/>
        </w:rPr>
        <w:t>　　1、PPT、话筒、电脑、音响、幼儿服装统一、集体装扮（各班教师根据表演内容进行制作）、相机（每班一位教师及时抓拍精彩镜头）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场地安排：7个班级在共享空间内坐成一个长方形，班级与班级之间面对面，空出中间的场地（儿歌、歌曲在原地起立表演，舞蹈类节目到中间的空地上表演）</w:t>
      </w:r>
      <w:r>
        <w:rPr>
          <w:lang w:eastAsia="zh-CN"/>
        </w:rPr>
        <w:br/>
      </w:r>
      <w:r>
        <w:rPr>
          <w:lang w:eastAsia="zh-CN"/>
        </w:rPr>
        <w:t>　　2、学习儿歌《新年到》</w:t>
      </w:r>
      <w:r>
        <w:rPr>
          <w:lang w:eastAsia="zh-CN"/>
        </w:rPr>
        <w:br/>
      </w:r>
      <w:r>
        <w:rPr>
          <w:lang w:eastAsia="zh-CN"/>
        </w:rPr>
        <w:t>　　活动流程：</w:t>
      </w:r>
      <w:r>
        <w:rPr>
          <w:lang w:eastAsia="zh-CN"/>
        </w:rPr>
        <w:br/>
      </w:r>
      <w:r>
        <w:rPr>
          <w:lang w:eastAsia="zh-CN"/>
        </w:rPr>
        <w:t>　　一、开场集体诗歌朗诵《新年好》！</w:t>
      </w:r>
      <w:r>
        <w:rPr>
          <w:lang w:eastAsia="zh-CN"/>
        </w:rPr>
        <w:br/>
      </w:r>
      <w:r>
        <w:rPr>
          <w:lang w:eastAsia="zh-CN"/>
        </w:rPr>
        <w:t>　　儿歌《新年好》</w:t>
      </w:r>
      <w:r>
        <w:rPr>
          <w:lang w:eastAsia="zh-CN"/>
        </w:rPr>
        <w:br/>
      </w:r>
      <w:r>
        <w:rPr>
          <w:lang w:eastAsia="zh-CN"/>
        </w:rPr>
        <w:t>　　四季里收成好，转眼又是新年到，</w:t>
      </w:r>
      <w:r>
        <w:rPr>
          <w:lang w:eastAsia="zh-CN"/>
        </w:rPr>
        <w:br/>
      </w:r>
      <w:r>
        <w:rPr>
          <w:lang w:eastAsia="zh-CN"/>
        </w:rPr>
        <w:t>　　丰收的新年多热闹，大街小巷放鞭泡；</w:t>
      </w:r>
      <w:r>
        <w:rPr>
          <w:lang w:eastAsia="zh-CN"/>
        </w:rPr>
        <w:br/>
      </w:r>
      <w:r>
        <w:rPr>
          <w:lang w:eastAsia="zh-CN"/>
        </w:rPr>
        <w:t>　　舞龙灯踩高跷，迎财神接元宝，家家户户乐逍遥，</w:t>
      </w:r>
      <w:r>
        <w:rPr>
          <w:lang w:eastAsia="zh-CN"/>
        </w:rPr>
        <w:br/>
      </w:r>
      <w:r>
        <w:rPr>
          <w:lang w:eastAsia="zh-CN"/>
        </w:rPr>
        <w:t>　　过新年人人笑，见面说声新年好。</w:t>
      </w:r>
      <w:r>
        <w:rPr>
          <w:lang w:eastAsia="zh-CN"/>
        </w:rPr>
        <w:br/>
      </w:r>
      <w:r>
        <w:rPr>
          <w:lang w:eastAsia="zh-CN"/>
        </w:rPr>
        <w:t>　　二、主持人介绍元旦的来历。</w:t>
      </w:r>
      <w:r>
        <w:rPr>
          <w:lang w:eastAsia="zh-CN"/>
        </w:rPr>
        <w:br/>
      </w:r>
      <w:r>
        <w:rPr>
          <w:lang w:eastAsia="zh-CN"/>
        </w:rPr>
        <w:t>　　三、每班轮流表演节目。</w:t>
      </w:r>
      <w:r>
        <w:rPr>
          <w:lang w:eastAsia="zh-CN"/>
        </w:rPr>
        <w:br/>
      </w:r>
      <w:r>
        <w:rPr>
          <w:lang w:eastAsia="zh-CN"/>
        </w:rPr>
        <w:t>　　四、大合唱《新年好》</w:t>
      </w:r>
      <w:r>
        <w:rPr>
          <w:lang w:eastAsia="zh-CN"/>
        </w:rPr>
        <w:br/>
      </w:r>
      <w:r>
        <w:rPr>
          <w:lang w:eastAsia="zh-CN"/>
        </w:rPr>
        <w:t>　　注意事项：</w:t>
      </w:r>
      <w:r>
        <w:rPr>
          <w:lang w:eastAsia="zh-CN"/>
        </w:rPr>
        <w:br/>
      </w:r>
      <w:r>
        <w:rPr>
          <w:lang w:eastAsia="zh-CN"/>
        </w:rPr>
        <w:t>　　各班级将表演需要的音乐拷贝至404班婷婷处，表演所需的装饰或道具清班级老师提前制作好。希望大家共同的努力让宝贝在幼儿园渡过一个快乐的节日！提前祝我们所有的宝贝和老师元旦快乐、新年幸福！</w:t>
      </w:r>
      <w:r>
        <w:rPr>
          <w:lang w:eastAsia="zh-CN"/>
        </w:rPr>
        <w:br/>
      </w:r>
      <w:r>
        <w:rPr>
          <w:lang w:eastAsia="zh-CN"/>
        </w:rPr>
        <w:t xml:space="preserve">    2024年幼儿园迎新年庆元旦活动方案范文 篇9 </w:t>
      </w:r>
      <w:r>
        <w:rPr>
          <w:lang w:eastAsia="zh-CN"/>
        </w:rPr>
        <w:br/>
      </w:r>
      <w:r>
        <w:rPr>
          <w:lang w:eastAsia="zh-CN"/>
        </w:rPr>
        <w:t>　　具体内容：</w:t>
      </w:r>
      <w:r>
        <w:rPr>
          <w:lang w:eastAsia="zh-CN"/>
        </w:rPr>
        <w:br/>
      </w:r>
      <w:r>
        <w:rPr>
          <w:lang w:eastAsia="zh-CN"/>
        </w:rPr>
        <w:t>　　系列活动一：“快乐成长”才艺比赛</w:t>
      </w:r>
      <w:r>
        <w:rPr>
          <w:lang w:eastAsia="zh-CN"/>
        </w:rPr>
        <w:br/>
      </w:r>
      <w:r>
        <w:rPr>
          <w:lang w:eastAsia="zh-CN"/>
        </w:rPr>
        <w:t>　　活动时间：20__年12月22——20__年12月26日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活动简介：根据中班幼儿发展特点，结合日常教学内容，设置五个才艺专场比赛，比赛涉及的领域有语言、体育、艺术（音乐、美工）、健康等。鼓励幼儿人人参与，在轻松愉悦的竞赛中展示才艺，为自己的进步感到自豪。</w:t>
      </w:r>
      <w:r>
        <w:rPr>
          <w:lang w:eastAsia="zh-CN"/>
        </w:rPr>
        <w:br/>
      </w:r>
      <w:r>
        <w:rPr>
          <w:lang w:eastAsia="zh-CN"/>
        </w:rPr>
        <w:t>　　活动内容：</w:t>
      </w:r>
      <w:r>
        <w:rPr>
          <w:lang w:eastAsia="zh-CN"/>
        </w:rPr>
        <w:br/>
      </w:r>
      <w:r>
        <w:rPr>
          <w:lang w:eastAsia="zh-CN"/>
        </w:rPr>
        <w:t>　　专场一：个人风采秀</w:t>
      </w:r>
      <w:r>
        <w:rPr>
          <w:lang w:eastAsia="zh-CN"/>
        </w:rPr>
        <w:br/>
      </w:r>
      <w:r>
        <w:rPr>
          <w:lang w:eastAsia="zh-CN"/>
        </w:rPr>
        <w:t>　　跟音乐走秀并表演一个绕口令</w:t>
      </w:r>
      <w:r>
        <w:rPr>
          <w:lang w:eastAsia="zh-CN"/>
        </w:rPr>
        <w:br/>
      </w:r>
      <w:r>
        <w:rPr>
          <w:lang w:eastAsia="zh-CN"/>
        </w:rPr>
        <w:t>　　专场二：创意圣诞树</w:t>
      </w:r>
      <w:r>
        <w:rPr>
          <w:lang w:eastAsia="zh-CN"/>
        </w:rPr>
        <w:br/>
      </w:r>
      <w:r>
        <w:rPr>
          <w:lang w:eastAsia="zh-CN"/>
        </w:rPr>
        <w:t>　　通过剪贴画的方式制作圣诞树</w:t>
      </w:r>
      <w:r>
        <w:rPr>
          <w:lang w:eastAsia="zh-CN"/>
        </w:rPr>
        <w:br/>
      </w:r>
      <w:r>
        <w:rPr>
          <w:lang w:eastAsia="zh-CN"/>
        </w:rPr>
        <w:t>　　专场三：运动小健将</w:t>
      </w:r>
      <w:r>
        <w:rPr>
          <w:lang w:eastAsia="zh-CN"/>
        </w:rPr>
        <w:br/>
      </w:r>
      <w:r>
        <w:rPr>
          <w:lang w:eastAsia="zh-CN"/>
        </w:rPr>
        <w:t>　　手拿箩筐——走过小桥（平衡木）——钻过山洞——跳过雷区（圈）——完成任务（拍球10个）——取得“年货”——推车返回（独轮车）</w:t>
      </w:r>
      <w:r>
        <w:rPr>
          <w:lang w:eastAsia="zh-CN"/>
        </w:rPr>
        <w:br/>
      </w:r>
      <w:r>
        <w:rPr>
          <w:lang w:eastAsia="zh-CN"/>
        </w:rPr>
        <w:t>　　专场四：生活小能手</w:t>
      </w:r>
      <w:r>
        <w:rPr>
          <w:lang w:eastAsia="zh-CN"/>
        </w:rPr>
        <w:br/>
      </w:r>
      <w:r>
        <w:rPr>
          <w:lang w:eastAsia="zh-CN"/>
        </w:rPr>
        <w:t>　　一号桌：将一件外套的'纽扣扣好——将外套、毛衣、裤子分别叠整齐——二号桌：用筷子将10粒花生夹到碗内。</w:t>
      </w:r>
      <w:r>
        <w:rPr>
          <w:lang w:eastAsia="zh-CN"/>
        </w:rPr>
        <w:br/>
      </w:r>
      <w:r>
        <w:rPr>
          <w:lang w:eastAsia="zh-CN"/>
        </w:rPr>
        <w:t>　　专场五：小小建筑师</w:t>
      </w:r>
      <w:r>
        <w:rPr>
          <w:lang w:eastAsia="zh-CN"/>
        </w:rPr>
        <w:br/>
      </w:r>
      <w:r>
        <w:rPr>
          <w:lang w:eastAsia="zh-CN"/>
        </w:rPr>
        <w:t>　　提供同样数量的清水节目，建构一座房子。教师提供2种范样，幼儿可以模仿建构，也可以创意建构。</w:t>
      </w:r>
      <w:r>
        <w:rPr>
          <w:lang w:eastAsia="zh-CN"/>
        </w:rPr>
        <w:br/>
      </w:r>
      <w:r>
        <w:rPr>
          <w:lang w:eastAsia="zh-CN"/>
        </w:rPr>
        <w:t>　　活动要求：</w:t>
      </w:r>
      <w:r>
        <w:rPr>
          <w:lang w:eastAsia="zh-CN"/>
        </w:rPr>
        <w:br/>
      </w:r>
      <w:r>
        <w:rPr>
          <w:lang w:eastAsia="zh-CN"/>
        </w:rPr>
        <w:t>　　● 12月17日——12月21日为活动准备阶段，请家长配合帮助幼儿进行相应的练习。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 12月22日——12月26日的才艺比赛时间为每天10：15——10:50</w:t>
      </w:r>
      <w:r>
        <w:rPr>
          <w:lang w:eastAsia="zh-CN"/>
        </w:rPr>
        <w:br/>
      </w:r>
      <w:r>
        <w:rPr>
          <w:lang w:eastAsia="zh-CN"/>
        </w:rPr>
        <w:t xml:space="preserve">    2024年幼儿园迎新年庆元旦活动方案范文 篇10 </w:t>
      </w:r>
      <w:r>
        <w:rPr>
          <w:lang w:eastAsia="zh-CN"/>
        </w:rPr>
        <w:br/>
      </w:r>
      <w:r>
        <w:rPr>
          <w:lang w:eastAsia="zh-CN"/>
        </w:rPr>
        <w:t>　　活动日期：</w:t>
      </w:r>
      <w:r>
        <w:rPr>
          <w:lang w:eastAsia="zh-CN"/>
        </w:rPr>
        <w:br/>
      </w:r>
      <w:r>
        <w:rPr>
          <w:lang w:eastAsia="zh-CN"/>
        </w:rPr>
        <w:t>　　12月30日上午9：50</w:t>
      </w:r>
      <w:r>
        <w:rPr>
          <w:lang w:eastAsia="zh-CN"/>
        </w:rPr>
        <w:br/>
      </w:r>
      <w:r>
        <w:rPr>
          <w:lang w:eastAsia="zh-CN"/>
        </w:rPr>
        <w:t>　　活动场地：</w:t>
      </w:r>
      <w:r>
        <w:rPr>
          <w:lang w:eastAsia="zh-CN"/>
        </w:rPr>
        <w:br/>
      </w:r>
      <w:r>
        <w:rPr>
          <w:lang w:eastAsia="zh-CN"/>
        </w:rPr>
        <w:t>　　共享空间内</w:t>
      </w:r>
      <w:r>
        <w:rPr>
          <w:lang w:eastAsia="zh-CN"/>
        </w:rPr>
        <w:br/>
      </w:r>
      <w:r>
        <w:rPr>
          <w:lang w:eastAsia="zh-CN"/>
        </w:rPr>
        <w:t>　　活动来源：</w:t>
      </w:r>
      <w:r>
        <w:rPr>
          <w:lang w:eastAsia="zh-CN"/>
        </w:rPr>
        <w:br/>
      </w:r>
      <w:r>
        <w:rPr>
          <w:lang w:eastAsia="zh-CN"/>
        </w:rPr>
        <w:t>　　中国元旦历来指的是农（夏、阴）历正月初一。“元旦”的“元”，指开始，是第一的意思，凡数之始称为“元”；“旦”，象形字，上面的“日”代表太阳，下面的“一”代表地平线。“旦”即太阳从地平线上冉冉升起，象征一日的开始。人们把“元”和“旦”两个字结合起来，就引申为新年开始的第一天。元旦又称“三元”，即岁之元、月之元、时之元。</w:t>
      </w:r>
      <w:r>
        <w:rPr>
          <w:lang w:eastAsia="zh-CN"/>
        </w:rPr>
        <w:br/>
      </w:r>
      <w:r>
        <w:rPr>
          <w:lang w:eastAsia="zh-CN"/>
        </w:rPr>
        <w:t>　　为了让幼儿感受节庆活动带来的快乐，以及知道一些简单的元旦知识，我们40组开展本次的庆祝元旦集体活动。</w:t>
      </w:r>
      <w:r>
        <w:rPr>
          <w:lang w:eastAsia="zh-CN"/>
        </w:rPr>
        <w:br/>
      </w:r>
      <w:r>
        <w:rPr>
          <w:lang w:eastAsia="zh-CN"/>
        </w:rPr>
        <w:t>　　活动目标：</w:t>
      </w:r>
      <w:r>
        <w:rPr>
          <w:lang w:eastAsia="zh-CN"/>
        </w:rPr>
        <w:br/>
      </w:r>
      <w:r>
        <w:rPr>
          <w:lang w:eastAsia="zh-CN"/>
        </w:rPr>
        <w:t>　　1、感受迎新年的愉快氛围，知道自己即将长大一岁，有成长的自豪感，增强孩子的自主性。</w:t>
      </w:r>
      <w:r>
        <w:rPr>
          <w:lang w:eastAsia="zh-CN"/>
        </w:rPr>
        <w:br/>
      </w:r>
      <w:r>
        <w:rPr>
          <w:lang w:eastAsia="zh-CN"/>
        </w:rPr>
        <w:t>　　2、展示幼儿的能力，培养幼儿自信、乐观、大方的品质。</w:t>
      </w:r>
      <w:r>
        <w:rPr>
          <w:lang w:eastAsia="zh-CN"/>
        </w:rPr>
        <w:br/>
      </w:r>
      <w:r>
        <w:rPr>
          <w:lang w:eastAsia="zh-CN"/>
        </w:rPr>
        <w:t>　　活动准备：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1、PPT、话筒、电脑、音响、幼儿服装统一、集体装扮（各班教师根据表演内容进行制作）、相机（每班一位教师及时抓拍精彩镜头）</w:t>
      </w:r>
      <w:r>
        <w:rPr>
          <w:lang w:eastAsia="zh-CN"/>
        </w:rPr>
        <w:br/>
      </w:r>
      <w:r>
        <w:rPr>
          <w:lang w:eastAsia="zh-CN"/>
        </w:rPr>
        <w:t>　　场地安排：7个班级在共享空间内坐成一个长方形，班级与班级之间面对面，空出中间的场地（儿歌、歌曲在原地起立表演，舞蹈类节目到中间的空地上表演）</w:t>
      </w:r>
      <w:r>
        <w:rPr>
          <w:lang w:eastAsia="zh-CN"/>
        </w:rPr>
        <w:br/>
      </w:r>
      <w:r>
        <w:rPr>
          <w:lang w:eastAsia="zh-CN"/>
        </w:rPr>
        <w:t>　　2、学习儿歌《新年到》</w:t>
      </w:r>
      <w:r>
        <w:rPr>
          <w:lang w:eastAsia="zh-CN"/>
        </w:rPr>
        <w:br/>
      </w:r>
      <w:r>
        <w:rPr>
          <w:lang w:eastAsia="zh-CN"/>
        </w:rPr>
        <w:t>　　活动流程：</w:t>
      </w:r>
      <w:r>
        <w:rPr>
          <w:lang w:eastAsia="zh-CN"/>
        </w:rPr>
        <w:br/>
      </w:r>
      <w:r>
        <w:rPr>
          <w:lang w:eastAsia="zh-CN"/>
        </w:rPr>
        <w:t>　　一、开场集体诗歌朗诵《新年好》！</w:t>
      </w:r>
      <w:r>
        <w:rPr>
          <w:lang w:eastAsia="zh-CN"/>
        </w:rPr>
        <w:br/>
      </w:r>
      <w:r>
        <w:rPr>
          <w:lang w:eastAsia="zh-CN"/>
        </w:rPr>
        <w:t>　　儿歌《新年好》</w:t>
      </w:r>
      <w:r>
        <w:rPr>
          <w:lang w:eastAsia="zh-CN"/>
        </w:rPr>
        <w:br/>
      </w:r>
      <w:r>
        <w:rPr>
          <w:lang w:eastAsia="zh-CN"/>
        </w:rPr>
        <w:t>　　四季里收成好，转眼又是新年到，</w:t>
      </w:r>
      <w:r>
        <w:rPr>
          <w:lang w:eastAsia="zh-CN"/>
        </w:rPr>
        <w:br/>
      </w:r>
      <w:r>
        <w:rPr>
          <w:lang w:eastAsia="zh-CN"/>
        </w:rPr>
        <w:t>　　丰收的新年多热闹，大街小巷放鞭泡；</w:t>
      </w:r>
      <w:r>
        <w:rPr>
          <w:lang w:eastAsia="zh-CN"/>
        </w:rPr>
        <w:br/>
      </w:r>
      <w:r>
        <w:rPr>
          <w:lang w:eastAsia="zh-CN"/>
        </w:rPr>
        <w:t>　　舞龙灯踩高跷，迎财神接元宝，家家户户乐逍遥，</w:t>
      </w:r>
      <w:r>
        <w:rPr>
          <w:lang w:eastAsia="zh-CN"/>
        </w:rPr>
        <w:br/>
      </w:r>
      <w:r>
        <w:rPr>
          <w:lang w:eastAsia="zh-CN"/>
        </w:rPr>
        <w:t>　　过新年人人笑，见面说声新年好。</w:t>
      </w:r>
      <w:r>
        <w:rPr>
          <w:lang w:eastAsia="zh-CN"/>
        </w:rPr>
        <w:br/>
      </w:r>
      <w:r>
        <w:rPr>
          <w:lang w:eastAsia="zh-CN"/>
        </w:rPr>
        <w:t>　　二、主持人介绍元旦的来历。</w:t>
      </w:r>
      <w:r>
        <w:rPr>
          <w:lang w:eastAsia="zh-CN"/>
        </w:rPr>
        <w:br/>
      </w:r>
      <w:r>
        <w:rPr>
          <w:lang w:eastAsia="zh-CN"/>
        </w:rPr>
        <w:t>　　三、每班轮流表演节目。</w:t>
      </w:r>
      <w:r>
        <w:rPr>
          <w:lang w:eastAsia="zh-CN"/>
        </w:rPr>
        <w:br/>
      </w:r>
      <w:r>
        <w:rPr>
          <w:lang w:eastAsia="zh-CN"/>
        </w:rPr>
        <w:t>　　四、大合唱《新年好》</w:t>
      </w:r>
      <w:r>
        <w:rPr>
          <w:lang w:eastAsia="zh-CN"/>
        </w:rPr>
        <w:br/>
      </w:r>
      <w:r>
        <w:rPr>
          <w:lang w:eastAsia="zh-CN"/>
        </w:rPr>
        <w:t>　　附：班级节目单</w:t>
      </w:r>
      <w:r>
        <w:rPr>
          <w:lang w:eastAsia="zh-CN"/>
        </w:rPr>
        <w:br/>
      </w:r>
      <w:r>
        <w:rPr>
          <w:lang w:eastAsia="zh-CN"/>
        </w:rPr>
        <w:t>　　401：儿歌：《小板凳歪歪》《我有一个幸福的家》</w:t>
      </w:r>
      <w:r>
        <w:rPr>
          <w:lang w:eastAsia="zh-CN"/>
        </w:rPr>
        <w:br/>
      </w:r>
      <w:r>
        <w:rPr>
          <w:lang w:eastAsia="zh-CN"/>
        </w:rPr>
        <w:t>　　绕口令：《石榴树上结辣椒》《鸟和猫》</w:t>
      </w:r>
      <w:r>
        <w:rPr>
          <w:lang w:eastAsia="zh-CN"/>
        </w:rPr>
        <w:br/>
      </w:r>
      <w:r>
        <w:rPr>
          <w:lang w:eastAsia="zh-CN"/>
        </w:rPr>
        <w:t>　　舞蹈：《hands up》</w:t>
      </w:r>
      <w:r>
        <w:rPr>
          <w:lang w:eastAsia="zh-CN"/>
        </w:rPr>
        <w:br/>
      </w:r>
      <w:r>
        <w:rPr>
          <w:lang w:eastAsia="zh-CN"/>
        </w:rPr>
        <w:t>　　402：</w:t>
      </w:r>
      <w:r>
        <w:rPr>
          <w:lang w:eastAsia="zh-CN"/>
        </w:rPr>
        <w:br/>
      </w:r>
      <w:r>
        <w:rPr>
          <w:lang w:eastAsia="zh-CN"/>
        </w:rPr>
        <w:t>　　403：舞蹈《快快乐乐上学校》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歌曲《捉泥鳅》</w:t>
      </w:r>
      <w:r>
        <w:rPr>
          <w:lang w:eastAsia="zh-CN"/>
        </w:rPr>
        <w:br/>
      </w:r>
      <w:r>
        <w:rPr>
          <w:lang w:eastAsia="zh-CN"/>
        </w:rPr>
        <w:t>　　404：儿歌《别说我小》《幼儿园像我家》</w:t>
      </w:r>
      <w:r>
        <w:rPr>
          <w:lang w:eastAsia="zh-CN"/>
        </w:rPr>
        <w:br/>
      </w:r>
      <w:r>
        <w:rPr>
          <w:lang w:eastAsia="zh-CN"/>
        </w:rPr>
        <w:t>　　歌曲《小乌龟上山坡》《小树叶》</w:t>
      </w:r>
      <w:r>
        <w:rPr>
          <w:lang w:eastAsia="zh-CN"/>
        </w:rPr>
        <w:br/>
      </w:r>
      <w:r>
        <w:rPr>
          <w:lang w:eastAsia="zh-CN"/>
        </w:rPr>
        <w:t>　　打击乐《木瓜恰恰恰》《喜洋洋》</w:t>
      </w:r>
      <w:r>
        <w:rPr>
          <w:lang w:eastAsia="zh-CN"/>
        </w:rPr>
        <w:br/>
      </w:r>
      <w:r>
        <w:rPr>
          <w:lang w:eastAsia="zh-CN"/>
        </w:rPr>
        <w:t>　　405：歌曲串烧</w:t>
      </w:r>
      <w:r>
        <w:rPr>
          <w:lang w:eastAsia="zh-CN"/>
        </w:rPr>
        <w:br/>
      </w:r>
      <w:r>
        <w:rPr>
          <w:lang w:eastAsia="zh-CN"/>
        </w:rPr>
        <w:t>　　406：舞蹈《快乐的一天》《宁夏》</w:t>
      </w:r>
      <w:r>
        <w:rPr>
          <w:lang w:eastAsia="zh-CN"/>
        </w:rPr>
        <w:br/>
      </w:r>
      <w:r>
        <w:rPr>
          <w:lang w:eastAsia="zh-CN"/>
        </w:rPr>
        <w:t>　　儿歌《歌唱祖国》《兰花草》</w:t>
      </w:r>
      <w:r>
        <w:rPr>
          <w:lang w:eastAsia="zh-CN"/>
        </w:rPr>
        <w:br/>
      </w:r>
      <w:r>
        <w:rPr>
          <w:lang w:eastAsia="zh-CN"/>
        </w:rPr>
        <w:t>　　407：绕口令</w:t>
      </w:r>
      <w:r>
        <w:rPr>
          <w:lang w:eastAsia="zh-CN"/>
        </w:rPr>
        <w:br/>
      </w:r>
      <w:r>
        <w:rPr>
          <w:lang w:eastAsia="zh-CN"/>
        </w:rPr>
        <w:t>　　歌曲：《上学歌》《欢乐颂》</w:t>
      </w:r>
      <w:r>
        <w:rPr>
          <w:lang w:eastAsia="zh-CN"/>
        </w:rPr>
        <w:br/>
      </w:r>
      <w:r>
        <w:rPr>
          <w:lang w:eastAsia="zh-CN"/>
        </w:rPr>
        <w:t>　　注意事项：</w:t>
      </w:r>
      <w:r>
        <w:rPr>
          <w:lang w:eastAsia="zh-CN"/>
        </w:rPr>
        <w:br/>
      </w:r>
      <w:r>
        <w:rPr>
          <w:lang w:eastAsia="zh-CN"/>
        </w:rPr>
        <w:t>　　各班级将表演需要的音乐拷贝至404班婷婷处，表演所需的装饰或道具清班级老师提前制作好。希望大家共同的努力让宝贝在幼儿园渡过一个快乐的节日！提前祝我们所有的宝贝和老师元旦快乐、新年幸福！</w:t>
      </w:r>
      <w:r>
        <w:rPr>
          <w:lang w:eastAsia="zh-CN"/>
        </w:rPr>
        <w:br/>
      </w:r>
      <w:r>
        <w:rPr>
          <w:lang w:eastAsia="zh-CN"/>
        </w:rPr>
        <w:t xml:space="preserve">    2024年幼儿园迎新年庆元旦活动方案范文 篇11 </w:t>
      </w:r>
      <w:r>
        <w:rPr>
          <w:lang w:eastAsia="zh-CN"/>
        </w:rPr>
        <w:br/>
      </w:r>
      <w:r>
        <w:rPr>
          <w:lang w:eastAsia="zh-CN"/>
        </w:rPr>
        <w:t>　　【教学目标】</w:t>
      </w:r>
      <w:r>
        <w:rPr>
          <w:lang w:eastAsia="zh-CN"/>
        </w:rPr>
        <w:br/>
      </w:r>
      <w:r>
        <w:rPr>
          <w:lang w:eastAsia="zh-CN"/>
        </w:rPr>
        <w:t>　　1、回忆过新年的景象，初步学念儿歌。</w:t>
      </w:r>
      <w:r>
        <w:rPr>
          <w:lang w:eastAsia="zh-CN"/>
        </w:rPr>
        <w:br/>
      </w:r>
      <w:r>
        <w:rPr>
          <w:lang w:eastAsia="zh-CN"/>
        </w:rPr>
        <w:t>　　2、了解过新年要拜年，尝试说说祝福的话。</w:t>
      </w:r>
      <w:r>
        <w:rPr>
          <w:lang w:eastAsia="zh-CN"/>
        </w:rPr>
        <w:br/>
      </w:r>
      <w:r>
        <w:rPr>
          <w:lang w:eastAsia="zh-CN"/>
        </w:rPr>
        <w:t>　　【教学准备】</w:t>
      </w:r>
      <w:r>
        <w:rPr>
          <w:lang w:eastAsia="zh-CN"/>
        </w:rPr>
        <w:br/>
      </w:r>
      <w:r>
        <w:rPr>
          <w:lang w:eastAsia="zh-CN"/>
        </w:rPr>
        <w:t>　　亲子讨论过有关过年的话题;"新年到"背景图一张;"小朋友、新衣服、帽子、鞭炮、红包、新年好字体"图片各一张，红包人手一个;喜庆的音乐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【教学过程】</w:t>
      </w:r>
      <w:r>
        <w:rPr>
          <w:lang w:eastAsia="zh-CN"/>
        </w:rPr>
        <w:br/>
      </w:r>
      <w:r>
        <w:rPr>
          <w:lang w:eastAsia="zh-CN"/>
        </w:rPr>
        <w:t>　　一、导入：敲锣打鼓放鞭炮听听音乐中的喜庆气氛，激起幼儿兴趣。</w:t>
      </w:r>
      <w:r>
        <w:rPr>
          <w:lang w:eastAsia="zh-CN"/>
        </w:rPr>
        <w:br/>
      </w:r>
      <w:r>
        <w:rPr>
          <w:lang w:eastAsia="zh-CN"/>
        </w:rPr>
        <w:t>　　二、初步学念儿歌出示"新年到"背景图，说说春节要来了，春节是中国人过大年，是中国的新年。</w:t>
      </w:r>
      <w:r>
        <w:rPr>
          <w:lang w:eastAsia="zh-CN"/>
        </w:rPr>
        <w:br/>
      </w:r>
      <w:r>
        <w:rPr>
          <w:lang w:eastAsia="zh-CN"/>
        </w:rPr>
        <w:t>　　让幼儿说说什么节日快要来了?</w:t>
      </w:r>
      <w:r>
        <w:rPr>
          <w:lang w:eastAsia="zh-CN"/>
        </w:rPr>
        <w:br/>
      </w:r>
      <w:r>
        <w:rPr>
          <w:lang w:eastAsia="zh-CN"/>
        </w:rPr>
        <w:t>　　(把小朋友的图片贴到背景图中)提问：春节里我们小朋友的穿戴和平时有什么不一样?(当幼儿说到穿新衣服，戴帽子时，老师将新衣服、新帽子的图片，贴到"小朋友"身上。)用儿歌的语言小结：新年到、新年到，穿新衣、戴新帽。</w:t>
      </w:r>
      <w:r>
        <w:rPr>
          <w:lang w:eastAsia="zh-CN"/>
        </w:rPr>
        <w:br/>
      </w:r>
      <w:r>
        <w:rPr>
          <w:lang w:eastAsia="zh-CN"/>
        </w:rPr>
        <w:t>　　提问：过新年的时候我们会做一些什么特别的事情?(当孩子说到"放鞭炮、拿红包、拜年"时，老师将相应的图片放到背景图上。)用儿歌的语言小结：放鞭炮、拿红包，声新年好。</w:t>
      </w:r>
      <w:r>
        <w:rPr>
          <w:lang w:eastAsia="zh-CN"/>
        </w:rPr>
        <w:br/>
      </w:r>
      <w:r>
        <w:rPr>
          <w:lang w:eastAsia="zh-CN"/>
        </w:rPr>
        <w:t>　　三、看图片，完整学念儿歌新年到，新年到，穿新衣，戴新帽。</w:t>
      </w:r>
      <w:r>
        <w:rPr>
          <w:lang w:eastAsia="zh-CN"/>
        </w:rPr>
        <w:br/>
      </w:r>
      <w:r>
        <w:rPr>
          <w:lang w:eastAsia="zh-CN"/>
        </w:rPr>
        <w:t>　　放鞭炮、拿红包，声新年好。</w:t>
      </w:r>
      <w:r>
        <w:rPr>
          <w:lang w:eastAsia="zh-CN"/>
        </w:rPr>
        <w:br/>
      </w:r>
      <w:r>
        <w:rPr>
          <w:lang w:eastAsia="zh-CN"/>
        </w:rPr>
        <w:t>　　四、拓展提问：你们知道拜年时除了说新年好，还能说什么?(祝你新年快乐、祝你心想事成……等)尝试将祝福的话编进儿歌里，如：将最后一句"声新年好"替换为"大家说声新年快乐、大家说声心想事成……"等等。</w:t>
      </w:r>
      <w:r>
        <w:rPr>
          <w:lang w:eastAsia="zh-CN"/>
        </w:rPr>
        <w:br/>
      </w:r>
      <w:r>
        <w:rPr>
          <w:lang w:eastAsia="zh-CN"/>
        </w:rPr>
        <w:t>　　每人一个红包，一起念念儿歌，学着拜拜年。</w:t>
      </w:r>
      <w:r>
        <w:rPr>
          <w:lang w:eastAsia="zh-CN"/>
        </w:rPr>
        <w:br/>
      </w:r>
      <w:r>
        <w:rPr>
          <w:lang w:eastAsia="zh-CN"/>
        </w:rPr>
        <w:t>　　【教学延伸】</w:t>
      </w:r>
      <w:r>
        <w:rPr>
          <w:lang w:eastAsia="zh-CN"/>
        </w:rPr>
        <w:br/>
      </w:r>
      <w:r>
        <w:rPr>
          <w:lang w:eastAsia="zh-CN"/>
        </w:rPr>
        <w:t>　　在娃娃家里，引导幼儿模仿拜年的情节。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【教学建议】</w:t>
      </w:r>
      <w:r>
        <w:rPr>
          <w:lang w:eastAsia="zh-CN"/>
        </w:rPr>
        <w:br/>
      </w:r>
      <w:r>
        <w:rPr>
          <w:lang w:eastAsia="zh-CN"/>
        </w:rPr>
        <w:t>　　建议此教学在放寒假之前开展，激发幼儿向往过春节的情感。</w:t>
      </w:r>
      <w:r>
        <w:rPr>
          <w:lang w:eastAsia="zh-CN"/>
        </w:rPr>
        <w:br/>
      </w:r>
      <w:r>
        <w:rPr>
          <w:lang w:eastAsia="zh-CN"/>
        </w:rPr>
        <w:t xml:space="preserve">    2024年幼儿园迎新年庆元旦活动方案范文 篇12 </w:t>
      </w:r>
      <w:r>
        <w:rPr>
          <w:lang w:eastAsia="zh-CN"/>
        </w:rPr>
        <w:br/>
      </w:r>
      <w:r>
        <w:rPr>
          <w:lang w:eastAsia="zh-CN"/>
        </w:rPr>
        <w:t>　　活动目标</w:t>
      </w:r>
      <w:r>
        <w:rPr>
          <w:lang w:eastAsia="zh-CN"/>
        </w:rPr>
        <w:br/>
      </w:r>
      <w:r>
        <w:rPr>
          <w:lang w:eastAsia="zh-CN"/>
        </w:rPr>
        <w:t>　　1、 通过各种形式让孩子们来认识了解新年，知道新年象征意义。</w:t>
      </w:r>
      <w:r>
        <w:rPr>
          <w:lang w:eastAsia="zh-CN"/>
        </w:rPr>
        <w:br/>
      </w:r>
      <w:r>
        <w:rPr>
          <w:lang w:eastAsia="zh-CN"/>
        </w:rPr>
        <w:t>　　2、 知道过了新年又长了一岁，感受自己成长快乐。</w:t>
      </w:r>
      <w:r>
        <w:rPr>
          <w:lang w:eastAsia="zh-CN"/>
        </w:rPr>
        <w:br/>
      </w:r>
      <w:r>
        <w:rPr>
          <w:lang w:eastAsia="zh-CN"/>
        </w:rPr>
        <w:t>　　3、 游戏，找新年礼物，打开礼物的过程中体会节日来临的快乐。</w:t>
      </w:r>
      <w:r>
        <w:rPr>
          <w:lang w:eastAsia="zh-CN"/>
        </w:rPr>
        <w:br/>
      </w:r>
      <w:r>
        <w:rPr>
          <w:lang w:eastAsia="zh-CN"/>
        </w:rPr>
        <w:t>　　4、 感受到新年活动的快乐。</w:t>
      </w:r>
      <w:r>
        <w:rPr>
          <w:lang w:eastAsia="zh-CN"/>
        </w:rPr>
        <w:br/>
      </w:r>
      <w:r>
        <w:rPr>
          <w:lang w:eastAsia="zh-CN"/>
        </w:rPr>
        <w:t>　　5、 培养幼儿健康活泼的性格。</w:t>
      </w:r>
      <w:r>
        <w:rPr>
          <w:lang w:eastAsia="zh-CN"/>
        </w:rPr>
        <w:br/>
      </w:r>
      <w:r>
        <w:rPr>
          <w:lang w:eastAsia="zh-CN"/>
        </w:rPr>
        <w:t>　　教学重点、难点</w:t>
      </w:r>
      <w:r>
        <w:rPr>
          <w:lang w:eastAsia="zh-CN"/>
        </w:rPr>
        <w:br/>
      </w:r>
      <w:r>
        <w:rPr>
          <w:lang w:eastAsia="zh-CN"/>
        </w:rPr>
        <w:t>　　重点难点：激发幼儿喜欢过新年的情感。</w:t>
      </w:r>
      <w:r>
        <w:rPr>
          <w:lang w:eastAsia="zh-CN"/>
        </w:rPr>
        <w:br/>
      </w:r>
      <w:r>
        <w:rPr>
          <w:lang w:eastAsia="zh-CN"/>
        </w:rPr>
        <w:t>　　活动准备</w:t>
      </w:r>
      <w:r>
        <w:rPr>
          <w:lang w:eastAsia="zh-CN"/>
        </w:rPr>
        <w:br/>
      </w:r>
      <w:r>
        <w:rPr>
          <w:lang w:eastAsia="zh-CN"/>
        </w:rPr>
        <w:t>　　布置教室、礼物既有盒，也有袋、中国结、春联、福字、灯笼、方针鞭炮等</w:t>
      </w:r>
      <w:r>
        <w:rPr>
          <w:lang w:eastAsia="zh-CN"/>
        </w:rPr>
        <w:br/>
      </w:r>
      <w:r>
        <w:rPr>
          <w:lang w:eastAsia="zh-CN"/>
        </w:rPr>
        <w:t>　　活动过程</w:t>
      </w:r>
      <w:r>
        <w:rPr>
          <w:lang w:eastAsia="zh-CN"/>
        </w:rPr>
        <w:br/>
      </w:r>
      <w:r>
        <w:rPr>
          <w:lang w:eastAsia="zh-CN"/>
        </w:rPr>
        <w:t>　　1、听音乐做律动，带幼儿进入活动室，小朋友我们一起到开心屋里玩一玩吧！哇！开心屋打扮怎么漂亮。</w:t>
      </w:r>
      <w:r>
        <w:rPr>
          <w:lang w:eastAsia="zh-CN"/>
        </w:rPr>
        <w:br/>
      </w:r>
      <w:r>
        <w:rPr>
          <w:lang w:eastAsia="zh-CN"/>
        </w:rPr>
        <w:t>　　小朋友们你们知道要过什么节吗？知道新年象征的意义（幼儿展开想象，自由猜想）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2、新年到了，小朋友们想想哪些东西是有关新年的物品？（鞭炮、对联、新衣服、糖等）</w:t>
      </w:r>
      <w:r>
        <w:rPr>
          <w:lang w:eastAsia="zh-CN"/>
        </w:rPr>
        <w:br/>
      </w:r>
      <w:r>
        <w:rPr>
          <w:lang w:eastAsia="zh-CN"/>
        </w:rPr>
        <w:t>　　3、新的一年到了，我们小朋友几岁了？讲一讲自己的变化，感受成长的快乐。</w:t>
      </w:r>
      <w:r>
        <w:rPr>
          <w:lang w:eastAsia="zh-CN"/>
        </w:rPr>
        <w:br/>
      </w:r>
      <w:r>
        <w:rPr>
          <w:lang w:eastAsia="zh-CN"/>
        </w:rPr>
        <w:t>　　4 、游戏；</w:t>
      </w:r>
      <w:r>
        <w:rPr>
          <w:lang w:eastAsia="zh-CN"/>
        </w:rPr>
        <w:br/>
      </w:r>
      <w:r>
        <w:rPr>
          <w:lang w:eastAsia="zh-CN"/>
        </w:rPr>
        <w:t>　　（1）新 年到了，小朋友想不想收到礼物呀！礼物都藏在开心屋里，让我们一起去找吧</w:t>
      </w:r>
      <w:r>
        <w:rPr>
          <w:lang w:eastAsia="zh-CN"/>
        </w:rPr>
        <w:br/>
      </w:r>
      <w:r>
        <w:rPr>
          <w:lang w:eastAsia="zh-CN"/>
        </w:rPr>
        <w:t>　　（2）你在哪找到了礼物？（看我找到一带礼物是鞭炮）</w:t>
      </w:r>
      <w:r>
        <w:rPr>
          <w:lang w:eastAsia="zh-CN"/>
        </w:rPr>
        <w:br/>
      </w:r>
      <w:r>
        <w:rPr>
          <w:lang w:eastAsia="zh-CN"/>
        </w:rPr>
        <w:t>　　（3）哇！我也找到了一个大盒子里面是中国结。</w:t>
      </w:r>
      <w:r>
        <w:rPr>
          <w:lang w:eastAsia="zh-CN"/>
        </w:rPr>
        <w:br/>
      </w:r>
      <w:r>
        <w:rPr>
          <w:lang w:eastAsia="zh-CN"/>
        </w:rPr>
        <w:t>　　5、小结：新年给小朋友带来了礼物和欢乐，让我们把新年的快乐和祝福送给我们身边的每一个人好吗？</w:t>
      </w:r>
      <w:r>
        <w:rPr>
          <w:lang w:eastAsia="zh-CN"/>
        </w:rPr>
        <w:br/>
      </w:r>
      <w:r>
        <w:rPr>
          <w:lang w:eastAsia="zh-CN"/>
        </w:rPr>
        <w:t>　　课后延伸：让孩子大胆讲述自己的春节见闻，对春节期间的.喜庆活动有所了解。</w:t>
      </w:r>
      <w:r>
        <w:rPr>
          <w:lang w:eastAsia="zh-CN"/>
        </w:rPr>
        <w:br/>
      </w:r>
      <w:r>
        <w:rPr>
          <w:lang w:eastAsia="zh-CN"/>
        </w:rPr>
        <w:t>　　小百科：新年，即一年的第一天，为世界多数国家通行的节日。世界各国，特别是古代都有不同的日期，现代世界多数国家为公元制纪年的1月1日。现代将“元旦”称为公历新年，将“春节”称为农历新年。当日，人们会以各种不同的方式庆祝新年的到来。</w:t>
      </w:r>
      <w:r>
        <w:rPr>
          <w:lang w:eastAsia="zh-CN"/>
        </w:rPr>
        <w:br/>
      </w:r>
      <w:r>
        <w:rPr>
          <w:lang w:eastAsia="zh-CN"/>
        </w:rPr>
        <w:t xml:space="preserve">    2024年幼儿园迎新年庆元旦活动方案范文 篇13 </w:t>
      </w:r>
      <w:r>
        <w:rPr>
          <w:lang w:eastAsia="zh-CN"/>
        </w:rPr>
        <w:br/>
      </w:r>
      <w:r>
        <w:rPr>
          <w:lang w:eastAsia="zh-CN"/>
        </w:rPr>
        <w:t>　　一、活动目的</w:t>
      </w:r>
      <w:r>
        <w:rPr>
          <w:lang w:eastAsia="zh-CN"/>
        </w:rPr>
        <w:br/>
      </w:r>
      <w:r>
        <w:rPr>
          <w:lang w:eastAsia="zh-CN"/>
        </w:rPr>
        <w:t>　　1、愿意积极参与活动，大胆表演。</w:t>
      </w:r>
      <w:r>
        <w:rPr>
          <w:lang w:eastAsia="zh-CN"/>
        </w:rPr>
        <w:br/>
      </w:r>
      <w:r>
        <w:rPr>
          <w:lang w:eastAsia="zh-CN"/>
        </w:rPr>
        <w:t>　　2、感受过新年的快乐。</w:t>
      </w:r>
      <w:r>
        <w:rPr>
          <w:lang w:eastAsia="zh-CN"/>
        </w:rPr>
        <w:br/>
      </w:r>
      <w:r>
        <w:rPr>
          <w:lang w:eastAsia="zh-CN"/>
        </w:rPr>
        <w:t>　　3、增进亲子间的感情。</w:t>
      </w:r>
      <w:r>
        <w:rPr>
          <w:lang w:eastAsia="zh-CN"/>
        </w:rPr>
        <w:br/>
      </w:r>
      <w:r>
        <w:rPr>
          <w:lang w:eastAsia="zh-CN"/>
        </w:rPr>
        <w:t>　　二、活动准备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1、通知家长和老师一起策划活动。</w:t>
      </w:r>
      <w:r>
        <w:rPr>
          <w:lang w:eastAsia="zh-CN"/>
        </w:rPr>
        <w:br/>
      </w:r>
      <w:r>
        <w:rPr>
          <w:lang w:eastAsia="zh-CN"/>
        </w:rPr>
        <w:t>　　2、老师准备游戏活动的.内容。</w:t>
      </w:r>
      <w:r>
        <w:rPr>
          <w:lang w:eastAsia="zh-CN"/>
        </w:rPr>
        <w:br/>
      </w:r>
      <w:r>
        <w:rPr>
          <w:lang w:eastAsia="zh-CN"/>
        </w:rPr>
        <w:t>　　3、家长准备自助餐材料和食物。</w:t>
      </w:r>
      <w:r>
        <w:rPr>
          <w:lang w:eastAsia="zh-CN"/>
        </w:rPr>
        <w:br/>
      </w:r>
      <w:r>
        <w:rPr>
          <w:lang w:eastAsia="zh-CN"/>
        </w:rPr>
        <w:t>　　4、家长和孩子统一服装。</w:t>
      </w:r>
      <w:r>
        <w:rPr>
          <w:lang w:eastAsia="zh-CN"/>
        </w:rPr>
        <w:br/>
      </w:r>
      <w:r>
        <w:rPr>
          <w:lang w:eastAsia="zh-CN"/>
        </w:rPr>
        <w:t>　　三、活动时间</w:t>
      </w:r>
      <w:r>
        <w:rPr>
          <w:lang w:eastAsia="zh-CN"/>
        </w:rPr>
        <w:br/>
      </w:r>
      <w:r>
        <w:rPr>
          <w:lang w:eastAsia="zh-CN"/>
        </w:rPr>
        <w:t>　　12月31日上午</w:t>
      </w:r>
      <w:r>
        <w:rPr>
          <w:lang w:eastAsia="zh-CN"/>
        </w:rPr>
        <w:br/>
      </w:r>
      <w:r>
        <w:rPr>
          <w:lang w:eastAsia="zh-CN"/>
        </w:rPr>
        <w:t>　　四、活动内容</w:t>
      </w:r>
      <w:r>
        <w:rPr>
          <w:lang w:eastAsia="zh-CN"/>
        </w:rPr>
        <w:br/>
      </w:r>
      <w:r>
        <w:rPr>
          <w:lang w:eastAsia="zh-CN"/>
        </w:rPr>
        <w:t>　　1、“亲子大合唱”：家长和孩子一起合唱《好妈妈》。</w:t>
      </w:r>
      <w:r>
        <w:rPr>
          <w:lang w:eastAsia="zh-CN"/>
        </w:rPr>
        <w:br/>
      </w:r>
      <w:r>
        <w:rPr>
          <w:lang w:eastAsia="zh-CN"/>
        </w:rPr>
        <w:t>　　1）歌曲的歌词发在论坛上，歌曲请家长自行到“百度”上下载。</w:t>
      </w:r>
      <w:r>
        <w:rPr>
          <w:lang w:eastAsia="zh-CN"/>
        </w:rPr>
        <w:br/>
      </w:r>
      <w:r>
        <w:rPr>
          <w:lang w:eastAsia="zh-CN"/>
        </w:rPr>
        <w:t>　　2）请于12月29日下午4：00钟接孩子时，到班级里来合唱几遍。</w:t>
      </w:r>
      <w:r>
        <w:rPr>
          <w:lang w:eastAsia="zh-CN"/>
        </w:rPr>
        <w:br/>
      </w:r>
      <w:r>
        <w:rPr>
          <w:lang w:eastAsia="zh-CN"/>
        </w:rPr>
        <w:t>　　3）大合唱服装要求：小朋友穿红色的上衣、黑色的裤子；大人穿一身黑色。</w:t>
      </w:r>
      <w:r>
        <w:rPr>
          <w:lang w:eastAsia="zh-CN"/>
        </w:rPr>
        <w:br/>
      </w:r>
      <w:r>
        <w:rPr>
          <w:lang w:eastAsia="zh-CN"/>
        </w:rPr>
        <w:t>　　2、亲子游戏：《击鼓传花》《拉个圆圈走走》</w:t>
      </w:r>
      <w:r>
        <w:rPr>
          <w:lang w:eastAsia="zh-CN"/>
        </w:rPr>
        <w:br/>
      </w:r>
      <w:r>
        <w:rPr>
          <w:lang w:eastAsia="zh-CN"/>
        </w:rPr>
        <w:t>　　目的：让家长和孩子一起玩游戏，感受童年的快乐。</w:t>
      </w:r>
      <w:r>
        <w:rPr>
          <w:lang w:eastAsia="zh-CN"/>
        </w:rPr>
        <w:br/>
      </w:r>
      <w:r>
        <w:rPr>
          <w:lang w:eastAsia="zh-CN"/>
        </w:rPr>
        <w:t>　　准备：请家长穿舒适一点的衣服和鞋子，老师准备游戏。</w:t>
      </w:r>
      <w:r>
        <w:rPr>
          <w:lang w:eastAsia="zh-CN"/>
        </w:rPr>
        <w:br/>
      </w:r>
      <w:r>
        <w:rPr>
          <w:lang w:eastAsia="zh-CN"/>
        </w:rPr>
        <w:t>　　3、“家园同乐自助餐”</w:t>
      </w:r>
      <w:r>
        <w:rPr>
          <w:lang w:eastAsia="zh-CN"/>
        </w:rPr>
        <w:br/>
      </w:r>
      <w:r>
        <w:rPr>
          <w:lang w:eastAsia="zh-CN"/>
        </w:rPr>
        <w:t>　　1）请每户家庭按照规定的要求带一份食物，如：薯条、三明治、紫菜包饭、苔菜年糕、鸡蛋饼、水果等等，数量要保证每人一份。食物须事先做好，盛放事物的容器自带，幼儿园只提供简单加热。</w:t>
      </w:r>
      <w:r>
        <w:rPr>
          <w:lang w:eastAsia="zh-CN"/>
        </w:rPr>
        <w:br/>
      </w:r>
      <w:r>
        <w:rPr>
          <w:lang w:eastAsia="zh-CN"/>
        </w:rPr>
        <w:t>　　2）家长和孩子一起制作，孩子可以帮助大人一起分分盘子，餐具，摆放水果等。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其他：1、“家园同乐迎新年”活动每户家庭必须由一人参加，两人参加的也欢迎。</w:t>
      </w:r>
      <w:r>
        <w:rPr>
          <w:lang w:eastAsia="zh-CN"/>
        </w:rPr>
        <w:br/>
      </w:r>
      <w:r>
        <w:rPr>
          <w:lang w:eastAsia="zh-CN"/>
        </w:rPr>
        <w:t>　　2、有关庆祝活动的具体通知发到论坛上、打印通知，请家长配合完成。</w:t>
      </w:r>
      <w:r>
        <w:rPr>
          <w:lang w:eastAsia="zh-CN"/>
        </w:rPr>
        <w:br/>
      </w:r>
      <w:r>
        <w:rPr>
          <w:lang w:eastAsia="zh-CN"/>
        </w:rPr>
        <w:t xml:space="preserve">    2024年幼儿园迎新年庆元旦活动方案范文 篇14 </w:t>
      </w:r>
      <w:r>
        <w:rPr>
          <w:lang w:eastAsia="zh-CN"/>
        </w:rPr>
        <w:br/>
      </w:r>
      <w:r>
        <w:rPr>
          <w:lang w:eastAsia="zh-CN"/>
        </w:rPr>
        <w:t>　　教学目标：</w:t>
      </w:r>
      <w:r>
        <w:rPr>
          <w:lang w:eastAsia="zh-CN"/>
        </w:rPr>
        <w:br/>
      </w:r>
      <w:r>
        <w:rPr>
          <w:lang w:eastAsia="zh-CN"/>
        </w:rPr>
        <w:t>　　1、乐意与同伴一起参加表演教学和游戏教学。</w:t>
      </w:r>
      <w:r>
        <w:rPr>
          <w:lang w:eastAsia="zh-CN"/>
        </w:rPr>
        <w:br/>
      </w:r>
      <w:r>
        <w:rPr>
          <w:lang w:eastAsia="zh-CN"/>
        </w:rPr>
        <w:t>　　2、与家长一起体验迎新年的快乐。</w:t>
      </w:r>
      <w:r>
        <w:rPr>
          <w:lang w:eastAsia="zh-CN"/>
        </w:rPr>
        <w:br/>
      </w:r>
      <w:r>
        <w:rPr>
          <w:lang w:eastAsia="zh-CN"/>
        </w:rPr>
        <w:t>　　3、通过教学让幼儿了解12月25日是圣诞节。</w:t>
      </w:r>
      <w:r>
        <w:rPr>
          <w:lang w:eastAsia="zh-CN"/>
        </w:rPr>
        <w:br/>
      </w:r>
      <w:r>
        <w:rPr>
          <w:lang w:eastAsia="zh-CN"/>
        </w:rPr>
        <w:t>　　教学准备：</w:t>
      </w:r>
      <w:r>
        <w:rPr>
          <w:lang w:eastAsia="zh-CN"/>
        </w:rPr>
        <w:br/>
      </w:r>
      <w:r>
        <w:rPr>
          <w:lang w:eastAsia="zh-CN"/>
        </w:rPr>
        <w:t>　　1、布置场地</w:t>
      </w:r>
      <w:r>
        <w:rPr>
          <w:lang w:eastAsia="zh-CN"/>
        </w:rPr>
        <w:br/>
      </w:r>
      <w:r>
        <w:rPr>
          <w:lang w:eastAsia="zh-CN"/>
        </w:rPr>
        <w:t>　　2、联欢会食品</w:t>
      </w:r>
      <w:r>
        <w:rPr>
          <w:lang w:eastAsia="zh-CN"/>
        </w:rPr>
        <w:br/>
      </w:r>
      <w:r>
        <w:rPr>
          <w:lang w:eastAsia="zh-CN"/>
        </w:rPr>
        <w:t>　　3、磁带</w:t>
      </w:r>
      <w:r>
        <w:rPr>
          <w:lang w:eastAsia="zh-CN"/>
        </w:rPr>
        <w:br/>
      </w:r>
      <w:r>
        <w:rPr>
          <w:lang w:eastAsia="zh-CN"/>
        </w:rPr>
        <w:t>　　4、气球</w:t>
      </w:r>
      <w:r>
        <w:rPr>
          <w:lang w:eastAsia="zh-CN"/>
        </w:rPr>
        <w:br/>
      </w:r>
      <w:r>
        <w:rPr>
          <w:lang w:eastAsia="zh-CN"/>
        </w:rPr>
        <w:t>　　5、塑料筐、纸球、小棒、蒙眼布</w:t>
      </w:r>
      <w:r>
        <w:rPr>
          <w:lang w:eastAsia="zh-CN"/>
        </w:rPr>
        <w:br/>
      </w:r>
      <w:r>
        <w:rPr>
          <w:lang w:eastAsia="zh-CN"/>
        </w:rPr>
        <w:t>　　6、新年礼物</w:t>
      </w:r>
      <w:r>
        <w:rPr>
          <w:lang w:eastAsia="zh-CN"/>
        </w:rPr>
        <w:br/>
      </w:r>
      <w:r>
        <w:rPr>
          <w:lang w:eastAsia="zh-CN"/>
        </w:rPr>
        <w:t>　　教学过程：</w:t>
      </w:r>
      <w:r>
        <w:rPr>
          <w:lang w:eastAsia="zh-CN"/>
        </w:rPr>
        <w:br/>
      </w:r>
      <w:r>
        <w:rPr>
          <w:lang w:eastAsia="zh-CN"/>
        </w:rPr>
        <w:t>　　1、集体表演我们班的小朋友虽然到幼儿园的时间还不到半年，但已学会了不少本领，请欣赏儿歌朗诵《比大小》、《大树和小鸟》、《小老鼠和大花猫》……歌表演《洗脚》、《我自己会走》、《大猫小猫》</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2、亲子游戏a我为爸妈剥桔子每名幼儿到篮子里拿一个桔子，自己动手剥橘子给爸爸妈妈吃b运皮球家长与宝宝一起面对面，宝宝站在家长脚上，将皮球放在两人中间遇到终点的大筐里c勺子搬豆子宝宝用勺子舀花生，运到父母那儿，点数运了几粒花生d赶小猪宝宝和妈妈手拿小棒，将地上的彩球赶到门洞处（小猪的家）e救小动物回家幼儿双脚跳呼啦圈，到中点拿一只小动物，原路返回将它送回家f蒙眼摸宝贝同时请出十位家长和孩子，分成两排站好（间隔3米）。先把家长的眼睛蒙上，原地转三圈后，凭感觉去摸自己的孩子。最后请家长一起摘掉蒙眼的毛巾，看自己摸到的是不是自己的孩子。摸对的奖励奖品，摸不对的以后还有机会。g吹气球比赛家长吹气球，看谁吹得快h宝宝碰碰球家长手拿气球，高度随时调节，让宝宝伸手跳起来拍球</w:t>
      </w:r>
      <w:r>
        <w:rPr>
          <w:lang w:eastAsia="zh-CN"/>
        </w:rPr>
        <w:br/>
      </w:r>
      <w:r>
        <w:rPr>
          <w:lang w:eastAsia="zh-CN"/>
        </w:rPr>
        <w:t>　　3、幼儿邀请家长表演唱《新年好》</w:t>
      </w:r>
      <w:r>
        <w:rPr>
          <w:lang w:eastAsia="zh-CN"/>
        </w:rPr>
        <w:br/>
      </w:r>
      <w:r>
        <w:rPr>
          <w:lang w:eastAsia="zh-CN"/>
        </w:rPr>
        <w:t xml:space="preserve">    2024年幼儿园迎新年庆元旦活动方案范文 篇15 </w:t>
      </w:r>
      <w:r>
        <w:rPr>
          <w:lang w:eastAsia="zh-CN"/>
        </w:rPr>
        <w:br/>
      </w:r>
      <w:r>
        <w:rPr>
          <w:lang w:eastAsia="zh-CN"/>
        </w:rPr>
        <w:t>　　活动目标：</w:t>
      </w:r>
      <w:r>
        <w:rPr>
          <w:lang w:eastAsia="zh-CN"/>
        </w:rPr>
        <w:br/>
      </w:r>
      <w:r>
        <w:rPr>
          <w:lang w:eastAsia="zh-CN"/>
        </w:rPr>
        <w:t>　　1、了解新年的钟声的蕴意，感受过新年的喜悦。</w:t>
      </w:r>
      <w:r>
        <w:rPr>
          <w:lang w:eastAsia="zh-CN"/>
        </w:rPr>
        <w:br/>
      </w:r>
      <w:r>
        <w:rPr>
          <w:lang w:eastAsia="zh-CN"/>
        </w:rPr>
        <w:t>　　2、欣赏散文中的描写，了解过新年的特殊意义。</w:t>
      </w:r>
      <w:r>
        <w:rPr>
          <w:lang w:eastAsia="zh-CN"/>
        </w:rPr>
        <w:br/>
      </w:r>
      <w:r>
        <w:rPr>
          <w:lang w:eastAsia="zh-CN"/>
        </w:rPr>
        <w:t>　　3、感受节日里的祝福。</w:t>
      </w:r>
      <w:r>
        <w:rPr>
          <w:lang w:eastAsia="zh-CN"/>
        </w:rPr>
        <w:br/>
      </w:r>
      <w:r>
        <w:rPr>
          <w:lang w:eastAsia="zh-CN"/>
        </w:rPr>
        <w:t>　　4、理解散文内容，丰富相关词汇。</w:t>
      </w:r>
      <w:r>
        <w:rPr>
          <w:lang w:eastAsia="zh-CN"/>
        </w:rPr>
        <w:br/>
      </w:r>
      <w:r>
        <w:rPr>
          <w:lang w:eastAsia="zh-CN"/>
        </w:rPr>
        <w:t>　　5、帮助幼儿理解散文诗的内容，欣赏优美的语言，体验散文中所洋溢的乐观精神。</w:t>
      </w:r>
      <w:r>
        <w:rPr>
          <w:lang w:eastAsia="zh-CN"/>
        </w:rPr>
        <w:br/>
      </w:r>
      <w:r>
        <w:rPr>
          <w:lang w:eastAsia="zh-CN"/>
        </w:rPr>
        <w:t>　　活动准备：</w:t>
      </w:r>
      <w:r>
        <w:rPr>
          <w:lang w:eastAsia="zh-CN"/>
        </w:rPr>
        <w:br/>
      </w:r>
      <w:r>
        <w:rPr>
          <w:lang w:eastAsia="zh-CN"/>
        </w:rPr>
        <w:t>　　1、自制散文诗的播放课件。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2、丰富幼儿有关过新年的尝试。</w:t>
      </w:r>
      <w:r>
        <w:rPr>
          <w:lang w:eastAsia="zh-CN"/>
        </w:rPr>
        <w:br/>
      </w:r>
      <w:r>
        <w:rPr>
          <w:lang w:eastAsia="zh-CN"/>
        </w:rPr>
        <w:t>　　活动过程：</w:t>
      </w:r>
      <w:r>
        <w:rPr>
          <w:lang w:eastAsia="zh-CN"/>
        </w:rPr>
        <w:br/>
      </w:r>
      <w:r>
        <w:rPr>
          <w:lang w:eastAsia="zh-CN"/>
        </w:rPr>
        <w:t>　　一、谈话入题。</w:t>
      </w:r>
      <w:r>
        <w:rPr>
          <w:lang w:eastAsia="zh-CN"/>
        </w:rPr>
        <w:br/>
      </w:r>
      <w:r>
        <w:rPr>
          <w:lang w:eastAsia="zh-CN"/>
        </w:rPr>
        <w:t>　　1、20__年快过去了，新的一年也快来临了，新的一年是什么年呢？（201_、兔年）</w:t>
      </w:r>
      <w:r>
        <w:rPr>
          <w:lang w:eastAsia="zh-CN"/>
        </w:rPr>
        <w:br/>
      </w:r>
      <w:r>
        <w:rPr>
          <w:lang w:eastAsia="zh-CN"/>
        </w:rPr>
        <w:t>　　2、你喜欢过新年嘛？为什么？</w:t>
      </w:r>
      <w:r>
        <w:rPr>
          <w:lang w:eastAsia="zh-CN"/>
        </w:rPr>
        <w:br/>
      </w:r>
      <w:r>
        <w:rPr>
          <w:lang w:eastAsia="zh-CN"/>
        </w:rPr>
        <w:t>　　二、欣赏散文。</w:t>
      </w:r>
      <w:r>
        <w:rPr>
          <w:lang w:eastAsia="zh-CN"/>
        </w:rPr>
        <w:br/>
      </w:r>
      <w:r>
        <w:rPr>
          <w:lang w:eastAsia="zh-CN"/>
        </w:rPr>
        <w:t>　　1、你听到散文里都说了些什么？</w:t>
      </w:r>
      <w:r>
        <w:rPr>
          <w:lang w:eastAsia="zh-CN"/>
        </w:rPr>
        <w:br/>
      </w:r>
      <w:r>
        <w:rPr>
          <w:lang w:eastAsia="zh-CN"/>
        </w:rPr>
        <w:t>　　2、是谁给我们送来了那么多礼物？</w:t>
      </w:r>
      <w:r>
        <w:rPr>
          <w:lang w:eastAsia="zh-CN"/>
        </w:rPr>
        <w:br/>
      </w:r>
      <w:r>
        <w:rPr>
          <w:lang w:eastAsia="zh-CN"/>
        </w:rPr>
        <w:t>　　3、能得到那么多新年礼物，你的心情怎么样？</w:t>
      </w:r>
      <w:r>
        <w:rPr>
          <w:lang w:eastAsia="zh-CN"/>
        </w:rPr>
        <w:br/>
      </w:r>
      <w:r>
        <w:rPr>
          <w:lang w:eastAsia="zh-CN"/>
        </w:rPr>
        <w:t>　　4、在新年里，你想给谁送去新年礼物呢？送什么呢？</w:t>
      </w:r>
      <w:r>
        <w:rPr>
          <w:lang w:eastAsia="zh-CN"/>
        </w:rPr>
        <w:br/>
      </w:r>
      <w:r>
        <w:rPr>
          <w:lang w:eastAsia="zh-CN"/>
        </w:rPr>
        <w:t>　　三、学说散文。</w:t>
      </w:r>
      <w:r>
        <w:rPr>
          <w:lang w:eastAsia="zh-CN"/>
        </w:rPr>
        <w:br/>
      </w:r>
      <w:r>
        <w:rPr>
          <w:lang w:eastAsia="zh-CN"/>
        </w:rPr>
        <w:t>　　四、创编散文。</w:t>
      </w:r>
      <w:r>
        <w:rPr>
          <w:lang w:eastAsia="zh-CN"/>
        </w:rPr>
        <w:br/>
      </w:r>
      <w:r>
        <w:rPr>
          <w:lang w:eastAsia="zh-CN"/>
        </w:rPr>
        <w:t>　　附《新年的钟声》</w:t>
      </w:r>
      <w:r>
        <w:rPr>
          <w:lang w:eastAsia="zh-CN"/>
        </w:rPr>
        <w:br/>
      </w:r>
      <w:r>
        <w:rPr>
          <w:lang w:eastAsia="zh-CN"/>
        </w:rPr>
        <w:t>　　新年的钟声送来了新的一年，</w:t>
      </w:r>
      <w:r>
        <w:rPr>
          <w:lang w:eastAsia="zh-CN"/>
        </w:rPr>
        <w:br/>
      </w:r>
      <w:r>
        <w:rPr>
          <w:lang w:eastAsia="zh-CN"/>
        </w:rPr>
        <w:t>　　新年的'钟声送来了春天的信息，</w:t>
      </w:r>
      <w:r>
        <w:rPr>
          <w:lang w:eastAsia="zh-CN"/>
        </w:rPr>
        <w:br/>
      </w:r>
      <w:r>
        <w:rPr>
          <w:lang w:eastAsia="zh-CN"/>
        </w:rPr>
        <w:t>　　新年的钟声告诉我们长大了一岁，</w:t>
      </w:r>
      <w:r>
        <w:rPr>
          <w:lang w:eastAsia="zh-CN"/>
        </w:rPr>
        <w:br/>
      </w:r>
      <w:r>
        <w:rPr>
          <w:lang w:eastAsia="zh-CN"/>
        </w:rPr>
        <w:t>　　新年的钟声让每个人都笑开了花，</w:t>
      </w:r>
      <w:r>
        <w:rPr>
          <w:lang w:eastAsia="zh-CN"/>
        </w:rPr>
        <w:br/>
      </w:r>
      <w:r>
        <w:rPr>
          <w:lang w:eastAsia="zh-CN"/>
        </w:rPr>
        <w:t>　　新年的钟声里许下了我的愿望，</w:t>
      </w:r>
      <w:r>
        <w:rPr>
          <w:lang w:eastAsia="zh-CN"/>
        </w:rPr>
        <w:br/>
      </w:r>
      <w:r>
        <w:rPr>
          <w:lang w:eastAsia="zh-CN"/>
        </w:rPr>
        <w:t>　　爸爸妈妈的快乐是我的快乐，</w:t>
      </w:r>
      <w:r>
        <w:rPr>
          <w:lang w:eastAsia="zh-CN"/>
        </w:rPr>
        <w:br/>
      </w:r>
      <w:r>
        <w:rPr>
          <w:lang w:eastAsia="zh-CN"/>
        </w:rPr>
        <w:t>　　老师的笑容是我的笑声，</w:t>
      </w:r>
      <w:r>
        <w:rPr>
          <w:lang w:eastAsia="zh-CN"/>
        </w:rPr>
        <w:br/>
      </w:r>
      <w:r>
        <w:rPr>
          <w:lang w:eastAsia="zh-CN"/>
        </w:rPr>
        <w:t>　　朋友的高兴是我最大的愿望，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新年的钟声里送来了新年的礼物，</w:t>
      </w:r>
      <w:r>
        <w:rPr>
          <w:lang w:eastAsia="zh-CN"/>
        </w:rPr>
        <w:br/>
      </w:r>
      <w:r>
        <w:rPr>
          <w:lang w:eastAsia="zh-CN"/>
        </w:rPr>
        <w:t>　　我要快快送出去。</w:t>
      </w:r>
      <w:r>
        <w:rPr>
          <w:lang w:eastAsia="zh-CN"/>
        </w:rPr>
        <w:br/>
      </w:r>
      <w:r>
        <w:rPr>
          <w:lang w:eastAsia="zh-CN"/>
        </w:rPr>
        <w:t>　　教学反思：</w:t>
      </w:r>
      <w:r>
        <w:rPr>
          <w:lang w:eastAsia="zh-CN"/>
        </w:rPr>
        <w:br/>
      </w:r>
      <w:r>
        <w:rPr>
          <w:lang w:eastAsia="zh-CN"/>
        </w:rPr>
        <w:t>　　整个活动，幼儿都表现出浓厚的兴趣，情绪高涨，注意力集中， 孩子们正是在我创设的这个宽松的语言环境中发展了自身的语言表达能力，并乐意与人交往。幼儿语言能力的培养是一个长期、连续性的过程，需要教师把幼儿语言的发展渗透到各个领域的教育中去，在丰富多彩的活动中去扩展幼儿的经验，促进幼儿语言发展。</w:t>
      </w:r>
      <w:r>
        <w:rPr>
          <w:lang w:eastAsia="zh-CN"/>
        </w:rPr>
        <w:br/>
      </w:r>
      <w:r>
        <w:rPr>
          <w:lang w:eastAsia="zh-CN"/>
        </w:rPr>
        <w:t xml:space="preserve">    2024年幼儿园迎新年庆元旦活动方案范文 篇16 </w:t>
      </w:r>
      <w:r>
        <w:rPr>
          <w:lang w:eastAsia="zh-CN"/>
        </w:rPr>
        <w:br/>
      </w:r>
      <w:r>
        <w:rPr>
          <w:lang w:eastAsia="zh-CN"/>
        </w:rPr>
        <w:t>　　_年元旦即将来临，在这辞旧迎新之际，我们的生活日历又翻开了崭新的一页。为了提高幼儿的交往能力和自信心，更为了让孩子们度过一个快乐又有意义的元旦，为了家长朋友们和老师们之间有一个良好的`沟通平台，彩虹贝贝班特举办庆元旦、迎新年活动。</w:t>
      </w:r>
      <w:r>
        <w:rPr>
          <w:lang w:eastAsia="zh-CN"/>
        </w:rPr>
        <w:br/>
      </w:r>
      <w:r>
        <w:rPr>
          <w:lang w:eastAsia="zh-CN"/>
        </w:rPr>
        <w:t>　　一、活动宗旨：</w:t>
      </w:r>
      <w:r>
        <w:rPr>
          <w:lang w:eastAsia="zh-CN"/>
        </w:rPr>
        <w:br/>
      </w:r>
      <w:r>
        <w:rPr>
          <w:lang w:eastAsia="zh-CN"/>
        </w:rPr>
        <w:t>　　1、让幼儿能在集体面前大胆表演、表现自己。</w:t>
      </w:r>
      <w:r>
        <w:rPr>
          <w:lang w:eastAsia="zh-CN"/>
        </w:rPr>
        <w:br/>
      </w:r>
      <w:r>
        <w:rPr>
          <w:lang w:eastAsia="zh-CN"/>
        </w:rPr>
        <w:t>　　2、让幼儿在活动中体验团结合作，增强友谊。</w:t>
      </w:r>
      <w:r>
        <w:rPr>
          <w:lang w:eastAsia="zh-CN"/>
        </w:rPr>
        <w:br/>
      </w:r>
      <w:r>
        <w:rPr>
          <w:lang w:eastAsia="zh-CN"/>
        </w:rPr>
        <w:t>　　3、让家长积极参加，为孩子做出榜样。</w:t>
      </w:r>
      <w:r>
        <w:rPr>
          <w:lang w:eastAsia="zh-CN"/>
        </w:rPr>
        <w:br/>
      </w:r>
      <w:r>
        <w:rPr>
          <w:lang w:eastAsia="zh-CN"/>
        </w:rPr>
        <w:t>　　二、参与人员：</w:t>
      </w:r>
      <w:r>
        <w:rPr>
          <w:lang w:eastAsia="zh-CN"/>
        </w:rPr>
        <w:br/>
      </w:r>
      <w:r>
        <w:rPr>
          <w:lang w:eastAsia="zh-CN"/>
        </w:rPr>
        <w:t>　　彩虹贝贝班所有老师、家长及小朋友</w:t>
      </w:r>
      <w:r>
        <w:rPr>
          <w:lang w:eastAsia="zh-CN"/>
        </w:rPr>
        <w:br/>
      </w:r>
      <w:r>
        <w:rPr>
          <w:lang w:eastAsia="zh-CN"/>
        </w:rPr>
        <w:t>　　三、活动时间：</w:t>
      </w:r>
      <w:r>
        <w:rPr>
          <w:lang w:eastAsia="zh-CN"/>
        </w:rPr>
        <w:br/>
      </w:r>
      <w:r>
        <w:rPr>
          <w:lang w:eastAsia="zh-CN"/>
        </w:rPr>
        <w:t>　　20__年12月28日（星期五）下午</w:t>
      </w:r>
      <w:r>
        <w:rPr>
          <w:lang w:eastAsia="zh-CN"/>
        </w:rPr>
        <w:br/>
      </w:r>
      <w:r>
        <w:rPr>
          <w:lang w:eastAsia="zh-CN"/>
        </w:rPr>
        <w:t>　　四、地点：</w:t>
      </w:r>
      <w:r>
        <w:rPr>
          <w:lang w:eastAsia="zh-CN"/>
        </w:rPr>
        <w:br/>
      </w:r>
    </w:p>
    <w:p w:rsidR="001B1F19" w14:textId="27C3F48A">
      <w:pPr>
        <w:rPr>
          <w:rFonts w:hint="eastAsia"/>
          <w:lang w:eastAsia="zh-CN"/>
        </w:rPr>
      </w:pPr>
      <w:r>
        <w:rPr>
          <w:lang w:eastAsia="zh-CN"/>
        </w:rPr>
        <w:t>　　（待定）</w:t>
      </w:r>
      <w:r>
        <w:rPr>
          <w:lang w:eastAsia="zh-CN"/>
        </w:rPr>
        <w:br/>
      </w:r>
      <w:r>
        <w:rPr>
          <w:lang w:eastAsia="zh-CN"/>
        </w:rPr>
        <w:t>　　五、活动过程</w:t>
      </w:r>
      <w:r>
        <w:rPr>
          <w:lang w:eastAsia="zh-CN"/>
        </w:rPr>
        <w:br/>
      </w:r>
      <w:r>
        <w:rPr>
          <w:lang w:eastAsia="zh-CN"/>
        </w:rPr>
        <w:t>　　1、开场节目</w:t>
      </w:r>
      <w:r>
        <w:rPr>
          <w:lang w:eastAsia="zh-CN"/>
        </w:rPr>
        <w:br/>
      </w:r>
      <w:r>
        <w:rPr>
          <w:lang w:eastAsia="zh-CN"/>
        </w:rPr>
        <w:t>　　幼儿集体舞蹈（大家一起来）</w:t>
      </w:r>
      <w:r>
        <w:rPr>
          <w:lang w:eastAsia="zh-CN"/>
        </w:rPr>
        <w:br/>
      </w:r>
      <w:r>
        <w:rPr>
          <w:lang w:eastAsia="zh-CN"/>
        </w:rPr>
        <w:t>　　2、家长代表讲话</w:t>
      </w:r>
      <w:r>
        <w:rPr>
          <w:lang w:eastAsia="zh-CN"/>
        </w:rPr>
        <w:br/>
      </w:r>
      <w:r>
        <w:rPr>
          <w:lang w:eastAsia="zh-CN"/>
        </w:rPr>
        <w:t>　　3、游戏（游戏奖品为小贴画等）</w:t>
      </w:r>
      <w:r>
        <w:rPr>
          <w:lang w:eastAsia="zh-CN"/>
        </w:rPr>
        <w:br/>
      </w:r>
      <w:r>
        <w:rPr>
          <w:lang w:eastAsia="zh-CN"/>
        </w:rPr>
        <w:t>　　（1）夹球游戏</w:t>
      </w:r>
      <w:r>
        <w:rPr>
          <w:lang w:eastAsia="zh-CN"/>
        </w:rPr>
        <w:br/>
      </w:r>
      <w:r>
        <w:rPr>
          <w:lang w:eastAsia="zh-CN"/>
        </w:rPr>
        <w:t>　　分四组（男孩子、女孩子，男孩子家长，女孩子家长），排成一队用颈部和肩部夹球接龙，先到者为胜。</w:t>
      </w:r>
      <w:r>
        <w:rPr>
          <w:lang w:eastAsia="zh-CN"/>
        </w:rPr>
        <w:br/>
      </w:r>
      <w:r>
        <w:rPr>
          <w:lang w:eastAsia="zh-CN"/>
        </w:rPr>
        <w:t>　　（2）剥桔子游戏</w:t>
      </w:r>
      <w:r>
        <w:rPr>
          <w:lang w:eastAsia="zh-CN"/>
        </w:rPr>
        <w:br/>
      </w:r>
      <w:r>
        <w:rPr>
          <w:lang w:eastAsia="zh-CN"/>
        </w:rPr>
        <w:t>　　准备：小桔子若干，每次11位家长，11位小朋友</w:t>
      </w:r>
      <w:r>
        <w:rPr>
          <w:lang w:eastAsia="zh-CN"/>
        </w:rPr>
        <w:br/>
      </w:r>
      <w:r>
        <w:rPr>
          <w:lang w:eastAsia="zh-CN"/>
        </w:rPr>
        <w:t>　　玩法：家长站一排等待孩子，孩子听老师口令开始剥橘子，剥好后跑向自己的爸爸妈妈放其口中，完成后家长举手示意，每组取前五名发小贴画。</w:t>
      </w:r>
      <w:r>
        <w:rPr>
          <w:lang w:eastAsia="zh-CN"/>
        </w:rPr>
        <w:br/>
      </w:r>
      <w:r>
        <w:rPr>
          <w:lang w:eastAsia="zh-CN"/>
        </w:rPr>
        <w:t>　　4、陈昱洁的生日会</w:t>
      </w:r>
      <w:r>
        <w:rPr>
          <w:lang w:eastAsia="zh-CN"/>
        </w:rPr>
        <w:br/>
      </w:r>
      <w:r>
        <w:rPr>
          <w:lang w:eastAsia="zh-CN"/>
        </w:rPr>
        <w:t>　　六、家庭节目表演</w:t>
      </w:r>
      <w:r>
        <w:rPr>
          <w:lang w:eastAsia="zh-CN"/>
        </w:rPr>
        <w:br/>
      </w:r>
      <w:r>
        <w:rPr>
          <w:lang w:eastAsia="zh-CN"/>
        </w:rPr>
        <w:t>　　击鼓传花定顺序</w:t>
      </w:r>
      <w:r>
        <w:rPr>
          <w:lang w:eastAsia="zh-CN"/>
        </w:rPr>
        <w:br/>
      </w:r>
      <w:r>
        <w:rPr>
          <w:lang w:eastAsia="zh-CN"/>
        </w:rPr>
        <w:t>　　游戏规则：家长和孩子围坐，分两组同时听鼓声传花（男孩子一组，女孩子一组），鼓声听花落谁家谁表演，表演过的家庭到休息区休息看节目。</w:t>
      </w:r>
      <w:r>
        <w:rPr>
          <w:lang w:eastAsia="zh-CN"/>
        </w:rPr>
        <w:br/>
      </w:r>
      <w:r>
        <w:rPr>
          <w:lang w:eastAsia="zh-CN"/>
        </w:rPr>
        <w:t>　　备注：每个家庭都要准备节目。节目的名称，音乐等相关资料，与12月25日前汇总后交予老师。</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https://d.book118.com/786145042201010043</w:t>
        </w:r>
      </w:hyperlink>
    </w:p>
    <w:p w:rsidR="001B1F19">
      <w:pPr>
        <w:rPr>
          <w:rFonts w:hint="eastAsia"/>
          <w:lang w:eastAsia="zh-CN"/>
        </w:rPr>
      </w:pPr>
    </w:p>
    <w:sectPr>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86145042201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