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2024年学生演讲稿（30篇）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2024年学生演讲稿（精选30篇）</w:t>
      </w:r>
      <w:r>
        <w:rPr>
          <w:lang w:eastAsia="zh-CN"/>
        </w:rPr>
        <w:br/>
      </w:r>
      <w:r>
        <w:rPr>
          <w:lang w:eastAsia="zh-CN"/>
        </w:rPr>
        <w:t xml:space="preserve">    2024年学生演讲稿 篇1 </w:t>
      </w:r>
      <w:r>
        <w:rPr>
          <w:lang w:eastAsia="zh-CN"/>
        </w:rPr>
        <w:br/>
      </w:r>
      <w:r>
        <w:rPr>
          <w:lang w:eastAsia="zh-CN"/>
        </w:rPr>
        <w:t>　　尊敬的各位老师：</w:t>
      </w:r>
      <w:r>
        <w:rPr>
          <w:lang w:eastAsia="zh-CN"/>
        </w:rPr>
        <w:br/>
      </w:r>
      <w:r>
        <w:rPr>
          <w:lang w:eastAsia="zh-CN"/>
        </w:rPr>
        <w:t>　　大家下午好！</w:t>
      </w:r>
      <w:r>
        <w:rPr>
          <w:lang w:eastAsia="zh-CN"/>
        </w:rPr>
        <w:br/>
      </w:r>
      <w:r>
        <w:rPr>
          <w:lang w:eastAsia="zh-CN"/>
        </w:rPr>
        <w:t>　　我们的成长，离不开书籍；一个人的自我完善，也离不开书籍；一个民族的振兴，乃至一个国家的强盛，同样也都离不开书籍。中国有着古老而悠久的历史，光辉而灿烂的文化。它历经了数十个朝代，才走到了今天。雄伟的长城蜿蜒于高山顶，金碧辉煌的紫禁城坐落我们的首都北京，恢宏浩荡、队列整齐的兵马俑展示大秦帝国的威严。今天我们看到的这些，都是古人们翻阅了无数书籍，用智慧与知识建造的。我们看到了昔日的辉煌，但我们也没有忘记八国联军、日本帝国主义曾践踏过我们的每一寸土地。正因为当时的人们不爱读书，缺少科学文化知识，才导致了被那些狼子野心的侵略者掠夺、残杀……翻开史书看看，不论是哪个强盛朝代或是昌盛的国家，他们都有着雄厚的知识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书籍除了是我们个人走向成功的工具，还是时代进步的阶梯。它能开启人类的智慧，塑造出时代的伟人。一本好书能净化我们的心灵，使我们变得更文明、仁爱；一本好书，能给予我们启迪，使我们获得无穷的智慧。</w:t>
      </w:r>
      <w:r>
        <w:rPr>
          <w:lang w:eastAsia="zh-CN"/>
        </w:rPr>
        <w:br/>
      </w:r>
      <w:r>
        <w:rPr>
          <w:lang w:eastAsia="zh-CN"/>
        </w:rPr>
        <w:t>　　我的演讲结束，谢谢各位！</w:t>
      </w:r>
      <w:r>
        <w:rPr>
          <w:lang w:eastAsia="zh-CN"/>
        </w:rPr>
        <w:br/>
      </w:r>
      <w:r>
        <w:rPr>
          <w:lang w:eastAsia="zh-CN"/>
        </w:rPr>
        <w:t xml:space="preserve">    2024年学生演讲稿 篇2 </w:t>
      </w:r>
      <w:r>
        <w:rPr>
          <w:lang w:eastAsia="zh-CN"/>
        </w:rPr>
        <w:br/>
      </w:r>
      <w:r>
        <w:rPr>
          <w:lang w:eastAsia="zh-CN"/>
        </w:rPr>
        <w:t>　　敬爱的老师，亲爱的同学们：</w:t>
      </w:r>
      <w:r>
        <w:rPr>
          <w:lang w:eastAsia="zh-CN"/>
        </w:rPr>
        <w:br/>
      </w:r>
      <w:r>
        <w:rPr>
          <w:lang w:eastAsia="zh-CN"/>
        </w:rPr>
        <w:t>　　大家好！经过了七天快乐的国庆假期，我们又相聚在学校里。当你在宽敞明亮的教室里和大家一起学习时，当你在美丽整洁的校园里和朋友一起欢乐地游戏时，当你和伙伴共同解决了学习生活中的困难时，你是否感受到了同学之间那份团结友爱带来的快乐呢？</w:t>
      </w:r>
      <w:r>
        <w:rPr>
          <w:lang w:eastAsia="zh-CN"/>
        </w:rPr>
        <w:br/>
      </w:r>
      <w:r>
        <w:rPr>
          <w:lang w:eastAsia="zh-CN"/>
        </w:rPr>
        <w:t>　　课本中有这样的一段话："秋天来了，天气凉了，一群大雁往南飞，一会儿排成个"人"字，一会儿排成个"一"字。"同学们知道大雁为什么要成群飞行并经常变换队形吗？</w:t>
      </w:r>
      <w:r>
        <w:rPr>
          <w:lang w:eastAsia="zh-CN"/>
        </w:rPr>
        <w:br/>
      </w:r>
      <w:r>
        <w:rPr>
          <w:lang w:eastAsia="zh-CN"/>
        </w:rPr>
        <w:t>　　原来，这种队伍最有利于群体飞行。最前面的大雁拍打几下翅膀，会产生一股上升气流，后面的雁紧紧跟着，这样，一只跟着一只，可以利用这股气流，飞得更快、更省力。在顶风飞行时，大雁的队形由"人"字形改为"一"字形，这样就能使整个雁群耗费的体力降到最低程度。大雁就是靠着这种整齐的队形，相互帮助，更快更省力地飞行，到达千里之外。</w:t>
      </w:r>
      <w:r>
        <w:rPr>
          <w:lang w:eastAsia="zh-CN"/>
        </w:rPr>
        <w:br/>
      </w:r>
      <w:r>
        <w:rPr>
          <w:lang w:eastAsia="zh-CN"/>
        </w:rPr>
        <w:t>　　多么团结的雁阵！多么和谐的画面！正是因为团结友爱的力量使它们飞得更高更远！"众人拾柴火焰高","三人同心，其利断金。"一滴滴水只有融入大海才会永不干涸，一根根筷子只有捆在一起才会坚不可摧。这一句句充满哲理的话告诉我们：一个集体只有团结友爱、和谐相处，才能迸发出无穷的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我们美丽的校园，一幅幅和谐的画面随处可见！听，犯错时，同学友善的提醒，因成绩下降一蹶不振时，同学的鼓励，交往中的礼貌用语句句暖人心！看，前面的小同学提着垃圾桶多么吃力啊，后面的大同学紧跟上去，帮他一把；一个同学摔倒了，其他同学把他扶到医务室，学习上的互帮互助，赛场上的奋力拼搏，哪怕是班级取得荣誉时，集体发出的阵阵欢呼都是那么振奋人心！</w:t>
      </w:r>
      <w:r>
        <w:rPr>
          <w:lang w:eastAsia="zh-CN"/>
        </w:rPr>
        <w:br/>
      </w:r>
      <w:r>
        <w:rPr>
          <w:lang w:eastAsia="zh-CN"/>
        </w:rPr>
        <w:t>　　团结就是力量。蚂蚁虽小，但许多蚂蚁团结在一起，却能拖动一根很大的骨头；一个人的力量虽小，但许多微弱的力量汇合在一起，就能排山倒海，战胜一切！同学们，付出一份友爱，你将收获两份快乐。让我们从身边的小事做起，多一份关爱，少一些争执，多一份真情，少一些矛盾，让生活中不</w:t>
      </w:r>
      <w:r>
        <w:rPr>
          <w:lang w:eastAsia="zh-CN"/>
        </w:rPr>
        <w:br/>
      </w:r>
      <w:r>
        <w:rPr>
          <w:lang w:eastAsia="zh-CN"/>
        </w:rPr>
        <w:t xml:space="preserve">    2024年学生演讲稿 篇3 </w:t>
      </w:r>
      <w:r>
        <w:rPr>
          <w:lang w:eastAsia="zh-CN"/>
        </w:rPr>
        <w:br/>
      </w:r>
      <w:r>
        <w:rPr>
          <w:lang w:eastAsia="zh-CN"/>
        </w:rPr>
        <w:t>　　尊敬的老师、同学们：</w:t>
      </w:r>
      <w:r>
        <w:rPr>
          <w:lang w:eastAsia="zh-CN"/>
        </w:rPr>
        <w:br/>
      </w:r>
      <w:r>
        <w:rPr>
          <w:lang w:eastAsia="zh-CN"/>
        </w:rPr>
        <w:t>　　大家好！</w:t>
      </w:r>
      <w:r>
        <w:rPr>
          <w:lang w:eastAsia="zh-CN"/>
        </w:rPr>
        <w:br/>
      </w:r>
      <w:r>
        <w:rPr>
          <w:lang w:eastAsia="zh-CN"/>
        </w:rPr>
        <w:t>　　春意盎然的春天，充满热情的我们蓬勃向，在四射的12班里，我们为青春努力拼搏。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人才济济一堂的12班里，我只是一个小小的寝室长，但我未曾轻视过这个不起眼的职位：我自豪地告诉父母，我当了寝室长，我要引领室友们前进。在一次次的在大扫除中，最脏的活总是由我包揽，干完了还能帮帮室友。在我眼里最脏的也是最轻松的，有着一份愉悦的心情，再苦再累，也都是快乐的。每天，都在燃烧自己，充满活力的日子总是阳光明媚。早早地从床上起来，督促着值日员打扫卫生。当值日员来不及时，我总会乐意地伸出双手帮她们一把。劳动是快乐的，也是光荣的，这是我的父辈传承给我的，我也一直坚信着。</w:t>
      </w:r>
      <w:r>
        <w:rPr>
          <w:lang w:eastAsia="zh-CN"/>
        </w:rPr>
        <w:br/>
      </w:r>
      <w:r>
        <w:rPr>
          <w:lang w:eastAsia="zh-CN"/>
        </w:rPr>
        <w:t>　　为不辜负师长的谆谆教诲，为报答父母含辛茹苦的期盼，为不愧对日夜同窗相守的同学的勉励，学习是我的任务，取得好成绩更是我的责任。很幸运，大家相约到了12班，认识了一大帮学习孜孜不倦的同学，在我的眼里他们每一个人都是我的榜样，每一个人都是我的老师，每一个人总会有引领我前进的优点。在别人的眼里，12班的人是只知读书的书呆子：晨跑时不忘看书，放学了，教室里也总会有继续作业学习之人。可能有些人会纳闷这样的学习累不累，我觉得，如果喜欢上一种生活，则虽苦犹乐。现在的我已经接受了这种紧张的学习模式；高二以来，我的成绩一直在进步，与校前10名的距离在慢慢缩短，这动力来源于我的父亲，他一次次喜悦的表情给了我最大的奖励。学习是我们的权利，也是我们的义务，行使好这份权利与义务，才不至于将来为逝去的青春而后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已经接近成年的我也懂得承担起家的一份责任，有时回家，我会主动地帮奶奶拖拖地，打扫打扫卫生；妈妈说要帮我洗衣服，我也总会笑着推诿说让我自己来；有时还会帮爸爸督促妹妹写作业；作为家里的长女，我深知我身上的担子很重，在妹妹，我要注意自己的言行，做个好榜样让她们觉得有我这个姐姐很自豪；我在父母面前也是会乖乖地顺从他们，我还太小，不能为他们分担太多，我能做的只是努力学习，考一个让他们露出笑容的成绩；在爷爷奶奶面前，我能做得也太少，抽空回家看看他们，跟他们聊聊学校的乐事，听他们发发牢骚，看着他们的笑容，我也跟着笑，发自内心的笑。生活多美好啊！</w:t>
      </w:r>
      <w:r>
        <w:rPr>
          <w:lang w:eastAsia="zh-CN"/>
        </w:rPr>
        <w:br/>
      </w:r>
      <w:r>
        <w:rPr>
          <w:lang w:eastAsia="zh-CN"/>
        </w:rPr>
        <w:t>　　我愿意用微笑来面对苦难，用宽容善待对手，用愉悦取代劳累。我相信生活会因此变得美好！</w:t>
      </w:r>
      <w:r>
        <w:rPr>
          <w:lang w:eastAsia="zh-CN"/>
        </w:rPr>
        <w:br/>
      </w:r>
      <w:r>
        <w:rPr>
          <w:lang w:eastAsia="zh-CN"/>
        </w:rPr>
        <w:t xml:space="preserve">    2024年学生演讲稿 篇4 </w:t>
      </w:r>
      <w:r>
        <w:rPr>
          <w:lang w:eastAsia="zh-CN"/>
        </w:rPr>
        <w:br/>
      </w:r>
      <w:r>
        <w:rPr>
          <w:lang w:eastAsia="zh-CN"/>
        </w:rPr>
        <w:t>　　尊敬的各位家长，老师：</w:t>
      </w:r>
      <w:r>
        <w:rPr>
          <w:lang w:eastAsia="zh-CN"/>
        </w:rPr>
        <w:br/>
      </w:r>
      <w:r>
        <w:rPr>
          <w:lang w:eastAsia="zh-CN"/>
        </w:rPr>
        <w:t>　　大家好!我叫，是学生。很荣幸能站在那里发言，感谢你们能在百忙之中抽出时间来和老师们讨论对我们的教育问题，感谢你们来学校和老师一道为我们设计未来的宏伟蓝图!</w:t>
      </w:r>
      <w:r>
        <w:rPr>
          <w:lang w:eastAsia="zh-CN"/>
        </w:rPr>
        <w:br/>
      </w:r>
      <w:r>
        <w:rPr>
          <w:lang w:eastAsia="zh-CN"/>
        </w:rPr>
        <w:t>　　时间飞逝，我们已经度过高中生活的三分之二了，依稀之间我们已踏上了人生的漫漫征程，以前的嬉戏玩笑，以前的年少无知，以前的少不知愁，都在学习的紧张与充实中逐渐被压抑和收敛，我们正在走向成熟--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这样的青春时光，很庆幸自己能够在__班学习，虽然班级里只有少部分男生，但班级的热情毫不逊色于其他班级。我们在运动会上奋力拼搏，团结互助，取得了第六名的好成绩，并多次获得礼貌班称号。学校的各项活动我们用心参与，同学们不仅仅在生活上互相照顾，在学习上更是团结互助。数学老师的谆谆教诲，语文老师的悉心点拨，英语老师的和蔼可亲以及各科任老师对我们的辛勤培育。我们都感激在新，是班主任，为了能使我们在紧张，高效，和谐，充满自信的状态下学习，不断督促我们，带领我们营造了良好的学习氛围。目前我班的课堂纪律和学习气氛已赢得了任课老师们的一致赞赏。</w:t>
      </w:r>
      <w:r>
        <w:rPr>
          <w:lang w:eastAsia="zh-CN"/>
        </w:rPr>
        <w:br/>
      </w:r>
      <w:r>
        <w:rPr>
          <w:lang w:eastAsia="zh-CN"/>
        </w:rPr>
        <w:t>　　敬爱的家长们，我们不会忘记你们对我们的默默付出。我们虽身在学校，可仍会体会到你们对我们的关切。“衣服穿暖了吗感冒好了吗成绩要加油”点点滴滴都化作我们前进的动力。</w:t>
      </w:r>
      <w:r>
        <w:rPr>
          <w:lang w:eastAsia="zh-CN"/>
        </w:rPr>
        <w:br/>
      </w:r>
      <w:r>
        <w:rPr>
          <w:lang w:eastAsia="zh-CN"/>
        </w:rPr>
        <w:t>　　亲爱的老师，敬爱的家长们，请放心，我们记着你们的嘱托，我们不是弱者，我们很聪明，我们潜力无穷，我们定会脚踏实地，自强不息，立志成功!用行动成就期盼已久的愿望，用满意的结果来还给老师和家长们一份惊喜!</w:t>
      </w:r>
      <w:r>
        <w:rPr>
          <w:lang w:eastAsia="zh-CN"/>
        </w:rPr>
        <w:br/>
      </w:r>
      <w:r>
        <w:rPr>
          <w:lang w:eastAsia="zh-CN"/>
        </w:rPr>
        <w:t>　　最后，祝老师们万事如意，祝家长们工作顺利!身体健康!谢谢!</w:t>
      </w:r>
      <w:r>
        <w:rPr>
          <w:lang w:eastAsia="zh-CN"/>
        </w:rPr>
        <w:br/>
      </w:r>
      <w:r>
        <w:rPr>
          <w:lang w:eastAsia="zh-CN"/>
        </w:rPr>
        <w:t xml:space="preserve">    2024年学生演讲稿 篇5 </w:t>
      </w:r>
      <w:r>
        <w:rPr>
          <w:lang w:eastAsia="zh-CN"/>
        </w:rPr>
        <w:br/>
      </w:r>
      <w:r>
        <w:rPr>
          <w:lang w:eastAsia="zh-CN"/>
        </w:rPr>
        <w:t>　　尊敬的各位领导、老师,亲爱的同学们：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大家好！我是七年二班的，很荣幸能够作为优秀班集体的代表在这里发言。作为优秀班集体的一员，我深知这是一份无尚的荣誉，更是学校和老师对我们的鼓励和鞭策。在这里，我要衷心肠感谢一直关心和爱惜我们的领导和老师，没有您们的悉心指导和帮助，就没有我们不断取得的进步；我还要感谢班里的全体同学，正是大家的努力和奋斗，团结和向上，才让我们取得优秀班集体的殊荣。回想进入中学的一年，我们始终努力拼搏、积极向上、永不言败，在老师的带领下，不断地奋进，迎接每次挑战。我们在教室里创建了图书角，养了花，挂上了小葫芦和油画，让教室变得更整洁、更美丽。我们还结合班级特点制定了班训和班规，展开了丰富多彩的活动。经过努力，我们七年二班班已成了一个团结协作、积极向上、布满凝聚力的集体。文明礼貌，不断进取的班风已初步构成。成绩只能代表过去，我们也苏醒地熟悉到自己还存在很多不足。在今后的学习生活中，我们一定会戒骄戒躁，遵守学校的纪律，尊敬老师，团结同学，不断进步学习成绩，积极参加集体活动。争取在德、智、体、美等各个方面都取得进步，为创建美丽、欢乐的学校贡献我们的气力。</w:t>
      </w:r>
      <w:r>
        <w:rPr>
          <w:lang w:eastAsia="zh-CN"/>
        </w:rPr>
        <w:br/>
      </w:r>
      <w:r>
        <w:rPr>
          <w:lang w:eastAsia="zh-CN"/>
        </w:rPr>
        <w:t xml:space="preserve">    2024年学生演讲稿 篇6 </w:t>
      </w:r>
      <w:r>
        <w:rPr>
          <w:lang w:eastAsia="zh-CN"/>
        </w:rPr>
        <w:br/>
      </w:r>
      <w:r>
        <w:rPr>
          <w:lang w:eastAsia="zh-CN"/>
        </w:rPr>
        <w:t>　　大家好，我是来自_小学六（4）班的，我是一个活泼开朗的`女孩，在老师平日春风化雨的爱国教育、集体教育下，我愈发热爱那伟大的祖国，热爱我的学校，热爱我们的班级体，文明、守信、遵纪，已成为心中不可磨灭的座佑名。</w:t>
      </w:r>
      <w:r>
        <w:rPr>
          <w:lang w:eastAsia="zh-CN"/>
        </w:rPr>
        <w:br/>
      </w:r>
      <w:r>
        <w:rPr>
          <w:lang w:eastAsia="zh-CN"/>
        </w:rPr>
        <w:t>　　作为一个连任六年的班长，我有积累下的工作经验，能够更好的完成老师交给我的各项任务，能协助老师搞好班级管理工作，当然在开展工作中我也遇到不少棘手的问题，不过凭着我不怕劳累，不怕困难的精神，都能将问题解决。</w:t>
      </w:r>
      <w:r>
        <w:rPr>
          <w:lang w:eastAsia="zh-CN"/>
        </w:rPr>
        <w:br/>
      </w:r>
      <w:r>
        <w:rPr>
          <w:lang w:eastAsia="zh-CN"/>
        </w:rPr>
        <w:t>　　我学习努力刻苦，各门功课名列前茅，这次在我校举办的作文比赛中，我获得了一等奖。当然，这与老师的细心辅导，同学的热心帮助是分不开的，在这次“校园之星”评比活动中，我一定不负重望，争取成为一颗闪亮的“校园之星”。</w:t>
      </w:r>
      <w:r>
        <w:rPr>
          <w:lang w:eastAsia="zh-CN"/>
        </w:rPr>
        <w:br/>
      </w:r>
      <w:r>
        <w:rPr>
          <w:lang w:eastAsia="zh-CN"/>
        </w:rPr>
        <w:t>　　谢谢。</w:t>
      </w:r>
      <w:r>
        <w:rPr>
          <w:lang w:eastAsia="zh-CN"/>
        </w:rPr>
        <w:br/>
      </w:r>
      <w:r>
        <w:rPr>
          <w:lang w:eastAsia="zh-CN"/>
        </w:rPr>
        <w:t xml:space="preserve">    2024年学生演讲稿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尊敬的老师，亲爱的同学们：</w:t>
      </w:r>
      <w:r>
        <w:rPr>
          <w:lang w:eastAsia="zh-CN"/>
        </w:rPr>
        <w:br/>
      </w:r>
      <w:r>
        <w:rPr>
          <w:lang w:eastAsia="zh-CN"/>
        </w:rPr>
        <w:t>　　大家好!我是来自二(6)班的。平时我喜欢画画、阅读、写作、跳舞，尤其是轮滑。去年暑假，我参加了__市体育局组织的小学生轮滑比赛，获得了三等奖;在学习方面，经过努力我被评为“三好学生”。学习之余，我还积极参加学校组织的各项活动。</w:t>
      </w:r>
      <w:r>
        <w:rPr>
          <w:lang w:eastAsia="zh-CN"/>
        </w:rPr>
        <w:br/>
      </w:r>
      <w:r>
        <w:rPr>
          <w:lang w:eastAsia="zh-CN"/>
        </w:rPr>
        <w:t>　　今天，我有幸当上了升旗手，第一次站在这个升旗台上，这是一个多么令人激动和自豪的时刻。作为今天的升旗手，我倡议我们全体同学，将对国旗的尊敬化为具体行动，做好每一天的每一件小事，尊敬老师、帮助同学、认真听好每一堂课、仔细写好每一天的作业，让我们时刻准备着为国旗增添新的光彩。我的发言到此结束，谢谢大家!</w:t>
      </w:r>
      <w:r>
        <w:rPr>
          <w:lang w:eastAsia="zh-CN"/>
        </w:rPr>
        <w:br/>
      </w:r>
      <w:r>
        <w:rPr>
          <w:lang w:eastAsia="zh-CN"/>
        </w:rPr>
        <w:t xml:space="preserve">    2024年学生演讲稿 篇8 </w:t>
      </w:r>
      <w:r>
        <w:rPr>
          <w:lang w:eastAsia="zh-CN"/>
        </w:rPr>
        <w:br/>
      </w:r>
      <w:r>
        <w:rPr>
          <w:lang w:eastAsia="zh-CN"/>
        </w:rPr>
        <w:t>　　尊敬的各位领导老师、同学们：</w:t>
      </w:r>
      <w:r>
        <w:rPr>
          <w:lang w:eastAsia="zh-CN"/>
        </w:rPr>
        <w:br/>
      </w:r>
      <w:r>
        <w:rPr>
          <w:lang w:eastAsia="zh-CN"/>
        </w:rPr>
        <w:t>　　大家上午好！今天我演讲的题目是：《感恩之心》。每年11月第四个星期的星期四是一年一度的感恩节。</w:t>
      </w:r>
      <w:r>
        <w:rPr>
          <w:lang w:eastAsia="zh-CN"/>
        </w:rPr>
        <w:br/>
      </w:r>
      <w:r>
        <w:rPr>
          <w:lang w:eastAsia="zh-CN"/>
        </w:rPr>
        <w:t>　　感恩是一种美德，是一种生活。我们都应该拥有一颗感恩的心。</w:t>
      </w:r>
      <w:r>
        <w:rPr>
          <w:lang w:eastAsia="zh-CN"/>
        </w:rPr>
        <w:br/>
      </w:r>
      <w:r>
        <w:rPr>
          <w:lang w:eastAsia="zh-CN"/>
        </w:rPr>
        <w:t>　　同学们，我们静下心来仔细想想，生活中值得我们感谢的人、事、物真的太多了。我们感谢父母，付出了全部的心血与慈爱养育我们，让我们享受到了人世间亲情的美好；我们感谢老师，呕心沥血地教育我们，让我们感受到了学习与成长的乐趣；我们甚至感谢失败、挫折与磨难，因为它们使我们看到了成功的希望，把我们磨砺得更加坚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同学们，拥有一颗感恩的心，你就会拥有打开幸福之门的钥匙，你就会体会到许多不同寻常的快乐和幸福！为了感谢父母，我们要听从他们的正确教导，主动帮助他们做力所能及的事情，安心学习让他们放心；为了感谢老师，我们要遵守纪律，尊敬师长，主动与老师沟通交流，上课认真听讲，独立完成作业，课下及时复习，以优异成绩回报老师；为了感谢同学，我们要与他们友好相处，互相关心，互相爱护，互相帮助。</w:t>
      </w:r>
      <w:r>
        <w:rPr>
          <w:lang w:eastAsia="zh-CN"/>
        </w:rPr>
        <w:br/>
      </w:r>
      <w:r>
        <w:rPr>
          <w:lang w:eastAsia="zh-CN"/>
        </w:rPr>
        <w:t>　　同学们，“感恩之心”体现在生活中的每一个细节，让我们怀着一颗“感恩”的心，用平实的话语和实际行动，使我们的生活变得更加美好幸福吧！</w:t>
      </w:r>
      <w:r>
        <w:rPr>
          <w:lang w:eastAsia="zh-CN"/>
        </w:rPr>
        <w:br/>
      </w:r>
      <w:r>
        <w:rPr>
          <w:lang w:eastAsia="zh-CN"/>
        </w:rPr>
        <w:t>　　我的演讲到此结束，谢谢大家。</w:t>
      </w:r>
      <w:r>
        <w:rPr>
          <w:lang w:eastAsia="zh-CN"/>
        </w:rPr>
        <w:br/>
      </w:r>
      <w:r>
        <w:rPr>
          <w:lang w:eastAsia="zh-CN"/>
        </w:rPr>
        <w:t xml:space="preserve">    2024年学生演讲稿 篇9 </w:t>
      </w:r>
      <w:r>
        <w:rPr>
          <w:lang w:eastAsia="zh-CN"/>
        </w:rPr>
        <w:br/>
      </w:r>
      <w:r>
        <w:rPr>
          <w:lang w:eastAsia="zh-CN"/>
        </w:rPr>
        <w:t>　　尊敬的各位老师、亲爱的同学们：</w:t>
      </w:r>
      <w:r>
        <w:rPr>
          <w:lang w:eastAsia="zh-CN"/>
        </w:rPr>
        <w:br/>
      </w:r>
      <w:r>
        <w:rPr>
          <w:lang w:eastAsia="zh-CN"/>
        </w:rPr>
        <w:t>　　大家好！我是401班的，今天我演讲的题目是：安全伴我成长。</w:t>
      </w:r>
      <w:r>
        <w:rPr>
          <w:lang w:eastAsia="zh-CN"/>
        </w:rPr>
        <w:br/>
      </w:r>
      <w:r>
        <w:rPr>
          <w:lang w:eastAsia="zh-CN"/>
        </w:rPr>
        <w:t>　　亲爱的同学们，我们是幸福的一代，因为在我们的成长道路上，一直有父母的呵护、老师的付出、祖国的关心为伴。自然而然我们的安全问题也成了全社会关注的焦点。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经常在报刊上，电视里看到，有的同学在游泳时出事故，有的在公路上出了车祸，有的中毒死亡，有的触电死亡，有的玩火死亡，有的从楼上摔下……难道这些同学的家长、老师没提醒吗？不！相反的是，老师经常提醒，家长也时时叮咛。可是他们却并没有把它放在心上。在我们学校从领导到老师，特别是班主任老师，把我们的安全几乎天天记在心里，时时挂在嘴边。然而，在紧张的学习之后，在快乐的玩耍时刻，在归心似箭的回家途中，有些同学就忘了安全两个字，忽视了安全问题，让关心你们的老师、家长时时担心着，时时牵挂着。</w:t>
      </w:r>
      <w:r>
        <w:rPr>
          <w:lang w:eastAsia="zh-CN"/>
        </w:rPr>
        <w:br/>
      </w:r>
      <w:r>
        <w:rPr>
          <w:lang w:eastAsia="zh-CN"/>
        </w:rPr>
        <w:t>　　同学们，当我们做错一件事的时候，可能损害的只是很小的一部分利益，而且只要我们愿意就还有改过的`机会，然而当我们忽视了安全问题，发生了不安全的事故时，我们可能就要付出生命的代价，并且再也没有机会去反省，去悔过。</w:t>
      </w:r>
      <w:r>
        <w:rPr>
          <w:lang w:eastAsia="zh-CN"/>
        </w:rPr>
        <w:br/>
      </w:r>
      <w:r>
        <w:rPr>
          <w:lang w:eastAsia="zh-CN"/>
        </w:rPr>
        <w:t>　　同学们，当你在横穿马路时，千万要注意前后左右的车辆，以免发生；当你在课间玩耍时，千万不要爬门窗、狂追猛跑，这样的话，你也许会不小心从窗户上摔下来，摔伤了手脚，也许会因为你追跑太快撞伤了别人或自己摔倒，轻则可能只是鼻青脸肿，重则可能会头破血流；当你在上下楼梯或人多上厕所时，千万不要拥挤，宁等三分钟，也不去争分夺秒，因为拥挤会容易发生踩伤的危险，事情一旦发生就无法挽回。所以，我们要时刻警惕自己，增强自我保护意识，预防火灾、拥挤踩踏、交通、溺水等事故的发生。</w:t>
      </w:r>
      <w:r>
        <w:rPr>
          <w:lang w:eastAsia="zh-CN"/>
        </w:rPr>
        <w:br/>
      </w:r>
      <w:r>
        <w:rPr>
          <w:lang w:eastAsia="zh-CN"/>
        </w:rPr>
        <w:t>　　亲爱的同学们，世界是多姿多彩的，生命更是美好的，让我们在共同祝愿，祝愿我们每一位老师每一位同学每天平平安安到校，高高兴兴回家，祝愿我们的校园成为安全、健康、拥有无限生命力的和谐校园！</w:t>
      </w:r>
      <w:r>
        <w:rPr>
          <w:lang w:eastAsia="zh-CN"/>
        </w:rPr>
        <w:br/>
      </w:r>
      <w:r>
        <w:rPr>
          <w:lang w:eastAsia="zh-CN"/>
        </w:rPr>
        <w:t>　　谢谢大家！</w:t>
      </w:r>
      <w:r>
        <w:rPr>
          <w:lang w:eastAsia="zh-CN"/>
        </w:rPr>
        <w:br/>
      </w:r>
      <w:r>
        <w:rPr>
          <w:lang w:eastAsia="zh-CN"/>
        </w:rPr>
        <w:t xml:space="preserve">    2024年学生演讲稿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尊敬的各位领导、老师们：</w:t>
      </w:r>
      <w:r>
        <w:rPr>
          <w:lang w:eastAsia="zh-CN"/>
        </w:rPr>
        <w:br/>
      </w:r>
      <w:r>
        <w:rPr>
          <w:lang w:eastAsia="zh-CN"/>
        </w:rPr>
        <w:t>　　大家好!今天我演讲的题目是《我们是幸福的》。</w:t>
      </w:r>
      <w:r>
        <w:rPr>
          <w:lang w:eastAsia="zh-CN"/>
        </w:rPr>
        <w:br/>
      </w:r>
      <w:r>
        <w:rPr>
          <w:lang w:eastAsia="zh-CN"/>
        </w:rPr>
        <w:t>　　记得还是在读书的时候，天天听着、看着校训“学高为师，身正为范”，我就下定决心要以此为目标，做一个受孩子爱戴的好老师。于是从校门里走出来，满怀信心地踏进了这满是孩子们的天堂。</w:t>
      </w:r>
      <w:r>
        <w:rPr>
          <w:lang w:eastAsia="zh-CN"/>
        </w:rPr>
        <w:br/>
      </w:r>
      <w:r>
        <w:rPr>
          <w:lang w:eastAsia="zh-CN"/>
        </w:rPr>
        <w:t>　　有人说孩子是一本书，虽然要读懂这本书并非易事，但要成为一位出色的教师就必须去读它，并且打算读一辈子。有人说，孩子是花木，教师是园丁，园丁悉心照料着花木，但需要尊重它们自然地成长。实际上，孩子比花木要复杂的多，教师的工作比园丁的工作也复杂的多，尽管他们拥有着共同或共通的规律。他们从事着绿叶的事业，他们是人民教师。</w:t>
      </w:r>
      <w:r>
        <w:rPr>
          <w:lang w:eastAsia="zh-CN"/>
        </w:rPr>
        <w:br/>
      </w:r>
      <w:r>
        <w:rPr>
          <w:lang w:eastAsia="zh-CN"/>
        </w:rPr>
        <w:t>　　其实，在我身边，就在我们生活当中，我也不时被深深的感动着，因为有着许多平凡却又伟大的领导和老师，他们年复一年，日复一日，用语言播种，用粉笔耕耘，用汗水浇灌，用心血滋润!他们用不同的方式表达着相同的信念和追求：那就是用自己博大的爱心演绎着无悔人生!用无私的奉献谱写幸福的人生!用自己的的青春智慧和热血诠释人民教师的内涵，用真和善哺育纯洁的心灵，用爱与美铸造闪光的灵魂!他们用自己的行动，用自己生命的痕迹激励着我们这些后来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记得莎士比亚曾经说过：“生命短促，只有美德能让他传播到遥远的后世。”我们无法延伸生命的长度，但我坚信，只要我们对教育痴心不改，对学生播撒爱的雨露，就一定能拓展我们生命的宽度!铁肩担道义，爱心筑师魂。老师们，让我们为了心中共同的梦想风雨兼程!让我们热忱、执着、坚定地用无私的爱心谱写幸福的人生吧!</w:t>
      </w:r>
      <w:r>
        <w:rPr>
          <w:lang w:eastAsia="zh-CN"/>
        </w:rPr>
        <w:br/>
      </w:r>
      <w:r>
        <w:rPr>
          <w:lang w:eastAsia="zh-CN"/>
        </w:rPr>
        <w:t xml:space="preserve">    2024年学生演讲稿 篇11 </w:t>
      </w:r>
      <w:r>
        <w:rPr>
          <w:lang w:eastAsia="zh-CN"/>
        </w:rPr>
        <w:br/>
      </w:r>
      <w:r>
        <w:rPr>
          <w:lang w:eastAsia="zh-CN"/>
        </w:rPr>
        <w:t>　　老师们，同学们：</w:t>
      </w:r>
      <w:r>
        <w:rPr>
          <w:lang w:eastAsia="zh-CN"/>
        </w:rPr>
        <w:br/>
      </w:r>
      <w:r>
        <w:rPr>
          <w:lang w:eastAsia="zh-CN"/>
        </w:rPr>
        <w:t>　　冬天早上非常寒冷，大家穿戴都比较严实，手脚也不够灵活了。在这样的情况下，万一出现意外比较难以应对。在此，老师和大家讲讲学校冬季安全小知识。</w:t>
      </w:r>
      <w:r>
        <w:rPr>
          <w:lang w:eastAsia="zh-CN"/>
        </w:rPr>
        <w:br/>
      </w:r>
      <w:r>
        <w:rPr>
          <w:lang w:eastAsia="zh-CN"/>
        </w:rPr>
        <w:t>　　一、行路安全</w:t>
      </w:r>
      <w:r>
        <w:rPr>
          <w:lang w:eastAsia="zh-CN"/>
        </w:rPr>
        <w:br/>
      </w:r>
      <w:r>
        <w:rPr>
          <w:lang w:eastAsia="zh-CN"/>
        </w:rPr>
        <w:t>　　由于早晨冰冻，或者雾茫茫，影响了汽车的刹车性能。因此，步行外出时要注意，一定要行走在人行道内，在没有人行道的地方要靠路边行走。横过马路时须等待绿灯，要注意来往车辆，不要斜穿、猛跑；在通过十字路口时，要听从交通民警的指挥并遵守交通信号；在设有护栏或隔离墙的道路上不得横过马路。冬天在马路上会结冰，滑行非常非常危险，更不要在结有薄冰的湖面河面上玩耍，这样最容易出事。</w:t>
      </w:r>
      <w:r>
        <w:rPr>
          <w:lang w:eastAsia="zh-CN"/>
        </w:rPr>
        <w:br/>
      </w:r>
      <w:r>
        <w:rPr>
          <w:lang w:eastAsia="zh-CN"/>
        </w:rPr>
        <w:t>　　二、运动安全</w:t>
      </w:r>
      <w:r>
        <w:rPr>
          <w:lang w:eastAsia="zh-CN"/>
        </w:rPr>
        <w:br/>
      </w:r>
      <w:r>
        <w:rPr>
          <w:lang w:eastAsia="zh-CN"/>
        </w:rPr>
        <w:t>　　冬季长跑是一项不错的体育运动，但是在长跑锻炼前准备活动一定要充分，并系好鞋带。锻炼后还要做整理活动，同时一定要注意保暖，以防感冒。我们还需要特别注意，在集体长跑中，不可以推推搡搡，或者手插在口袋里，或者一边跑步一边讲话，这样很容易发生意外，也不利健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三、校园安全</w:t>
      </w:r>
      <w:r>
        <w:rPr>
          <w:lang w:eastAsia="zh-CN"/>
        </w:rPr>
        <w:br/>
      </w:r>
      <w:r>
        <w:rPr>
          <w:lang w:eastAsia="zh-CN"/>
        </w:rPr>
        <w:t>　　严格禁止学生在走廊、楼梯口进行跑、跳、爬、拉、推、扯、打闹等危险动作。在上下楼梯不要大声喧哗。当前面的学生不小心跌倒，后面的学生原地停步，并转告后面的学生，不要再往前挤。在校园的早晨，有些低洼处，走廊上会结霜，结冰，同学们会好奇的滑一滑，玩一玩，这样也很危险。因为校园里人比较多，我们难以防备。</w:t>
      </w:r>
      <w:r>
        <w:rPr>
          <w:lang w:eastAsia="zh-CN"/>
        </w:rPr>
        <w:br/>
      </w:r>
      <w:r>
        <w:rPr>
          <w:lang w:eastAsia="zh-CN"/>
        </w:rPr>
        <w:t>　　四、交际安全</w:t>
      </w:r>
      <w:r>
        <w:rPr>
          <w:lang w:eastAsia="zh-CN"/>
        </w:rPr>
        <w:br/>
      </w:r>
      <w:r>
        <w:rPr>
          <w:lang w:eastAsia="zh-CN"/>
        </w:rPr>
        <w:t>　　冬天来了，过年也近了。诈骗，绑架、偷盗事件也特别多。上学放学路上，不要随便与陌生人交谈，不能告诉陌生人自己的家庭住址、电话等重要信息，不接受陌生人的礼物，或者搭成陌生人的车子回家，以免上当受骗。离家、离校时关闭门窗，注意防盗。</w:t>
      </w:r>
      <w:r>
        <w:rPr>
          <w:lang w:eastAsia="zh-CN"/>
        </w:rPr>
        <w:br/>
      </w:r>
      <w:r>
        <w:rPr>
          <w:lang w:eastAsia="zh-CN"/>
        </w:rPr>
        <w:t>　　五、居家安全</w:t>
      </w:r>
      <w:r>
        <w:rPr>
          <w:lang w:eastAsia="zh-CN"/>
        </w:rPr>
        <w:br/>
      </w:r>
      <w:r>
        <w:rPr>
          <w:lang w:eastAsia="zh-CN"/>
        </w:rPr>
        <w:t>　　冬天天气比较冷，会用电、火取暖，使用时要注意小心，防火防电，不要用湿手、湿布触摸或擦拭电器、插拔插头，不能随便拆卸电器。身上禁止携带打火</w:t>
      </w:r>
      <w:r>
        <w:rPr>
          <w:lang w:eastAsia="zh-CN"/>
        </w:rPr>
        <w:br/>
      </w:r>
      <w:r>
        <w:rPr>
          <w:lang w:eastAsia="zh-CN"/>
        </w:rPr>
        <w:t>　　机、鞭炮、水果刀等危险物品到学校，以免发生危险。冬天气候干燥，在野外特别不可用火烧荒，或者随随便便的用火取暖，不分场合，不分时间，或者用完火后不处理随便离开，也很容易引起火灾。</w:t>
      </w:r>
      <w:r>
        <w:rPr>
          <w:lang w:eastAsia="zh-CN"/>
        </w:rPr>
        <w:br/>
      </w:r>
      <w:r>
        <w:rPr>
          <w:lang w:eastAsia="zh-CN"/>
        </w:rPr>
        <w:t>　　六、食品安全</w:t>
      </w:r>
      <w:r>
        <w:rPr>
          <w:lang w:eastAsia="zh-CN"/>
        </w:rPr>
        <w:br/>
      </w:r>
      <w:r>
        <w:rPr>
          <w:lang w:eastAsia="zh-CN"/>
        </w:rPr>
        <w:t>　　不吃过期和三无包装的.小食品，不吃不卫生的东西。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同学们，事故似虎狼，常在暗中藏，若是不提防，它就把人伤。请大家时刻牢记，绷紧安全这个弦，提高安全意识。</w:t>
      </w:r>
      <w:r>
        <w:rPr>
          <w:lang w:eastAsia="zh-CN"/>
        </w:rPr>
        <w:br/>
      </w:r>
      <w:r>
        <w:rPr>
          <w:lang w:eastAsia="zh-CN"/>
        </w:rPr>
        <w:t xml:space="preserve">    2024年学生演讲稿 篇12 </w:t>
      </w:r>
      <w:r>
        <w:rPr>
          <w:lang w:eastAsia="zh-CN"/>
        </w:rPr>
        <w:br/>
      </w:r>
      <w:r>
        <w:rPr>
          <w:lang w:eastAsia="zh-CN"/>
        </w:rPr>
        <w:t>　　尊敬的各位老师和同学们：</w:t>
      </w:r>
      <w:r>
        <w:rPr>
          <w:lang w:eastAsia="zh-CN"/>
        </w:rPr>
        <w:br/>
      </w:r>
      <w:r>
        <w:rPr>
          <w:lang w:eastAsia="zh-CN"/>
        </w:rPr>
        <w:t>　　今天我结合自己的学习实际，和大家探讨一下有关自主学习的一些体会。</w:t>
      </w:r>
      <w:r>
        <w:rPr>
          <w:lang w:eastAsia="zh-CN"/>
        </w:rPr>
        <w:br/>
      </w:r>
      <w:r>
        <w:rPr>
          <w:lang w:eastAsia="zh-CN"/>
        </w:rPr>
        <w:t>　　记得在小学六年级升初中的那段时间，尽管很苦，我们还是挺了过来。当时，我很烦躁，甚至也有想放弃的念头。可是，这个毕业考试不得不让我重视。于是，我就每天强迫自己努力地学，使劲地写。就这样子，日子一天天过去了，我渐渐明白了：与其天天都这样子强迫我自己去学，还不如快快乐乐地接受，那不是更好吗？于是，我微笑着面对着每一天，这样我渐渐地体会到了自主学习的重要性，学习成绩提高了，我很有成就感，心情当然就好了，学习效率就更高了。升入初中后，我们七年级5班是“学洋思实验班”，我们的老师一直在热情鼓励、积极训练我们的自主学习能力，我明显地感觉到自己的学习能力提高了，成绩也越来越好了，从9月到10月，我在年级进步了43名。当然还要感谢班主任和其他老师的鼓励和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从我的亲身经历中，我觉得，自主学习就是“自我导向、自我激励、自我监控”的学习。通过自学、质疑、讨论等方式深入理解学习内容并获得新知识实践活动，自主学习还包括自己在学习中不断地尝试一些适合自己的有效的学习方法，合理的掌控学习时间，专心地投入学习中。其实，要做到自主学习并不难，最重要还在于端正自己的学习态度。所以自主学习对于在场的每一位同学都是很重要的。一些同学之所以优秀，就是因为他们能很好地自主学习。</w:t>
      </w:r>
      <w:r>
        <w:rPr>
          <w:lang w:eastAsia="zh-CN"/>
        </w:rPr>
        <w:br/>
      </w:r>
      <w:r>
        <w:rPr>
          <w:lang w:eastAsia="zh-CN"/>
        </w:rPr>
        <w:t>　　要做到自主学习，其实也不难。首先，你要对学习有很浓厚的兴趣，把学习当作是一件非常快乐的事情。学习肯定是苦的，但是一分耕耘，一分收获，“不经历风雨，怎么见彩虹？没有人能随随便便成功”，老师经常教导我们：“如果你把学习当成一种乐趣，你就像生活在天堂里；如果你把学习当成一种负担，你就生活在地狱里。”</w:t>
      </w:r>
      <w:r>
        <w:rPr>
          <w:lang w:eastAsia="zh-CN"/>
        </w:rPr>
        <w:br/>
      </w:r>
      <w:r>
        <w:rPr>
          <w:lang w:eastAsia="zh-CN"/>
        </w:rPr>
        <w:t>　　自主学习需要认真的学习态度，才能理解课本上的一些难懂的知识，领会它的内涵。当自己有弄不懂的问题的时候，要谦虚的请教老师或者同学们，甚至可以不耻下问。课堂上应该专心地听老师讲课，养成认真听课，勤做笔记的习惯，努力提高课堂效率，专心致志地听课，胜过课下补习，能收到事半功倍的效果。否则你就要用几倍于课堂的时间补习，那又何苦呢？我想不会有哪位同学课堂不听课，寄希望课下找老师补课吧？</w:t>
      </w:r>
      <w:r>
        <w:rPr>
          <w:lang w:eastAsia="zh-CN"/>
        </w:rPr>
        <w:br/>
      </w:r>
      <w:r>
        <w:rPr>
          <w:lang w:eastAsia="zh-CN"/>
        </w:rPr>
        <w:t>　　子曰：“温故而知新，可以为师矣。”所以在学习后，要不断地巩固、复习，才能达到融会贯通的境界。在自主学习中你不懂的知识点，在复习巩固和老师的积极指导下，你或许就会恍然大悟。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最后，想送给同学们一句话：学习着，是美丽的，充实、自信、乐观、进取，这些生命中无法忽视的珍珠，对于我们而言都是从学习之蚌中采来的。以上是我个人对自主学习的一些体会和见解，不当之处，敬请批评指正。同时我也号召初一的同学们多听听初二、初三的大哥哥和大姐姐们的见解，多多向他们学习！</w:t>
      </w:r>
      <w:r>
        <w:rPr>
          <w:lang w:eastAsia="zh-CN"/>
        </w:rPr>
        <w:br/>
      </w:r>
      <w:r>
        <w:rPr>
          <w:lang w:eastAsia="zh-CN"/>
        </w:rPr>
        <w:t>　　我的讲话完了，谢谢大家！</w:t>
      </w:r>
      <w:r>
        <w:rPr>
          <w:lang w:eastAsia="zh-CN"/>
        </w:rPr>
        <w:br/>
      </w:r>
      <w:r>
        <w:rPr>
          <w:lang w:eastAsia="zh-CN"/>
        </w:rPr>
        <w:t xml:space="preserve">    2024年学生演讲稿 篇13 </w:t>
      </w:r>
      <w:r>
        <w:rPr>
          <w:lang w:eastAsia="zh-CN"/>
        </w:rPr>
        <w:br/>
      </w:r>
      <w:r>
        <w:rPr>
          <w:lang w:eastAsia="zh-CN"/>
        </w:rPr>
        <w:t>　　亲爱的老师们、同学们：</w:t>
      </w:r>
      <w:r>
        <w:rPr>
          <w:lang w:eastAsia="zh-CN"/>
        </w:rPr>
        <w:br/>
      </w:r>
      <w:r>
        <w:rPr>
          <w:lang w:eastAsia="zh-CN"/>
        </w:rPr>
        <w:t>　　大家好！</w:t>
      </w:r>
      <w:r>
        <w:rPr>
          <w:lang w:eastAsia="zh-CN"/>
        </w:rPr>
        <w:br/>
      </w:r>
      <w:r>
        <w:rPr>
          <w:lang w:eastAsia="zh-CN"/>
        </w:rPr>
        <w:t>　　高尔基曾经说过：“书籍是人类进步的阶梯。”人的生活中不可能没有书籍，当你计算一下一生读过几本好书，你可能会回答道：“我读过的书数不胜数。”可是，当你真正去计算一下，你真正去仔细的“品尝”过几本好书的时候，那可能就是屈指可数了。</w:t>
      </w:r>
      <w:r>
        <w:rPr>
          <w:lang w:eastAsia="zh-CN"/>
        </w:rPr>
        <w:br/>
      </w:r>
      <w:r>
        <w:rPr>
          <w:lang w:eastAsia="zh-CN"/>
        </w:rPr>
        <w:t>　　书给予人道理。</w:t>
      </w:r>
      <w:r>
        <w:rPr>
          <w:lang w:eastAsia="zh-CN"/>
        </w:rPr>
        <w:br/>
      </w:r>
      <w:r>
        <w:rPr>
          <w:lang w:eastAsia="zh-CN"/>
        </w:rPr>
        <w:t>　　我曾经读过《老人与海》，这篇散文讲述了一位老渔夫在连续八十四天没有捕到鱼的情况下，终于独自钓上了一条大马林鱼，但这条鱼实在是太大了，这条大鱼把他的船拖了三天才筋疲力尽，他杀死了这鱼，然后绑在小船的一头，在归程中他一再遇到鲨鱼的袭击，最后，回港的时候只剩下了鱼头和鱼尾还有一条脊骨。这虽然只是一个故事简单、篇幅不长的散文，但是，这篇文章却告诉了我一个深刻的道理：不管做什么事都要努力完成，要学习散文中“老人”不管有多么困难，都要努力去解决的品质。</w:t>
      </w:r>
      <w:r>
        <w:rPr>
          <w:lang w:eastAsia="zh-CN"/>
        </w:rPr>
        <w:br/>
      </w:r>
      <w:r>
        <w:rPr>
          <w:lang w:eastAsia="zh-CN"/>
        </w:rPr>
        <w:t>　　书给予人智慧。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读了《少儿百科全书》这本书，我知道了为什么电子计算机又叫电脑，印刷术是谁发明的，火药是谁发明的，救生圈为什么是黄色的，煤气是煤发明的吗，冰箱里的细菌会被冻死吗。这本书让我明白了心里的疑问，而且还知道了世界上的千奇百怪的事物。</w:t>
      </w:r>
      <w:r>
        <w:rPr>
          <w:lang w:eastAsia="zh-CN"/>
        </w:rPr>
        <w:br/>
      </w:r>
      <w:r>
        <w:rPr>
          <w:lang w:eastAsia="zh-CN"/>
        </w:rPr>
        <w:t>　　书给予人快乐。</w:t>
      </w:r>
      <w:r>
        <w:rPr>
          <w:lang w:eastAsia="zh-CN"/>
        </w:rPr>
        <w:br/>
      </w:r>
      <w:r>
        <w:rPr>
          <w:lang w:eastAsia="zh-CN"/>
        </w:rPr>
        <w:t>　　我读过《小飞侠彼得·潘》这本书，这本书讲述了在一个黑夜里，彼得·潘带着小温迪和他的两个弟弟来到了一座小岛上，小温迪给遗失在岛上的孩子们当“妈妈”，照顾他们的衣食住行，而且与海盗搏斗。当我看到遗失的孩子拼命地争吃“妈妈”做的蛋糕时，我顿时哈哈大笑，那笑声是我发自心底的笑声。</w:t>
      </w:r>
      <w:r>
        <w:rPr>
          <w:lang w:eastAsia="zh-CN"/>
        </w:rPr>
        <w:br/>
      </w:r>
      <w:r>
        <w:rPr>
          <w:lang w:eastAsia="zh-CN"/>
        </w:rPr>
        <w:t>　　书给予我道理，给予我智慧，给予我快乐，书籍伴随我走过最纯真、美好的童年。</w:t>
      </w:r>
      <w:r>
        <w:rPr>
          <w:lang w:eastAsia="zh-CN"/>
        </w:rPr>
        <w:br/>
      </w:r>
      <w:r>
        <w:rPr>
          <w:lang w:eastAsia="zh-CN"/>
        </w:rPr>
        <w:t xml:space="preserve">    2024年学生演讲稿 篇14 </w:t>
      </w:r>
      <w:r>
        <w:rPr>
          <w:lang w:eastAsia="zh-CN"/>
        </w:rPr>
        <w:br/>
      </w:r>
      <w:r>
        <w:rPr>
          <w:lang w:eastAsia="zh-CN"/>
        </w:rPr>
        <w:t>　　敬爱的老师、亲爱的同学们：</w:t>
      </w:r>
      <w:r>
        <w:rPr>
          <w:lang w:eastAsia="zh-CN"/>
        </w:rPr>
        <w:br/>
      </w:r>
      <w:r>
        <w:rPr>
          <w:lang w:eastAsia="zh-CN"/>
        </w:rPr>
        <w:t>　　大家好！</w:t>
      </w:r>
      <w:r>
        <w:rPr>
          <w:lang w:eastAsia="zh-CN"/>
        </w:rPr>
        <w:br/>
      </w:r>
      <w:r>
        <w:rPr>
          <w:lang w:eastAsia="zh-CN"/>
        </w:rPr>
        <w:t>　　今天我演讲的题目是：《国旗飘飘》。</w:t>
      </w:r>
      <w:r>
        <w:rPr>
          <w:lang w:eastAsia="zh-CN"/>
        </w:rPr>
        <w:br/>
      </w:r>
      <w:r>
        <w:rPr>
          <w:lang w:eastAsia="zh-CN"/>
        </w:rPr>
        <w:t>　　无意间又看到了操场上迎风飘扬的五星红旗，在树叶的衬托下显得格外鲜艳。每当看到国旗，我的心都为之一颤，亲切尊敬，自豪与责任让我久久不能平静。</w:t>
      </w:r>
      <w:r>
        <w:rPr>
          <w:lang w:eastAsia="zh-CN"/>
        </w:rPr>
        <w:br/>
      </w:r>
      <w:r>
        <w:rPr>
          <w:lang w:eastAsia="zh-CN"/>
        </w:rPr>
        <w:t>　　我们常说是烈士的鲜血染红了五星红旗，其实许多的伟人与战士的功绩也是给国旗增添光彩。当载人航天飞船任务一次次取得成功时，当杨立伟在飞船中展示国旗时，太空留下了中国的身影，国旗为科技的进步飘扬。在灾难的面前，来自四面八方的援助，感天动地，温暖人心，同时也让国旗被无私的奉献感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国旗是我们心中的太阳，是光明，是希望。我们把对祖国的热爱都倾注在五星红旗上。</w:t>
      </w:r>
      <w:r>
        <w:rPr>
          <w:lang w:eastAsia="zh-CN"/>
        </w:rPr>
        <w:br/>
      </w:r>
      <w:r>
        <w:rPr>
          <w:lang w:eastAsia="zh-CN"/>
        </w:rPr>
        <w:t>　　爱国旗，就是爱祖国。作为青少年的我们是祖国未来的希望，对祖国我们自豪更有责任，我们要让国家更富强，国旗更鲜艳。暂不说经纶满腹后为祖国的建设奉献力量，为国力的增强建功立业。只说我们现在，认真读书，不断创新和提高就是对祖国的报答、最真切的爱！</w:t>
      </w:r>
      <w:r>
        <w:rPr>
          <w:lang w:eastAsia="zh-CN"/>
        </w:rPr>
        <w:br/>
      </w:r>
      <w:r>
        <w:rPr>
          <w:lang w:eastAsia="zh-CN"/>
        </w:rPr>
        <w:t>　　此刻国歌又在我心中响起，国旗在脑海中浮现，五颗金星熠熠生辉。我相信各民族的团结以及我们的奋斗中，祖国定会谱出绚丽新篇章。看，国旗在飘！</w:t>
      </w:r>
      <w:r>
        <w:rPr>
          <w:lang w:eastAsia="zh-CN"/>
        </w:rPr>
        <w:br/>
      </w:r>
      <w:r>
        <w:rPr>
          <w:lang w:eastAsia="zh-CN"/>
        </w:rPr>
        <w:t xml:space="preserve">    2024年学生演讲稿 篇15 </w:t>
      </w:r>
      <w:r>
        <w:rPr>
          <w:lang w:eastAsia="zh-CN"/>
        </w:rPr>
        <w:br/>
      </w:r>
      <w:r>
        <w:rPr>
          <w:lang w:eastAsia="zh-CN"/>
        </w:rPr>
        <w:t>　　尊敬的各位老师，亲爱的同学们：</w:t>
      </w:r>
      <w:r>
        <w:rPr>
          <w:lang w:eastAsia="zh-CN"/>
        </w:rPr>
        <w:br/>
      </w:r>
      <w:r>
        <w:rPr>
          <w:lang w:eastAsia="zh-CN"/>
        </w:rPr>
        <w:t>　　早上好！</w:t>
      </w:r>
      <w:r>
        <w:rPr>
          <w:lang w:eastAsia="zh-CN"/>
        </w:rPr>
        <w:br/>
      </w:r>
      <w:r>
        <w:rPr>
          <w:lang w:eastAsia="zh-CN"/>
        </w:rPr>
        <w:t>　　珍惜自己。珍惜自己的岗位是一种责任、是一种、是一种精神、一种义务。我们很多老师他们懂得珍惜自己的工作岗位，相信自己的专业成长不是来自领导的施舍，而是取决于自己的努力；只有珍惜自己岗位的人，才不会在上课的过程中无视学生的存在，才不会恣意的体罚学生或对学生放纵不管，因为他知道，自己的成功是提供优质的课程，培养出发展的学生，今天对学生的每一点悉心的指导，都是明天取得优异成绩的基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珍惜自己。珍惜自己的学习时光是对老师、对父母和对自己的一种尊重。我们很多学生他们能做到遵守纪律，尊敬老师，勤奋学习，友爱同学，在学习和生活中发展自己。希望那些开学以后仍然沉湎于网吧而没有学习动力和目标的同学，能够树立正确的学习观和世界观，用良好的学习成绩抚慰老师和家长的心灵。</w:t>
      </w:r>
      <w:r>
        <w:rPr>
          <w:lang w:eastAsia="zh-CN"/>
        </w:rPr>
        <w:br/>
      </w:r>
      <w:r>
        <w:rPr>
          <w:lang w:eastAsia="zh-CN"/>
        </w:rPr>
        <w:t>　　珍惜自己，因为这世上只有一个自己，珍惜自己，因为每个人都应当从小就看重自己；珍惜自己，因为天生我才必有用！如果我们连自己都不珍惜，又会去怜惜谁？如果我们连自己都不能看重自己，肯定自己的存在，又怎么去要求别人来肯定我们呢？在别人肯定你之前，你先要肯定自己。</w:t>
      </w:r>
      <w:r>
        <w:rPr>
          <w:lang w:eastAsia="zh-CN"/>
        </w:rPr>
        <w:br/>
      </w:r>
      <w:r>
        <w:rPr>
          <w:lang w:eastAsia="zh-CN"/>
        </w:rPr>
        <w:t>　　也许你没有过人的才智，但请别不相信自己的努力会不如别人；也许努力尚未被人们发现或认可，但请勇敢伸出你的双手，为自己鼓掌，为自己喝彩；也许人生的路途艰难险阻，布满荆刺，但请昂首挺胸，继续走下去。因为，这世上至少还有你在珍惜着自己。</w:t>
      </w:r>
      <w:r>
        <w:rPr>
          <w:lang w:eastAsia="zh-CN"/>
        </w:rPr>
        <w:br/>
      </w:r>
      <w:r>
        <w:rPr>
          <w:lang w:eastAsia="zh-CN"/>
        </w:rPr>
        <w:t>　　谢谢大家！</w:t>
      </w:r>
      <w:r>
        <w:rPr>
          <w:lang w:eastAsia="zh-CN"/>
        </w:rPr>
        <w:br/>
      </w:r>
      <w:r>
        <w:rPr>
          <w:lang w:eastAsia="zh-CN"/>
        </w:rPr>
        <w:t xml:space="preserve">    2024年学生演讲稿 篇16 </w:t>
      </w:r>
      <w:r>
        <w:rPr>
          <w:lang w:eastAsia="zh-CN"/>
        </w:rPr>
        <w:br/>
      </w:r>
      <w:r>
        <w:rPr>
          <w:lang w:eastAsia="zh-CN"/>
        </w:rPr>
        <w:t>　　你们好!我们的家园需要大家去开创、去奋斗、去保护。那么，我们应该怎样面对二十一世纪的挑战，怎样承担这历史赋予的重任呢?</w:t>
      </w:r>
      <w:r>
        <w:rPr>
          <w:lang w:eastAsia="zh-CN"/>
        </w:rPr>
        <w:br/>
      </w:r>
      <w:r>
        <w:rPr>
          <w:lang w:eastAsia="zh-CN"/>
        </w:rPr>
        <w:t>　　在这新世界的征途上，我们怀着希望，用信心去面对每一天，用恒心去做每一件事情，用爱心去温暖周围的每一个人，更要用热心去爱护我们的家园。</w:t>
      </w:r>
      <w:r>
        <w:rPr>
          <w:lang w:eastAsia="zh-CN"/>
        </w:rPr>
        <w:br/>
      </w:r>
    </w:p>
    <w:p w:rsidR="001B1F19" w14:textId="27C3F48A">
      <w:pPr>
        <w:rPr>
          <w:rFonts w:hint="eastAsia"/>
          <w:lang w:eastAsia="zh-CN"/>
        </w:rPr>
      </w:pPr>
      <w:r>
        <w:rPr>
          <w:lang w:eastAsia="zh-CN"/>
        </w:rPr>
        <w:t>　　请爱护我们的家园吧!这是地球母亲的呼唤，也是我们二十一世纪小主人的愿望。保护我们的家园吧!保护它就等于保护我们自己。一旦破坏了大自然的规律，就会遭到大自然的反击。我们的母亲河―黄河，不就是最好的见证吗?</w:t>
      </w:r>
      <w:r>
        <w:rPr>
          <w:lang w:eastAsia="zh-CN"/>
        </w:rPr>
        <w:br/>
      </w:r>
      <w:r>
        <w:rPr>
          <w:lang w:eastAsia="zh-CN"/>
        </w:rPr>
        <w:t>　　在数千年到数万年前，黄土高原乃至黄河流域，自然条件是非常好的，可与今日的江淮流域媲美。那时候，气候温暖，森林茂密，土地肥沃，尤其是下游一带的自然条件更好，所以，我们的祖先选择在这里生息繁衍。</w:t>
      </w:r>
      <w:r>
        <w:rPr>
          <w:lang w:eastAsia="zh-CN"/>
        </w:rPr>
        <w:br/>
      </w:r>
      <w:r>
        <w:rPr>
          <w:lang w:eastAsia="zh-CN"/>
        </w:rPr>
        <w:t>　　可是近20__年间，黄河决口1500次，改道26回，给两岸人民带来深重的灾难，成了一条多灾多难的祸河。它凶猛基烈，折腾得两岸百姓叫苦不迭，黄河成了中华民族的灾难。</w:t>
      </w:r>
      <w:r>
        <w:rPr>
          <w:lang w:eastAsia="zh-CN"/>
        </w:rPr>
        <w:br/>
      </w:r>
      <w:r>
        <w:rPr>
          <w:lang w:eastAsia="zh-CN"/>
        </w:rPr>
        <w:t>　　你可知道，这一切的一切又都是谁造成的吗?分析黄河变化的两方面原因：一是自秦朝以后，黄土高原气温转寒，加速了水土流失;二是人口迅速增长，无限制地开垦放牧，使森林毁灭，草原破坏，绿色的植被班到严重的破坏，致使黄土高原水土流失严重。想到这些我的心碎了，造成这一局面的很大程度上正是我们人类，正是我们手中的那把斧头，正是我们手中的牧羊鞭解铃还需系铃人，那就是我们人类共同保护环境，植树造林，爱护花草树木，绿化环境。请大家一起努力把我们的家园创建的更加美丽。</w:t>
      </w:r>
      <w:r>
        <w:rPr>
          <w:lang w:eastAsia="zh-CN"/>
        </w:rPr>
        <w:br/>
      </w:r>
      <w:r>
        <w:rPr>
          <w:lang w:eastAsia="zh-CN"/>
        </w:rPr>
        <w:t xml:space="preserve">    2024年学生演讲稿 篇17 </w:t>
      </w:r>
      <w:r>
        <w:rPr>
          <w:lang w:eastAsia="zh-CN"/>
        </w:rPr>
        <w:br/>
      </w:r>
      <w:r>
        <w:rPr>
          <w:lang w:eastAsia="zh-CN"/>
        </w:rPr>
        <w:t>　　走进初三，我们踌躇满志，年青是搏击风浪的船，昂扬而潇洒，作为年青的我们，应努力学习，扬帆起航；放飞自己的青春，用勤劳的汗水去铺就未来的成功之路。</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https://d.book118.com/786224005112010043</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6224005112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