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业务年终总结（30篇）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业务年终总结（精选30篇）</w:t>
      </w:r>
      <w:r>
        <w:rPr>
          <w:lang w:eastAsia="zh-CN"/>
        </w:rPr>
        <w:br/>
      </w:r>
      <w:r>
        <w:rPr>
          <w:lang w:eastAsia="zh-CN"/>
        </w:rPr>
        <w:t xml:space="preserve">    业务年终总结 篇1 </w:t>
      </w:r>
      <w:r>
        <w:rPr>
          <w:lang w:eastAsia="zh-CN"/>
        </w:rPr>
        <w:br/>
      </w:r>
      <w:r>
        <w:rPr>
          <w:lang w:eastAsia="zh-CN"/>
        </w:rPr>
        <w:t>　　我于20__年11月20日进入公司，在不到两个月的时间里，以自己以前的工作经验，我很快的适应了现在的工作环境，为了不延误工作进程，常常加班加点的做好自己的本职工作。并且在做好本职工作的同时努力学习公司文化，了解公司，争取在短时间内进入角色。</w:t>
      </w:r>
      <w:r>
        <w:rPr>
          <w:lang w:eastAsia="zh-CN"/>
        </w:rPr>
        <w:br/>
      </w:r>
      <w:r>
        <w:rPr>
          <w:lang w:eastAsia="zh-CN"/>
        </w:rPr>
        <w:t>　　我进入公司恰逢公司旺季，招标信息较多，为了不延误公司的生意，我们用比以往更多的时间来完成工作(比如投标文件的制作与校对等等)，力求更好。在这段繁忙的工作期间里，缪总事事都以身作则，亲力亲为，带领我们完成各项工作任务。我也从中看到了大家对工作的态度，他们吃苦耐劳，尽心尽力，使我感触良多。公司领导给予我很多的支持和鼓励， 并对于我的不足之处作出了客观的评价与指正，每一次的失误都让我看了我自己的不足与缺点，在新的一年，我会吸取每一次的经验，改正缺点，努力工作。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市场经济全球化和世界经济日益一体化的今天,职业装市场的不断扩大,许多国内企业纷纷涉足,竞争进入了白热化.业务部的同事们为了大力开拓市场,加大市场的占有率,锐而进取,充分利用现有的品牌优势,在保持原有客户关系网的基础上,不断开拓新市场,通过营销、电话沟通等方式努力寻找并收集信息来源,不辞劳苦登门拜访,确定目标,与客户培养感情,建立友好关系,为公司发展客户源，增加公司业绩。</w:t>
      </w:r>
      <w:r>
        <w:rPr>
          <w:lang w:eastAsia="zh-CN"/>
        </w:rPr>
        <w:br/>
      </w:r>
      <w:r>
        <w:rPr>
          <w:lang w:eastAsia="zh-CN"/>
        </w:rPr>
        <w:t>　　我来公司不到两个月，对部门今年的业绩不大清楚，下面就我在这两个月工作中对部门的了解总结如下：</w:t>
      </w:r>
      <w:r>
        <w:rPr>
          <w:lang w:eastAsia="zh-CN"/>
        </w:rPr>
        <w:br/>
      </w:r>
      <w:r>
        <w:rPr>
          <w:lang w:eastAsia="zh-CN"/>
        </w:rPr>
        <w:t>　　1、业务经理陈金桦努力拼搏、积极开拓，为公司提供了很多服装方面的信息，如招标文件，具体如下：</w:t>
      </w:r>
      <w:r>
        <w:rPr>
          <w:lang w:eastAsia="zh-CN"/>
        </w:rPr>
        <w:br/>
      </w:r>
      <w:r>
        <w:rPr>
          <w:lang w:eastAsia="zh-CN"/>
        </w:rPr>
        <w:t>　　2、业务员万欣在工作上尽心尽力，主动加班加点，协助我制作标书，其精神可嘉。其为公司提供的招标信息有：其中中标的有：</w:t>
      </w:r>
      <w:r>
        <w:rPr>
          <w:lang w:eastAsia="zh-CN"/>
        </w:rPr>
        <w:br/>
      </w:r>
      <w:r>
        <w:rPr>
          <w:lang w:eastAsia="zh-CN"/>
        </w:rPr>
        <w:t>　　3、业务员罗国荣成功接到的业务有：汕尾人民银行、海丰供电局、东风东小学、南方日报、广东省高级人民法院、广东省人民法院、广州市检查院、南方航空集团，成绩不错。但在跟进广州市农村信用社及各个联社上的业务进展不大。</w:t>
      </w:r>
      <w:r>
        <w:rPr>
          <w:lang w:eastAsia="zh-CN"/>
        </w:rPr>
        <w:br/>
      </w:r>
      <w:r>
        <w:rPr>
          <w:lang w:eastAsia="zh-CN"/>
        </w:rPr>
        <w:t>　　4、业务员李玲积极跟进业务，顺利完成广州电力分公司职业装的制作、送货及收款。协助参与省检、市检的投标。</w:t>
      </w:r>
      <w:r>
        <w:rPr>
          <w:lang w:eastAsia="zh-CN"/>
        </w:rPr>
        <w:br/>
      </w:r>
      <w:r>
        <w:rPr>
          <w:lang w:eastAsia="zh-CN"/>
        </w:rPr>
        <w:t>　　在取得成绩的同时，我们也要时刻保持清醒的头脑，认识到在工作中存在的不足和困难之处：</w:t>
      </w:r>
      <w:r>
        <w:rPr>
          <w:lang w:eastAsia="zh-CN"/>
        </w:rPr>
        <w:br/>
      </w:r>
      <w:r>
        <w:rPr>
          <w:lang w:eastAsia="zh-CN"/>
        </w:rPr>
        <w:t>　　一、 信息收集不足，有部分招标信息不能及时获知，致使临时加班加点赶制投标文件，在一定程度上有所影响。</w:t>
      </w:r>
      <w:r>
        <w:rPr>
          <w:lang w:eastAsia="zh-CN"/>
        </w:rPr>
        <w:br/>
      </w:r>
      <w:r>
        <w:rPr>
          <w:lang w:eastAsia="zh-CN"/>
        </w:rPr>
        <w:t>　　二、业务员在述标方面表达技巧尚显不足，需要加强</w:t>
      </w:r>
      <w:r>
        <w:rPr>
          <w:lang w:eastAsia="zh-CN"/>
        </w:rPr>
        <w:br/>
      </w:r>
      <w:r>
        <w:rPr>
          <w:lang w:eastAsia="zh-CN"/>
        </w:rPr>
        <w:t>　　培训，使其在述标的时候信心十足、游刃有余。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三、 各个部门的工作配合不到位，团队凝聚力不足。</w:t>
      </w:r>
      <w:r>
        <w:rPr>
          <w:lang w:eastAsia="zh-CN"/>
        </w:rPr>
        <w:br/>
      </w:r>
      <w:r>
        <w:rPr>
          <w:lang w:eastAsia="zh-CN"/>
        </w:rPr>
        <w:t>　　四、 部分员工公司荣誉感不强，需加强培养员工的集体荣誉感。</w:t>
      </w:r>
      <w:r>
        <w:rPr>
          <w:lang w:eastAsia="zh-CN"/>
        </w:rPr>
        <w:br/>
      </w:r>
      <w:r>
        <w:rPr>
          <w:lang w:eastAsia="zh-CN"/>
        </w:rPr>
        <w:t>　　新的一年里我为自己制定了新的目标，那就是要加紧学习，更好的充实自己，以饱满的精神状态来面对工作，迎接新时期的挑战。新的一年会有更多的机会和竞争在等着我们，我心里在暗暗的为自己鼓劲，要踏踏实实，要着眼于大局，与公司同进步同发展。我也会向其他同事学习，取长补短，相互交流好的工作经验，共同进步，争取更好的工作成绩。</w:t>
      </w:r>
      <w:r>
        <w:rPr>
          <w:lang w:eastAsia="zh-CN"/>
        </w:rPr>
        <w:br/>
      </w:r>
      <w:r>
        <w:rPr>
          <w:lang w:eastAsia="zh-CN"/>
        </w:rPr>
        <w:t xml:space="preserve">    业务年终总结 篇2 </w:t>
      </w:r>
      <w:r>
        <w:rPr>
          <w:lang w:eastAsia="zh-CN"/>
        </w:rPr>
        <w:br/>
      </w:r>
      <w:r>
        <w:rPr>
          <w:lang w:eastAsia="zh-CN"/>
        </w:rPr>
        <w:t>　　不知不觉，一年就过去了，作为业务总监就本年的工作进行以下总结：</w:t>
      </w:r>
      <w:r>
        <w:rPr>
          <w:lang w:eastAsia="zh-CN"/>
        </w:rPr>
        <w:br/>
      </w:r>
      <w:r>
        <w:rPr>
          <w:lang w:eastAsia="zh-CN"/>
        </w:rPr>
        <w:t>　　一、开展多项素质拓展活动以及技术活动</w:t>
      </w:r>
      <w:r>
        <w:rPr>
          <w:lang w:eastAsia="zh-CN"/>
        </w:rPr>
        <w:br/>
      </w:r>
      <w:r>
        <w:rPr>
          <w:lang w:eastAsia="zh-CN"/>
        </w:rPr>
        <w:t>　　俱乐部在20__年本着为俱乐部成员创建一种“俱乐部归宿感”的原则，开展了多项以俱乐部成员为意志的素质拓展以及技术活动，具体如下：</w:t>
      </w:r>
      <w:r>
        <w:rPr>
          <w:lang w:eastAsia="zh-CN"/>
        </w:rPr>
        <w:br/>
      </w:r>
      <w:r>
        <w:rPr>
          <w:lang w:eastAsia="zh-CN"/>
        </w:rPr>
        <w:t>　　1.3月20日俱乐部承办了OSU全国高校巡讲的西工大站的活动。邀请了开源社区专家PeterCheng做了一场精彩的技术讲座。</w:t>
      </w:r>
      <w:r>
        <w:rPr>
          <w:lang w:eastAsia="zh-CN"/>
        </w:rPr>
        <w:br/>
      </w:r>
      <w:r>
        <w:rPr>
          <w:lang w:eastAsia="zh-CN"/>
        </w:rPr>
        <w:t>　　2.3月21日俱乐部举办了第一届招聘经验交流会，邀请了院内多为签到Google，IBM等大公司的毕业生为研究生一二年级的同学讲述找工作经验，并从他们的角度给在座的同学提出了一些努力的方向。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3.4月4日腾讯俱乐部高校关系总监方琎老师来到学校为俱乐部的同学做了一次项目管理能力的培训，新颖的培训内容和方式使俱乐部同学受益匪浅。4月5日，俱乐部的部分同学前往西电参加了方琎老师在西电的座谈会。</w:t>
      </w:r>
      <w:r>
        <w:rPr>
          <w:lang w:eastAsia="zh-CN"/>
        </w:rPr>
        <w:br/>
      </w:r>
      <w:r>
        <w:rPr>
          <w:lang w:eastAsia="zh-CN"/>
        </w:rPr>
        <w:t>　　4.9月18日俱乐部与计算机学院研究生会联合举办了面向研究生招新宣传工作。在俱乐部的宣传板块中，对今年腾讯夏令营和目前俱乐部的发展，日常活动等做了介绍。此次活动起到了很好的宣传作用，为招新奠定了基础。</w:t>
      </w:r>
      <w:r>
        <w:rPr>
          <w:lang w:eastAsia="zh-CN"/>
        </w:rPr>
        <w:br/>
      </w:r>
      <w:r>
        <w:rPr>
          <w:lang w:eastAsia="zh-CN"/>
        </w:rPr>
        <w:t>　　5.10月12日俱乐部对报名俱乐部的研究生同学进行了统一的面试，通过面试了解新成员的一些基本情况。同时通过一些互动交流的小游戏让新成员感受俱乐部的气氛。</w:t>
      </w:r>
      <w:r>
        <w:rPr>
          <w:lang w:eastAsia="zh-CN"/>
        </w:rPr>
        <w:br/>
      </w:r>
      <w:r>
        <w:rPr>
          <w:lang w:eastAsia="zh-CN"/>
        </w:rPr>
        <w:t>　　6.11月3日—4日俱乐部在学校进行了面向全校研究生和本科生的招新宣传工作，将俱乐部从计算机学院推向了全校，从研究生扩大到了本科生。</w:t>
      </w:r>
      <w:r>
        <w:rPr>
          <w:lang w:eastAsia="zh-CN"/>
        </w:rPr>
        <w:br/>
      </w:r>
      <w:r>
        <w:rPr>
          <w:lang w:eastAsia="zh-CN"/>
        </w:rPr>
        <w:t>　　7.11月5日俱乐部开展了项目创意的头脑风暴，在俱乐部中征集俱乐部长期运营的技术项目，最后形成了TIC—Reminder和TIC生活网两个项目创意。11月6日，俱乐部成员在操场通过摆人体模型的方式表达对腾讯公司__周年的祝福。</w:t>
      </w:r>
      <w:r>
        <w:rPr>
          <w:lang w:eastAsia="zh-CN"/>
        </w:rPr>
        <w:br/>
      </w:r>
      <w:r>
        <w:rPr>
          <w:lang w:eastAsia="zh-CN"/>
        </w:rPr>
        <w:t>　　8.11月23日俱乐部召开了全校的会员大会，本次大会召集了俱乐部两个阶段招新的成员。大会介绍了腾讯的企业文化，对LOGO征集进行了颁奖，通过一些游戏增进了大家的相互熟悉和了解。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9.俱乐部成员在技术部门的带动下开展了创新项目的研发活动，3D物流游戏，网上试衣系统等等。通过这些项目来带动俱乐部的发展，增强俱乐部的凝聚力。</w:t>
      </w:r>
      <w:r>
        <w:rPr>
          <w:lang w:eastAsia="zh-CN"/>
        </w:rPr>
        <w:br/>
      </w:r>
      <w:r>
        <w:rPr>
          <w:lang w:eastAsia="zh-CN"/>
        </w:rPr>
        <w:t>　　二、俱乐部的人员结构调整</w:t>
      </w:r>
      <w:r>
        <w:rPr>
          <w:lang w:eastAsia="zh-CN"/>
        </w:rPr>
        <w:br/>
      </w:r>
      <w:r>
        <w:rPr>
          <w:lang w:eastAsia="zh-CN"/>
        </w:rPr>
        <w:t>　　1.换届：在上一年度的工作中表现突出的成员在征求学院和上一届俱乐部干部意见之后担任了新一届俱乐部的主要管理职位，在换届的同时做好了交接工作。</w:t>
      </w:r>
      <w:r>
        <w:rPr>
          <w:lang w:eastAsia="zh-CN"/>
        </w:rPr>
        <w:br/>
      </w:r>
      <w:r>
        <w:rPr>
          <w:lang w:eastAsia="zh-CN"/>
        </w:rPr>
        <w:t>　　2.招新：本年度俱乐部的招新工作分为三步进行。首先在研究生新生入学时与研究生会一起发放申请表和宣传资料，然后通过招新宣传报告会在院内本科生中进行宣传，同时接收俱乐部的申请表。最后在完善俱乐部的体制之后在全校范围内进行招新，吸收了对计算机相关技术感兴趣的其他专业同学加入俱乐部。</w:t>
      </w:r>
      <w:r>
        <w:rPr>
          <w:lang w:eastAsia="zh-CN"/>
        </w:rPr>
        <w:br/>
      </w:r>
      <w:r>
        <w:rPr>
          <w:lang w:eastAsia="zh-CN"/>
        </w:rPr>
        <w:t>　　三、俱乐部的LOGO征集</w:t>
      </w:r>
      <w:r>
        <w:rPr>
          <w:lang w:eastAsia="zh-CN"/>
        </w:rPr>
        <w:br/>
      </w:r>
      <w:r>
        <w:rPr>
          <w:lang w:eastAsia="zh-CN"/>
        </w:rPr>
        <w:t>　　为了更好的在学校宣传俱乐部，在同学之中建立俱乐部的形象，俱乐部在招新结束之后在俱乐部开展了LOGO征集大赛，对提交的作品进行了人气评比和专业评分。最后选出了俱乐部的LOGO，以后俱乐部的LOGO将会大量的运用到俱乐部的各中宣传当中。</w:t>
      </w:r>
      <w:r>
        <w:rPr>
          <w:lang w:eastAsia="zh-CN"/>
        </w:rPr>
        <w:br/>
      </w:r>
      <w:r>
        <w:rPr>
          <w:lang w:eastAsia="zh-CN"/>
        </w:rPr>
        <w:t>　　四、俱乐部的宣传工作</w:t>
      </w:r>
      <w:r>
        <w:rPr>
          <w:lang w:eastAsia="zh-CN"/>
        </w:rPr>
        <w:br/>
      </w:r>
      <w:r>
        <w:rPr>
          <w:lang w:eastAsia="zh-CN"/>
        </w:rPr>
        <w:t>　　俱乐部的Qzone现已成为了俱乐部的主要宣传途径，新学年开始以来，俱乐部就形成了以Qzone为主宣传方式。俱乐部的日常活动和相关新闻都会在及时发布到Qzone，通过高校关系的官方Qzone链接分享给全国高校的学生。同时俱乐部的活动也会以Qzone相同的内容发布到TIC的Qbar。</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在校内，俱乐部每次活动都会以新闻的方式投稿到学校青春驿站，学生之友，翱翔网等校内主流媒体。</w:t>
      </w:r>
      <w:r>
        <w:rPr>
          <w:lang w:eastAsia="zh-CN"/>
        </w:rPr>
        <w:br/>
      </w:r>
      <w:r>
        <w:rPr>
          <w:lang w:eastAsia="zh-CN"/>
        </w:rPr>
        <w:t>　　五、做好腾讯公司相关的优秀学生推荐</w:t>
      </w:r>
      <w:r>
        <w:rPr>
          <w:lang w:eastAsia="zh-CN"/>
        </w:rPr>
        <w:br/>
      </w:r>
      <w:r>
        <w:rPr>
          <w:lang w:eastAsia="zh-CN"/>
        </w:rPr>
        <w:t>　　今年公司通过俱乐部发布了实习生招募，夏令营学生推荐，以及校园招聘推荐等信息。俱乐部将这些信息及时的反馈到了同学当中，通过严格的筛选将优秀学生推荐给公司参与相关的活动。</w:t>
      </w:r>
      <w:r>
        <w:rPr>
          <w:lang w:eastAsia="zh-CN"/>
        </w:rPr>
        <w:br/>
      </w:r>
      <w:r>
        <w:rPr>
          <w:lang w:eastAsia="zh-CN"/>
        </w:rPr>
        <w:t>　　六、总结与展望</w:t>
      </w:r>
      <w:r>
        <w:rPr>
          <w:lang w:eastAsia="zh-CN"/>
        </w:rPr>
        <w:br/>
      </w:r>
      <w:r>
        <w:rPr>
          <w:lang w:eastAsia="zh-CN"/>
        </w:rPr>
        <w:t>　　20__年是西北工业大学腾讯创新技术俱乐部快速发展的一年，俱乐部的体制结构相比于20__年有了较大进步，开展的活动也更符合俱乐部同学的期望。俱乐部在招新的时候收集同学们对于俱乐部的期望，日后的活动都会按照同学们的期望来开展。俱乐部也形成每次活动均设有互动小游戏环节，通过这样的方式，在俱乐部中建立了良好的归宿感，营造了和谐的俱乐部的氛围。</w:t>
      </w:r>
      <w:r>
        <w:rPr>
          <w:lang w:eastAsia="zh-CN"/>
        </w:rPr>
        <w:br/>
      </w:r>
      <w:r>
        <w:rPr>
          <w:lang w:eastAsia="zh-CN"/>
        </w:rPr>
        <w:t>　　新的一年里，俱乐部将继续保持上一年的优秀传统，并积极开拓创新。除了配合腾讯创新设计大赛开展多项技术交流活动之外，也将辅以一些文化类的素质拓展训练，另外针对本科生低年级的同学也会开展一些辅导性质的讲座。在活动开展的同学也会进一步的增加宣传途径，扩大俱乐部的影响。</w:t>
      </w:r>
      <w:r>
        <w:rPr>
          <w:lang w:eastAsia="zh-CN"/>
        </w:rPr>
        <w:br/>
      </w:r>
      <w:r>
        <w:rPr>
          <w:lang w:eastAsia="zh-CN"/>
        </w:rPr>
        <w:t xml:space="preserve">    业务年终总结 篇3 </w:t>
      </w:r>
      <w:r>
        <w:rPr>
          <w:lang w:eastAsia="zh-CN"/>
        </w:rPr>
        <w:br/>
      </w:r>
      <w:r>
        <w:rPr>
          <w:lang w:eastAsia="zh-CN"/>
        </w:rPr>
        <w:t>　　我于时候进入市场部，并于被任命市场部主管，和公司一起度过了两年的岁月，现在我将这期间的工作做个汇报，恳请大家对我的工作多提宝贵的意见和建议。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我市场部主要是以电话业务为主、网络为辅助开展工作。前期就是通过我们打出去的每一个电话，来寻找意向客户。</w:t>
      </w:r>
      <w:r>
        <w:rPr>
          <w:lang w:eastAsia="zh-CN"/>
        </w:rPr>
        <w:t xml:space="preserve"> 为建立信任的关系，与每个客户进行交流、沟通。让其从心底感觉到我们无论何时都是在为他们服务，是以帮助他们为主，本着“我们能做到的就一定去做，我们能协调的尽量去做”的原则来开展工作。</w:t>
      </w:r>
      <w:r>
        <w:rPr>
          <w:lang w:eastAsia="zh-CN"/>
        </w:rPr>
        <w:br/>
      </w:r>
      <w:r>
        <w:rPr>
          <w:lang w:eastAsia="zh-CN"/>
        </w:rPr>
        <w:t>　　这样，在业务工作基本完成的情况下，不仅满足他们的需求，得到我们应得的利益。而且通过我们的产品，我们的服务赢得他们的信任。取得下次合作的机会。</w:t>
      </w:r>
      <w:r>
        <w:rPr>
          <w:lang w:eastAsia="zh-CN"/>
        </w:rPr>
        <w:br/>
      </w:r>
      <w:r>
        <w:rPr>
          <w:lang w:eastAsia="zh-CN"/>
        </w:rPr>
        <w:t>　　就像春节前后，我部门员工将工作衔接的非常好，丝毫不受外界因素的干扰，就能做到处在某个特殊阶段就能做好这一阶段的事情，不管是客户追踪还是服务，依然能够坚持用心、用品质去做。20__年的工作及任务已经确定。所有的计划都已经落实，严格按照计划之内的事情去做这是必然的。相信即便是在以后的过程中遇到问题，我们也会选择用最快的速度和最好的方式来解决。</w:t>
      </w:r>
      <w:r>
        <w:rPr>
          <w:lang w:eastAsia="zh-CN"/>
        </w:rPr>
        <w:br/>
      </w:r>
      <w:r>
        <w:rPr>
          <w:lang w:eastAsia="zh-CN"/>
        </w:rPr>
        <w:t>　　20__年，在懵懂中走过来。我自己也是深感压力重重，无所适从。但是我遇到了好的领导和一个属于我的团队。他们的帮助和包容是我个人现阶段成长的重要因素。也是我在参加工作的这段时间里对于做人和做事的理解中收获最多的一年。</w:t>
      </w:r>
      <w:r>
        <w:rPr>
          <w:lang w:eastAsia="zh-CN"/>
        </w:rPr>
        <w:br/>
      </w:r>
      <w:r>
        <w:rPr>
          <w:lang w:eastAsia="zh-CN"/>
        </w:rPr>
        <w:t>　　过去的已经过去。每一年都是一个新的起点，一个新的开始。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今年的工作中，以“勤于业务，专于专业”为中心，我和我组成员要做到充分利用业余时间，无论是在专业知识方面，还是在营销策略方面，采取多样化形式，多找书籍，多看，多学。开拓视野，丰富知识。让大家把学到的理论与客户交流相结合，多用在实践上，用不同的方式方法，让每个人找到适合自己的工作方式，然后相辅相成，让团队的力量在业绩的体现中发挥最大作用。为团队的合作和发展补充新鲜的血液和能量。同时在必须要提高自己的能力、素质、业绩的过程中。</w:t>
      </w:r>
      <w:r>
        <w:rPr>
          <w:lang w:eastAsia="zh-CN"/>
        </w:rPr>
        <w:br/>
      </w:r>
      <w:r>
        <w:rPr>
          <w:lang w:eastAsia="zh-CN"/>
        </w:rPr>
        <w:t>　　以“带出优秀的团队”为己任，要站在前年、去年所取得的经验基础之上。创今年业绩的同时，让每个人的能力、素质都有提升，都要锻炼出自己独立、较强的业务工作能力。将来无论是做什么，都能做到让领导放心、满意。 走进这个竞争激烈的社会，我们每个人都要学会如何生存?不论做什么。拥有健康、乐观、积极向上的工作态度最主要。学做人，学做事。学会用自己的头脑去做事，学会用自己的智慧去解决问题。既然选择了这个职业，这份工作，那就要尽心尽力地做好。这也是对自己的一个责任。</w:t>
      </w:r>
      <w:r>
        <w:rPr>
          <w:lang w:eastAsia="zh-CN"/>
        </w:rPr>
        <w:br/>
      </w:r>
      <w:r>
        <w:rPr>
          <w:lang w:eastAsia="zh-CN"/>
        </w:rPr>
        <w:t>　　通过这两年的工作，我感同身受。我看到了公司所发生的变化。也感觉到了公司必然要向前发展的一种决心。我相信：“公司的战略是清晰的，定位是准确的，决策是正确的”因此，在今后的工作中，我会带领市场一部全体员工随着公司的发展适时的调整自己，及时正确的找到自己的角色和位置。为公司在蓬勃发展的过程中尽我们个人的微薄之力。 回首过去，我们热情洋溢;展望未来，我们斗志昂扬。新的一年，新的祝福，新的期待：今天，市场一部因为在此工作而骄傲;明天，市场一部会让公司因为我们的工作而自豪! 我的发言完毕，谢谢! 篇二：食品销售经理工作总结</w:t>
      </w:r>
      <w:r>
        <w:rPr>
          <w:lang w:eastAsia="zh-CN"/>
        </w:rPr>
        <w:br/>
      </w:r>
      <w:r>
        <w:rPr>
          <w:lang w:eastAsia="zh-CN"/>
        </w:rPr>
        <w:t>　　一、__公司__项目的成员组成：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营销部销售人员比较年青，工作上虽然充满干劲、有激情和一定的亲和力，但在经验上存在不足，尤其在处理突发事件和一些新问题上存在着较大的欠缺。通过前期的项目运作，销售人员从能力和对项目的理解上都有了很大的提高，今后会通过对销售人员的培训和内部的人员的调整来解决这一问题。</w:t>
      </w:r>
      <w:r>
        <w:rPr>
          <w:lang w:eastAsia="zh-CN"/>
        </w:rPr>
        <w:br/>
      </w:r>
      <w:r>
        <w:rPr>
          <w:lang w:eastAsia="zh-CN"/>
        </w:rPr>
        <w:t>　　由于对甲方在企业品牌和楼盘品牌的运作思路上存在磨合，导致营销部的资源配置未能充分到位，通过前段工作紧锣密鼓的开展和双方不断的沟通和交流，这一问题已得到了解决。</w:t>
      </w:r>
      <w:r>
        <w:rPr>
          <w:lang w:eastAsia="zh-CN"/>
        </w:rPr>
        <w:br/>
      </w:r>
      <w:r>
        <w:rPr>
          <w:lang w:eastAsia="zh-CN"/>
        </w:rPr>
        <w:t>　　二、营销部的工作协调和责权明确</w:t>
      </w:r>
      <w:r>
        <w:rPr>
          <w:lang w:eastAsia="zh-CN"/>
        </w:rPr>
        <w:br/>
      </w:r>
      <w:r>
        <w:rPr>
          <w:lang w:eastAsia="zh-CN"/>
        </w:rPr>
        <w:t>　　由于协调不畅，营销部的很多工作都存在着拖沓、扯皮的现象，这一方面作为__公司的领导，我有很大的责任。协调不畅或沟通不畅都会存在工作方向上大小不一致，久而久之双方会在思路和工作目标上产生很大的分歧，颇有些积重难返的感觉，好在知道了问题的严重性，我们正在积极着手这方面的工作，力求目标一致、简洁高效。</w:t>
      </w:r>
      <w:r>
        <w:rPr>
          <w:lang w:eastAsia="zh-CN"/>
        </w:rPr>
        <w:br/>
      </w:r>
      <w:r>
        <w:rPr>
          <w:lang w:eastAsia="zh-CN"/>
        </w:rPr>
        <w:t>　　但在营销部工作的责、权方面仍存在着不明确的问题，我认为营销部的工作要有一定的权限，只履行销售程序，问题无论大小都要请示甲方，势必会造成效率低，对一些问题的把控上也会对销售带来负面影响，这样营销部工作就会很被动，建立一种责权明确、工作程序清晰的制度，是我们下一步工作的重中之重。</w:t>
      </w:r>
      <w:r>
        <w:rPr>
          <w:lang w:eastAsia="zh-CN"/>
        </w:rPr>
        <w:br/>
      </w:r>
      <w:r>
        <w:rPr>
          <w:lang w:eastAsia="zh-CN"/>
        </w:rPr>
        <w:t>　　三、关于会议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会议是一项很重要的工作环节和内容，但是无论我们公司内部的会议还是与开发公司的会议效果都不是很理想，这与我们公司在会议内容和会议的形式以及参加人员的`安排上不明确是有关系的。现在我们想通过专题会议、领导层会议和大会议等不同的组织形式，有针对性的解决这一问题，另外可以不在会上提议的问题，我们会积极与开发公司在下面沟通好，这样会更有利于问题的解决。</w:t>
      </w:r>
      <w:r>
        <w:rPr>
          <w:lang w:eastAsia="zh-CN"/>
        </w:rPr>
        <w:br/>
      </w:r>
      <w:r>
        <w:rPr>
          <w:lang w:eastAsia="zh-CN"/>
        </w:rPr>
        <w:t>　　四、营销部的管理</w:t>
      </w:r>
      <w:r>
        <w:rPr>
          <w:lang w:eastAsia="zh-CN"/>
        </w:rPr>
        <w:br/>
      </w:r>
      <w:r>
        <w:rPr>
          <w:lang w:eastAsia="zh-CN"/>
        </w:rPr>
        <w:t>　　前一阶段由于工作集中、紧迫，营销部在管理上也是就事论事，太多靠大家的自觉性来完成的，没有过多的靠规定制度来进行管理，这潜伏了很大的危机，有些人在思想上和行动上都存在了问题。以后我们会通过加强内部管理、完善管理制度和思想上多交流，了解真实想法来避免不利于双方合作和项目运作的事情发生。</w:t>
      </w:r>
      <w:r>
        <w:rPr>
          <w:lang w:eastAsia="zh-CN"/>
        </w:rPr>
        <w:br/>
      </w:r>
      <w:r>
        <w:rPr>
          <w:lang w:eastAsia="zh-CN"/>
        </w:rPr>
        <w:t>　　以上只是粗略的工作总结，由于时间仓促会有很多不是之处，希望贵公司能给于指正，我们会予以极大的重视，并会及时解决，最后祝双方合作愉快、项目圆满成功。 篇三：食品销售经理工作总结今年的月饼销售工作已经结束，在公司领导班子的正确领导下，在各科室的积极配合下，在整个营销团队的不懈努力下，销售工作虽然取得了一定的成绩，但我们深知离领导的要求还相差甚远，为寻找差距，总结不足，积累经验，给明年的工作打下基础，业务部特做如下总结：</w:t>
      </w:r>
      <w:r>
        <w:rPr>
          <w:lang w:eastAsia="zh-CN"/>
        </w:rPr>
        <w:br/>
      </w:r>
      <w:r>
        <w:rPr>
          <w:lang w:eastAsia="zh-CN"/>
        </w:rPr>
        <w:t>　　一、关于包装：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今年的内包装虽然做了专门设计，比去年前进了一步，但与顾客的要求仍有差距，消费者反映我们的内包装透明度与亮度不够，他们的对比对象是与。还有饼块，虽然我们的单块重量多于竟品，但在感观上却小于竟品，原因是竟品的饼薄而大，咱们的是厚而小。明年我们应改换模具，做出合适的饼块来，以有利于市场竞争。今年，客户普遍反映我们的外包装产品单调，不成系列，缺少卖相，零售在100元左右的礼品盒缺少，影响了在商超的销售。中国红与喜悦秋色两款，虽有__村商标，但市场上相似包装礼盒比比皆是，与竟品不能形成差异。明年，我们要提前着手设计__村专版，把__村的企业文化与鲜明特色附着在产品包装上，与竟品形成鲜明对比，争取上市后让顾客感觉耳目一新、物有所值。</w:t>
      </w:r>
      <w:r>
        <w:rPr>
          <w:lang w:eastAsia="zh-CN"/>
        </w:rPr>
        <w:br/>
      </w:r>
      <w:r>
        <w:rPr>
          <w:lang w:eastAsia="zh-CN"/>
        </w:rPr>
        <w:t>　　二、关于口味及其它</w:t>
      </w:r>
      <w:r>
        <w:rPr>
          <w:lang w:eastAsia="zh-CN"/>
        </w:rPr>
        <w:br/>
      </w:r>
      <w:r>
        <w:rPr>
          <w:lang w:eastAsia="zh-CN"/>
        </w:rPr>
        <w:t>　　目前，我们的口味偏少，品种单一，明年，我们应按市场需求，在水果、杂粮、无糖等口味上下功夫创制新品，使之形成系列，以满足顾客的需要。还有保质期，现在的消费者越来越注重生产日期和保质期，我们希望在生产和技术部门的配合下，把我们的保质期增加到100天左右。因为今年的生产比较集中，9月中旬，我们销售的散饼还基本上是8月份的生产日期，对此，消费者提了不少意见，希望明年能够改变这一现象。</w:t>
      </w:r>
      <w:r>
        <w:rPr>
          <w:lang w:eastAsia="zh-CN"/>
        </w:rPr>
        <w:br/>
      </w:r>
      <w:r>
        <w:rPr>
          <w:lang w:eastAsia="zh-CN"/>
        </w:rPr>
        <w:t>　　三、关于价位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根据市场反馈的情况，现在大众消费的散饼多在2至4元之间，我们也应据此制定出相应的价格体系，以迎合大众的消费心理。目前，以我们现有的包装，经销商那儿的利润偏少，这与其它品牌的经销商所得利润形成了巨大反差，如果不依赖客户对我们的忠诚与让他们感觉满意的售后服务，他们极易动摇。所以，我们应着眼将来，制定出合理的利润分配点，争取让他们每年都有钱可赚，提增信心，忠于品牌。</w:t>
      </w:r>
      <w:r>
        <w:rPr>
          <w:lang w:eastAsia="zh-CN"/>
        </w:rPr>
        <w:br/>
      </w:r>
      <w:r>
        <w:rPr>
          <w:lang w:eastAsia="zh-CN"/>
        </w:rPr>
        <w:t>　　四、品牌定位</w:t>
      </w:r>
      <w:r>
        <w:rPr>
          <w:lang w:eastAsia="zh-CN"/>
        </w:rPr>
        <w:br/>
      </w:r>
      <w:r>
        <w:rPr>
          <w:lang w:eastAsia="zh-CN"/>
        </w:rPr>
        <w:t>　　__村月饼虽然在市场上销售了两年，但我们应该对自己在小学、__省所处的位置有个清醒的认识，除在、月饼市场上属于领导型品牌外，我们在其它市场上的表现还远远不够，在家门口的__市，虽然经过了连续两年的市场运作，但我们现在却属于挑战型品牌，在、等地市场我们连追随型品牌都算不上，只能伦为补缺型品牌，在省会，虽然今年尝式着进入了流通领域，但表现平平，无所建树。所以，我们的任务非常艰巨，可以说任重而道远。</w:t>
      </w:r>
      <w:r>
        <w:rPr>
          <w:lang w:eastAsia="zh-CN"/>
        </w:rPr>
        <w:br/>
      </w:r>
      <w:r>
        <w:rPr>
          <w:lang w:eastAsia="zh-CN"/>
        </w:rPr>
        <w:t>　　五、关于市场宣传</w:t>
      </w:r>
      <w:r>
        <w:rPr>
          <w:lang w:eastAsia="zh-CN"/>
        </w:rPr>
        <w:br/>
      </w:r>
      <w:r>
        <w:rPr>
          <w:lang w:eastAsia="zh-CN"/>
        </w:rPr>
        <w:t>　　明年，我们应该借鉴竟品的市场操作经验，印制带有自己商标的背靠背手提袋，不求华丽，但求实用，因为每年都得需要，可大批量印刷，以降低成本。也应考虑印制彩色吊旗、桌围、一拉宝展示架，以在商超悬挂、外卖展示，增加消费者对__村月饼的认知度，还应考虑在局部市场做广告宣传，以提升品牌形象，增加产品的知名度。__村商标在__省拥有广泛的知名度，但具体到月饼，有的市场还鲜有人知，我们应该找到一个合理的切入点，制造点噱头出来，然后广泛宣传，达到在__人所共知__村月饼的目的。</w:t>
      </w:r>
      <w:r>
        <w:rPr>
          <w:lang w:eastAsia="zh-CN"/>
        </w:rPr>
        <w:br/>
      </w:r>
      <w:r>
        <w:rPr>
          <w:lang w:eastAsia="zh-CN"/>
        </w:rPr>
        <w:t>　　六、关于团购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现在，各个月饼生产厂家都在细分市场上做文章，因为我们进入市场较晚，只能边干边学，今年通过伟毫的努力，走了几单团购，算是在这方面做了些许尝试，明年，我们要在这方面提前准备，利用各个方面的人脉资源，重点攻关，力争在团购中有所成绩。</w:t>
      </w:r>
      <w:r>
        <w:rPr>
          <w:lang w:eastAsia="zh-CN"/>
        </w:rPr>
        <w:br/>
      </w:r>
      <w:r>
        <w:rPr>
          <w:lang w:eastAsia="zh-CN"/>
        </w:rPr>
        <w:t>　　七、关于队伍建设</w:t>
      </w:r>
      <w:r>
        <w:rPr>
          <w:lang w:eastAsia="zh-CN"/>
        </w:rPr>
        <w:br/>
      </w:r>
      <w:r>
        <w:rPr>
          <w:lang w:eastAsia="zh-CN"/>
        </w:rPr>
        <w:t>　　明年要扩大市场，以现有的业务队伍，个别人在综合素质、个人能力上还有所欠缺，但在一个团队中，个人能力最低的那块短板往往决定着这个团队的综合实力。所以，提高个人能力和素质成了今后主要考虑的事情，从现在开始，我们就要着手业务队伍的建设工作，有能力的继续提高，无能力的加紧学习充电，实在不适合月饼销售工作的人员，要坚决调整工作岗位。</w:t>
      </w:r>
      <w:r>
        <w:rPr>
          <w:lang w:eastAsia="zh-CN"/>
        </w:rPr>
        <w:br/>
      </w:r>
      <w:r>
        <w:rPr>
          <w:lang w:eastAsia="zh-CN"/>
        </w:rPr>
        <w:t>　　八、关于网络建设</w:t>
      </w:r>
      <w:r>
        <w:rPr>
          <w:lang w:eastAsia="zh-CN"/>
        </w:rPr>
        <w:br/>
      </w:r>
      <w:r>
        <w:rPr>
          <w:lang w:eastAsia="zh-CN"/>
        </w:rPr>
        <w:t>　　除了继续对、__市场进行巩固以外，明年，我们还将继续对__店、等现有市场进行深入开发。在地深耕，永续经营。把市场做细，让__村月饼在以上市场有所作为。除此之外，我们还将合理制定规划，开发新的市场，寻找合适的合作伙伴，今年，我们在__市场获得了教训，原想跟着大客户当个学生，学点市场销售经验，现在看来，还得培养自己的客户，像李小，许_杨，邓_段，能够充分理解我们的意图，积极配合我们的行动，厂商一家，合力行动，实现共赢。只有拥有了这样一支忠实的客户队伍，我们才算建立了自己稳定的月饼销售网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成绩属于过去，明年的工作光光荣而艰巨，我们相信，在公司领导的正确领导下，在大家的共同努力下，我们有信心，有能力让__村月饼在__市场全面开花，全线飘红。为共产主义小社区建设继续做出我们应有的贡献。</w:t>
      </w:r>
      <w:r>
        <w:rPr>
          <w:lang w:eastAsia="zh-CN"/>
        </w:rPr>
        <w:br/>
      </w:r>
      <w:r>
        <w:rPr>
          <w:lang w:eastAsia="zh-CN"/>
        </w:rPr>
        <w:t xml:space="preserve">    业务年终总结 篇4 </w:t>
      </w:r>
      <w:r>
        <w:rPr>
          <w:lang w:eastAsia="zh-CN"/>
        </w:rPr>
        <w:br/>
      </w:r>
      <w:r>
        <w:rPr>
          <w:lang w:eastAsia="zh-CN"/>
        </w:rPr>
        <w:t>　　日月轮回又一年，在这个即将辞旧迎新的日子里，我们再次来到长江岸边的美丽城市宜昌，参加__陶瓷湖北基地20__年经销商财富年会，我们非常感谢广东__公司和湖北保加利公司给我们来自全国各地的经销商提供这样一个学习和交流的平台!</w:t>
      </w:r>
      <w:r>
        <w:rPr>
          <w:lang w:eastAsia="zh-CN"/>
        </w:rPr>
        <w:br/>
      </w:r>
      <w:r>
        <w:rPr>
          <w:lang w:eastAsia="zh-CN"/>
        </w:rPr>
        <w:t>　　从20__年9月基地奠基到今年3月正式投产，再到今天参加首次全国经销商年会，我已经多次来到__陶瓷湖北生产基地，当初临时搭建的奠基台已经变为一座座高大的厂房，当初振奋入耳的鞭炮锣鼓声已变为隆隆的机器轰鸣声，而当初一马平川的裸露的黄土地上，代之而起的是一批批、一垛垛的即将走向全国各地的新产品!这些变化让我们看到了__陶瓷的新的曙光!我再次感谢__公司给我们经销商带来新的发展机会!</w:t>
      </w:r>
      <w:r>
        <w:rPr>
          <w:lang w:eastAsia="zh-CN"/>
        </w:rPr>
        <w:br/>
      </w:r>
      <w:r>
        <w:rPr>
          <w:lang w:eastAsia="zh-CN"/>
        </w:rPr>
        <w:t>　　湖北基地__销售老总冉明先生让我在这里代表经销商发言，我的确感到非常有愧，因为</w:t>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我这个人，年龄不在人之下，水平不在人之上，在这个台子上发言，真是有点班门弄斧了，中国有句成语叫“山中无老虎，猴子称大王”，今天应该改一改，叫山中老虎多了猴子称大王，为什么呢?应为在座的各位经销商几乎都要比我们南阳经销商做的好，都是“老虎”，冉总一时不知道该让哪一位老总来讲，一个个讲时间太长，两天也讲不完，找一个来讲吧，又恐“老虎内讧”，冉总只好找到我这只做的不怎么好的“猴子”经销商来讲，既节约了时间，又避免了“老虎内讧”，还给了我很足的面子(开个玩笑)!但公司领导既然给了我这么大的荣誉，给了我这么大的鼓励，我就在这里摆弄几句，抛砖引玉，和大家交流一下。</w:t>
      </w:r>
      <w:r>
        <w:rPr>
          <w:lang w:eastAsia="zh-CN"/>
        </w:rPr>
        <w:br/>
      </w:r>
      <w:r>
        <w:rPr>
          <w:lang w:eastAsia="zh-CN"/>
        </w:rPr>
        <w:t>　　我来自河南的一座经济欠发达的城市南阳市，穷到什么程度呢，全市将近一半的县市是贫困县，至今平均房价仍徘徊在3000元上下，大家可以想象，一个平均房价3000元的地方，它的消费能力如何了。人们上街采购东西专拣简陋的门店进，认为装修豪华的店面肯定东西贵，不敢进。一片800规格的抛光砖，报价60元，就能吓走80%的顾客……</w:t>
      </w:r>
      <w:r>
        <w:rPr>
          <w:lang w:eastAsia="zh-CN"/>
        </w:rPr>
        <w:br/>
      </w:r>
      <w:r>
        <w:rPr>
          <w:lang w:eastAsia="zh-CN"/>
        </w:rPr>
        <w:t>　　就是这么一座城市，就是这么一群消费者，我在20__年开始从事陶瓷生意的就侯，起点就定位于中高档产品，我是怀揣着5万元来到佛山，寻找合作伙伴，走在佛山石南大道上，看到了__陶瓷“艺术穿越时空” 这幅宣传广告，我为这幅广告语打动，因为一个能将艺术、历史和陶瓷结合在一起作为企业理念的品牌，这个品牌一定会长盛不衰!于是，我毅然下定了决心，就做他了——__，就这么一个选择，我一干是十年，同__合作的这十年，尽管有风风雨雨、尽管遇到过坎坎坷坷、尽管也有起伏，但一步一个脚印，我们一直在发展……从当初我刚刚涉足陶瓷时区区60平米的夫妻小店发展到如今400多平方两个门店，从抛光砖瓷片两个产品发展到七个大类一百多品种，进货量从开始的二三十万发展到如今年近500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现在非常感谢__这个品牌、甚至可以说非常崇拜这个品牌，为什么呢?因为是__陶瓷让我摆脱了当年下岗后的困惑烦恼、因为是__让我走上了致富之路、更因为是__能够让我在今天这么荣幸的和在座的领导和这么多优秀的老总们坐在一起，体会成功后的喜悦……</w:t>
      </w:r>
      <w:r>
        <w:rPr>
          <w:lang w:eastAsia="zh-CN"/>
        </w:rPr>
        <w:br/>
      </w:r>
      <w:r>
        <w:rPr>
          <w:lang w:eastAsia="zh-CN"/>
        </w:rPr>
        <w:t>　　我的成功靠什么呢?我想，靠的就是三句话十二个字，相信品牌，相信市场，相信自己。</w:t>
      </w:r>
      <w:r>
        <w:rPr>
          <w:lang w:eastAsia="zh-CN"/>
        </w:rPr>
        <w:br/>
      </w:r>
      <w:r>
        <w:rPr>
          <w:lang w:eastAsia="zh-CN"/>
        </w:rPr>
        <w:t>　　品牌的选择是不容易的，一旦选准了，就要义无反顾的做下去、做好它，就像家里安了数字电视，一两百个台，手上拿着遥控器换来换去，不知该选哪个，等选好了，也差不多演完了;再好像我们在这个半山酒店，一个五星级酒店享受高档的自助餐，端着盘子选来选去，不知道吃什么好，终于找到一款可口的，可已经快让其他客人抢完了，不过，自助餐没有了，可以让服务员再上，而一个合适的品牌错过了，可能就麻烦了，你总不能说:全总，这个“__”没的做了了，再给我们生产一个“德保圣”吧!永远不可能!所以，我们在众多的品牌中选定了__，我们就要相信它，努力的把它做大做好，要抱着与品牌共患难的决心，一荣俱荣、一毁俱毁，十年来，我对__一直抱着这样的信念，不论其中遇到什么样的艰难挫折，义无反顾坚持下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再说市场，市场有大有小，有好有差，我们一个人改变不了它的局面，但我们要相信市场，再差的市场，只要我们能找到它的切入点，找到他的软肋，抢先去占领它，我们就能熟练地驾驭它操作它，有一个小故事，说的是有一个商人，骑着一头骆驼带着两袋子大蒜，跋山涉水，来到一个遥远的国家，哪里的主人没有见过大蒜，更想不到世上还有这么好吃的东西，因此，他们就用当地最热情的方式款待了这位来客，临走又赠送了两袋黄金作为酬谢。另一个商人听说了这件事，想大葱不是比大蒜更好吗?于是他带了两袋大葱来到了这个国家，那里的人同样没有见过大葱，甚至觉得大葱的味道比打算还好，他们更加热情的接待了这位商人，并且一直认为，用金子远不能表达他们的感激之情，于是经过慎重商量，决定赠送这位朋友两袋大蒜。做市场往往就是，如此，先抢一步，占尽先机，得到的是金子;而步人后尘，得到的可能就是大蒜。如今的__，有广东强大的研发能力和高端的形象产品，有生产高性价比产品的像当阳这样的生产基地，我们就利于这些别的厂家目前所不拥有的优势，用广东产品来抢占市场，抢夺原始利润，用基地产品来扩大销售，扩大市场占有率，这样，即使其他厂家以后也用类似的手段促销的时候，那他们可能就得到的就是大蒜了!这就是你相信市场，市场给你的回报!</w:t>
      </w:r>
      <w:r>
        <w:rPr>
          <w:lang w:eastAsia="zh-CN"/>
        </w:rPr>
        <w:br/>
      </w:r>
      <w:r>
        <w:rPr>
          <w:lang w:eastAsia="zh-CN"/>
        </w:rPr>
        <w:t>　　三是相信自己，这个我就不多说了，相信每一个经销商都是这样想的。</w:t>
      </w:r>
      <w:r>
        <w:rPr>
          <w:lang w:eastAsia="zh-CN"/>
        </w:rPr>
        <w:br/>
      </w:r>
      <w:r>
        <w:rPr>
          <w:lang w:eastAsia="zh-CN"/>
        </w:rPr>
        <w:t>　　总之，目前消费者的观念逐渐的在改变，购买品牌成了众多消费者的主流选择，所以，我们在市场上全力以赴推广__品牌，现在，我们拥有了南阳市场相当的一部分客户，销售量逐年递增，市场占有率逐年扩大，我们深深体会到，好品牌就有好市场，好市场就能给我们带来大利润!</w:t>
      </w:r>
      <w:r>
        <w:rPr>
          <w:lang w:eastAsia="zh-CN"/>
        </w:rPr>
        <w:br/>
      </w:r>
      <w:r>
        <w:rPr>
          <w:lang w:eastAsia="zh-CN"/>
        </w:rPr>
        <w:t>　　最后我给在座的基地老总们提几点建议: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鉴于我们的产品其广泛的销路，市场上山寨版的越来越多，比如象“金线米黄”“波西米亚”等畅销品，仿造品几乎可以以假乱真，他们价格又低，导致销售困难，希望公司这方面给予关注，及时开发新产品，淘汰老产品，以对付市场。</w:t>
      </w:r>
      <w:r>
        <w:rPr>
          <w:lang w:eastAsia="zh-CN"/>
        </w:rPr>
        <w:br/>
      </w:r>
      <w:r>
        <w:rPr>
          <w:lang w:eastAsia="zh-CN"/>
        </w:rPr>
        <w:t>　　2、希望公司在质量上进一步提高，向广东产品靠拢，使之更广泛的替代广东同类产品进入工程领域。</w:t>
      </w:r>
      <w:r>
        <w:rPr>
          <w:lang w:eastAsia="zh-CN"/>
        </w:rPr>
        <w:br/>
      </w:r>
      <w:r>
        <w:rPr>
          <w:lang w:eastAsia="zh-CN"/>
        </w:rPr>
        <w:t>　　3、希望公司更注重我们县级市场，因我们中西部地区多是中低低端的消费群体，品牌意识薄弱，更注重价格的比较，我们目前的价位做起来稍显被动，希望公司领导们能给予价格、广告宣传方面给予更大的支持和照顾，这样我们做来才能更有动力。</w:t>
      </w:r>
      <w:r>
        <w:rPr>
          <w:lang w:eastAsia="zh-CN"/>
        </w:rPr>
        <w:br/>
      </w:r>
      <w:r>
        <w:rPr>
          <w:lang w:eastAsia="zh-CN"/>
        </w:rPr>
        <w:t>　　最后，祝各位身体健康，财源茂盛，希望明年再在这里聚会的时候，大家都会带着黄金而不是带着大蒜坐在这里!</w:t>
      </w:r>
      <w:r>
        <w:rPr>
          <w:lang w:eastAsia="zh-CN"/>
        </w:rPr>
        <w:br/>
      </w:r>
      <w:r>
        <w:rPr>
          <w:lang w:eastAsia="zh-CN"/>
        </w:rPr>
        <w:t>　　谢谢大家!</w:t>
      </w:r>
      <w:r>
        <w:rPr>
          <w:lang w:eastAsia="zh-CN"/>
        </w:rPr>
        <w:br/>
      </w:r>
      <w:r>
        <w:rPr>
          <w:lang w:eastAsia="zh-CN"/>
        </w:rPr>
        <w:t xml:space="preserve">    业务年终总结 篇5 </w:t>
      </w:r>
      <w:r>
        <w:rPr>
          <w:lang w:eastAsia="zh-CN"/>
        </w:rPr>
        <w:br/>
      </w:r>
      <w:r>
        <w:rPr>
          <w:lang w:eastAsia="zh-CN"/>
        </w:rPr>
        <w:t>　　元月16日，__市商务（粮食）局召开了全市放心粮油工作总结会，研讨20__年放心粮油工作规划。各区县和7家放心粮油二级管理单位的分管领导和部门负责人、市粮食行业协会、市质量检验协会、市粮油检测所以及各粮食业务处室的负责同志参加了会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过去的一年，全市紧紧围绕粮食企业转型发展，以龙头企业为主体、以品牌建设为核心、以质量监管为手段、以放心粮油店为窗口，深入开展“政府主导、部门协同、企业参与、群众获益”的`放心粮油工程。按照“长效管理、优胜劣汰”的原则，新培育发展了放心粮油店14家。对13家索证索票台帐不健全等管理不规范的放心粮油店予以摘牌处理。以苏果为试点，优选出月苑小区店等5家门店为放心粮油星级店，规范了放心粮油经营秩序，维护了放心粮油店的形象。</w:t>
      </w:r>
      <w:r>
        <w:rPr>
          <w:lang w:eastAsia="zh-CN"/>
        </w:rPr>
        <w:br/>
      </w:r>
      <w:r>
        <w:rPr>
          <w:lang w:eastAsia="zh-CN"/>
        </w:rPr>
        <w:t>　　会议在总结20__年全市放心粮油工作的基础上，深入讨论了新一年的工作重点，各区县分管局长和企业负责人均交流畅谈了20__年放心粮油工作打算。20__年，__市的放心粮油工作将围绕“重质量、强监管，促规范、倡服务，广宣传、寻支持，提档次、树形象”，开展创建工作。将推进放心粮油工程与粮食产业转型发展相结合，将创建放心粮油示范企业与培育粮食产业龙头企业相结合，将“放心粮油进社区（进农村）、健康消费伴你行”与广泛开展放心粮油科普宣传活动相结合，将全面开展星级店评选与加强信用体系建设相结合。依靠协会，加强行业引导和企业自律，进一步增强粮食企业的质量意识、安全意识和责任意识；通过一系列的活动，使社会各界更加重视、了解和支持放心粮油工程，树立我市粮食行业和放心粮油企业良好形象。最后，粮食行业协会会长、市商务局巡视员和_局长助理要求全市要进一步提高认识、加强监管、提升服务、扩大宣传，坚定不移地将我市的放心粮油工作推向深入。</w:t>
      </w:r>
      <w:r>
        <w:rPr>
          <w:lang w:eastAsia="zh-CN"/>
        </w:rPr>
        <w:br/>
      </w:r>
      <w:r>
        <w:rPr>
          <w:lang w:eastAsia="zh-CN"/>
        </w:rPr>
        <w:t xml:space="preserve">    业务年终总结 篇6 </w:t>
      </w:r>
      <w:r>
        <w:rPr>
          <w:lang w:eastAsia="zh-CN"/>
        </w:rPr>
        <w:br/>
      </w:r>
      <w:r>
        <w:rPr>
          <w:lang w:eastAsia="zh-CN"/>
        </w:rPr>
        <w:t>　　一、__年工作总结</w:t>
      </w:r>
      <w:r>
        <w:rPr>
          <w:lang w:eastAsia="zh-CN"/>
        </w:rPr>
        <w:br/>
      </w:r>
      <w:r>
        <w:rPr>
          <w:lang w:eastAsia="zh-CN"/>
        </w:rPr>
        <w:t>　　1、推进企业债券发行工作，完成向国家发改委报送企业债券发行申报材料；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2、推进农村合作银行改制，完善农村合作银行改制成立海洋银行总体方案（草案）；</w:t>
      </w:r>
      <w:r>
        <w:rPr>
          <w:lang w:eastAsia="zh-CN"/>
        </w:rPr>
        <w:br/>
      </w:r>
      <w:r>
        <w:rPr>
          <w:lang w:eastAsia="zh-CN"/>
        </w:rPr>
        <w:t>　　3、筹建成立__市__区华定小额贷款股份有限公司；完成华晟小额贷款公司股权转让工作，并报省金融办备案；完成华晟小额贷款公司__年度考评，配合市审计局完成对公司的年度审计工作；着手开展第三家小额贷款公司发起人征集工作；</w:t>
      </w:r>
      <w:r>
        <w:rPr>
          <w:lang w:eastAsia="zh-CN"/>
        </w:rPr>
        <w:br/>
      </w:r>
      <w:r>
        <w:rPr>
          <w:lang w:eastAsia="zh-CN"/>
        </w:rPr>
        <w:t>　　4、完成投融资体制机制创新课题研究，制定出台《关于进一步加快投融资体制建设的实施意见》；</w:t>
      </w:r>
      <w:r>
        <w:rPr>
          <w:lang w:eastAsia="zh-CN"/>
        </w:rPr>
        <w:br/>
      </w:r>
      <w:r>
        <w:rPr>
          <w:lang w:eastAsia="zh-CN"/>
        </w:rPr>
        <w:t>　　5、开展投融资网筹建工作，完成年内上线目标；</w:t>
      </w:r>
      <w:r>
        <w:rPr>
          <w:lang w:eastAsia="zh-CN"/>
        </w:rPr>
        <w:br/>
      </w:r>
      <w:r>
        <w:rPr>
          <w:lang w:eastAsia="zh-CN"/>
        </w:rPr>
        <w:t>　　6、主动邀请蓝色成长、阳光投资等市外风险投资公司来我区与华业塑机、森森集团、京洲水产、通发塑机等企业现场对接企业融资上市工作。积极对接中诚信，并邀请其到工业园区开展投融资业务咨询；</w:t>
      </w:r>
      <w:r>
        <w:rPr>
          <w:lang w:eastAsia="zh-CN"/>
        </w:rPr>
        <w:br/>
      </w:r>
      <w:r>
        <w:rPr>
          <w:lang w:eastAsia="zh-CN"/>
        </w:rPr>
        <w:t>　　7、组织召开推广小额贷款保证保险试点工作讨论会；</w:t>
      </w:r>
      <w:r>
        <w:rPr>
          <w:lang w:eastAsia="zh-CN"/>
        </w:rPr>
        <w:br/>
      </w:r>
      <w:r>
        <w:rPr>
          <w:lang w:eastAsia="zh-CN"/>
        </w:rPr>
        <w:t>　　8、制定《__市__区金融服务中小企业促进会章程草案》、《__市__区金融业发展专项引导资金使用管理办法（试行）》、《__市__区中小企业贷款风险补偿办法（试行）》，并完成意见征求工作；</w:t>
      </w:r>
      <w:r>
        <w:rPr>
          <w:lang w:eastAsia="zh-CN"/>
        </w:rPr>
        <w:br/>
      </w:r>
      <w:r>
        <w:rPr>
          <w:lang w:eastAsia="zh-CN"/>
        </w:rPr>
        <w:t>　　9、积极关注区外商业银行引进工作，主动服务华夏银行杭州分行在设点选址；</w:t>
      </w:r>
      <w:r>
        <w:rPr>
          <w:lang w:eastAsia="zh-CN"/>
        </w:rPr>
        <w:br/>
      </w:r>
      <w:r>
        <w:rPr>
          <w:lang w:eastAsia="zh-CN"/>
        </w:rPr>
        <w:t>　　10、谋划完成《__区__年金融工作思路研究》；</w:t>
      </w:r>
      <w:r>
        <w:rPr>
          <w:lang w:eastAsia="zh-CN"/>
        </w:rPr>
        <w:br/>
      </w:r>
      <w:r>
        <w:rPr>
          <w:lang w:eastAsia="zh-CN"/>
        </w:rPr>
        <w:t>　　11、加强关注与交流，做好协调服务，积极推进德勤集团、森森集团和正和造船的上市工作。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12、完成全区重点企业及服务业企业、“三农”企业的融资需求调研，并积极衔接各金融机构做好推荐工作。完成对金融机构支持地方经济发展。</w:t>
      </w:r>
      <w:r>
        <w:rPr>
          <w:lang w:eastAsia="zh-CN"/>
        </w:rPr>
        <w:br/>
      </w:r>
      <w:r>
        <w:rPr>
          <w:lang w:eastAsia="zh-CN"/>
        </w:rPr>
        <w:t>　　13、筹备__村镇银行筹建前期工作。</w:t>
      </w:r>
      <w:r>
        <w:rPr>
          <w:lang w:eastAsia="zh-CN"/>
        </w:rPr>
        <w:br/>
      </w:r>
      <w:r>
        <w:rPr>
          <w:lang w:eastAsia="zh-CN"/>
        </w:rPr>
        <w:t>　　14、浙江省未上市公司股份转让试点运营中心试营业，组织召开企业进场咨询会，鼓励引导企业进场平台，指导大洋水产开展进场平台的前期工作。</w:t>
      </w:r>
      <w:r>
        <w:rPr>
          <w:lang w:eastAsia="zh-CN"/>
        </w:rPr>
        <w:br/>
      </w:r>
      <w:r>
        <w:rPr>
          <w:lang w:eastAsia="zh-CN"/>
        </w:rPr>
        <w:t>　　15、针对中小企业融资难问题，联合交通银行__市分行，组织召开面向工业企业的融资洽谈会。</w:t>
      </w:r>
      <w:r>
        <w:rPr>
          <w:lang w:eastAsia="zh-CN"/>
        </w:rPr>
        <w:br/>
      </w:r>
      <w:r>
        <w:rPr>
          <w:lang w:eastAsia="zh-CN"/>
        </w:rPr>
        <w:t>　　16、完成《__区中小企业融资存在的问题及对策》、《关于金融支持__区域经济发展的几点思考》等文章和调研报告</w:t>
      </w:r>
      <w:r>
        <w:rPr>
          <w:lang w:eastAsia="zh-CN"/>
        </w:rPr>
        <w:br/>
      </w:r>
      <w:r>
        <w:rPr>
          <w:lang w:eastAsia="zh-CN"/>
        </w:rPr>
        <w:t>　　二、__年工作要点</w:t>
      </w:r>
      <w:r>
        <w:rPr>
          <w:lang w:eastAsia="zh-CN"/>
        </w:rPr>
        <w:br/>
      </w:r>
      <w:r>
        <w:rPr>
          <w:lang w:eastAsia="zh-CN"/>
        </w:rPr>
        <w:t>　　1、继续推进企业债券发行工作；</w:t>
      </w:r>
      <w:r>
        <w:rPr>
          <w:lang w:eastAsia="zh-CN"/>
        </w:rPr>
        <w:br/>
      </w:r>
      <w:r>
        <w:rPr>
          <w:lang w:eastAsia="zh-CN"/>
        </w:rPr>
        <w:t>　　2、继续推进农村合作银行农村商业银行改制；</w:t>
      </w:r>
      <w:r>
        <w:rPr>
          <w:lang w:eastAsia="zh-CN"/>
        </w:rPr>
        <w:br/>
      </w:r>
      <w:r>
        <w:rPr>
          <w:lang w:eastAsia="zh-CN"/>
        </w:rPr>
        <w:t>　　3、兑现小额贷款公司奖励扶持政策，继续推进华晟小额贷款公司增资扩股；筹建成立我区第三家小额贷款公司。</w:t>
      </w:r>
      <w:r>
        <w:rPr>
          <w:lang w:eastAsia="zh-CN"/>
        </w:rPr>
        <w:br/>
      </w:r>
      <w:r>
        <w:rPr>
          <w:lang w:eastAsia="zh-CN"/>
        </w:rPr>
        <w:t>　　4、继续推进投融资网建设；筹建网下专业投融资服务平台，实体化建设“金融超市”，争取__年末网下专业投融资服务平台初步建成并投入运营；培育投融资信息服务平台经营主体，实现平台运作市场化；</w:t>
      </w:r>
      <w:r>
        <w:rPr>
          <w:lang w:eastAsia="zh-CN"/>
        </w:rPr>
        <w:br/>
      </w:r>
      <w:r>
        <w:rPr>
          <w:lang w:eastAsia="zh-CN"/>
        </w:rPr>
        <w:t>　　5、继续推进我区小额贷款保证保险试点扩面工作；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6、出台《__市__区金融服务中小企业促进会章程草案》、《__市__区金融业发展专项引导资金使用管理办法（试行）》、《__市__区中小企业贷款风险补偿办法（试行）》；</w:t>
      </w:r>
      <w:r>
        <w:rPr>
          <w:lang w:eastAsia="zh-CN"/>
        </w:rPr>
        <w:br/>
      </w:r>
      <w:r>
        <w:rPr>
          <w:lang w:eastAsia="zh-CN"/>
        </w:rPr>
        <w:t>　　7、探索建立民间资本投资服务中心；</w:t>
      </w:r>
      <w:r>
        <w:rPr>
          <w:lang w:eastAsia="zh-CN"/>
        </w:rPr>
        <w:br/>
      </w:r>
      <w:r>
        <w:rPr>
          <w:lang w:eastAsia="zh-CN"/>
        </w:rPr>
        <w:t>　　8、继续关注市外商业银行引进工作；</w:t>
      </w:r>
      <w:r>
        <w:rPr>
          <w:lang w:eastAsia="zh-CN"/>
        </w:rPr>
        <w:br/>
      </w:r>
      <w:r>
        <w:rPr>
          <w:lang w:eastAsia="zh-CN"/>
        </w:rPr>
        <w:t>　　9、继续推进德勤集团和森森集团的上市工作；</w:t>
      </w:r>
      <w:r>
        <w:rPr>
          <w:lang w:eastAsia="zh-CN"/>
        </w:rPr>
        <w:br/>
      </w:r>
      <w:r>
        <w:rPr>
          <w:lang w:eastAsia="zh-CN"/>
        </w:rPr>
        <w:t>　　10、筹备开展村镇银行筹建工作；</w:t>
      </w:r>
      <w:r>
        <w:rPr>
          <w:lang w:eastAsia="zh-CN"/>
        </w:rPr>
        <w:br/>
      </w:r>
      <w:r>
        <w:rPr>
          <w:lang w:eastAsia="zh-CN"/>
        </w:rPr>
        <w:t>　　11、筹建完成__区金融服务中小企业促进会和重大项目融资工作小组；</w:t>
      </w:r>
      <w:r>
        <w:rPr>
          <w:lang w:eastAsia="zh-CN"/>
        </w:rPr>
        <w:br/>
      </w:r>
      <w:r>
        <w:rPr>
          <w:lang w:eastAsia="zh-CN"/>
        </w:rPr>
        <w:t>　　12、组织召开融资对接会。</w:t>
      </w:r>
      <w:r>
        <w:rPr>
          <w:lang w:eastAsia="zh-CN"/>
        </w:rPr>
        <w:br/>
      </w:r>
      <w:r>
        <w:rPr>
          <w:lang w:eastAsia="zh-CN"/>
        </w:rPr>
        <w:t xml:space="preserve">    业务年终总结 篇7 </w:t>
      </w:r>
      <w:r>
        <w:rPr>
          <w:lang w:eastAsia="zh-CN"/>
        </w:rPr>
        <w:br/>
      </w:r>
      <w:r>
        <w:rPr>
          <w:lang w:eastAsia="zh-CN"/>
        </w:rPr>
        <w:t>　　委派会计主管工作总结20__年受市行委派我到工人路支行从事会计暨合规主管工作，上岗以来本人带领工人路支行全体会计人员，加强内控核算，进行内部风险排查，开展员工培训，做好柜面服务工作，工作中坚持核算、服务和营销的有机结合，将市行有关制度扎实落到实处，力保支行前台工作运行有序。</w:t>
      </w:r>
      <w:r>
        <w:rPr>
          <w:lang w:eastAsia="zh-CN"/>
        </w:rPr>
        <w:br/>
      </w:r>
      <w:r>
        <w:rPr>
          <w:lang w:eastAsia="zh-CN"/>
        </w:rPr>
        <w:t>　　现将在工人路支行的工作总结如下：</w:t>
      </w:r>
      <w:r>
        <w:rPr>
          <w:lang w:eastAsia="zh-CN"/>
        </w:rPr>
        <w:br/>
      </w:r>
      <w:r>
        <w:rPr>
          <w:lang w:eastAsia="zh-CN"/>
        </w:rPr>
        <w:t>　　一、会计工作质量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根据会计结算部的统一要求，坚持每日、每周、每旬、每月、半年的检查工作，按照检查计划和市行的检查要求，认真履行会计基础规范常规检查职责，做好内控自查，对支行的重要物品管理、印章管理、查库情况、录音电话管理、会计档案管理、单位账户资料、个人开销户资料、查询查复、挂失业务、网银业务、托收业务、假币收缴、各类资料打印情况、个人存款证明、询证函、单位资信证明、代发业务、信贷资金流向、理财业务、大额款项支付核实制度执行。</w:t>
      </w:r>
      <w:r>
        <w:rPr>
          <w:lang w:eastAsia="zh-CN"/>
        </w:rPr>
        <w:br/>
      </w:r>
      <w:r>
        <w:rPr>
          <w:lang w:eastAsia="zh-CN"/>
        </w:rPr>
        <w:t>　　2、提高会计核算质量。现前台柜面共有柜员11名，3人上岗不到一年，其中柜员__6月底刚刚上岗，对公柜员由于调岗也是2月底刚刚从事对公业务。在工作中我采取前期由老柜员帮新柜员看票，后期业务较熟悉后，新柜员之间互相看票，这样不仅降低了差错率，同时也从他人的传票中学习到了新业务。在二季度核算中有8名柜员差错为0，大提高了柜员的核算质量，保障支行业务的健康发展。</w:t>
      </w:r>
      <w:r>
        <w:rPr>
          <w:lang w:eastAsia="zh-CN"/>
        </w:rPr>
        <w:br/>
      </w:r>
      <w:r>
        <w:rPr>
          <w:lang w:eastAsia="zh-CN"/>
        </w:rPr>
        <w:t>　　二、员工管理及培训</w:t>
      </w:r>
      <w:r>
        <w:rPr>
          <w:lang w:eastAsia="zh-CN"/>
        </w:rPr>
        <w:br/>
      </w:r>
      <w:r>
        <w:rPr>
          <w:lang w:eastAsia="zh-CN"/>
        </w:rPr>
        <w:t>　　1、在7月末，对公会计柜员调至滨海东路支行，柜员由南京路支行调到我行，柜员由储蓄柜员调岗到会计柜台。</w:t>
      </w:r>
      <w:r>
        <w:rPr>
          <w:lang w:eastAsia="zh-CN"/>
        </w:rPr>
        <w:br/>
      </w:r>
      <w:r>
        <w:rPr>
          <w:lang w:eastAsia="zh-CN"/>
        </w:rPr>
        <w:t>　　一系列的调整对柜员的心理影响较大，情绪波动不稳定。针对这种情况，我及时与柜员逐个进行沟通，经过大家的共同努力，柜员已能熟练掌握所在岗位的技能，实现了业务的平稳过渡。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由于总体柜员从业时间不长，他们的操作风险意识较淡薄，我利用市行财会部举行柜面合规操作竞赛之机，结合合规执行年活动，利用班前晨会和每周例会带领柜员采用领讲、讨论、提问等多种形式学习省市行制定的各项会计结算制度，会计风险管理及相关操作流程要求，并重点学习《_市行柜面操作风险管理工作指引》以及柜面操作风险题库等内容，对员工进行了操作风险防范的宣贯，使柜员的操作风险意识有了一个较大的提高，在20__年_季度_市行柜面合规操作竞赛中支行取得了三等奖的好成绩。</w:t>
      </w:r>
      <w:r>
        <w:rPr>
          <w:lang w:eastAsia="zh-CN"/>
        </w:rPr>
        <w:br/>
      </w:r>
      <w:r>
        <w:rPr>
          <w:lang w:eastAsia="zh-CN"/>
        </w:rPr>
        <w:t>　　3、在业务培训方面，我积极组织前台柜员开展业务知识学习，在内部举行业务练兵活动，积极调动大家的主观能动性。二季度学习任务较重，会计证考试，反假币考试及三季度理论知识考试，二季度我行新增两名柜员取得会计证，一名柜员取得反假资格证，并且经过我与支行柜员的共同努力，在二季度理论考试中支行取得第一名的好成线。</w:t>
      </w:r>
      <w:r>
        <w:rPr>
          <w:lang w:eastAsia="zh-CN"/>
        </w:rPr>
        <w:br/>
      </w:r>
      <w:r>
        <w:rPr>
          <w:lang w:eastAsia="zh-CN"/>
        </w:rPr>
        <w:t>　　三、其他主要工作</w:t>
      </w:r>
      <w:r>
        <w:rPr>
          <w:lang w:eastAsia="zh-CN"/>
        </w:rPr>
        <w:br/>
      </w:r>
      <w:r>
        <w:rPr>
          <w:lang w:eastAsia="zh-CN"/>
        </w:rPr>
        <w:t>　　1、补充制定工人路支行前台业务柜员绩效考核实施细则2按时准确报送市行各项报表3配合会计部进行二季度会计检查，及时上报整改报告4组织召开支行季度风险分析会议并上报风险分析报告5配合市行各管理部门进行检查存在的问题</w:t>
      </w:r>
      <w:r>
        <w:rPr>
          <w:lang w:eastAsia="zh-CN"/>
        </w:rPr>
        <w:br/>
      </w:r>
      <w:r>
        <w:rPr>
          <w:lang w:eastAsia="zh-CN"/>
        </w:rPr>
        <w:t>　　首先是管理水平有待进一步提高，要转换视角，以一个基层管理人员的角度看待问题和解决问题；再者业务水平需要进一步的提高，会计暨合规主管需要掌握更加全面更加细致的业务知识。</w:t>
      </w:r>
      <w:r>
        <w:rPr>
          <w:lang w:eastAsia="zh-CN"/>
        </w:rPr>
        <w:br/>
      </w:r>
      <w:r>
        <w:rPr>
          <w:lang w:eastAsia="zh-CN"/>
        </w:rPr>
        <w:t>　　这些都需要我在以后的工作中多学、多问、多总结，认真加以改进和完善，按照市行要求及委派会计主管的职权范围，严格履行岗位职责，努力做好分支行交办的各项工作任务。3下一步工作计划</w:t>
      </w:r>
      <w:r>
        <w:rPr>
          <w:lang w:eastAsia="zh-CN"/>
        </w:rPr>
        <w:br/>
      </w:r>
      <w:r>
        <w:rPr>
          <w:lang w:eastAsia="zh-CN"/>
        </w:rPr>
        <w:t>　　1、进一步梳理、规范会计基础管理工作，为支行会计管理打下坚实基础。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2、按时做好会计主管日常检查工作，对于工作中存在的问题要做到早发现、早整改。</w:t>
      </w:r>
      <w:r>
        <w:rPr>
          <w:lang w:eastAsia="zh-CN"/>
        </w:rPr>
        <w:br/>
      </w:r>
      <w:r>
        <w:rPr>
          <w:lang w:eastAsia="zh-CN"/>
        </w:rPr>
        <w:t>　　3、加强人员管理，继续加强柜员培训，结合总市行各项规章制度、操作流程等对柜员开展会计基础培训，进一步提高柜员的工作效率和业务素养，积极为大家创造一个良好的工作氛围。</w:t>
      </w:r>
      <w:r>
        <w:rPr>
          <w:lang w:eastAsia="zh-CN"/>
        </w:rPr>
        <w:br/>
      </w:r>
      <w:r>
        <w:rPr>
          <w:lang w:eastAsia="zh-CN"/>
        </w:rPr>
        <w:t xml:space="preserve">    业务年终总结 篇8 </w:t>
      </w:r>
      <w:r>
        <w:rPr>
          <w:lang w:eastAsia="zh-CN"/>
        </w:rPr>
        <w:br/>
      </w:r>
      <w:r>
        <w:rPr>
          <w:lang w:eastAsia="zh-CN"/>
        </w:rPr>
        <w:t>　　去年一年，在支行党委正确领导下，我认真学习贯彻__届六中全会精神，积极落实支行党委各项工作部署，思想上转变观念，工作中紧紧围绕股份制改造和双贯标工作要求，加强管理，开拓创新，认真推行规范化服务。</w:t>
      </w:r>
      <w:r>
        <w:rPr>
          <w:lang w:eastAsia="zh-CN"/>
        </w:rPr>
        <w:br/>
      </w:r>
      <w:r>
        <w:rPr>
          <w:lang w:eastAsia="zh-CN"/>
        </w:rPr>
        <w:t>　　经过对支行党委各项工作部署的共同学习后，我部的负责同志统一了思想认识，明确了营业部20__年的工作重点和工作计划。全部人员对于人员分工，岗位设置，工作目标，工作计划有了全面的了解，全体人员达成共识：营业部是支行重要的经营部门，作为营业部的一员，要把完成部门经营目标，提高服务层次作为今年的主要任务。</w:t>
      </w:r>
      <w:r>
        <w:rPr>
          <w:lang w:eastAsia="zh-CN"/>
        </w:rPr>
        <w:br/>
      </w:r>
      <w:r>
        <w:rPr>
          <w:lang w:eastAsia="zh-CN"/>
        </w:rPr>
        <w:t>　　一、年初，结合双贯标工作，完善制度，狠抓管理。修订完善了多项制度、办法，制定了营业部内部的管理制度体系，包括考勤、卫生管理、服务标准，营业部经营任务分解考核细则、营业部绩效工资分配办法等，进一步完善了服务体系和业务考核体系，发挥考核机制的作用，充分调动员工的工作积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在管理中，注重制度的落实，不使之流于形式，首先从自身做起，自觉带头遵守规章制度，对于违反制度的员工，严格按照制度进行处罚，做到纪律面前，人人平等。</w:t>
      </w:r>
      <w:r>
        <w:rPr>
          <w:lang w:eastAsia="zh-CN"/>
        </w:rPr>
        <w:br/>
      </w:r>
      <w:r>
        <w:rPr>
          <w:lang w:eastAsia="zh-CN"/>
        </w:rPr>
        <w:t>　　二、集中精力进行业务发展和市场营销，对营业部重点客户进行了认真梳理，根据具体情况划分了不同档次，要求客户经理认真分析客户清况，根据重点客户的不同需求制定了不同的的营销方案和工作目标。</w:t>
      </w:r>
      <w:r>
        <w:rPr>
          <w:lang w:eastAsia="zh-CN"/>
        </w:rPr>
        <w:br/>
      </w:r>
      <w:r>
        <w:rPr>
          <w:lang w:eastAsia="zh-CN"/>
        </w:rPr>
        <w:t>　　1、近一年的工作，存款一直作为营业部工作的重点和难点，为此我会同有关副经理、客户经理进行过认真地研究、总结，也出台了很多激励、规范的措施，但一直效果不明显，究其原因，一是对客户经理的管理不到位，责权利没有充分体现，造成客户经理没有充分发挥作用，二是没有于重要客户建立一种互相信赖的银企关系，在走访客户是不能认真分析总结客户需求和经营情况。三是工作中存在畏难情绪。</w:t>
      </w:r>
      <w:r>
        <w:rPr>
          <w:lang w:eastAsia="zh-CN"/>
        </w:rPr>
        <w:br/>
      </w:r>
      <w:r>
        <w:rPr>
          <w:lang w:eastAsia="zh-CN"/>
        </w:rPr>
        <w:t>　　为此，结合支行制定的客户经理考核办法，在营业部实行全员客户经理制，积极探索多层次业务管理模式：客户经理负责经常性上门服务，收集客户重要信息;业务主管负责定期走访;定期业务会议决定营销策略，及时向行领导、公司部反映营销情况。通过以上工作，四季度效果非常显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注重创新，善于捕捉分析信息，充分利用我行的金融产品，为企业出谋划策，今年4月份，积极与联系，根据其资金紧张的实际情况，为其制定了融资方案，成功为其办理了总额为1亿三千五百万元的委托贷款，使其资金在我行沉淀一个多月，存款日均新增1100万元并为我行带来每年22万元的中间业务收入。</w:t>
      </w:r>
      <w:r>
        <w:rPr>
          <w:lang w:eastAsia="zh-CN"/>
        </w:rPr>
        <w:br/>
      </w:r>
      <w:r>
        <w:rPr>
          <w:lang w:eastAsia="zh-CN"/>
        </w:rPr>
        <w:t>　　3、善于利用政策，寻求新的绩效增长点。根据今年票据市场特点，全年办理贴现2亿7千万元，实现贴现利息收入近四百万元，带了了可观的收益，同时建立了银行、企业的稳定业务往来。</w:t>
      </w:r>
      <w:r>
        <w:rPr>
          <w:lang w:eastAsia="zh-CN"/>
        </w:rPr>
        <w:br/>
      </w:r>
      <w:r>
        <w:rPr>
          <w:lang w:eastAsia="zh-CN"/>
        </w:rPr>
        <w:t>　　20__年营销当中积极探索整体营销模式，比如，在信贷支持的基础上，从贷款，存款，贴现，财务顾问、个贷等多方面多层次的将我行金融产品同企业需求结合起来，收到明显效果，20__年对我行的综合贡献度从20__年的700万元提高到940万元，实现了我行利益的最大化</w:t>
      </w:r>
      <w:r>
        <w:rPr>
          <w:lang w:eastAsia="zh-CN"/>
        </w:rPr>
        <w:br/>
      </w:r>
      <w:r>
        <w:rPr>
          <w:lang w:eastAsia="zh-CN"/>
        </w:rPr>
        <w:t>　　三、注重自身及员工业务素质的提高。</w:t>
      </w:r>
      <w:r>
        <w:rPr>
          <w:lang w:eastAsia="zh-CN"/>
        </w:rPr>
        <w:br/>
      </w:r>
      <w:r>
        <w:rPr>
          <w:lang w:eastAsia="zh-CN"/>
        </w:rPr>
        <w:t>　　一是加大员工培训力度，按照年初的培训计划，提高了员工学习的主动性，增强了员工的竞争意识。二是提高客户经理的业务素质和服务水平。三是制订岗位标准，给予不同待遇，实行动态管理，提高柜面人员服务和竞争意识。四是注重学习性团队建设，形成浓厚的学习氛围。</w:t>
      </w:r>
      <w:r>
        <w:rPr>
          <w:lang w:eastAsia="zh-CN"/>
        </w:rPr>
        <w:br/>
      </w:r>
      <w:r>
        <w:rPr>
          <w:lang w:eastAsia="zh-CN"/>
        </w:rPr>
        <w:t>　　四、注重家园文化建设，提高凝聚力。</w:t>
      </w:r>
      <w:r>
        <w:rPr>
          <w:lang w:eastAsia="zh-CN"/>
        </w:rPr>
        <w:br/>
      </w:r>
      <w:r>
        <w:rPr>
          <w:lang w:eastAsia="zh-CN"/>
        </w:rPr>
        <w:t>　　营业部作为一个30多人的大集体，如何提高凝聚力成为工作的重点之一，只有团结才有战斗力，工作才能出成绩。为此，营业部制定了晨训制度，每周例会制度，定期总结工作，制定工作计划，并积极开展一些有益的活动，使大家有集体荣誉感。充分发扬，每月每位员工对营业部的工作做出评价，对营业部的发展目标、工作计划提出自己的意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在工作中，我作为营业部经理首先对自己严格要求，业务素质要过硬，工作态度要端正，处处要起到表率的作用。工作中注意方式方法，多与员工交流思想，善于发现问题，制定有效的措施改进工作不足。</w:t>
      </w:r>
      <w:r>
        <w:rPr>
          <w:lang w:eastAsia="zh-CN"/>
        </w:rPr>
        <w:br/>
      </w:r>
      <w:r>
        <w:rPr>
          <w:lang w:eastAsia="zh-CN"/>
        </w:rPr>
        <w:t xml:space="preserve">    业务年终总结 篇9 </w:t>
      </w:r>
      <w:r>
        <w:rPr>
          <w:lang w:eastAsia="zh-CN"/>
        </w:rPr>
        <w:br/>
      </w:r>
      <w:r>
        <w:rPr>
          <w:lang w:eastAsia="zh-CN"/>
        </w:rPr>
        <w:t>　　时光荏苒，转眼我来到___也有半年的时间了。在新年伊始之际，现对来公司六个月的时间里所作的工作汇报如下。</w:t>
      </w:r>
      <w:r>
        <w:rPr>
          <w:lang w:eastAsia="zh-CN"/>
        </w:rPr>
        <w:br/>
      </w:r>
      <w:r>
        <w:rPr>
          <w:lang w:eastAsia="zh-CN"/>
        </w:rPr>
        <w:t>　　7月刚刚进公司的一段时间，在熟悉产品和更新阿里巴巴平台中度过。也收到了一些询盘，只是很少在最后有成交意向买样品或是下订单的。同时期同事都已经出了好几个客户的样品，让我觉得很有压力，希望在其他一些方面取得突破。后来终于在8月的时候接到了样品单，也是对我前段时间工作的肯定。也感谢经理在此期间给了我们参加阿里巴巴培训的机会。在一段时间的跟进下，美国的客户决定下单，只是迟迟没有收到要打款的信息。后来去电话给客户，客户说之后可能要放假，迟几天再给我回复。等放完假之后水单最终还是发过来了，心中的一块石头也落了下来。有时候外贸还是要耐得住寂寞，要仔细跟好每一个客户，并不是每一个说一年几万个需求量的就是大客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10月的时候安排了美国客户的出货，并收到了法国客户的订单。因为之前也没有操作过信用证，在交货期方面也是多方求证，决定要多预留一点时间。客户那边没有把信用证的草稿发过来就直接发了正本，因此又要和客户联系改证。好在客户配合最终改了日期，使我们能在规定时间交货。从法国客户的订单中，也学到了很多关于信用证的知识，也多亏全体同事的配合，才使产品能够如期交货。</w:t>
      </w:r>
      <w:r>
        <w:rPr>
          <w:lang w:eastAsia="zh-CN"/>
        </w:rPr>
        <w:br/>
      </w:r>
      <w:r>
        <w:rPr>
          <w:lang w:eastAsia="zh-CN"/>
        </w:rPr>
        <w:t>　　11和12月收到了印度客户1000台的订单，同时一个老客户也下了200台，法国、菲律宾、阿联酋等也相继出了几个样品。这是稍稍忙碌的两个月，觉得每天都很充实。其中也有因为客户写错公司名导致反复去和银行联系，客户沟通的，所幸最后都得到了妥善解决。</w:t>
      </w:r>
      <w:r>
        <w:rPr>
          <w:lang w:eastAsia="zh-CN"/>
        </w:rPr>
        <w:br/>
      </w:r>
      <w:r>
        <w:rPr>
          <w:lang w:eastAsia="zh-CN"/>
        </w:rPr>
        <w:t>　　总结这半年，是我在外贸路上的一种成长，很多之前没有很熟悉的地方在实际操作过程中熟练并掌握，并和其他同事一起探讨和分享，也尽我所能解决新同事的一些外贸业务上的问题。</w:t>
      </w:r>
      <w:r>
        <w:rPr>
          <w:lang w:eastAsia="zh-CN"/>
        </w:rPr>
        <w:br/>
      </w:r>
      <w:r>
        <w:rPr>
          <w:lang w:eastAsia="zh-CN"/>
        </w:rPr>
        <w:t>　　对于20__年，我的目标和计划如下：</w:t>
      </w:r>
      <w:r>
        <w:rPr>
          <w:lang w:eastAsia="zh-CN"/>
        </w:rPr>
        <w:br/>
      </w:r>
      <w:r>
        <w:rPr>
          <w:lang w:eastAsia="zh-CN"/>
        </w:rPr>
        <w:t>　　1.维护老客户，对于重点的越南，印度的客户做到优先处理，并仔细跟进，尽量提供客户所需要的产品和资料。争取完成公司的季度任务，并做好表率，起到积极的带头作用，营造一种良性竞争的氛围。</w:t>
      </w:r>
      <w:r>
        <w:rPr>
          <w:lang w:eastAsia="zh-CN"/>
        </w:rPr>
        <w:br/>
      </w:r>
      <w:r>
        <w:rPr>
          <w:lang w:eastAsia="zh-CN"/>
        </w:rPr>
        <w:t>　　2. 开发新客户。通过开发信和各种平台拓展客户。只有拥有了庞大的客户资源，才能增加客户成交的可能性。</w:t>
      </w:r>
      <w:r>
        <w:rPr>
          <w:lang w:eastAsia="zh-CN"/>
        </w:rPr>
        <w:br/>
      </w:r>
      <w:r>
        <w:rPr>
          <w:lang w:eastAsia="zh-CN"/>
        </w:rPr>
        <w:t>　　3.协助展会的联系与开展。</w:t>
      </w:r>
      <w:r>
        <w:rPr>
          <w:lang w:eastAsia="zh-CN"/>
        </w:rPr>
        <w:br/>
      </w:r>
      <w:r>
        <w:rPr>
          <w:lang w:eastAsia="zh-CN"/>
        </w:rPr>
        <w:t>　　4. 帮助新业务员，尽早做出业务，耐心为她们解答工作中遇到的困难，并给予适当的指导，使她们早日为我们公司外贸业务作出成绩。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在公司这半年时间，我有不足的地方，希望同事领导给我指出，我会虚心接受，并改正，争取做得更好。在新的一年，我希望和公司一起成长，达到自己的业绩目标，在业务能力上达到一个新台阶!</w:t>
      </w:r>
      <w:r>
        <w:rPr>
          <w:lang w:eastAsia="zh-CN"/>
        </w:rPr>
        <w:br/>
      </w:r>
      <w:r>
        <w:rPr>
          <w:lang w:eastAsia="zh-CN"/>
        </w:rPr>
        <w:t xml:space="preserve">    业务年终总结 篇10 </w:t>
      </w:r>
      <w:r>
        <w:rPr>
          <w:lang w:eastAsia="zh-CN"/>
        </w:rPr>
        <w:br/>
      </w:r>
      <w:r>
        <w:rPr>
          <w:lang w:eastAsia="zh-CN"/>
        </w:rPr>
        <w:t>　　今年伊始，旗建行审时度势，认真分析研究当地的经营形势，明确目标，抓住了有利时机，在刚刚结束的旺季营销活动中，建行旗支行营业部在信用卡发卡及账户金销售上取得了骄人业绩。截至3月末，信用卡发卡446张，完成了计划任务的186%，完成全年任务的95%，账户金交易额达到4964万元，位居全区第二。</w:t>
      </w:r>
      <w:r>
        <w:rPr>
          <w:lang w:eastAsia="zh-CN"/>
        </w:rPr>
        <w:br/>
      </w:r>
      <w:r>
        <w:rPr>
          <w:lang w:eastAsia="zh-CN"/>
        </w:rPr>
        <w:t>　　—精心组织，提高执行力。面对旺季营销众多的任务指标及繁杂而大量的业务，该行及早行动，从12月就着手制定首季营销方案，确定营销目标，深入企事业单位，了解客户情况和需求，从而确立了以该行代发工资的行政事业单位为主，采取元旦、春节两大节日期间办理银行卡业务赠送精美礼品的措施，并制定了以银行卡为纽带，捆绑营销存款和其它产品的首季营销活动方案。</w:t>
      </w:r>
      <w:r>
        <w:rPr>
          <w:lang w:eastAsia="zh-CN"/>
        </w:rPr>
        <w:br/>
      </w:r>
      <w:r>
        <w:rPr>
          <w:lang w:eastAsia="zh-CN"/>
        </w:rPr>
        <w:t>　　——分解任务指标，调动全体员工的积极性。结合上级行分配的任务和信用卡的激励政策，该行制定了目标任务，将信用卡分解到每位员工，要求员工在活动期间每月办5张信用卡，支行领导走出去上门营销，起到了表率作用，带动了全体员工，使每个人都行动起来。为提高执行力，加大了通报力度，利用每日晨会将任务的完成情况定期进行通报，营造出一种每日争先恐后做业务的良好氛围，调动了全体员工的积极性，活动中多数人都超额完成了目标任务，保证了支行总体任务的顺利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做好宣传，让客户认可产品。目前一些客户面对各家银行推出的众多产品目不暇接，对各种产品的特点、功能缺乏足够的了解，该行加大对信用卡的宣传力度，支行印制了宣传单，将信用卡的功能、开通条件、收费标准等作了简明扼要的介绍，方便了客户的理解和阅读。一对一地为客户进行讲解。通过宣传使客户对信用卡有了进一步的认识，转变了观念，促使该行信用卡营销的成功率有了极大提高。</w:t>
      </w:r>
      <w:r>
        <w:rPr>
          <w:lang w:eastAsia="zh-CN"/>
        </w:rPr>
        <w:br/>
      </w:r>
      <w:r>
        <w:rPr>
          <w:lang w:eastAsia="zh-CN"/>
        </w:rPr>
        <w:t>　　——充分利用系统，做好预审批发卡。信用卡预审批系统上线，给了该行更多的营销商机。该支行抓住这一商机，高度重视预审批系统的使用，指定一名客户经理专门负责此项工作，并且制定了操作流程，明确了每一流程的职责。并以激励机制充分调动柜员、大堂经理及客户经理的积极性，利用团队的力量去组织营销。活动期间三个月平均营销成功率达到了较高的比率，扭转了预审批营销为零的局面。</w:t>
      </w:r>
      <w:r>
        <w:rPr>
          <w:lang w:eastAsia="zh-CN"/>
        </w:rPr>
        <w:br/>
      </w:r>
      <w:r>
        <w:rPr>
          <w:lang w:eastAsia="zh-CN"/>
        </w:rPr>
        <w:t>　　据了解，在此次营销活动中，建行前旗支行营业部在黄金营销方面，注重挖掘客户，掌握客户信息，发现客户需求。抓住有利时机，开展单项产品攻坚战。经过全行上下团结一致，共同努力，2月份账户金交易额就达到2306万元。（做为一名在广发银行信用卡从事营销工作近一年多的营销人员，一直以来，我认为在营销产品中都要具备：灵敏的反应能力、懂得拿捏揣测客户心理变化、对产品的认知与诠释、语言表达技巧、良好的心理素质。信用卡业务年度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经过一年半载的努力与奋斗，在这一年多营销工作时间里，有喜、有悲，有笑声、又有泪水，有成功，也有失败。不过在短短时间里，让我深深体会到，无论做任何事情，都要对自己充满信心。</w:t>
      </w:r>
      <w:r>
        <w:rPr>
          <w:lang w:eastAsia="zh-CN"/>
        </w:rPr>
        <w:br/>
      </w:r>
      <w:r>
        <w:rPr>
          <w:lang w:eastAsia="zh-CN"/>
        </w:rPr>
        <w:t>　　从事营销行业除了对自己要有足够信心，有经验之外，更重要的是自已的一种心态。我是一名刚刚被提升为小分组长的营销人员，对刚被提升，我感到非常荣幸，但无形的压力也朝我袭来，但适当的压力可以给与我推动力，在这里我也想与大家分享下，相信很多在公司工作的同事，他们也有独特的见地。博众长而用之，这样才能为自已在打开一片天地！</w:t>
      </w:r>
      <w:r>
        <w:rPr>
          <w:lang w:eastAsia="zh-CN"/>
        </w:rPr>
        <w:br/>
      </w:r>
      <w:r>
        <w:rPr>
          <w:lang w:eastAsia="zh-CN"/>
        </w:rPr>
        <w:t>　　心得一：对自己要有信心。</w:t>
      </w:r>
      <w:r>
        <w:rPr>
          <w:lang w:eastAsia="zh-CN"/>
        </w:rPr>
        <w:br/>
      </w:r>
      <w:r>
        <w:rPr>
          <w:lang w:eastAsia="zh-CN"/>
        </w:rPr>
        <w:t>　　在我刚开始从事营销工作的时候，要拜访客户时犹豫再三不敢进门，好不容易鼓起勇气进门，却又紧张得不知说什么，刚刚开口介绍产品，就被客户三言两语打发出来。一次又一次的拜访失败，我开始为自己在找借口，在抱怨。但我从未意识到给自已找借口的同时，我已经变得相当的消极了。消极的情绪给我工作带来很大影响，后来领导得知此事，他找我聊了许多，他告诉我：“一名合格的营销员首先要具备充分的自信，只有对自己充满信心，才能消除面对客户是的恐惧，才能给自己一个清晰地思路，把产品通过流畅的语言介绍给客户”。这番话深深的刻入我的脑海中，每当我低落的时候，我都会暗暗给自已鼓劲，我坚信一点，只要对自己有信心、对产品有信心，那我已经成功了一半。</w:t>
      </w:r>
      <w:r>
        <w:rPr>
          <w:lang w:eastAsia="zh-CN"/>
        </w:rPr>
        <w:br/>
      </w:r>
      <w:r>
        <w:rPr>
          <w:lang w:eastAsia="zh-CN"/>
        </w:rPr>
        <w:t>　　心得二：给自已在不同时期制定一个力所能极的目标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每个人都要合理安排每一天的工作，都要有计划性、目的性，为了避免一种盲目性的积极，也可以说是一种没有方向性，这种情况往往是事倍功半，得不偿失。在我做为一个新营销小分组长，除了我自己，还要带领组员，既然带领了一支小团队，那要有周详的工作计划、合理时间安排、充分调配人员、良好的团队精神等等。给自己、组员制定一个力所能及的目标！</w:t>
      </w:r>
      <w:r>
        <w:rPr>
          <w:lang w:eastAsia="zh-CN"/>
        </w:rPr>
        <w:br/>
      </w:r>
      <w:r>
        <w:rPr>
          <w:lang w:eastAsia="zh-CN"/>
        </w:rPr>
        <w:t>　　心得三：要瞬间获得客户的信赖</w:t>
      </w:r>
      <w:r>
        <w:rPr>
          <w:lang w:eastAsia="zh-CN"/>
        </w:rPr>
        <w:br/>
      </w:r>
      <w:r>
        <w:rPr>
          <w:lang w:eastAsia="zh-CN"/>
        </w:rPr>
        <w:t>　　在营销产品的时候，我们要与客户交朋友，让客户对自己有好感、信赖。与客户初次见面时的说辞非常重要，好的开场白往往是成功的一半。当然，瞬间获得客户好感、信赖不仅仅体现在初次见面，交谈时客户可能在很长时间对营销员是无动于衷的，但在一些细节上的改变或许可以赢得客户的倾心。</w:t>
      </w:r>
      <w:r>
        <w:rPr>
          <w:lang w:eastAsia="zh-CN"/>
        </w:rPr>
        <w:br/>
      </w:r>
      <w:r>
        <w:rPr>
          <w:lang w:eastAsia="zh-CN"/>
        </w:rPr>
        <w:t>　　心得四：在营销失败中学到新知识</w:t>
      </w:r>
      <w:r>
        <w:rPr>
          <w:lang w:eastAsia="zh-CN"/>
        </w:rPr>
        <w:br/>
      </w:r>
      <w:r>
        <w:rPr>
          <w:lang w:eastAsia="zh-CN"/>
        </w:rPr>
        <w:t>　　常言道：“失败乃是成功之母”！在营销过程中，很多时候我们都会遇到形形色色的客户，也许你幸运，遇到很好说的客户，但也有倒霉的时候，客户专门叼难你。所以很多时候失败了，不要气馁。要从事情的根本去找原因，为什么失败，是专业知识不到位，还是营销技巧不如人，希望下次不要常犯同样错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以上几点是我从事营销员到营销小分组长一职的一些心得体会，如果我们能做到：“把握现在、向过去学习、着手创造将来。想象一个美好的将来是什么样子的，制定一个切实可行的计划，今天就做些事情使之成真。明确你的目标，发掘让你的工作和生活更有意义的方法，你会更快乐，更成功</w:t>
      </w:r>
      <w:r>
        <w:rPr>
          <w:lang w:eastAsia="zh-CN"/>
        </w:rPr>
        <w:br/>
      </w:r>
      <w:r>
        <w:rPr>
          <w:lang w:eastAsia="zh-CN"/>
        </w:rPr>
        <w:t>　　以上。全年营销理财产品1400余万，另外积极发掘潜力客户，向支行领导提出良好建议，促成支行成功营销理财产品系列4000余万，为支行的理财产品实现新的突破奠定了良好的基础。在做好营销工作的同时，将营销的后续工作打理的细致认真。20__年全年核打、登记信用卡征信1500余份，整理报件1300余件；尤其是在批量卡的整理报送上更是加班加点确保了所有客户资料的及时上报。另外签约钻石级客户6名，新增钻石级客户一名，在客户关系的维护上更是尽心竭力，确保了中高端客户的服务体验和客户关系的持续。</w:t>
      </w:r>
      <w:r>
        <w:rPr>
          <w:lang w:eastAsia="zh-CN"/>
        </w:rPr>
        <w:br/>
      </w:r>
      <w:r>
        <w:rPr>
          <w:lang w:eastAsia="zh-CN"/>
        </w:rPr>
        <w:t>　　在学习上，身处一个学习型的组织，积极学习更新各类业务知识，认真对待各项培训，参加各类考试，保持了业务知识的畅通和良好的知识形态。在中，我积极参加了各类业务知识竞赛，组织参加了支行自身刊物《一家人》的创立与编辑，参加并通过了上级行组织的各类考试、基金销售资格考试以及取得了银行业从业资格全科证书。通过不断地学习丰富了自身对银行业政策法规的理解、认识，为更好地服务我行、服务广大客户奠定了良好的基础。</w:t>
      </w:r>
      <w:r>
        <w:rPr>
          <w:lang w:eastAsia="zh-CN"/>
        </w:rPr>
        <w:br/>
      </w:r>
      <w:r>
        <w:rPr>
          <w:lang w:eastAsia="zh-CN"/>
        </w:rPr>
        <w:t xml:space="preserve">    业务年终总结 篇11 </w:t>
      </w:r>
      <w:r>
        <w:rPr>
          <w:lang w:eastAsia="zh-CN"/>
        </w:rPr>
        <w:br/>
      </w:r>
      <w:r>
        <w:rPr>
          <w:lang w:eastAsia="zh-CN"/>
        </w:rPr>
        <w:t>　　日月轮回又一年，在这个即将辞旧迎新的日子里，我们再次来到长江岸边的美丽城市宜昌，参加陶瓷湖北基地20__年经销商财富年会，我们非常感谢广东__公司和湖北保加利公司给我们来自全国各地的经销商提供这样一个学习和交流的平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从20__年9月基地奠基到今年3月正式投产，再到今天参加首次全国经销商年会，我已经多次来到陶瓷湖北生产基地，当初临时搭建的奠基台已经变为一座座高大的厂房，当初振奋入耳的鞭炮锣鼓声已变为隆隆的机器轰鸣声，而当初一马平川的裸露的黄土地上，代之而起的是一批批、一垛垛的即将走向全国各地的新产品!这些变化让我们看到了陶瓷的新的曙光!我再次感谢__公司给我们经销商带来新的发展机会!</w:t>
      </w:r>
      <w:r>
        <w:rPr>
          <w:lang w:eastAsia="zh-CN"/>
        </w:rPr>
        <w:br/>
      </w:r>
      <w:r>
        <w:rPr>
          <w:lang w:eastAsia="zh-CN"/>
        </w:rPr>
        <w:t>　　湖北基地销售老总冉明先生让我在这里代表经销商发言，我的确感到非常有愧，因为 我这个人，年龄不在人之下，水平不在人之上，在这个台子上发言，真是有点班门弄斧了，中国有句成语叫山中无老虎，猴子称大王，今天应该改一改，叫山中老虎多了猴子称大王，为什么呢?应为在座的各位经销商几乎都要比我们南阳经销商做的好，都是老虎，冉总一时不知道该让哪一位老总来讲，一个个讲时间太长，两天也讲不完，找一个来讲吧，又恐老虎内讧，冉总只好找到我这只做的不怎么好的猴子经销商来讲，既节约了时间，又避免了老虎内讧，还给了我很足的面子(开个玩笑)!但公司领导既然给了我这么大的荣誉，给了我这么大的鼓励，我就在这里摆弄几句，抛砖引玉，和大家交流一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我来自河南的一座经济欠发达的城市南阳市，穷到什么程度呢，全市将近一半的县市是贫困县，至今平均房价仍徘徊在3000元上下，大家可以想象，一个平均房价3000元的地方，它的消费能力如何了。人们上街采购东西专拣简陋的门店进，认为装修豪华的店面肯定东西贵，不敢进。一片800规格的抛光砖，报价60元，就能吓走80%的顾客</w:t>
      </w:r>
      <w:r>
        <w:rPr>
          <w:lang w:eastAsia="zh-CN"/>
        </w:rPr>
        <w:br/>
      </w:r>
      <w:r>
        <w:rPr>
          <w:lang w:eastAsia="zh-CN"/>
        </w:rPr>
        <w:t>　　就是这么一座城市，就是这么一群消费者，我在20__年开始从事陶瓷生意的就侯，起点就定位于中高档产品，我是怀揣着5万元来到佛山，寻找合作伙伴，走在佛山石南大道上，看到了陶瓷艺术穿越时空 这幅宣传广告，我为这幅广告语打动，因为一个能将艺术、历史和陶瓷结合在一起作为企业理念的品牌，这个品牌一定会长盛不衰!于是，我毅然下定了决心，就做他了&amp;&amp;，就这么一个选择，我一干是十年，同合作的这十年，尽管有风风雨雨、尽管遇到过坎坎坷坷、尽管也有起伏，但一步一个脚印，我们一直在发展从当初我刚刚涉足陶瓷时区区60平米的夫妻小店发展到如今400多平方两个门店，从抛光砖瓷片两个产品发展到七个大类一百多品种，进货量从开始的二三十万发展到如今年近500万</w:t>
      </w:r>
      <w:r>
        <w:rPr>
          <w:lang w:eastAsia="zh-CN"/>
        </w:rPr>
        <w:br/>
      </w:r>
      <w:r>
        <w:rPr>
          <w:lang w:eastAsia="zh-CN"/>
        </w:rPr>
        <w:t>　　我现在非常感谢这个品牌、甚至可以说非常崇拜这个品牌，为什么呢?因为是陶瓷让我摆脱了当年下岗后的困惑烦恼、因为是让我走上了致富之路、更因为是能够让我在今天这么荣幸的和在座的领导和这么多优秀的老总们坐在一起，体会成功后的喜悦</w:t>
      </w:r>
      <w:r>
        <w:rPr>
          <w:lang w:eastAsia="zh-CN"/>
        </w:rPr>
        <w:br/>
      </w:r>
      <w:r>
        <w:rPr>
          <w:lang w:eastAsia="zh-CN"/>
        </w:rPr>
        <w:t>　　我的成功靠什么呢?我想，靠的就是三句话十二个字，相信品牌，相信市场，相信自己。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品牌的选择是不容易的，一旦选准了，就要义无反顾的做下去、做好它，就像家里安了数字电视，一两百个台，手上拿着遥控器换来换去，不知该选哪个，等选好了，也差不多演完了;再好像我们在这个半山酒店，一个五星级酒店享受高档的自助餐，端着盘子选来选去，不知道吃什么好，终于找到一款可口的，可已经快让其他客人抢完了，不过，自助餐没有了，可以让服务员再上，而一个合适的品牌错过了，可能就麻烦了，你总不能说:全总，这个没的做了了，再给我们生产一个德保圣吧!永远不可能!所以，我们在众多的品牌中选定了，我们就要相信它，努力的把它做大做好，要抱着与品牌共患难的决心，一荣俱荣、一毁俱毁，十年来，我对一直抱着这样的信念，不论其中遇到什么样的艰难挫折，义无反顾坚持下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再说市场，市场有大有小，有好有差，我们一个人改变不了它的局面，但我们要相信市场，再差的市场，只要我们能找到它的切入点，找到他的软肋，抢先去占领它，我们就能熟练地驾驭它操作它，有一个小故事，说的是有一个商人，骑着一头骆驼带着两袋子大蒜，跋山涉水，来到一个遥远的国家，哪里的主人没有见过大蒜，更想不到世上还有这么好吃的东西，因此，他们就用当地最热情的方式款待了这位来客，临走又赠送了两袋黄金作为酬谢。另一个商人听说了这件事，想大葱不是比大蒜更好吗?于是他带了两袋大葱来到了这个国家，那里的人同样没有见过大葱，甚至觉得大葱的味道比打算还好，他们更加热情的接待了这位商人，并且一直认为，用金子远不能表达他们的感激之情，于是经过慎重商量，决定赠送这位朋友两袋大蒜。做市场往往就是，如此，先抢一步，占尽先机，得到的是金子;而步人后尘，得到的可能就是大蒜。如今的，有广东强大的研发能力和高端的形象产品，有生产高性价比产品的像当阳这样的生产基地，我们就利于这些别的厂家目前所不拥有的优势，用广东产品来抢占市场，抢夺原始利润，用基地产品来扩大销售，扩大市场占有率，这样，即使其他厂家以后也用类似的手段促销的时候，那他们可能就得到的就是大蒜了!这就是你相信市场，市场给你的回报!</w:t>
      </w:r>
      <w:r>
        <w:rPr>
          <w:lang w:eastAsia="zh-CN"/>
        </w:rPr>
        <w:br/>
      </w:r>
      <w:r>
        <w:rPr>
          <w:lang w:eastAsia="zh-CN"/>
        </w:rPr>
        <w:t>　　三是相信自己，这个我就不多说了，相信每一个经销商都是这样想的。</w:t>
      </w:r>
      <w:r>
        <w:rPr>
          <w:lang w:eastAsia="zh-CN"/>
        </w:rPr>
        <w:br/>
      </w:r>
      <w:r>
        <w:rPr>
          <w:lang w:eastAsia="zh-CN"/>
        </w:rPr>
        <w:t>　　总之，目前消费者的观念逐渐的在改变，购买品牌成了众多消费者的主流选择，所以，我们在市场上全力以赴推广__品牌，现在，我们拥有了南阳市场相当的一部分客户，销售量逐年递增，市场占有率逐年扩大，我们深深体会到，好品牌就有好市场，好市场就能给我们带来大利润!</w:t>
      </w:r>
      <w:r>
        <w:rPr>
          <w:lang w:eastAsia="zh-CN"/>
        </w:rPr>
        <w:br/>
      </w:r>
      <w:r>
        <w:rPr>
          <w:lang w:eastAsia="zh-CN"/>
        </w:rPr>
        <w:t>　　最后我给在座的基地老总们提几点建议:</w:t>
      </w:r>
      <w:r>
        <w:rPr>
          <w:lang w:eastAsia="zh-CN"/>
        </w:rPr>
        <w:br/>
      </w:r>
      <w:r>
        <w:rPr>
          <w:lang w:eastAsia="zh-CN"/>
        </w:rPr>
        <w:t>　　1、鉴于我们的产品其广泛的销路，市场上山寨版的越来越多，比如象金线米黄波西米亚等畅销品，仿造品几乎可以以假乱真，他们价格又低，导致销售困难，希望公司这方面给予关注，及时开发新产品，淘汰老产品，以对付市场。</w:t>
      </w:r>
      <w:r>
        <w:rPr>
          <w:lang w:eastAsia="zh-CN"/>
        </w:rPr>
        <w:br/>
      </w:r>
      <w:r>
        <w:rPr>
          <w:lang w:eastAsia="zh-CN"/>
        </w:rPr>
        <w:t>　　2、希望公司在质量上进一步提高，向广东产品靠拢，使之更广泛的替代广东同类产品进入工程领域。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3、希望公司更注重我们县级市场，因我们中西部地区多是中低低端的消费群体，品牌意识薄弱，更注重价格的比较，我们目前的价位做起来稍显被动，希望公司领导们能给予价格、广告宣传方面给予更大的支持和照顾，这样我们做来才能更有动力。</w:t>
      </w:r>
      <w:r>
        <w:rPr>
          <w:lang w:eastAsia="zh-CN"/>
        </w:rPr>
        <w:br/>
      </w:r>
      <w:r>
        <w:rPr>
          <w:lang w:eastAsia="zh-CN"/>
        </w:rPr>
        <w:t>　　最后，祝各位身体健康，财源茂盛，希望明年再在这里聚会的时候，大家都会带着黄金而不是带着大蒜坐在这里!</w:t>
      </w:r>
      <w:r>
        <w:rPr>
          <w:lang w:eastAsia="zh-CN"/>
        </w:rPr>
        <w:br/>
      </w:r>
      <w:r>
        <w:rPr>
          <w:lang w:eastAsia="zh-CN"/>
        </w:rPr>
        <w:t>　　谢谢大家!</w:t>
      </w:r>
      <w:r>
        <w:rPr>
          <w:lang w:eastAsia="zh-CN"/>
        </w:rPr>
        <w:br/>
      </w:r>
      <w:r>
        <w:rPr>
          <w:lang w:eastAsia="zh-CN"/>
        </w:rPr>
        <w:t xml:space="preserve">    业务年终总结 篇12 </w:t>
      </w:r>
      <w:r>
        <w:rPr>
          <w:lang w:eastAsia="zh-CN"/>
        </w:rPr>
        <w:br/>
      </w:r>
      <w:r>
        <w:rPr>
          <w:lang w:eastAsia="zh-CN"/>
        </w:rPr>
        <w:t>　　20__年终岁末，紧张繁忙的一年即将过去，新的挑战又在眼前。沉思回顾，在超市这个大家庭里使我得到了更多的锻炼，学习了更多的知识，交了更多的朋友，积累了更多的经验，当然也通过不少深刻的教训发现了自身的种种不足。我的成长来自超市这个大家庭，为乐天玛特超市明年更好的发展尽自已的全力是义不容辞的责任。</w:t>
      </w:r>
      <w:r>
        <w:rPr>
          <w:lang w:eastAsia="zh-CN"/>
        </w:rPr>
        <w:br/>
      </w:r>
      <w:r>
        <w:rPr>
          <w:lang w:eastAsia="zh-CN"/>
        </w:rPr>
        <w:t>　　20__年_月刚进入超市的时候，一切对我来说都是新鲜的，也是陌生的，许多东西都要老员工来教，我感觉自己需要学习的太多了。他们做什么我都仔细的看，认真的学，从各种面团的配方，做法；从各种面包的炉温，装饰，一点一滴的学，一点一滴的记，一年多的工作，使我得到了锻炼，日常工作逐渐得心应手。由于我的工作认真负责，在20__年的时候，给了我第一次机会，将我从一名普通员工提升为一名资深员工，这是一种激励，也是一种鞭策，他时刻提醒着我，要时刻的严格要求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我的工作于细节处见真功，所以必须认真仔细。因此，我认真了解每种面包的做法和特性，在遇到面包烤好后有瑕疵的情况发生时，能够第一时间了解是在工作流程中哪一个环节出了问题，从而改善。我始终坚持：做什么事情，做了就一定把它作好。对工作抱以热情，对同事抱以关心，用积极的行动来感染周围的人，带动周围的人这是我在乐天玛特超市感受到的，也是希望我能够切切实实做到的。在日常的工作中，对工作认真负责，态度端正，积极主动多干，少说多做，说到做到，对顾客热情，积极完成领导安排的各项工作，与同事们处理好关系，团结协作，共同完成各项工作任务。注重自己在工作中存在的不足，并积极改正。</w:t>
      </w:r>
      <w:r>
        <w:rPr>
          <w:lang w:eastAsia="zh-CN"/>
        </w:rPr>
        <w:br/>
      </w:r>
      <w:r>
        <w:rPr>
          <w:lang w:eastAsia="zh-CN"/>
        </w:rPr>
        <w:t>　　在20__年，超市给了我二次机会，将我从一名资深员工转变为一名基层管理人员，工作重点发生了转变，加强商品管理与人员现场管理，实现业绩的提升变成了各项工作的中心，俗话说的好“机会是留给有准备的人得”，为了尽快进入角色，抓住机会，一方面加强了专业知识的学习，积极的了解商品的陈列和商品的促销以及新品的开发，虚心的向课长请教。一方面加强人员管理的学习，抓住工作重点，合理有效的安排人力。</w:t>
      </w:r>
      <w:r>
        <w:rPr>
          <w:lang w:eastAsia="zh-CN"/>
        </w:rPr>
        <w:br/>
      </w:r>
      <w:r>
        <w:rPr>
          <w:lang w:eastAsia="zh-CN"/>
        </w:rPr>
        <w:t>　　在日常的工作中，潜下心来，从头干起，卫生，陈列，仓库，从每一个细节开始严格要求，在此基础之上，给课员更多的思想沟通与技能培训，能够改善员工的精神面貌，让其工作的积极主动性得到更大的发挥。</w:t>
      </w:r>
      <w:r>
        <w:rPr>
          <w:lang w:eastAsia="zh-CN"/>
        </w:rPr>
        <w:br/>
      </w:r>
      <w:r>
        <w:rPr>
          <w:lang w:eastAsia="zh-CN"/>
        </w:rPr>
        <w:t>　　总结3年的工作，尽管有了一定的进步和成绩，但通过冷静的自省，本身还是有诸多的不足，如：整体上的操作不够自如，商品损耗的控管力度不到位。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面对明年的机遇和挑战，我本着务实扎实的原则，更好的负起自身的责任，加强学习，勇于实践，使自己的业务水平和管理水平全面提高，为发展奉献自身全部的能量。</w:t>
      </w:r>
      <w:r>
        <w:rPr>
          <w:lang w:eastAsia="zh-CN"/>
        </w:rPr>
        <w:br/>
      </w:r>
      <w:r>
        <w:rPr>
          <w:lang w:eastAsia="zh-CN"/>
        </w:rPr>
        <w:t xml:space="preserve">    业务年终总结 篇13 </w:t>
      </w:r>
      <w:r>
        <w:rPr>
          <w:lang w:eastAsia="zh-CN"/>
        </w:rPr>
        <w:br/>
      </w:r>
      <w:r>
        <w:rPr>
          <w:lang w:eastAsia="zh-CN"/>
        </w:rPr>
        <w:t>　　走过了令人回味的201_年，迎来了充满憧憬的201_，心里满怀着对未来的向往，在这里写下自己对201_年的个人总结，以更好的总结自己在过去一年所做过的事情，以及带给自己的收获与领悟。</w:t>
      </w:r>
      <w:r>
        <w:rPr>
          <w:lang w:eastAsia="zh-CN"/>
        </w:rPr>
        <w:br/>
      </w:r>
      <w:r>
        <w:rPr>
          <w:lang w:eastAsia="zh-CN"/>
        </w:rPr>
        <w:t>　　首先，最大的转变就是结束了学生生涯，离开了校园的象牙塔，踏入社会职场，成为了一名职场新人。</w:t>
      </w:r>
      <w:r>
        <w:rPr>
          <w:lang w:eastAsia="zh-CN"/>
        </w:rPr>
        <w:br/>
      </w:r>
      <w:r>
        <w:rPr>
          <w:lang w:eastAsia="zh-CN"/>
        </w:rPr>
        <w:t>　　其次，在职业规划的选择上，我选择了招商银行，招商银行也选择了我，很荣幸的进入了招行，抱着一种来招行学习的心态，用最认真最真诚的态度来学习锻炼。</w:t>
      </w:r>
      <w:r>
        <w:rPr>
          <w:lang w:eastAsia="zh-CN"/>
        </w:rPr>
        <w:br/>
      </w:r>
      <w:r>
        <w:rPr>
          <w:lang w:eastAsia="zh-CN"/>
        </w:rPr>
        <w:t>　　自从201_年4月份进入招行以来，经历了集中训练，每天都是学习技能、学习理论知识、学习上机操作，刚开始压力很大，能进招行的都是很优秀的同事，在这里感觉彼此之间的竞争都很大，每天的考试测试，只要稍微一放松，就会被人超越，但培训结束后，我们掌握的不只是业务收获的不只是技能，更多的是我们同事之间因此建立的感情，在竞争中我们既相互鼓励又相互了解，走出校园后所结识的第一批朋友，对我自己在深圳工作和发展都有很大的影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之后，分配网点实习的日子，结束了集中培训，很幸运的分配到了星河世纪支行，在这里刚开始的时候，便是无止境的考试测试，练习技能，虽然没有真正上柜操作，但那些在后台默默练习默默学习的日子是那么的难忘，这些在别人眼里看似打杂的工作都让我对星河更加的熟悉更加的了解。</w:t>
      </w:r>
      <w:r>
        <w:rPr>
          <w:lang w:eastAsia="zh-CN"/>
        </w:rPr>
        <w:br/>
      </w:r>
      <w:r>
        <w:rPr>
          <w:lang w:eastAsia="zh-CN"/>
        </w:rPr>
        <w:t>　　在考到了自己的权限之后，真正的开始去面对客户去为客户办理业务的时候，真正的感受到压力的所在，我在柜台前，面对的不只是客户，我此时此刻并不只是代表我个人，而是代表着星河的服务，代表着招行的服务，是招行与客户最直接的交流的一个平台，在这里我必需按照招行的服务标准来为客户办理业务，记得刚开始上柜实习的时候，面对客户时，手忙脚乱，慌慌张张，显得十分不专业，不能快速标准的完成客户所要办理的业务，令客户不满意等等，在这种既迷茫又困惑苦恼的日子中，慢慢的自我总结自我思考，不断的更新自己的大脑，不断的学习业务上的知识，争取更快的掌握更新的业务操作，每一次新的业务我都会用心的去学习，到现在基本上所有的柜台业务，我都能即快速又简洁的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第一，做好服务，一定要熟悉服务的规范，我无法改变的东西，只有更快的去适应，别人能做到的服务，我也可以做到更好;第二，做事情一定要头脑清醒，思路清晰，办理业务过程要认真的审单，每一张单据都要它的要求，审视清楚既是对客户的负责也是对自己最基本的要求，每个业务都有它的步骤，循序渐进，笔笔清，不拖拉;第三，与客户简单有效的沟通，一般情况下，最头疼的不是不会办理某个业务，而是，无法与客户良好的沟通，无法表达清楚自己的想法自己的思路，无法解释清楚业务的规定与要求，客户对此绝对不会满意，而且觉得你不够专业，所以我经常学习新规范，学习新操作规程，了解的业务多了，客户的很多问题都能很简单明了的回答。</w:t>
      </w:r>
      <w:r>
        <w:rPr>
          <w:lang w:eastAsia="zh-CN"/>
        </w:rPr>
        <w:br/>
      </w:r>
      <w:r>
        <w:rPr>
          <w:lang w:eastAsia="zh-CN"/>
        </w:rPr>
        <w:t>　　业务差错，永远是每一个柜员的噩梦，刚上柜的时候，各种单据填写错误，各种单据缺漏要素，各种号码录入有误，更出现过单据被客户拿走的囧事，经常打电话追客户回来补签名，每天下班都不得不加班个把钟头在行里整理自己的单据，但一个没办法把工作在上班时间完成的员工不是好员工，经过了半年的成长，吸收了老员工的工作经验，加上自己的总结思考，我已经慢慢的养成了一种细心，专注的习惯，在每一笔业务上都会完成细致的勾对，每一笔都在办理结束时快速的审单，勾对，确保每一笔业务都不用再浪费班后的时间去一一核对，大大提前的自己的下班时间。</w:t>
      </w:r>
      <w:r>
        <w:rPr>
          <w:lang w:eastAsia="zh-CN"/>
        </w:rPr>
        <w:br/>
      </w:r>
      <w:r>
        <w:rPr>
          <w:lang w:eastAsia="zh-CN"/>
        </w:rPr>
        <w:t>　　201_年的工作总结，可以说是在错误中成长，在竞争中进步。</w:t>
      </w:r>
      <w:r>
        <w:rPr>
          <w:lang w:eastAsia="zh-CN"/>
        </w:rPr>
        <w:br/>
      </w:r>
      <w:r>
        <w:rPr>
          <w:lang w:eastAsia="zh-CN"/>
        </w:rPr>
        <w:t xml:space="preserve">    业务年终总结 篇14 </w:t>
      </w:r>
      <w:r>
        <w:rPr>
          <w:lang w:eastAsia="zh-CN"/>
        </w:rPr>
        <w:br/>
      </w:r>
      <w:r>
        <w:rPr>
          <w:lang w:eastAsia="zh-CN"/>
        </w:rPr>
        <w:t>　　整顿经济秩序的第一年，总行提出了“控制总量、调整结构、保证重点、压缩一般、适时调节”的信贷总方针，如何把这一中心任务贯彻落实到我们的商业信贷工作中去，我们提出的口号是：调结构、保市场、促流通。其中调结构是基础，保市场是任务，促流通是目标。经过一年来的积极工作，商业信贷结构得到了有效调整。同时使我市市场出现了稳定、繁荣的喜人局面，完成购进总值20548万元，实现销售24178万元，创利税679万元，取得了比较好的经济效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4"/>
          <w:cols w:space="425"/>
          <w:titlePg w:val="0"/>
          <w:docGrid w:type="lines" w:linePitch="312"/>
        </w:sectPr>
      </w:pPr>
      <w:r>
        <w:rPr>
          <w:lang w:eastAsia="zh-CN"/>
        </w:rPr>
        <w:t>　　调好两个结构，活化资金存量今年，国家实行财政、信贷“双紧”的方针，其目的是减少货币投入，促进原有生产要素的调整及优化配置，从而达到控制通货膨胀、稳定发展经济的目的.。商业部门担负着回笼货币、繁荣市场的任条，其经营如何，对于能否稳定市场，促进经济发展意义重大。我们认为，在货币紧缩、投入减少的情况下，支持商业企业、提高效益、保住市场唯一的出路是活化资金存量，调整好两个结构，提高原有资金的使用效能，缓解供求矛盾。</w:t>
      </w:r>
      <w:r>
        <w:rPr>
          <w:lang w:eastAsia="zh-CN"/>
        </w:rPr>
        <w:br/>
      </w:r>
      <w:r>
        <w:rPr>
          <w:lang w:eastAsia="zh-CN"/>
        </w:rPr>
        <w:t>　　(一)调整好一、二、三类企业的贷款结构今年初，我们根据上级行制定的分类排队标准，结合20__年我们自己摸索出的“十分制分类排队法”，考虑国家和总行提出的支持序列，对全部商业企业进行了分类排队，并逐企业制定了“增、平、减”计划，使贷款投向投量、保压重点十分明确，为今年的调整工作赢得了主动。</w:t>
      </w:r>
      <w:r>
        <w:rPr>
          <w:lang w:eastAsia="zh-CN"/>
        </w:rPr>
        <w:br/>
      </w:r>
      <w:r>
        <w:rPr>
          <w:lang w:eastAsia="zh-CN"/>
        </w:rPr>
        <w:t>　　到年末，一类企业的贷款比重达65.9%，较年初上升4.7个百分点，二类企业达26.7%，较年初下降2.6个百分点，三类企业达7.4%，较年初下降2.1个百分点。这表明，通过贷款存量移位，贷款结构更加优化。</w:t>
      </w:r>
      <w:r>
        <w:rPr>
          <w:lang w:eastAsia="zh-CN"/>
        </w:rPr>
        <w:br/>
      </w:r>
      <w:r>
        <w:rPr>
          <w:lang w:eastAsia="zh-CN"/>
        </w:rPr>
        <w:t>　　(二)调整好商业企业资金占用结构长期以来，由于我市商业企业经营管理水平不高，致使流动资金使用不当，沉淀资金较多，资金存量表现为三个不合理：一是有问题商品偏多，商品资金占用不合理;二是结算资金占用偏高，全部流动资金内在结构不合理;三是自有资金偏少，占全部流动资金的比重不合理。针对这三个不合理，我们花大气力、下苦功夫致力于现有存量结构的调整，从存量中活化资金，主要开展了以下几个方面的工作：</w:t>
      </w:r>
      <w:r>
        <w:rPr>
          <w:lang w:eastAsia="zh-CN"/>
        </w:rPr>
        <w:br/>
      </w:r>
    </w:p>
    <w:p w:rsidR="001B1F19" w14:textId="27C3F48A">
      <w:pPr>
        <w:rPr>
          <w:rFonts w:hint="eastAsia"/>
          <w:lang w:eastAsia="zh-CN"/>
        </w:rPr>
      </w:pPr>
      <w:r>
        <w:rPr>
          <w:lang w:eastAsia="zh-CN"/>
        </w:rPr>
        <w:t>　　1.大力推行内部银行，向管理要资金我们在20__年搞好试点工作的基础上，今年在全部国营商业推行了内部银行，完善了企业流动资金管理机制，减少了流动资金的跑、冒、滴、漏，资金使用效益明显提高，聊城市百货大搂在实行内部银行后，资金使用明显减少，而效益则大幅度增长。今年全部流动资金占用比去年增长1.5%，而购、销、利的增幅均在30%以上，资金周转加快27%。据统计，今年以来，通过开展内部银行，商业企业约计节约资金450万元。</w:t>
      </w:r>
      <w:r>
        <w:rPr>
          <w:lang w:eastAsia="zh-CN"/>
        </w:rPr>
        <w:br/>
      </w:r>
      <w:r>
        <w:rPr>
          <w:lang w:eastAsia="zh-CN"/>
        </w:rPr>
        <w:t>　　2.着力开展清潜，向潜力挖资金针对商业企业资金占用高、潜力大的问题，我们今年建议市政府召开了三次清潜工作动员大会，组成了各级挖潜领导小组，并制定了一系列奖罚政策，在全市掀起了一个人人重挖潜、个个来挖潜的高潮，变银行一家的“独角戏”为银企政府的大合唱，有力地推动了全市商业企业挖潜工作的开展。为配合好企业清欠，我们还在三季度搞了个“清欠三部曲”，派出信贷员28人次，帮助企业分市内、市外、区外三个层次清欠，清回资金317笔，581万元，受到了企业的高度赞扬。</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https://d.book118.com/787106066062006046</w:t>
        </w:r>
      </w:hyperlink>
    </w:p>
    <w:p w:rsidR="001B1F19">
      <w:pPr>
        <w:rPr>
          <w:rFonts w:hint="eastAsia"/>
          <w:lang w:eastAsia="zh-CN"/>
        </w:rPr>
      </w:pPr>
    </w:p>
    <w:sectPr>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7106066062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