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年终总结被评为优秀员工的发言稿（32篇）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年终总结被评为优秀员工的发言稿（通用32篇）</w:t>
      </w:r>
      <w:r>
        <w:rPr>
          <w:lang w:eastAsia="zh-CN"/>
        </w:rPr>
        <w:br/>
      </w:r>
      <w:r>
        <w:rPr>
          <w:lang w:eastAsia="zh-CN"/>
        </w:rPr>
        <w:t xml:space="preserve">    年终总结被评为优秀员工的发言稿 篇1 </w:t>
      </w:r>
      <w:r>
        <w:rPr>
          <w:lang w:eastAsia="zh-CN"/>
        </w:rPr>
        <w:br/>
      </w:r>
      <w:r>
        <w:rPr>
          <w:lang w:eastAsia="zh-CN"/>
        </w:rPr>
        <w:t>　　尊敬的各位领导、各位同事：大家新年好!</w:t>
      </w:r>
      <w:r>
        <w:rPr>
          <w:lang w:eastAsia="zh-CN"/>
        </w:rPr>
        <w:br/>
      </w:r>
      <w:r>
        <w:rPr>
          <w:lang w:eastAsia="zh-CN"/>
        </w:rPr>
        <w:t>　　在这辞旧岁，迎新年的美好时刻,我们新星公司迎来了20__年度的年会，在此非常感谢为年会筹备策划的每一位领导及同事。</w:t>
      </w:r>
      <w:r>
        <w:rPr>
          <w:lang w:eastAsia="zh-CN"/>
        </w:rPr>
        <w:br/>
      </w:r>
      <w:r>
        <w:rPr>
          <w:lang w:eastAsia="zh-CN"/>
        </w:rPr>
        <w:t>　　今天我能够代表“一专多能奖”优秀员工发言，深感荣幸和自豪。这是公司对我们工作的肯定。我们在工作中取得的这一点点成绩，不仅得益于各部门同事的支持与默契配合，更得益于公司优良的团队氛围对我们的熏陶。在这里，我代表各位“一专多能”优秀员工对各位领导的栽培和厚爱，各部门同事对我们工作的支持表示深深地感谢!</w:t>
      </w:r>
      <w:r>
        <w:rPr>
          <w:lang w:eastAsia="zh-CN"/>
        </w:rPr>
        <w:br/>
      </w:r>
      <w:r>
        <w:rPr>
          <w:lang w:eastAsia="zh-CN"/>
        </w:rPr>
        <w:t>　　过去的20__年，是我成长的一年，也是收获的一年，对建筑设计部也是非常重要的一年，这一年来，我们在公司领导大力支持和孙院长的正确指引下，在勘察与造价各部门的配合下圆满完成了全年计划工作，当然这与每一位同事的努力是分不开的.</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这一年当中我们做的工程设计内容比较多、涉及的面也比较广,有规划设计、方案设计、施工图设计、初步设计、消防、节能、装修、室外配套等;从一般住宅到商业建筑，从民用建筑到工业建筑，&amp;ensp;从多层到高层;大大小小接触了不同层面的工程，为了配合各项目的进度需要，我们在孙院长的部署和带领下，大家都投入了积极饱满的工作热情，在自己的岗位上兢兢业业，加班加点，按部就班的完成各阶段的设计任务，无论是质量还是进度都达到了甲方的要求，除了设计工作以外，我们还配合甲方做好各项工程的后期服务工作，对于工程施工过程中出现的各种问题，我们都给予了及时准确的跟踪和回复，确保项目的顺利进行，就是这样建筑设计部的全体员工在孙院长的领导下，马永虹同志的技术指导下在实践中学习，在学习中一步步成长。</w:t>
      </w:r>
      <w:r>
        <w:rPr>
          <w:lang w:eastAsia="zh-CN"/>
        </w:rPr>
        <w:br/>
      </w:r>
      <w:r>
        <w:rPr>
          <w:lang w:eastAsia="zh-CN"/>
        </w:rPr>
        <w:t>　　今天我们被评为“一专多能”优秀员工，但我们不会沾沾自喜，固步自封。尤其对于我来说能获此殊荣，更是受之有愧，我离一专多能型员工的标准还有很大差距，还有很多需要向大家学习的地方。在刚刚参加的“多审合一”培训会中我深有体会，伴随着建筑行业大数据时代的到来，末来的建筑行业会越来越严格，换言之对我们的设计人员的要求也越来越严，希望我们在今后的工作中精益求精，紧跟时代发展的步伐。</w:t>
      </w:r>
      <w:r>
        <w:rPr>
          <w:lang w:eastAsia="zh-CN"/>
        </w:rPr>
        <w:br/>
      </w:r>
      <w:r>
        <w:rPr>
          <w:lang w:eastAsia="zh-CN"/>
        </w:rPr>
        <w:t>　　总而言之，成绩只能代表过去，新的目标等待着我们大家齐心协力去完成，我们要团结努力，再接再厉，再攀高峰，为公司的全面发展继续做出我们应有的贡献!</w:t>
      </w:r>
      <w:r>
        <w:rPr>
          <w:lang w:eastAsia="zh-CN"/>
        </w:rPr>
        <w:br/>
      </w:r>
      <w:r>
        <w:rPr>
          <w:lang w:eastAsia="zh-CN"/>
        </w:rPr>
        <w:t>　　最后，祝各位领导，同事及家人朋友在新的一年里，事业蓬勃、身体健康，生活美满、幸福安康!</w:t>
      </w:r>
      <w:r>
        <w:rPr>
          <w:lang w:eastAsia="zh-CN"/>
        </w:rPr>
        <w:br/>
      </w:r>
      <w:r>
        <w:rPr>
          <w:lang w:eastAsia="zh-CN"/>
        </w:rPr>
        <w:t xml:space="preserve">    年终总结被评为优秀员工的发言稿 篇2 </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各位领导、各位同事大家好：我是招标一部张建英!</w:t>
      </w:r>
      <w:r>
        <w:rPr>
          <w:lang w:eastAsia="zh-CN"/>
        </w:rPr>
        <w:br/>
      </w:r>
      <w:r>
        <w:rPr>
          <w:lang w:eastAsia="zh-CN"/>
        </w:rPr>
        <w:t>　　今天我非常荣幸以优秀员工代表在这里发言，心情特别的激动。说实在的当我接到师主任通知的时候，心情十分的忐忑，不知道该说点什么。但是我知道这是公司对我这一年度工作的肯定，也是给予我的一种荣誉，更是对我的一种鼓励。首先，我代表所有获此殊荣的优秀员工向关心和支持我们的公司领导和密切配合、相互支持、共同提高的同事们表示诚挚的感谢!</w:t>
      </w:r>
      <w:r>
        <w:rPr>
          <w:lang w:eastAsia="zh-CN"/>
        </w:rPr>
        <w:br/>
      </w:r>
      <w:r>
        <w:rPr>
          <w:lang w:eastAsia="zh-CN"/>
        </w:rPr>
        <w:t>　　我是20__年进入公司工作至今，其实我并没有做出了不起的大贡献，也无特别值得炫耀可喜的业绩，只是尽心尽力地做好领导安排给我的工作。</w:t>
      </w:r>
      <w:r>
        <w:rPr>
          <w:lang w:eastAsia="zh-CN"/>
        </w:rPr>
        <w:br/>
      </w:r>
      <w:r>
        <w:rPr>
          <w:lang w:eastAsia="zh-CN"/>
        </w:rPr>
        <w:t>　　此刻，我除了喜悦，还有感动。20__年进入公司，在这八年中，我感受到公司不断壮大，管理不断规范，员工薪酬不断增长，公司在外也享有非常好的社会声誉。作为新星大家庭的一员，我感到非常骄傲和自豪，也正是这份骄傲与自豪，使我对做好本职工作充满信心，充满激情，所以一直以来，我都坚守责任、高效、严谨的工作信条，认认真真、踏踏实实做好每一项工作，这是我的原则，也是每一位优秀员工共同的特征。</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我做为一名招标业务人员要不断学习，对招标过程中遇到的问题进行阶段性的总结，不断完善工作。通过招标代理工作，认识到了一些重要的日常礼节，与业主、评委及投标人沟通时的态度等细节问题。虽然工作比较琐碎，但可以锻炼自己的耐性及对工作的认真负责态度。在此感谢我们部长赵东和部门同事平日里对我工作的支持与帮助。</w:t>
      </w:r>
      <w:r>
        <w:rPr>
          <w:lang w:eastAsia="zh-CN"/>
        </w:rPr>
        <w:br/>
      </w:r>
      <w:r>
        <w:rPr>
          <w:lang w:eastAsia="zh-CN"/>
        </w:rPr>
        <w:t>　　随着在今年下发的《山西省政府有关部门20__年推进电子招标投标工作要点》的通知，将在20__年对依法必须进行招标的项目实行全流程电子化招标，这意味着我们招标业务人员更要努力认真学习电子招标程序，做到实际掌握熟练业务知识，能够更好的满足业主要求，让我们的招标服务得到业主的认可。这是我一直追求的目标。所以不管工作中遇到什么样的困难都应积极主动去寻求解决之路，不让问题搁浅。熟话说办法总比困难多，动脑筋想办法，没什么解决不了的问题，只有不断战胜自我，超越自我，才能不愧于自己。总之，优秀的企业需要优秀的团队，做为这个团队的一份子，为这个团队的成长贡献自己微薄之力是自己义不容辞的责任。</w:t>
      </w:r>
      <w:r>
        <w:rPr>
          <w:lang w:eastAsia="zh-CN"/>
        </w:rPr>
        <w:br/>
      </w:r>
      <w:r>
        <w:rPr>
          <w:lang w:eastAsia="zh-CN"/>
        </w:rPr>
        <w:t>　　20__年是我们奋发图强的一年，我们面临新的形势既充满新的挑战，更催人奋进，我将不断加强个人修养，加强学习，努力提高工作水平，扬长避短，发奋工作，力求把工作做的更好、更扎实，树立新星人的良好形象。</w:t>
      </w:r>
      <w:r>
        <w:rPr>
          <w:lang w:eastAsia="zh-CN"/>
        </w:rPr>
        <w:br/>
      </w:r>
      <w:r>
        <w:rPr>
          <w:lang w:eastAsia="zh-CN"/>
        </w:rPr>
        <w:t>　　我还想说在荣誉面前，我不会沾沾自喜，因为我深知，我还有许多不足之处，所以，在今后的工作中，我将更加严格要求自己，维护优秀员工的形象，扬长避短，向上向前，用更加优异的工作成绩回报公司领导的关爱，回报同事们的支持和帮助!</w:t>
      </w:r>
      <w:r>
        <w:rPr>
          <w:lang w:eastAsia="zh-CN"/>
        </w:rPr>
        <w:br/>
      </w:r>
      <w:r>
        <w:rPr>
          <w:lang w:eastAsia="zh-CN"/>
        </w:rPr>
        <w:t>　　最后，在元旦来临之际，祝公司全体同仁身体健康，万事如意!也祝公司繁荣昌盛，来年创佳绩!</w:t>
      </w:r>
      <w:r>
        <w:rPr>
          <w:lang w:eastAsia="zh-CN"/>
        </w:rPr>
        <w:br/>
      </w:r>
      <w:r>
        <w:rPr>
          <w:lang w:eastAsia="zh-CN"/>
        </w:rPr>
        <w:t>　　谢谢大家!</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xml:space="preserve">    年终总结被评为优秀员工的发言稿 篇3 </w:t>
      </w:r>
      <w:r>
        <w:rPr>
          <w:lang w:eastAsia="zh-CN"/>
        </w:rPr>
        <w:br/>
      </w:r>
      <w:r>
        <w:rPr>
          <w:lang w:eastAsia="zh-CN"/>
        </w:rPr>
        <w:t>　　尊敬的各位领导、同志们：</w:t>
      </w:r>
      <w:r>
        <w:rPr>
          <w:lang w:eastAsia="zh-CN"/>
        </w:rPr>
        <w:br/>
      </w:r>
      <w:r>
        <w:rPr>
          <w:lang w:eastAsia="zh-CN"/>
        </w:rPr>
        <w:t>　　你们好，首先请允许我代表公司三线全体干部、职工给你们拜年，并向您和您的家人致以真挚的祝福，祝愿他们健康快乐、幸福美满。</w:t>
      </w:r>
      <w:r>
        <w:rPr>
          <w:lang w:eastAsia="zh-CN"/>
        </w:rPr>
        <w:br/>
      </w:r>
      <w:r>
        <w:rPr>
          <w:lang w:eastAsia="zh-CN"/>
        </w:rPr>
        <w:t>　　岁末甫至，福气东来。我们又迎来了新的一年。过去的一年，在以为核心的董事会、经理层的带领下，公司全体干部、职工发扬不怕苦、不怕难的艰苦奋斗的作风，团结一致、艰苦创业，取得了良好的成绩。得到了各级领导和社会各界的好评和认可。</w:t>
      </w:r>
      <w:r>
        <w:rPr>
          <w:lang w:eastAsia="zh-CN"/>
        </w:rPr>
        <w:br/>
      </w:r>
      <w:r>
        <w:rPr>
          <w:lang w:eastAsia="zh-CN"/>
        </w:rPr>
        <w:t>　　我们三线全体职工始终以“服务一、二线，当好勤务兵”为工作宗旨，努力提高职工生活服务质量，提升自身业务技能知识。在企管、劳资、财务、食堂、保卫、仓库等后勤科室有限的工作岗位投入了无限的服务热情，为公司职工同志们提供一个良好的生活环境、舒适的工作环境、放心的社会环境，使他们更好的工作，为公司的发展作更大的贡献。</w:t>
      </w:r>
      <w:r>
        <w:rPr>
          <w:lang w:eastAsia="zh-CN"/>
        </w:rPr>
        <w:br/>
      </w:r>
      <w:r>
        <w:rPr>
          <w:lang w:eastAsia="zh-CN"/>
        </w:rPr>
        <w:t>　　当然，在过去的一年里，我们的工作做的还不够，还不到位，没能够发挥好“勤务兵”的作用。在此，我代表三线全体干部、职工宣誓：</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新的一年里，我们将以更高的工作热情、更强的工作作风投入到日常的工作和生活中，使我们的工作和服务再上一个台阶，让一、二线的职工感到温暖，把我们的“家园”建设的更加美好。我们将以一个崭新的工作面貌和服务热情，以实际行动向公司的发展献礼。</w:t>
      </w:r>
      <w:r>
        <w:rPr>
          <w:lang w:eastAsia="zh-CN"/>
        </w:rPr>
        <w:br/>
      </w:r>
      <w:r>
        <w:rPr>
          <w:lang w:eastAsia="zh-CN"/>
        </w:rPr>
        <w:t>　　回忆固然美丽，未来更具魅力。在新的一年里，让我们与公司全体员工一起共同努力，戒骄戒躁，观念再转变，工作再落实，作风再深入，提高执行力，努力营造“一心一意谋发展，深严细实抓落实”的工作氛围，尽职尽责，时时刻刻严格要求自己，爱岗敬业，为共建和谐矿区而努力奋斗。</w:t>
      </w:r>
      <w:r>
        <w:rPr>
          <w:lang w:eastAsia="zh-CN"/>
        </w:rPr>
        <w:br/>
      </w:r>
      <w:r>
        <w:rPr>
          <w:lang w:eastAsia="zh-CN"/>
        </w:rPr>
        <w:t>　　最后，祝愿公司兴旺发达。祝公司全体干部职工工作顺利、阖家欢乐。</w:t>
      </w:r>
      <w:r>
        <w:rPr>
          <w:lang w:eastAsia="zh-CN"/>
        </w:rPr>
        <w:br/>
      </w:r>
      <w:r>
        <w:rPr>
          <w:lang w:eastAsia="zh-CN"/>
        </w:rPr>
        <w:t xml:space="preserve">    年终总结被评为优秀员工的发言稿 篇4 </w:t>
      </w:r>
      <w:r>
        <w:rPr>
          <w:lang w:eastAsia="zh-CN"/>
        </w:rPr>
        <w:br/>
      </w:r>
      <w:r>
        <w:rPr>
          <w:lang w:eastAsia="zh-CN"/>
        </w:rPr>
        <w:t>　　尊敬的各位领导、各位同事、各位来宾：</w:t>
      </w:r>
      <w:r>
        <w:rPr>
          <w:lang w:eastAsia="zh-CN"/>
        </w:rPr>
        <w:br/>
      </w:r>
      <w:r>
        <w:rPr>
          <w:lang w:eastAsia="zh-CN"/>
        </w:rPr>
        <w:t>　　春秋迭易，岁月轮回。</w:t>
      </w:r>
      <w:r>
        <w:rPr>
          <w:lang w:eastAsia="zh-CN"/>
        </w:rPr>
        <w:br/>
      </w:r>
      <w:r>
        <w:rPr>
          <w:lang w:eastAsia="zh-CN"/>
        </w:rPr>
        <w:t>　　我们送走了满载收获的__年，又迎来了充满希望的__年。刚刚过去的一年，对我司来讲，是极不平凡的一年。一年来，全司员工在老板的带领下团结奋进，积极进取，公司取得了历史以来最辉煌的业绩。</w:t>
      </w:r>
      <w:r>
        <w:rPr>
          <w:lang w:eastAsia="zh-CN"/>
        </w:rPr>
        <w:br/>
      </w:r>
      <w:r>
        <w:rPr>
          <w:lang w:eastAsia="zh-CN"/>
        </w:rPr>
        <w:t>　　今天，我能够站在这里，成为我们优秀的、团结的、富有激情的年轻集体的一员，和大家一起分享此时幸福的时刻，我感到非常激动。我要感谢我们的魏总、王总、罗总，是你们接纳了我；我还要感谢谭杰老师，是你推荐了我；我更要感谢所有的同事，我的每一点成绩离不开你们的大力支持，是你们的帮助，使我能够很快融入到集体中来。</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总之，我要感谢所有帮助了我的人，有魏总、罗总、王总、谭老师、梁总、杨总，还有我们的合作伙伴，还有我们的所有同事。我没有什么好报答你们的，我唯以饱满的工作热情，积极的工作态度，为公司的发展忘我地工作，来回报公司的期望，回报所有帮助过我的人。</w:t>
      </w:r>
      <w:r>
        <w:rPr>
          <w:lang w:eastAsia="zh-CN"/>
        </w:rPr>
        <w:br/>
      </w:r>
      <w:r>
        <w:rPr>
          <w:lang w:eastAsia="zh-CN"/>
        </w:rPr>
        <w:t>　　时光荏苒，日月如梭，我来到公司转眼已过219天。同事们，我们来自五湖四海，为了我们共同的神圣目标——rfid事业，我们走到一起来了。</w:t>
      </w:r>
      <w:r>
        <w:rPr>
          <w:lang w:eastAsia="zh-CN"/>
        </w:rPr>
        <w:br/>
      </w:r>
      <w:r>
        <w:rPr>
          <w:lang w:eastAsia="zh-CN"/>
        </w:rPr>
        <w:t>　　rfid情人啊，你知道吗？我们为了你，奉献了多少个不眠之夜；我们为了你，消耗的纸比珠穆朗玛峰还要高；我们为了你，费尽的口水比洞庭湖水还要多；我们为了你，走过的路比长征还要长……</w:t>
      </w:r>
      <w:r>
        <w:rPr>
          <w:lang w:eastAsia="zh-CN"/>
        </w:rPr>
        <w:br/>
      </w:r>
      <w:r>
        <w:rPr>
          <w:lang w:eastAsia="zh-CN"/>
        </w:rPr>
        <w:t>　　rfid情人啊，你知道吗？我们为了你，不管遇到多大的困难，我们毫不退缩，那怕再来一次长征也不皱一下眉头，我们一定紧紧团结在你的身边，甘愿为你驱使，呵护你的子子孙孙在世界各地生根发芽，直到你的子子孙孙长大，一直不断地繁衍下去……同事们，你们说是不是啊！有没有决心啊！</w:t>
      </w:r>
      <w:r>
        <w:rPr>
          <w:lang w:eastAsia="zh-CN"/>
        </w:rPr>
        <w:br/>
      </w:r>
      <w:r>
        <w:rPr>
          <w:lang w:eastAsia="zh-CN"/>
        </w:rPr>
        <w:t>　　__年，是我司任务更加繁重的一年，是全面开展rfid事业、努力夺取rfid产业链制高点的关键之年。</w:t>
      </w:r>
      <w:r>
        <w:rPr>
          <w:lang w:eastAsia="zh-CN"/>
        </w:rPr>
        <w:br/>
      </w:r>
      <w:r>
        <w:rPr>
          <w:lang w:eastAsia="zh-CN"/>
        </w:rPr>
        <w:t>　　同事们，历年公司的发展离不开你们的支持，明年的灿烂更需各位的厚爱。来，让我们共同举杯，为了在座诸位的身体健康，为了庆祝公司年终总结会的圆满成功，为了公司来年走向更辉煌，为了我们大家新年快乐，幸福吉祥，为了我们的老板，干杯！</w:t>
      </w:r>
      <w:r>
        <w:rPr>
          <w:lang w:eastAsia="zh-CN"/>
        </w:rPr>
        <w:br/>
      </w:r>
      <w:r>
        <w:rPr>
          <w:lang w:eastAsia="zh-CN"/>
        </w:rPr>
        <w:t xml:space="preserve">    年终总结被评为优秀员工的发言稿 篇5 </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各位领导、各位同事：</w:t>
      </w:r>
      <w:r>
        <w:rPr>
          <w:lang w:eastAsia="zh-CN"/>
        </w:rPr>
        <w:br/>
      </w:r>
      <w:r>
        <w:rPr>
          <w:lang w:eastAsia="zh-CN"/>
        </w:rPr>
        <w:t>　　大家好！</w:t>
      </w:r>
      <w:r>
        <w:rPr>
          <w:lang w:eastAsia="zh-CN"/>
        </w:rPr>
        <w:br/>
      </w:r>
      <w:r>
        <w:rPr>
          <w:lang w:eastAsia="zh-CN"/>
        </w:rPr>
        <w:t>　　很高兴与大家相聚在这一年一度的年终大会，我在此向大家致以最真诚的问候，祝：大家元旦愉快！身体健康！万事如意！新年大发！</w:t>
      </w:r>
      <w:r>
        <w:rPr>
          <w:lang w:eastAsia="zh-CN"/>
        </w:rPr>
        <w:br/>
      </w:r>
      <w:r>
        <w:rPr>
          <w:lang w:eastAsia="zh-CN"/>
        </w:rPr>
        <w:t>　　回顾到公司以来的日子，风风雨雨与公司经历了短短几月的路程，在这些日子里，不管老元帅还是新同事，我们共同领略了洋溢在这里的盛大喜乐，也共同披风顶雪覆过那些隐藏在这里的忧患，与公司共荣发展。</w:t>
      </w:r>
      <w:r>
        <w:rPr>
          <w:lang w:eastAsia="zh-CN"/>
        </w:rPr>
        <w:br/>
      </w:r>
      <w:r>
        <w:rPr>
          <w:lang w:eastAsia="zh-CN"/>
        </w:rPr>
        <w:t>　　首先，我从这几个月对公司行政工作的细心观察，只能粗略的给大家做一次不怎么详尽的总结。如果总结得不好，还望大家见谅！</w:t>
      </w:r>
      <w:r>
        <w:rPr>
          <w:lang w:eastAsia="zh-CN"/>
        </w:rPr>
        <w:br/>
      </w:r>
      <w:r>
        <w:rPr>
          <w:lang w:eastAsia="zh-CN"/>
        </w:rPr>
        <w:t>　　行政部在最近几个月结合工作实际，认真履行工作职责，加强与其它部门的协调与沟通，使行政部基础治理工作实现了规范化，为公司各项工作的开展创造了良好的条件。</w:t>
      </w:r>
      <w:r>
        <w:rPr>
          <w:lang w:eastAsia="zh-CN"/>
        </w:rPr>
        <w:br/>
      </w:r>
      <w:r>
        <w:rPr>
          <w:lang w:eastAsia="zh-CN"/>
        </w:rPr>
        <w:t>　　一是建立了员工人事档案、业绩考评档案、培训计划 、培训流程和培训档案等。</w:t>
      </w:r>
      <w:r>
        <w:rPr>
          <w:lang w:eastAsia="zh-CN"/>
        </w:rPr>
        <w:br/>
      </w:r>
      <w:r>
        <w:rPr>
          <w:lang w:eastAsia="zh-CN"/>
        </w:rPr>
        <w:t>　　这几个月以来收发文件20几件，并对领导批示的公文做到及时处理，从不拖拉；及时完成各类报表及总结；办公用品领用与办公用品采购坚持精打细算的原则，办公用品领用从节省出发。</w:t>
      </w:r>
      <w:r>
        <w:rPr>
          <w:lang w:eastAsia="zh-CN"/>
        </w:rPr>
        <w:br/>
      </w:r>
      <w:r>
        <w:rPr>
          <w:lang w:eastAsia="zh-CN"/>
        </w:rPr>
        <w:t>　　减少公司不必要的开支；组织和协助组织召开各种会议20多场，做到会前有准备，会中有记录，会后有总结；组织全体员工户外活动1次，做到活动前有方案，活动后有总结。</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二是健全了人事资料，各类报表及总结。</w:t>
      </w:r>
      <w:r>
        <w:rPr>
          <w:lang w:eastAsia="zh-CN"/>
        </w:rPr>
        <w:br/>
      </w:r>
      <w:r>
        <w:rPr>
          <w:lang w:eastAsia="zh-CN"/>
        </w:rPr>
        <w:t>　　三是完善了部门组织职能，入职、请假、离职、领料等一系列工作程序以及报表等工作。</w:t>
      </w:r>
      <w:r>
        <w:rPr>
          <w:lang w:eastAsia="zh-CN"/>
        </w:rPr>
        <w:br/>
      </w:r>
      <w:r>
        <w:rPr>
          <w:lang w:eastAsia="zh-CN"/>
        </w:rPr>
        <w:t>　　对南北方分公司返货管理、对账也进行了规范；对返货监督实行人人监督，奖惩分明。当然，之所以取得这些好的成绩，主要得益于孙总和刘总的有力领导和大家对我工作的支持。</w:t>
      </w:r>
      <w:r>
        <w:rPr>
          <w:lang w:eastAsia="zh-CN"/>
        </w:rPr>
        <w:br/>
      </w:r>
      <w:r>
        <w:rPr>
          <w:lang w:eastAsia="zh-CN"/>
        </w:rPr>
        <w:t>　　在此，我以无限的真诚向大家说声：“谢谢！”谢谢大家对我工作的支持与鼓励！</w:t>
      </w:r>
      <w:r>
        <w:rPr>
          <w:lang w:eastAsia="zh-CN"/>
        </w:rPr>
        <w:br/>
      </w:r>
      <w:r>
        <w:rPr>
          <w:lang w:eastAsia="zh-CN"/>
        </w:rPr>
        <w:t>　　在行政工作取得一定成绩的同时，行政工作还存在着诸多问题：</w:t>
      </w:r>
      <w:r>
        <w:rPr>
          <w:lang w:eastAsia="zh-CN"/>
        </w:rPr>
        <w:br/>
      </w:r>
      <w:r>
        <w:rPr>
          <w:lang w:eastAsia="zh-CN"/>
        </w:rPr>
        <w:t>　　一是在公司原有的企业文化中，工作开展得不是很顺畅，工作开展难度是时出不穷，甚至在某些时候没法主动性去开展工作。</w:t>
      </w:r>
      <w:r>
        <w:rPr>
          <w:lang w:eastAsia="zh-CN"/>
        </w:rPr>
        <w:br/>
      </w:r>
      <w:r>
        <w:rPr>
          <w:lang w:eastAsia="zh-CN"/>
        </w:rPr>
        <w:t>　　二是深层次的企业文化尚未取得显著成效。</w:t>
      </w:r>
      <w:r>
        <w:rPr>
          <w:lang w:eastAsia="zh-CN"/>
        </w:rPr>
        <w:br/>
      </w:r>
      <w:r>
        <w:rPr>
          <w:lang w:eastAsia="zh-CN"/>
        </w:rPr>
        <w:t>　　三是各职能部门未执行到位，不能发挥各部门职能作用，导致工作起来没有层次感，没有执行力度，没有工作效率。</w:t>
      </w:r>
      <w:r>
        <w:rPr>
          <w:lang w:eastAsia="zh-CN"/>
        </w:rPr>
        <w:br/>
      </w:r>
      <w:r>
        <w:rPr>
          <w:lang w:eastAsia="zh-CN"/>
        </w:rPr>
        <w:t>　　工作难开展、问题难解决、工作效率难提高。针对行政工作的种种问题，行政部门将在来年积极、主动加强与各部门领导沟通，协调好组织工作，起到承上启下的作用，解决“三难”问题。把行政部职能工作发挥到更大、更强！</w:t>
      </w:r>
      <w:r>
        <w:rPr>
          <w:lang w:eastAsia="zh-CN"/>
        </w:rPr>
        <w:br/>
      </w:r>
      <w:r>
        <w:rPr>
          <w:lang w:eastAsia="zh-CN"/>
        </w:rPr>
        <w:t>　　最后祝公司在新的一年虎虎生财，万事大吉！</w:t>
      </w:r>
      <w:r>
        <w:rPr>
          <w:lang w:eastAsia="zh-CN"/>
        </w:rPr>
        <w:br/>
      </w:r>
      <w:r>
        <w:rPr>
          <w:lang w:eastAsia="zh-CN"/>
        </w:rPr>
        <w:t>　　谢谢大家！</w:t>
      </w:r>
      <w:r>
        <w:rPr>
          <w:lang w:eastAsia="zh-CN"/>
        </w:rPr>
        <w:br/>
      </w:r>
      <w:r>
        <w:rPr>
          <w:lang w:eastAsia="zh-CN"/>
        </w:rPr>
        <w:t xml:space="preserve">    年终总结被评为优秀员工的发言稿 篇6 </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今天，我们在这里举行20__年年终工作会议。其主要目的是总结和回顾过去，展望和规划未来。在过去的一年，我们的业务有新的突破，在销售持续稳步增长，较20__年的生产能力和产品质量提高了50％，并远远超过其竞争对手，越来越多的工作人员队伍，产品设计，营销战略在不断创新，后在不断改进销售服务网络，回头客越来越多。</w:t>
      </w:r>
      <w:r>
        <w:rPr>
          <w:lang w:eastAsia="zh-CN"/>
        </w:rPr>
        <w:br/>
      </w:r>
      <w:r>
        <w:rPr>
          <w:lang w:eastAsia="zh-CN"/>
        </w:rPr>
        <w:t>　　20__年快要过去，在这辞旧迎新之际，回首电器这些年来的发展历程和风风雨雨，我们有过挫折，有过困惑，有过喜悦。今天，我想感谢和电器一路走来的每一位员工，为了工作，很多员工主动放弃休息，加班加点，甚至通霄达旦的工作；就因为有了大家的共同努力和奋斗，让电器在中国商用冷柜行业崭露头角。取得今天这样的成就。感谢你们的努力和坚持，也感谢所有的员工对我的支持和信任。很多时候，我们员工在实际工作中所面临的困难和艰苦程度，往往是超出我们做领导的估计和想象的。在此，我想借这个机会，向你们说一声：“谢谢你们！你们辛苦了！拥有你们，我感到非常地骄傲！</w:t>
      </w:r>
      <w:r>
        <w:rPr>
          <w:lang w:eastAsia="zh-CN"/>
        </w:rPr>
        <w:br/>
      </w:r>
      <w:r>
        <w:rPr>
          <w:lang w:eastAsia="zh-CN"/>
        </w:rPr>
        <w:t>　　我公司自成立以来，我们通过艰苦创业、奋发拚搏，为社会、为国家创造利税，为市场、为广大消费者提供了物美价廉的产品。在未来的发展中，电器将一如既往地践行这一价值观，将自己融入到社会发展的潮流中，为社会提供性价比最优的产品，倡导和弘扬先进的企业文化，最大限度地提高经济效益和社会效益，在把企业做大做强中，为社会创造更大的财富。</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大家知道，我们的网站上写了一句话：“，为您构造健康的购物空间，让品质写出__人的尊严，让服务感动客户…”这也是我们企业文化的一部分，大家看到这句话想到了什么，表达了我的一个心愿，就是要把__办成一个受人尊敬的企业，这是我的梦想。什么样才叫受人尊敬？就是当你非常自豪地、光荣地告诉你的客户，你的家人、你的朋友“我在电器工作”的时候，他们会投以你无比羡慕和崇敬的目光。我认为，一个有理想，有追求的人，一定会十分愿意来电器工作。因为，我的梦想不仅仅是我一个人的梦想，而是我们所有__人共同的梦想，并以这个梦想为荣。这里，我想特别说明一下，在工作并不等于你就是一名真正的__人，这是二个不同的概念。那怎样才算是一个真正的__人呢？举个例子：你看见办公室的地下有一个烟头，不是你扔的，你会不会主动弯下腰，把它捡起来放进垃圾筒？你看见一个无人的车间里电扇呼呼地开着，你会不会主动走上去把它关掉？你看见某个员工在上班时间里聊天、打游戏等违反公司规定的行为，你会不会主动去制止？</w:t>
      </w:r>
      <w:r>
        <w:rPr>
          <w:lang w:eastAsia="zh-CN"/>
        </w:rPr>
        <w:br/>
      </w:r>
      <w:r>
        <w:rPr>
          <w:lang w:eastAsia="zh-CN"/>
        </w:rPr>
        <w:t>　　所以说，进入电器公司并不意味着你就是一个__人。只有当你真正地融入这个大家庭，把这个公司当成你自己的公司，把电器的荣辱看作你自己的荣辱，把这个梦想当成你自己的梦想的时候，你才称得上是一个真正意义上的__人。需要的是真正的__人，如果不能成为一个真正的__人，必将会被所淘汰。</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我们，将一如既往的重视人才，员工是企业的第一资本，是企业发展的力量之源。全心全意依靠员工是我们坚定不移的方针，努力提高员工的物质文化生活质量，实现员工价值是电器始终如一的追求。伴随着企业的发展壮大，电器将创造充分发挥广大员工的积极性和创造性的环境和条件，为员工实现自我价值搭建广阔的平台；构建同员工利益和价值追求相一致的企业共同愿景，让员工在为企业奋斗的同时实现自己的人生价值，实现企业与员工的共同的成功。</w:t>
      </w:r>
      <w:r>
        <w:rPr>
          <w:lang w:eastAsia="zh-CN"/>
        </w:rPr>
        <w:br/>
      </w:r>
      <w:r>
        <w:rPr>
          <w:lang w:eastAsia="zh-CN"/>
        </w:rPr>
        <w:t>　　电器是我们所有__人共同的家园，是我们每个员工生活工作和实现人生价值的依托。电器的兴衰关系每个人的切身利益，可以说，兴则员工兴，衰则员工困。所以，电器的利益是每个员工至高无上的长远利益和根本利益。我们每个员工要绝对地忠诚。一切言行都服从于利益，都要与利益保持高度一致。任何时候、任何地方、任何情况下，要以__大局为重，精诚团结，密切协作；要以事业为先，忠诚奉献，拼搏实干；要以发展为本，恪尽职守，不负使命。</w:t>
      </w:r>
      <w:r>
        <w:rPr>
          <w:lang w:eastAsia="zh-CN"/>
        </w:rPr>
        <w:br/>
      </w:r>
      <w:r>
        <w:rPr>
          <w:lang w:eastAsia="zh-CN"/>
        </w:rPr>
        <w:t>　　我们远大目标就是：世纪，世界</w:t>
      </w:r>
      <w:r>
        <w:rPr>
          <w:lang w:eastAsia="zh-CN"/>
        </w:rPr>
        <w:br/>
      </w:r>
      <w:r>
        <w:rPr>
          <w:lang w:eastAsia="zh-CN"/>
        </w:rPr>
        <w:t>　　“世纪，世界”是一个战略性的目标，需要我们从方方面面、点点滴滴着手，循序渐进地去实施，更需要我们每个__人立足岗位、扎实工作、创新拚搏来实现。需要我们创造一流的产品，一流的品牌，一流的效益，一流的企业形象，一流的发展速度，一流的员工队伍，一流的企业管理，一流的科学技术来实现。我们的一切工作都要向着这一目标而努力。</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世纪，世界”体现了电器崇高的理想追求，符合我们__人发展的期望值。电器成立以来，经过数年的奋斗拚搏、创新开拓，成为具有很强市场竞争力和创新活力的现代企业。面对新的机遇和挑战，__人志存高远，用满怀豪情绘制着百年宏图。__人期望着走向更广阔的天地，用自己的智慧和勤奋打造一个兴盛百年，纵横世界的辉煌。这是时代发展潮流赋予__人的神圣使命。（掌声）</w:t>
      </w:r>
      <w:r>
        <w:rPr>
          <w:lang w:eastAsia="zh-CN"/>
        </w:rPr>
        <w:br/>
      </w:r>
      <w:r>
        <w:rPr>
          <w:lang w:eastAsia="zh-CN"/>
        </w:rPr>
        <w:t>　　20__年，是崭新的一年，在这一年还没有开始的时候，让我们每个人进入紧张的工作状态，比竞争对手领先一步，我们需要有着眼于未来的战略眼光。“挑战未来”，我们需要勇气、胆略和意识。我们需要自强不息、拼搏进取，我们需要更多的学习，增加知识储备；需要创新，不断突破陈规；需要实干，把目标落实于行动中；需要高效，快速反应，抓住一切机遇发展自己；需要团结，全体__人拧成一股绳，同心同德，和衷共济，为了辉煌灿烂的明天，让我们和竞争对手不一样，让我们从众多的竞争对手中脱颖而出，让我们不怕困难，不怕坎坷，不怕挫折，不怕困苦，让我们不到成功，誓不罢休！</w:t>
      </w:r>
      <w:r>
        <w:rPr>
          <w:lang w:eastAsia="zh-CN"/>
        </w:rPr>
        <w:br/>
      </w:r>
      <w:r>
        <w:rPr>
          <w:lang w:eastAsia="zh-CN"/>
        </w:rPr>
        <w:t>　　谢谢大家！</w:t>
      </w:r>
      <w:r>
        <w:rPr>
          <w:lang w:eastAsia="zh-CN"/>
        </w:rPr>
        <w:br/>
      </w:r>
      <w:r>
        <w:rPr>
          <w:lang w:eastAsia="zh-CN"/>
        </w:rPr>
        <w:t xml:space="preserve">    年终总结被评为优秀员工的发言稿 篇7 </w:t>
      </w:r>
      <w:r>
        <w:rPr>
          <w:lang w:eastAsia="zh-CN"/>
        </w:rPr>
        <w:br/>
      </w:r>
      <w:r>
        <w:rPr>
          <w:lang w:eastAsia="zh-CN"/>
        </w:rPr>
        <w:t>　　尊敬的各位领导、各同事：</w:t>
      </w:r>
      <w:r>
        <w:rPr>
          <w:lang w:eastAsia="zh-CN"/>
        </w:rPr>
        <w:br/>
      </w:r>
      <w:r>
        <w:rPr>
          <w:lang w:eastAsia="zh-CN"/>
        </w:rPr>
        <w:t>　　大家好！</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一年的时间真的是过得非常的快了，转眼之间就结束了这一年的工作。其实我来到公司工作也才短短几个月的时间，但这几个月的经历是让我的印象非常的深刻的。我觉得自己是学到了很多的东西的，也成长了很多。虽然在公司只度过了几个月的时间，但这几个月我是真的很有感触的。这一年是进步了很多的，但我也非常的清楚自己是还有很大的进步空间的，所以为了自己在新的一年中能够有更多的收获，我决定要做一个对这一年的总结。</w:t>
      </w:r>
      <w:r>
        <w:rPr>
          <w:lang w:eastAsia="zh-CN"/>
        </w:rPr>
        <w:br/>
      </w:r>
      <w:r>
        <w:rPr>
          <w:lang w:eastAsia="zh-CN"/>
        </w:rPr>
        <w:t>　　一、工作表现</w:t>
      </w:r>
      <w:r>
        <w:rPr>
          <w:lang w:eastAsia="zh-CN"/>
        </w:rPr>
        <w:br/>
      </w:r>
      <w:r>
        <w:rPr>
          <w:lang w:eastAsia="zh-CN"/>
        </w:rPr>
        <w:t>　　这一年我是非常认真和用心的在工作的，因为自己是一名新员工，有很多的事情都是不清楚的，公司和领导在一开始的时候会对我非常的包容，因为我是新的员工，但我知道自己是不能依仗着自己新员工的身份就不去努力的，领导和公司的包容都是有时间限度的，所以我必须要让自己在短时间之内成长起来。因此这几个月我都是很用心的在工作的，让自己有了很大的进步，我对自己这一段时间的表现是比较的满意的，在之后也会一直用这样的态度对待自己的工作。</w:t>
      </w:r>
      <w:r>
        <w:rPr>
          <w:lang w:eastAsia="zh-CN"/>
        </w:rPr>
        <w:br/>
      </w:r>
      <w:r>
        <w:rPr>
          <w:lang w:eastAsia="zh-CN"/>
        </w:rPr>
        <w:t>　　二、我的收获</w:t>
      </w:r>
      <w:r>
        <w:rPr>
          <w:lang w:eastAsia="zh-CN"/>
        </w:rPr>
        <w:br/>
      </w:r>
      <w:r>
        <w:rPr>
          <w:lang w:eastAsia="zh-CN"/>
        </w:rPr>
        <w:t>　　在这几个月中我是真的学到了很多的，我很清楚自己最应该做的事情是什么，所以我也一直都在努力的让自己能够有一些收获。我学到了很多工作的技能，这也让我更好的完成了自己的工作。从我的领导和同事身上我是学到了很多工作的经验的，我知道只有不断的学习才能够让自己有进步的，所以在这几个月中我是收获了很多的，这也是多亏了领导和同事的帮助，他们愿意教给我一些东西，我才能够学到。</w:t>
      </w:r>
      <w:r>
        <w:rPr>
          <w:lang w:eastAsia="zh-CN"/>
        </w:rPr>
        <w:br/>
      </w:r>
      <w:r>
        <w:rPr>
          <w:lang w:eastAsia="zh-CN"/>
        </w:rPr>
        <w:t>　　三、我的不足</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这一年中自己是有很多的不足的，在很多时候自己会出现很多的错误，也还有很多的工作方法是没有掌握好的，我知道自己的进步空间是很多的，我也能够看到自己身上存在的一些问题，在之后我是一定会努力的让自己能够有一些进步的，我知道这是我作为一名员工最应该要做的事情。我知道自己是有很多地方能够进步的，所以在新的一年中我是会努力的去弥补自己的不足的。</w:t>
      </w:r>
      <w:r>
        <w:rPr>
          <w:lang w:eastAsia="zh-CN"/>
        </w:rPr>
        <w:br/>
      </w:r>
      <w:r>
        <w:rPr>
          <w:lang w:eastAsia="zh-CN"/>
        </w:rPr>
        <w:t>　　新的一年已经到来，我知道在这一年中自己会遇到很多的问题，也会有很多的困难，但我有勇气却解决这些问题，克服困难，我相信自己在这一年中是一定会有进步的。</w:t>
      </w:r>
      <w:r>
        <w:rPr>
          <w:lang w:eastAsia="zh-CN"/>
        </w:rPr>
        <w:br/>
      </w:r>
      <w:r>
        <w:rPr>
          <w:lang w:eastAsia="zh-CN"/>
        </w:rPr>
        <w:t xml:space="preserve">    年终总结被评为优秀员工的发言稿 篇8 </w:t>
      </w:r>
      <w:r>
        <w:rPr>
          <w:lang w:eastAsia="zh-CN"/>
        </w:rPr>
        <w:br/>
      </w:r>
      <w:r>
        <w:rPr>
          <w:lang w:eastAsia="zh-CN"/>
        </w:rPr>
        <w:t>　　尊敬的各位、亲爱的各位同事们：</w:t>
      </w:r>
      <w:r>
        <w:rPr>
          <w:lang w:eastAsia="zh-CN"/>
        </w:rPr>
        <w:br/>
      </w:r>
      <w:r>
        <w:rPr>
          <w:lang w:eastAsia="zh-CN"/>
        </w:rPr>
        <w:t>　　大家晚上好：</w:t>
      </w:r>
      <w:r>
        <w:rPr>
          <w:lang w:eastAsia="zh-CN"/>
        </w:rPr>
        <w:br/>
      </w:r>
      <w:r>
        <w:rPr>
          <w:lang w:eastAsia="zh-CN"/>
        </w:rPr>
        <w:t>　　这天是一个辞旧迎新的日子，我们都满心欢喜，我们公司的所有人每年都会在这一天团聚，这样的年终大会，让我们的心靠得更拢。这天，我的情绪很激动，因为我能站在那里发言，我感到很荣幸，作为一名优秀员工的获得者，我很自豪。在那里，我代表所有优秀员工获得者向大家表示感谢，感谢的厚爱，感谢同事们的支持。</w:t>
      </w:r>
      <w:r>
        <w:rPr>
          <w:lang w:eastAsia="zh-CN"/>
        </w:rPr>
        <w:br/>
      </w:r>
      <w:r>
        <w:rPr>
          <w:lang w:eastAsia="zh-CN"/>
        </w:rPr>
        <w:t>　　我来到公司已经有_年了，在这几年里，我明显感觉到了单位的发展，也感觉到了自身的成长。记得刚踏入公司时，我还是个懵懵懂懂的小姑娘，没有任何的经验，这几年来，多亏了的悉心教育，也多亏了同事们的支持与帮忙，我已经获得了很多经验，我的人生也在逐渐成长，我的头脑也日益丰富，我的生活也越来越丰富多彩。</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今年，我能获得优秀员工，首先，我认为这个荣誉是属于大家的，我取得的成绩和成长与的关心和同事们的帮忙是分不《资料库》开的，在此，我真诚的说声谢谢，谢谢单位给我就业与表现的机会，谢谢的谆谆教诲，谢谢朝夕相处的同事们给我的鼓励与支持，谢谢你们。</w:t>
      </w:r>
      <w:r>
        <w:rPr>
          <w:lang w:eastAsia="zh-CN"/>
        </w:rPr>
        <w:br/>
      </w:r>
      <w:r>
        <w:rPr>
          <w:lang w:eastAsia="zh-CN"/>
        </w:rPr>
        <w:t>　　其次，我认为我取得的这些成绩与公司的大环境有着密切的关系，在我们单位，有一批兢兢业业的员工，员工们的素质个个都很强，我们单位的企业文化业在日益的鼓励着我们，我们的办公设备也越来越先进，办公环境也越来越舒适。在这样的工作环境中，我们的业务逐渐精湛，我们的技术越来越专业，我为此感到自豪，我为自己能在这样的环境中工作而倍感激情，我愿意将我的每一份精力都奉献给我最钟爱的工作。</w:t>
      </w:r>
      <w:r>
        <w:rPr>
          <w:lang w:eastAsia="zh-CN"/>
        </w:rPr>
        <w:br/>
      </w:r>
      <w:r>
        <w:rPr>
          <w:lang w:eastAsia="zh-CN"/>
        </w:rPr>
        <w:t>　　20__年即将过去，20__年即将到来，过去的成绩我不沾沾自喜，在以后的工作中，我会再接再厉，脑勤、腿勤、手勤，完成好公司交给我的各项工作任务，尽职、尽责!同时向公司里的老员工们学习，学习他们的优良品质和熟练的工作业务!我相信，我必须会透过努力获得更好的成绩，我相信，在大家的齐心协力下，我们单位的明天将会越来越好。</w:t>
      </w:r>
      <w:r>
        <w:rPr>
          <w:lang w:eastAsia="zh-CN"/>
        </w:rPr>
        <w:br/>
      </w:r>
      <w:r>
        <w:rPr>
          <w:lang w:eastAsia="zh-CN"/>
        </w:rPr>
        <w:t>　　最后，我还是要感谢，感谢公司、感谢、感谢同事，祝愿你们在新的一年里身体健康，万事如意!</w:t>
      </w:r>
      <w:r>
        <w:rPr>
          <w:lang w:eastAsia="zh-CN"/>
        </w:rPr>
        <w:br/>
      </w:r>
      <w:r>
        <w:rPr>
          <w:lang w:eastAsia="zh-CN"/>
        </w:rPr>
        <w:t>　　谢谢大家!</w:t>
      </w:r>
      <w:r>
        <w:rPr>
          <w:lang w:eastAsia="zh-CN"/>
        </w:rPr>
        <w:br/>
      </w:r>
      <w:r>
        <w:rPr>
          <w:lang w:eastAsia="zh-CN"/>
        </w:rPr>
        <w:t xml:space="preserve">    年终总结被评为优秀员工的发言稿 篇9 </w:t>
      </w:r>
      <w:r>
        <w:rPr>
          <w:lang w:eastAsia="zh-CN"/>
        </w:rPr>
        <w:br/>
      </w:r>
      <w:r>
        <w:rPr>
          <w:lang w:eastAsia="zh-CN"/>
        </w:rPr>
        <w:t>　　尊敬的组长、组长，巡视组的各位领导：</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这次，省委巡视组在我开展的巡视工作，充分体现了省委对工作的重视、关怀和支持。巡视期间，各位领导以高度的政治责任感，敏锐的洞察力，严谨的工作作风，通过听取汇报、实地走访、查看资料、个别谈话等方式，对我各项工作进行了巡视，实事求是、客观公正的提出了宝贵的意见和建议，对推动工作再上新台阶，起到了积极的推动作用。同时，也使我们更加深刻地认识到巡视工作是上通下达“直通车”、反腐倡廉“监督哨”、了解干部的“显微镜”、经济发展“助推器”。在此，我代表四大班子和全万人民向巡视组各位领导表示衷心的感谢和崇高的敬意!</w:t>
      </w:r>
      <w:r>
        <w:rPr>
          <w:lang w:eastAsia="zh-CN"/>
        </w:rPr>
        <w:br/>
      </w:r>
      <w:r>
        <w:rPr>
          <w:lang w:eastAsia="zh-CN"/>
        </w:rPr>
        <w:t>　　最让我高兴的是，这一段时间，巡视组各位领导对我经济建设、社会建设、项目建设、党的建设方方面面，进行一次全方位的免费体检、把脉诊断;知无不言，言无不尽，既肯定了我们的成绩，又指出了我们的不足，提出的反馈意见客观、准确、中肯，反映了情实际，切中了要害，具有很强的针对性和指导性;是对我们最大的鼓励、支持和鞭策，为我们加强和改进工作指明了方向，为推进转型跨越发展，再造一个新增添了信心，鼓舞了干劲。</w:t>
      </w:r>
      <w:r>
        <w:rPr>
          <w:lang w:eastAsia="zh-CN"/>
        </w:rPr>
        <w:br/>
      </w:r>
      <w:r>
        <w:rPr>
          <w:lang w:eastAsia="zh-CN"/>
        </w:rPr>
        <w:t>　　最让我感动的是，各位领导怀着对的深情厚谊，时时处处为的发展鼓与呼，呐与喊。巡视组主要领导积极与省水利厅、国土资源厅、焦煤集团、煤运公司等重要部门和大企业、大集团主要领导沟通，为争项目、争资金、争取政策。通过努力，各位厅长、各位老总们纷纷表示，要不遗余力地加大对的倾斜和支持力度。这必将对发展注入强大的动力，必将掀起新一轮的大发展、快发展热潮。</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最让我敬佩的是，省委巡视组各位领导时时处处严格要求自己，工作上实事求是，一丝不苟，严谨细致;巡视期间轻车简从，不用警车开道，不搞迎来送往;待人接物低调务实，平易近人，不摆架子，不提要求，以自己的实际行动践行着党的良好作风，以实际行动感动着人民，以实际行动为的广大干部群众树立了好榜样!</w:t>
      </w:r>
      <w:r>
        <w:rPr>
          <w:lang w:eastAsia="zh-CN"/>
        </w:rPr>
        <w:br/>
      </w:r>
      <w:r>
        <w:rPr>
          <w:lang w:eastAsia="zh-CN"/>
        </w:rPr>
        <w:t>　　近两年来，我们在省委、省政府和市委、市政府的坚强领导下，深入贯彻落实科学发展观，凝心聚力、真抓实干，掀起了新一轮的大发展、快发展热潮。</w:t>
      </w:r>
      <w:r>
        <w:rPr>
          <w:lang w:eastAsia="zh-CN"/>
        </w:rPr>
        <w:br/>
      </w:r>
      <w:r>
        <w:rPr>
          <w:lang w:eastAsia="zh-CN"/>
        </w:rPr>
        <w:t>　　经济建设上，地区生产总值突破了亿元大关，财政总收入突破亿元大关，城镇居民人均可支配收入突破万元大关。年，财政总收入同比增长%，一般预算收入同比增长%，各项指标增速均位居全市前列，赶超跨越势头强劲。</w:t>
      </w:r>
      <w:r>
        <w:rPr>
          <w:lang w:eastAsia="zh-CN"/>
        </w:rPr>
        <w:br/>
      </w:r>
      <w:r>
        <w:rPr>
          <w:lang w:eastAsia="zh-CN"/>
        </w:rPr>
        <w:t>　　产业发展上，以重点项目为带动，先后启动实施了大型苹果储藏物流交易市场、两个苹果深加工企业、开发、游客服务中心建设、煤电材一体化项目、新城开发、煤层气开发、城市集中供热供气等产业发展项目，产业提速发展。</w:t>
      </w:r>
      <w:r>
        <w:rPr>
          <w:lang w:eastAsia="zh-CN"/>
        </w:rPr>
        <w:br/>
      </w:r>
      <w:r>
        <w:rPr>
          <w:lang w:eastAsia="zh-CN"/>
        </w:rPr>
        <w:t>　　对外开放上，举办了规模宏大、影响深远的文化旅游节，与小店区、澎湖建立友好合作关系，与林业大学等五所院校建立“校共建”关系，与、等大集团、大公司深入开展合作;利用博览会、展销会、推介会，在北京、上海等大中城市宣传促销、扩大交流、加强合作，形成了大开放、大招商、大合作的良好局面。</w:t>
      </w:r>
      <w:r>
        <w:rPr>
          <w:lang w:eastAsia="zh-CN"/>
        </w:rPr>
        <w:br/>
      </w:r>
    </w:p>
    <w:p w:rsidR="001B1F19" w14:textId="27C3F48A">
      <w:pPr>
        <w:rPr>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安全稳定上，通过快速反应和有效动员各方面的人力、物力，成功实施了大营救，及时救援了落水人员;积极应对，妥善处置了煤矿洪水灌井事故，以强有力的工作为赢得赞扬、赢得了人气、赢得了支持，赢得了未来和希望。强化信访工作，建立健全了矛盾预警、排查化解机制，杜绝了到市赴省进京非正常上访。</w:t>
      </w:r>
      <w:r>
        <w:rPr>
          <w:lang w:eastAsia="zh-CN"/>
        </w:rPr>
        <w:br/>
      </w:r>
      <w:r>
        <w:rPr>
          <w:lang w:eastAsia="zh-CN"/>
        </w:rPr>
        <w:t>　　民生改善上，围绕解决人民群众最关心、最直接、最现实的热点、焦点问题，兴办了新医院建设、农村危房改造、移民搬迁、职业技术学院、农村安全饮水、农村公路改造和街巷硬化、中小学校舍改造等一批民生实事;全面落实各项惠农政策，扎实推进新型农村合作医疗、农村劳动力转移、新农保试点等工作，群众的幸福指数不断提高，生活的更有质量、更有品位、更有尊严，呈现出安定有序、和谐稳定的良好局面。</w:t>
      </w:r>
      <w:r>
        <w:rPr>
          <w:lang w:eastAsia="zh-CN"/>
        </w:rPr>
        <w:br/>
      </w:r>
      <w:r>
        <w:rPr>
          <w:lang w:eastAsia="zh-CN"/>
        </w:rPr>
        <w:t>　　回顾过去，我们虽然取得了一定的成绩，但是离省委、市委和人民群众的要求相比，还有很大的差距。下一步，我们将以此次巡视工作为契机，以对省委负责、对人民负责、对事业负责的态度，把落实巡视组反馈意见和贯彻省十次党代会精神结合起来，把落实巡视组指示精神同推进“四个发展”，做好“五篇文章”结合起来，对反馈意见逐条梳理，认真对照检查，制定整改方案，细化分解任务，明确整改“路线图”和时间表，确保各项整改任务落实到位。通过整改工作，进一步提高贯彻落实科学发展观的自觉性和坚定性，不断增强干事创业，推动发展的本领，推动转型跨越发展，实现再造一个新的宏伟目标，以实际行动回报省委、省政府对的厚爱，回报巡视组对的指导、支持和帮助!</w:t>
      </w:r>
      <w:r>
        <w:rPr>
          <w:lang w:eastAsia="zh-CN"/>
        </w:rPr>
        <w:br/>
      </w:r>
      <w:r>
        <w:rPr>
          <w:lang w:eastAsia="zh-CN"/>
        </w:rPr>
        <w:t xml:space="preserve">    年终总结被评为优秀员工的发言稿 篇10 </w:t>
      </w:r>
      <w:r>
        <w:rPr>
          <w:lang w:eastAsia="zh-CN"/>
        </w:rPr>
        <w:br/>
      </w:r>
      <w:r>
        <w:rPr>
          <w:lang w:eastAsia="zh-CN"/>
        </w:rPr>
        <w:t>　　尊敬的各位领导，各位老师：</w:t>
      </w:r>
      <w:r>
        <w:rPr>
          <w:lang w:eastAsia="zh-CN"/>
        </w:rPr>
        <w:br/>
      </w:r>
    </w:p>
    <w:p w:rsidR="001B1F19" w14:textId="27C3F48A">
      <w:pPr>
        <w:rPr>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大家上午好!今天我能作为学院优秀教师的代表发言，感到非常荣幸。此时此刻，我的心情万分激动，在这里，我要由衷地感谢学院各级领导，感谢基础课部和教研室的各位老师、同仁，感谢你们长期以来对我的关心与鼎力支持，真诚地说一声：谢谢你们!(鞠躬)</w:t>
      </w:r>
      <w:r>
        <w:rPr>
          <w:lang w:eastAsia="zh-CN"/>
        </w:rPr>
        <w:br/>
      </w:r>
      <w:r>
        <w:rPr>
          <w:lang w:eastAsia="zh-CN"/>
        </w:rPr>
        <w:t>　　首先，我要感谢学院，是这所美丽、和谐的校园给我这样的一个平台，让我能在这样的平台上展现自我，实现我的人生价值。</w:t>
      </w:r>
      <w:r>
        <w:rPr>
          <w:lang w:eastAsia="zh-CN"/>
        </w:rPr>
        <w:br/>
      </w:r>
      <w:r>
        <w:rPr>
          <w:lang w:eastAsia="zh-CN"/>
        </w:rPr>
        <w:t>　　其次，我要感谢学院各位领导，是你们的关心与鼓励，给我最大的支持，也给我最大的动力，让我能安心教学工作，在江城学院这个舞台上实现自己追求的梦想。</w:t>
      </w:r>
      <w:r>
        <w:rPr>
          <w:lang w:eastAsia="zh-CN"/>
        </w:rPr>
        <w:br/>
      </w:r>
      <w:r>
        <w:rPr>
          <w:lang w:eastAsia="zh-CN"/>
        </w:rPr>
        <w:t>　　第三，感谢我身边的同事，是这些同事给我很多很多无私的帮助，从上课到每周三的教研活动以及班级教学管理，给我很多经验与指导，让我能够这么快的得到提高和进步;我所在的教研室是一个和谐、积极进取的教研室，很多老师在教学上是我学习的榜样，他们都是非常优秀的教师，非常敬业，敢于创新，又很热心帮助指导我，这非常有利于我的教学水平和个人综合素质的提高。</w:t>
      </w:r>
      <w:r>
        <w:rPr>
          <w:lang w:eastAsia="zh-CN"/>
        </w:rPr>
        <w:br/>
      </w:r>
      <w:r>
        <w:rPr>
          <w:lang w:eastAsia="zh-CN"/>
        </w:rPr>
        <w:t>　　同时，我要感谢我的学生，感谢他们的积极参与和配合，感谢他们对我教学工作的理解与支持。可以说，在这一过程中，是可爱的学生帮助了我的成长。</w:t>
      </w:r>
      <w:r>
        <w:rPr>
          <w:lang w:eastAsia="zh-CN"/>
        </w:rPr>
        <w:br/>
      </w:r>
    </w:p>
    <w:p w:rsidR="001B1F19" w14:textId="27C3F48A">
      <w:pPr>
        <w:rPr>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从我踏入江城学院那一天起，我一直在努力，履行一名教师的光荣职责，那就是去上好每一门课，关心、爱护每一个学生。我更加深刻的意识到，如果没有对学生炙热的爱，也就不可能有真正成功的教育。在课堂上，我会给学生创设一个宽松、愉快的学习环境，并且做到了重方法，轻灌输;轻松教，严要求。课下的时候，与学生以面对面，电话、邮件等方式交流，学生除了学习的问题，也经常讲到他们的种种困惑，我会热心的去帮助他们。学生对我的信任，他们的每一点成绩，每一个闪光点都会让我感受到教学的成就感;我相信这也是我们所有教师为之奋斗的原动力。</w:t>
      </w:r>
      <w:r>
        <w:rPr>
          <w:lang w:eastAsia="zh-CN"/>
        </w:rPr>
        <w:br/>
      </w:r>
      <w:r>
        <w:rPr>
          <w:lang w:eastAsia="zh-CN"/>
        </w:rPr>
        <w:t>　　年，江城学院将迎来教育部的合格评估，让我们倍加珍惜来之不易的发展机遇和挑战，以更加昂扬向上、更加奋发有为的精神面貌，携手并肩，共同谱写江城学院更加美好的新篇章!我们所有老师也将加倍努力工作，齐心协力，为把江城学院建设成为高水平、高质量的大学贡献自己的最大力量。</w:t>
      </w:r>
      <w:r>
        <w:rPr>
          <w:lang w:eastAsia="zh-CN"/>
        </w:rPr>
        <w:br/>
      </w:r>
      <w:r>
        <w:rPr>
          <w:lang w:eastAsia="zh-CN"/>
        </w:rPr>
        <w:t>　　最后，我仅代表江城学院各位教师祝大家新年快乐!身体健康!万事如意!并祝福我们江城学院越来越好!明天更加辉煌!</w:t>
      </w:r>
      <w:r>
        <w:rPr>
          <w:lang w:eastAsia="zh-CN"/>
        </w:rPr>
        <w:br/>
      </w:r>
      <w:r>
        <w:rPr>
          <w:lang w:eastAsia="zh-CN"/>
        </w:rPr>
        <w:t>　　谢谢大家!</w:t>
      </w:r>
      <w:r>
        <w:rPr>
          <w:lang w:eastAsia="zh-CN"/>
        </w:rPr>
        <w:br/>
      </w:r>
      <w:r>
        <w:rPr>
          <w:lang w:eastAsia="zh-CN"/>
        </w:rPr>
        <w:t xml:space="preserve">    年终总结被评为优秀员工的发言稿 篇11 </w:t>
      </w:r>
      <w:r>
        <w:rPr>
          <w:lang w:eastAsia="zh-CN"/>
        </w:rPr>
        <w:br/>
      </w:r>
      <w:r>
        <w:rPr>
          <w:lang w:eastAsia="zh-CN"/>
        </w:rPr>
        <w:t>　　尊敬的各位、同事们：</w:t>
      </w:r>
      <w:r>
        <w:rPr>
          <w:lang w:eastAsia="zh-CN"/>
        </w:rPr>
        <w:br/>
      </w:r>
    </w:p>
    <w:p w:rsidR="001B1F19" w14:textId="27C3F48A">
      <w:pPr>
        <w:rPr>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大家早上好，很高兴参加医院优质护理服务示范工程年终表彰大会，借此机会，首先我代表医院的班子向一年来辛勤工作的全体医院员工致以亲切的问候和衷心的感谢！医疗工作不好做，护理工作更难做，但是我院的全体护理人员克服种种困难、积极进取，尽力为患者了温馨舒适的治疗环境。自今年_月份以来，我院在骨外科开展了“优质护理服务示范病房”，我院的护理服务质量得到了很大的提升。刚才，护理部的林燕斌总护士长对医院20__年的护理工作进行了全面，骨外科的张秋玲护士长也对骨外科开展“优质护理服务示范病房”活动情况作了及经验介绍，我完全同意。下面，我对医院的护理工作提几点建议。</w:t>
      </w:r>
      <w:r>
        <w:rPr>
          <w:lang w:eastAsia="zh-CN"/>
        </w:rPr>
        <w:br/>
      </w:r>
      <w:r>
        <w:rPr>
          <w:lang w:eastAsia="zh-CN"/>
        </w:rPr>
        <w:t>　　一、要充分认识医疗工作中护理的重要性。</w:t>
      </w:r>
      <w:r>
        <w:rPr>
          <w:lang w:eastAsia="zh-CN"/>
        </w:rPr>
        <w:br/>
      </w:r>
      <w:r>
        <w:rPr>
          <w:lang w:eastAsia="zh-CN"/>
        </w:rPr>
        <w:t>　　俗话说：“三分治疗，七分护理”。记得有位授曾形象地比喻说：“医疗和护理就像车子的左右两个轮子，缺了哪个，车都无法正常行驶。”医院医疗质量的好转、医院的发展都离不开广大护理人员所做的大量基础、细致的工作。护理工作是整个医疗工作的重要组成部分，其水平的高低，关系到协调医、护、患三者的关系，并直接影响着医疗质量。</w:t>
      </w:r>
      <w:r>
        <w:rPr>
          <w:lang w:eastAsia="zh-CN"/>
        </w:rPr>
        <w:br/>
      </w:r>
      <w:r>
        <w:rPr>
          <w:lang w:eastAsia="zh-CN"/>
        </w:rPr>
        <w:t>　　二、要进一步提高护理质量，保持护理和治疗的协调一致性，充分认识护理工作的严格性和技术性。</w:t>
      </w:r>
      <w:r>
        <w:rPr>
          <w:lang w:eastAsia="zh-CN"/>
        </w:rPr>
        <w:br/>
      </w:r>
      <w:r>
        <w:rPr>
          <w:lang w:eastAsia="zh-CN"/>
        </w:rPr>
        <w:t>　　优秀的护士，其实扮演着不亚于医师的重要角色。护士是医嘱的忠实执行者，同时也是医嘱的严格把关者，不合格甚至是不正确的医嘱，如果没有护士的严格把关，后果将不堪设想。</w:t>
      </w:r>
      <w:r>
        <w:rPr>
          <w:lang w:eastAsia="zh-CN"/>
        </w:rPr>
        <w:br/>
      </w:r>
      <w:r>
        <w:rPr>
          <w:lang w:eastAsia="zh-CN"/>
        </w:rPr>
        <w:t>　　护士是否严格遵守护理制度，认真做好各项护理工作，做到准确、及时、无误，直接关系医疗质量，关系患者的生命安危，随着临床医学技术水平的提高，对护士的专业知识、技术水平和能力提出了更高的要求。</w:t>
      </w:r>
      <w:r>
        <w:rPr>
          <w:lang w:eastAsia="zh-CN"/>
        </w:rPr>
        <w:br/>
      </w:r>
      <w:r>
        <w:rPr>
          <w:lang w:eastAsia="zh-CN"/>
        </w:rPr>
        <w:t>　　三、要尊重、爱护和换位理解患者。</w:t>
      </w:r>
      <w:r>
        <w:rPr>
          <w:lang w:eastAsia="zh-CN"/>
        </w:rPr>
        <w:br/>
      </w:r>
    </w:p>
    <w:p w:rsidR="001B1F19" w14:textId="27C3F48A">
      <w:pPr>
        <w:rPr>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护士对患者要有真挚的同情心，护士职业的核心是“利他”和“助人”，要自觉、自愿、竭尽全力地去为患者解除痛苦，视患者为亲人。“医者父母心”，如果说医院是个家庭，医师扮演的是父亲的角色，那么护士就是照顾那些羸弱“孩子”的母亲了。护士的爱心、细心和耐心，带给孤独的患者们如沐春风的感受，帮助患者们重新鼓起生命的风帆。</w:t>
      </w:r>
      <w:r>
        <w:rPr>
          <w:lang w:eastAsia="zh-CN"/>
        </w:rPr>
        <w:br/>
      </w:r>
      <w:r>
        <w:rPr>
          <w:lang w:eastAsia="zh-CN"/>
        </w:rPr>
        <w:t>　　在医疗实践中，对护理工作的漠视，将直接导致医疗临床观察与诊断的脱节，引发医疗过错和医患矛盾。人性化的护理工作能够促使疾病早日康复，降低医疗费用，节约医疗资源，减轻家属负担，改善日益紧张的医患关系，营造和谐的医疗环境。医院医疗质量的好转、医院的发展都离不开广大护理人员所做的大量基础、细致的工作。在这里我号召全体护理人员都积极投入到《优质护理服务示范工程》活动中，不断提升我院的医疗服务质量。护理部对开展优质服务示范工程过程中发现的问题以及存在的不足要及时进行，将优质护理服务示范工程活动推向新的高度。</w:t>
      </w:r>
      <w:r>
        <w:rPr>
          <w:lang w:eastAsia="zh-CN"/>
        </w:rPr>
        <w:br/>
      </w:r>
      <w:r>
        <w:rPr>
          <w:lang w:eastAsia="zh-CN"/>
        </w:rPr>
        <w:t>　　同志们，年让我们紧紧围绕医院的中心工作，进一步振奋，自加压力，同心同德，齐心协力，努力开创医院工作的新局面，创造新的业绩。最后在新的一年即将到来之际，祝医院全体职工及家属身体健康、工作顺利、节日快乐！</w:t>
      </w:r>
      <w:r>
        <w:rPr>
          <w:lang w:eastAsia="zh-CN"/>
        </w:rPr>
        <w:br/>
      </w:r>
      <w:r>
        <w:rPr>
          <w:lang w:eastAsia="zh-CN"/>
        </w:rPr>
        <w:t xml:space="preserve">    年终总结被评为优秀员工的发言稿 篇12 </w:t>
      </w:r>
      <w:r>
        <w:rPr>
          <w:lang w:eastAsia="zh-CN"/>
        </w:rPr>
        <w:br/>
      </w:r>
      <w:r>
        <w:rPr>
          <w:lang w:eastAsia="zh-CN"/>
        </w:rPr>
        <w:t>　　尊敬的各位领导、亲爱的同事们：</w:t>
      </w:r>
      <w:r>
        <w:rPr>
          <w:lang w:eastAsia="zh-CN"/>
        </w:rPr>
        <w:br/>
      </w:r>
      <w:r>
        <w:rPr>
          <w:lang w:eastAsia="zh-CN"/>
        </w:rPr>
        <w:t>　　大家好！</w:t>
      </w:r>
      <w:r>
        <w:rPr>
          <w:lang w:eastAsia="zh-CN"/>
        </w:rPr>
        <w:br/>
      </w:r>
      <w:r>
        <w:rPr>
          <w:lang w:eastAsia="zh-CN"/>
        </w:rPr>
        <w:t>　　“才闻兔岁凯旋曲，又唱兔年祝福歌”！值此管委会年终总结会之际，我有幸代表各位同事在这里做表态发言，感到非常激动！</w:t>
      </w:r>
      <w:r>
        <w:rPr>
          <w:lang w:eastAsia="zh-CN"/>
        </w:rPr>
        <w:br/>
      </w:r>
    </w:p>
    <w:p w:rsidR="001B1F19" w14:textId="27C3F48A">
      <w:pPr>
        <w:rPr>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20__年，城管科通过环境卫生综合整治、垃圾清运规范化管理、对废品收购站集中清理，对西山路进行综合整治等活动，使西山地区环境卫生面貌发生了可喜的改善；克服基础设施不配套，老百姓有不满情绪的困难，加强协调，解决水电暖、交通、排水等热点、难点问题，以良好的服务促进了社会和谐；加强团队建设，人性化管理，增强集体凝聚力，多次及时处理了突发事件并圆满完成抢险任务；全年收费73万元，完成全年目标任务的182%，位居全区第一。</w:t>
      </w:r>
      <w:r>
        <w:rPr>
          <w:lang w:eastAsia="zh-CN"/>
        </w:rPr>
        <w:br/>
      </w:r>
      <w:r>
        <w:rPr>
          <w:lang w:eastAsia="zh-CN"/>
        </w:rPr>
        <w:t>　　回首20__年，我们与在座的各位一起收获，但是成绩只属于过去。我们应以今天为新的起点，在今后的工作中更加发奋努力，争取更大的成绩。下面我以“三个必须”为要点，代表管委会全体干部职工做新年工作表态：</w:t>
      </w:r>
      <w:r>
        <w:rPr>
          <w:lang w:eastAsia="zh-CN"/>
        </w:rPr>
        <w:br/>
      </w:r>
      <w:r>
        <w:rPr>
          <w:lang w:eastAsia="zh-CN"/>
        </w:rPr>
        <w:t>　　第一、必须树立“终身学习”的理念，勤于学习，不断提高自身素质。学习是我们每个人成长的重要阶梯，更是我们不断完善和发展自我的必由之路。我们要养成良好的学习习惯，紧跟社会发展的步伐，紧跟单位发展的需求，与时俱进，孜孜不倦，不断用新的知识充实、武装自己，努力成长为复合型人才，以丰富的知识储备迎接新的挑战，以良好的综合素质为管委会的发展作出新贡献。</w:t>
      </w:r>
      <w:r>
        <w:rPr>
          <w:lang w:eastAsia="zh-CN"/>
        </w:rPr>
        <w:br/>
      </w:r>
    </w:p>
    <w:p w:rsidR="001B1F19" w14:textId="27C3F48A">
      <w:pPr>
        <w:rPr>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第二，必须端正积极进取的态度，态度决定高度。实现一个梦想，成就一份荣光，能力固然重要，但首先是态度。态度可以是能力的加油站，也可能成为能力的灭火器。不一样的态度，成就不一样的高度。无论做什么，都要积极主动，都要敢于挑战，这是一种素养，也是一种习惯，更是一种态度，这种态度决定一个人未来事业的高度。拨除环绕在那些成功人士身上的光环，就会发现，起步的条件远没有人们想像的那么好，积极的态度是惟一的法宝。别人灰心的时候，意气风发、斗志高昂；别人因困难而放弃的时候，积极进取；别人松散懒惰的时候，全力以赴，不找任何借口。只要对工作和生活抱着一种积极的态度，人生总会有其高度！只要有这种积极进取的态度，事业就会方兴未艾。</w:t>
      </w:r>
      <w:r>
        <w:rPr>
          <w:lang w:eastAsia="zh-CN"/>
        </w:rPr>
        <w:br/>
      </w:r>
      <w:r>
        <w:rPr>
          <w:lang w:eastAsia="zh-CN"/>
        </w:rPr>
        <w:t>　　第三，必须营造团结共事的环境。人和百事兴，精诚团结，是做好工作的关键。一个好环境，一支好队伍，一种好风气，是宝贵的财富，受益的是集体的每个人。坚信人格的力量，相信团结的召唤，大家在一起工作，一种难得的机缘。缺少正气，埋头苦干的好同志，也会遭到非议和埋怨。没有和谐，其他就无从谈起，再好的思路设想也难以实现。懂团结是智慧、能团结是本事、真团结是境界。能在一起工作，既是组织的安排，也是人生的缘分。真心希望我们每个人都能够倍加珍惜和维护团结和谐的局面，精诚团结，和谐奋进。</w:t>
      </w:r>
      <w:r>
        <w:rPr>
          <w:lang w:eastAsia="zh-CN"/>
        </w:rPr>
        <w:br/>
      </w:r>
      <w:r>
        <w:rPr>
          <w:lang w:eastAsia="zh-CN"/>
        </w:rPr>
        <w:t>　　努力是会得到回报的，天道酬勤，踏踏实实工作必然留下奋斗的足迹！我们的明天必然是美好的明天，大家一起继续努力吧！20__年，就看我们的了，大家有信心吗？</w:t>
      </w:r>
      <w:r>
        <w:rPr>
          <w:lang w:eastAsia="zh-CN"/>
        </w:rPr>
        <w:br/>
      </w:r>
      <w:r>
        <w:rPr>
          <w:lang w:eastAsia="zh-CN"/>
        </w:rPr>
        <w:t>　　谢谢大家！</w:t>
      </w:r>
      <w:r>
        <w:rPr>
          <w:lang w:eastAsia="zh-CN"/>
        </w:rPr>
        <w:br/>
      </w:r>
      <w:r>
        <w:rPr>
          <w:lang w:eastAsia="zh-CN"/>
        </w:rPr>
        <w:t xml:space="preserve">    年终总结被评为优秀员工的发言稿 篇13 </w:t>
      </w:r>
      <w:r>
        <w:rPr>
          <w:lang w:eastAsia="zh-CN"/>
        </w:rPr>
        <w:br/>
      </w:r>
      <w:r>
        <w:rPr>
          <w:lang w:eastAsia="zh-CN"/>
        </w:rPr>
        <w:t>　　尊敬的各位领导、各位家人：</w:t>
      </w:r>
      <w:r>
        <w:rPr>
          <w:lang w:eastAsia="zh-CN"/>
        </w:rPr>
        <w:br/>
      </w:r>
    </w:p>
    <w:p w:rsidR="001B1F19" w14:textId="27C3F48A">
      <w:pPr>
        <w:rPr>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大家好!</w:t>
      </w:r>
      <w:r>
        <w:rPr>
          <w:lang w:eastAsia="zh-CN"/>
        </w:rPr>
        <w:br/>
      </w:r>
      <w:r>
        <w:rPr>
          <w:lang w:eastAsia="zh-CN"/>
        </w:rPr>
        <w:t>　　20__年是洪达起步的第一年，是各位同仁携手开拓，锐意进取的一年，在这一年里我公司认真贯彻__集团的经营管理思路，围绕年度经营指标，努力推进维修服务标准化、规范化。为把洪达打造成山西高档车维修行业顶级品牌，为争取在20__年取得更大的经营成果，获得长足发展打下坚实基础，一年来，在董事长的正确指引下和集团的领导下，在公司各部门的协助下，通过全体员工的同心同德，真抓实干，公司的各项工作都有了一定的进展，全年工作总结如下：</w:t>
      </w:r>
      <w:r>
        <w:rPr>
          <w:lang w:eastAsia="zh-CN"/>
        </w:rPr>
        <w:br/>
      </w:r>
      <w:r>
        <w:rPr>
          <w:lang w:eastAsia="zh-CN"/>
        </w:rPr>
        <w:t>　　一、顺利完成经营指标，经营业绩平稳增长</w:t>
      </w:r>
      <w:r>
        <w:rPr>
          <w:lang w:eastAsia="zh-CN"/>
        </w:rPr>
        <w:br/>
      </w:r>
      <w:r>
        <w:rPr>
          <w:lang w:eastAsia="zh-CN"/>
        </w:rPr>
        <w:t>　　从5月份正式营业起，我们对主要岗位的员工进行了调整，强调了工作责任落实到岗，同时制定了20__年的各项经营指标，经过多半年的努力，我公司基本实现了本年度的经营指标，整体经营实现扭亏为盈。</w:t>
      </w:r>
      <w:r>
        <w:rPr>
          <w:lang w:eastAsia="zh-CN"/>
        </w:rPr>
        <w:br/>
      </w:r>
      <w:r>
        <w:rPr>
          <w:lang w:eastAsia="zh-CN"/>
        </w:rPr>
        <w:t>　　二、狠抓细节管理，提高维修质量</w:t>
      </w:r>
      <w:r>
        <w:rPr>
          <w:lang w:eastAsia="zh-CN"/>
        </w:rPr>
        <w:br/>
      </w:r>
      <w:r>
        <w:rPr>
          <w:lang w:eastAsia="zh-CN"/>
        </w:rPr>
        <w:t>　　秉承“质量就是生命，产品代表人品”的服务理念，我们通过提高检验标准、确保使用原厂配件、旧件回收、完善客户回访制度等方面，重品质、抓落实，有效的提高了维修质量和服务水平。</w:t>
      </w:r>
      <w:r>
        <w:rPr>
          <w:lang w:eastAsia="zh-CN"/>
        </w:rPr>
        <w:br/>
      </w:r>
      <w:r>
        <w:rPr>
          <w:lang w:eastAsia="zh-CN"/>
        </w:rPr>
        <w:t>　　三、加强市场营销，拓展业务范围</w:t>
      </w:r>
      <w:r>
        <w:rPr>
          <w:lang w:eastAsia="zh-CN"/>
        </w:rPr>
        <w:br/>
      </w:r>
    </w:p>
    <w:p w:rsidR="001B1F19" w14:textId="27C3F48A">
      <w:pPr>
        <w:rPr>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公司紧邻武宿机场，地处市区边缘，又是刚刚起步，这是摆在我们面前无法改变的事实状况，但我们能改变的是自己，我们要让自己走出去，把顾客请进来，通过对周边环境和市场的考量，我们采用了广告宣传</w:t>
      </w:r>
      <w:r>
        <w:rPr>
          <w:lang w:eastAsia="zh-CN"/>
        </w:rPr>
        <w:t xml:space="preserve"> 、发放宣传单页、小区活动和客户转介绍等方式让开业不到1年的我们，在短时间内获得了更多被认知的覆盖面，同时我们欣喜的看到，很多新顾客进来了，很多老顾客也回来了。</w:t>
      </w:r>
      <w:r>
        <w:rPr>
          <w:lang w:eastAsia="zh-CN"/>
        </w:rPr>
        <w:br/>
      </w:r>
      <w:r>
        <w:rPr>
          <w:lang w:eastAsia="zh-CN"/>
        </w:rPr>
        <w:t>　　四、强调制度规范，提高员工素质</w:t>
      </w:r>
      <w:r>
        <w:rPr>
          <w:lang w:eastAsia="zh-CN"/>
        </w:rPr>
        <w:br/>
      </w:r>
      <w:r>
        <w:rPr>
          <w:lang w:eastAsia="zh-CN"/>
        </w:rPr>
        <w:t>　　在加入__集团的大家庭以来，集团的规范化、制度化管理让我们受益匪浅，从管理人员到普通员工都发自内心的认识到规范管理给我们带来的变化。企业整体形象提升了，客户对我们更信赖了，员工从工作习惯到生活习惯;从个人形象到言谈举止;从工作效率、工作作风到精神面貌，以及对企业的感情都有了很大的提升。</w:t>
      </w:r>
      <w:r>
        <w:rPr>
          <w:lang w:eastAsia="zh-CN"/>
        </w:rPr>
        <w:br/>
      </w:r>
      <w:r>
        <w:rPr>
          <w:lang w:eastAsia="zh-CN"/>
        </w:rPr>
        <w:t>　　五、提倡“以人为本”，“贴心服务’</w:t>
      </w:r>
      <w:r>
        <w:rPr>
          <w:lang w:eastAsia="zh-CN"/>
        </w:rPr>
        <w:br/>
      </w:r>
      <w:r>
        <w:rPr>
          <w:lang w:eastAsia="zh-CN"/>
        </w:rPr>
        <w:t>　　对员工的管理上坚持“以人为本，人人平等”。量力而行的改善员工的生产条件和待遇水平，提高员工的忠诚度和工作积极性。对违反公司规定的员工本着“教育为主，处罚为辅”的原则，和员工交心，做朋友。使员工思想稳定，工作安心。本年度公司主要岗位员工及管理人员无一人流失，促进了各项工作的顺利开展。</w:t>
      </w:r>
      <w:r>
        <w:rPr>
          <w:lang w:eastAsia="zh-CN"/>
        </w:rPr>
        <w:br/>
      </w:r>
    </w:p>
    <w:p w:rsidR="001B1F19" w14:textId="27C3F48A">
      <w:pPr>
        <w:rPr>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满意的员工才能创造满意的服务，为了得到客户的认可，我们提供了机场接送服务，有的客户半夜到达，我们的员工就半夜起床去接，送了客户再回去睡觉，第二天还正点上班。我们的24小时服务热线保持专人接听、时刻畅通，我们的服务人员经常彻夜奔波在为客户救援的路上，为了节约客户的时间维修车间的灯光总是亮到凌晨。一次，客户的车坏在了呼和浩特，为了不耽误客户的行程和生意，我们把公司最好的代步车连夜拖到呼市，让客户开我们的车继续办事，我们把客户的车拖回来维修。点点滴滴、历历在目，在这里，我代表公司，代表集团向我们这些最可爱的员工道一声：你们辛苦了!感谢大家，我们的付出客户感受到了，我们的辛苦正在获得回报。</w:t>
      </w:r>
      <w:r>
        <w:rPr>
          <w:lang w:eastAsia="zh-CN"/>
        </w:rPr>
        <w:br/>
      </w:r>
      <w:r>
        <w:rPr>
          <w:lang w:eastAsia="zh-CN"/>
        </w:rPr>
        <w:t>　　即将过去的一年里，我们虽然做了很多的工作，取得了一定的成绩，但在我们的工作中仍然存在着一些问题，例如：市场营销的力度还不够，对制度的理解和执行力还不足等。在即将来临新的一年里，我们全体员工将继续在集团的引领指导下，重点梳理，努力提升，勤奋自律，求变创新。为给集团创造更大的价值而努力，为把洪达打造成为受人尊敬的高端车维修龙头企业努力!</w:t>
      </w:r>
      <w:r>
        <w:rPr>
          <w:lang w:eastAsia="zh-CN"/>
        </w:rPr>
        <w:br/>
      </w:r>
      <w:r>
        <w:rPr>
          <w:lang w:eastAsia="zh-CN"/>
        </w:rPr>
        <w:t xml:space="preserve">    年终总结被评为优秀员工的发言稿 篇14 </w:t>
      </w:r>
      <w:r>
        <w:rPr>
          <w:lang w:eastAsia="zh-CN"/>
        </w:rPr>
        <w:br/>
      </w:r>
      <w:r>
        <w:rPr>
          <w:lang w:eastAsia="zh-CN"/>
        </w:rPr>
        <w:t>　　各位领导，各位同仁：</w:t>
      </w:r>
      <w:r>
        <w:rPr>
          <w:lang w:eastAsia="zh-CN"/>
        </w:rPr>
        <w:br/>
      </w:r>
      <w:r>
        <w:rPr>
          <w:lang w:eastAsia="zh-CN"/>
        </w:rPr>
        <w:t>　　光阴似箭，时间如梭。转眼间上班已经一年多了，回首过去的一年，内心不禁万千。虽然没有轰轰烈烈的战果，但也算经历了一段不平凡的考公司新员工个人工作验和磨练。</w:t>
      </w:r>
      <w:r>
        <w:rPr>
          <w:lang w:eastAsia="zh-CN"/>
        </w:rPr>
        <w:br/>
      </w:r>
    </w:p>
    <w:p w:rsidR="001B1F19" w14:textId="27C3F48A">
      <w:pPr>
        <w:rPr>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十分感谢公司给我这个成长的平台，令我在工作中不断的学习，不断的进步，慢慢的提升自身素质与才能，回首过往，公司陪伴我走过人生很重要的一个阶段，使我懂得了很多，对我的支持与关爱，令我明白到人间的温情，在此我向公司的以及全体同事表示最衷心的感谢，有你们的协助才能使我在工作中更加的得心应手，也因为有你们的帮忙，才能令公司的发展更上一个台阶，在工作上，围绕公司的中心工作，对照相关标准，严以律己，较好的完成各项工作任务。</w:t>
      </w:r>
      <w:r>
        <w:rPr>
          <w:lang w:eastAsia="zh-CN"/>
        </w:rPr>
        <w:br/>
      </w:r>
      <w:r>
        <w:rPr>
          <w:lang w:eastAsia="zh-CN"/>
        </w:rPr>
        <w:t>　　在作风上，能遵章守纪、团结同事、务真求实、乐观上进，始终持续严谨认真的工作态度和一丝不苟的工作作风，勤勤恳恳，任劳任怨。在生活中发扬艰苦朴素、勤俭耐劳、乐于助人的优良传统，始终做到老老实实做人，勤勤恳恳做事，勤劳简朴的生活，严格要建材公司新员工培训求自己，在任何时候都要起到模范带头作用。今后努力的方向：随着公司各项制度的实行，能够预料我们的工作将更加繁重，要求也更高，需掌握的知识也更高更广。为此，我将更加勤奋的工作，刻苦的学习，努力提高文化素质和各种工作技能，为公司做出应有的贡献。即将过去的这一年，在公司及各部门经理的正确与协助下，我们的工作着重于公司的经营方针、宗旨和效益目标上，紧紧围绕重点展开工作，在紧张的工作之余，加强团队建设，打造一个业务全面，工作热情高涨的团队。作为一个管理者，要充分发挥自己的主观能动性及工作用心性。提高团队的整体素质，树立起开拓创新、务实高效的部门新形象。我充分认识到自己既是一个管理者，更是一个执行者。要想带好一个团队，除了熟悉业务外，还需要负责具体的工作及业务，首先要以身作则，这样才能保证在人员偏紧的状况下，大家都能够主动承担工作。</w:t>
      </w:r>
      <w:r>
        <w:rPr>
          <w:lang w:eastAsia="zh-CN"/>
        </w:rPr>
        <w:br/>
      </w:r>
    </w:p>
    <w:p w:rsidR="001B1F19" w14:textId="27C3F48A">
      <w:pPr>
        <w:rPr>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经过一年多工作的锤炼，我已经完成了从学校到社会的完全转变，已抛弃了那些不切实际的想法，全身心地投入到工作中。随着工作越来越公司新员工工作得心应手，我开始思考如何在工作中取得新的成绩，以实现自己的价值。我从来都是用心的，从来都是不甘落后的，我不断告诫自己：必须要做好每一件事情，必须要全力以赴。透过这一年的摸打滚爬，我深刻认识到：细心、严谨是所应具备的素质，而融会贯通、触类旁通和不断创新是平庸或优秀的关键因素。由于我们的见习工作结束后，就是正式参与齿轮箱的装配了。也就是要独立的去工作了，师傅只是起指导的作用，关键在于自己。由于我在实习期间的好学和认真的工作态度，练就了很好的基本工，所以工作起来就很顺利，识图潜力也很不错，很快就适应了独立装配的这份工作，而且也多次受到的好评。由于我在实习期见，就直接参与齿轮箱装配，所以，独立工作后，也就是师兄师弟们一齐继续装配齿轮箱。由于齿轮箱是一个比较复杂的设备，装配精度要求很高。齿轮箱在装配过程中有经常有热装和冷装，这些装配对装配人员的要求是十分严格的，尤其要准确测量其加热或冷却后的尺寸，因为刚从学校出来没有测量的经验，之后在师傅的耐心的讲解和指导下，慢慢的掌握了测量的窍门，加上平时多练习测量，这些问题也就慢慢的随之解决，此刻觉的它也没有什么难的，只是，没有掌握窍门而已。</w:t>
      </w:r>
      <w:r>
        <w:rPr>
          <w:lang w:eastAsia="zh-CN"/>
        </w:rPr>
        <w:br/>
      </w:r>
      <w:r>
        <w:rPr>
          <w:lang w:eastAsia="zh-CN"/>
        </w:rPr>
        <w:t>　　平时在装配过程中会遇到很多问题，遇到问题后大家共同分析讨论以得到解决，在这过程中我也学到了很多书本上学不到的东西，在这一年的装配工作中也了不少经验，为我以后的齿轮箱设计工作打下了良好的基础，使我受益匪浅。</w:t>
      </w:r>
      <w:r>
        <w:rPr>
          <w:lang w:eastAsia="zh-CN"/>
        </w:rPr>
        <w:br/>
      </w:r>
    </w:p>
    <w:p w:rsidR="001B1F19" w14:textId="27C3F48A">
      <w:pPr>
        <w:rPr>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新的一年里我为自己制定了新的目标，那就是要加紧学习，更好的充实自己，以饱满的状态来迎接新时期的挑战。明年会有更多的机会和竞争在等着我，我心里在暗暗的为自己鼓劲。要在竞争中站稳脚步。踏踏实实，目光不能只限于自身周围的小圈子，要着眼于大局，着眼于今后的发展。我也会向其它同事学习，取长补短，相互交流好的工作经验，共同进步。争取更好的工作成绩。</w:t>
      </w:r>
      <w:r>
        <w:rPr>
          <w:lang w:eastAsia="zh-CN"/>
        </w:rPr>
        <w:br/>
      </w:r>
      <w:r>
        <w:rPr>
          <w:lang w:eastAsia="zh-CN"/>
        </w:rPr>
        <w:t xml:space="preserve">    年终总结被评为优秀员工的发言稿 篇15 </w:t>
      </w:r>
      <w:r>
        <w:rPr>
          <w:lang w:eastAsia="zh-CN"/>
        </w:rPr>
        <w:br/>
      </w:r>
      <w:r>
        <w:rPr>
          <w:lang w:eastAsia="zh-CN"/>
        </w:rPr>
        <w:t>　　20__年是盘山支行各项工作快速、健康、协调发展的一年，回顾过去的一年，盘山支行在市行党委的正确领导下，认真贯彻落实市行20__年工作会议精神，以依法经营为前提、以强化管理为手段、以科学发展观为指导，以创最佳效益为目的，经过全行员工的努力拼搏，较好地完成了各项工作任务，现将20__年的工作总结如下：</w:t>
      </w:r>
      <w:r>
        <w:rPr>
          <w:lang w:eastAsia="zh-CN"/>
        </w:rPr>
        <w:br/>
      </w:r>
      <w:r>
        <w:rPr>
          <w:lang w:eastAsia="zh-CN"/>
        </w:rPr>
        <w:t>　　一、工作成效及经营情况：</w:t>
      </w:r>
      <w:r>
        <w:rPr>
          <w:lang w:eastAsia="zh-CN"/>
        </w:rPr>
        <w:br/>
      </w:r>
      <w:r>
        <w:rPr>
          <w:lang w:eastAsia="zh-CN"/>
        </w:rPr>
        <w:t>　　经营效益显著提高。20__年末盘山支行各项收入6,393万元，(其中金融往来收入235.6万元，利息收入6,156万元 ,其他收入1.4万元)同比增加151万元，增长2.42%;各项支出4,851万元，(其中利息支出1261万元，金融往来利息支出1,307万元，准备金1,119万元，营业费用755万元,固定资产折旧65万元，税金等344万元)，实现拨备后利润1,542万元，如果剔除拨备金1,119万元，我支行较总部下达全年利润计划2044.9万元增盈616.1万元，完成全年计划任务的130.13%。</w:t>
      </w:r>
      <w:r>
        <w:rPr>
          <w:lang w:eastAsia="zh-CN"/>
        </w:rPr>
        <w:br/>
      </w:r>
      <w:r>
        <w:rPr>
          <w:lang w:eastAsia="zh-CN"/>
        </w:rPr>
        <w:t>　　截止20__年末，各项存款余额68,350万元，较年初67，627万元增加723万元，如果剔除对公存款因素，增加了11,523万元，一年中没有出现任何业务差错。其中：</w:t>
      </w:r>
      <w:r>
        <w:rPr>
          <w:lang w:eastAsia="zh-CN"/>
        </w:rPr>
        <w:br/>
      </w:r>
    </w:p>
    <w:p w:rsidR="001B1F19" w14:textId="27C3F48A">
      <w:pPr>
        <w:rPr>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储蓄存款58,830万元，较年初47,782万元增加11,048万元，增长23.12%。其中活期存款为3,196万元，较年初2,708万元增加 488万元，增长18.02%。定期存款为55,634万元，较年初45,174万元增加10,460万元，增长23.15%。储蓄存款较全年计划指标实点数56,182万元，增加2,647万元，完成计划任务的131.52%，旬均余额56,927万元，较年初增加了9,145万元，较年计划增加 3,370万元，完成全年旬均计划任务的158.36%。</w:t>
      </w:r>
      <w:r>
        <w:rPr>
          <w:lang w:eastAsia="zh-CN"/>
        </w:rPr>
        <w:br/>
      </w:r>
      <w:r>
        <w:rPr>
          <w:lang w:eastAsia="zh-CN"/>
        </w:rPr>
        <w:t>　　截止年末累计开办银行卡2584张，较年初422张增加了2162张，超额全年计划开卡112张，完成全年计划发卡量的105.46%,卡上余额794万元，较年初余额263万元增加531万元，完成年计划发卡余额的 132.75%;年末我行atm机共发生业务11792笔，取款金额867.44万元，手续费收入2.49万元，与去年同期相比业务量大幅增长。</w:t>
      </w:r>
      <w:r>
        <w:rPr>
          <w:lang w:eastAsia="zh-CN"/>
        </w:rPr>
        <w:br/>
      </w:r>
      <w:r>
        <w:rPr>
          <w:lang w:eastAsia="zh-CN"/>
        </w:rPr>
        <w:t>　　截止年末我行对公存款余额9,520万元，剔除各种因素外，我行完成计划指标实点数的105.25%。</w:t>
      </w:r>
      <w:r>
        <w:rPr>
          <w:lang w:eastAsia="zh-CN"/>
        </w:rPr>
        <w:br/>
      </w:r>
      <w:r>
        <w:rPr>
          <w:lang w:eastAsia="zh-CN"/>
        </w:rPr>
        <w:t>　　现有企业结算账户400户，较年初增加57户，全年新增加账户116户,账户余额18,623万元，其中增加基本账户111户，非基本账户5户，全年日均业务量达到近150余笔。进一步扩大了我行相关业务指数。</w:t>
      </w:r>
      <w:r>
        <w:rPr>
          <w:lang w:eastAsia="zh-CN"/>
        </w:rPr>
        <w:br/>
      </w:r>
    </w:p>
    <w:p w:rsidR="001B1F19" w14:textId="27C3F48A">
      <w:pPr>
        <w:rPr>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截止20__年末，支行各项贷款余额91,176万元，全年累放贷款43笔，金额113,716.2万元，累收贷款48笔，金额104,249.2万元。其中：新增贷款14笔，金额13,283.2万元;正常贷款余额为89,217万元，不良贷款余额为1,959万元，贷款不良率为0.21%,呈稳定下降趋势，正常贷款回收率达到100%，收息率达到100%。</w:t>
      </w:r>
      <w:r>
        <w:rPr>
          <w:lang w:eastAsia="zh-CN"/>
        </w:rPr>
        <w:br/>
      </w:r>
      <w:r>
        <w:rPr>
          <w:lang w:eastAsia="zh-CN"/>
        </w:rPr>
        <w:t>　　按照总部下达贷款计划指标数，我支行20__年完成情况：</w:t>
      </w:r>
      <w:r>
        <w:rPr>
          <w:lang w:eastAsia="zh-CN"/>
        </w:rPr>
        <w:br/>
      </w:r>
      <w:r>
        <w:rPr>
          <w:lang w:eastAsia="zh-CN"/>
        </w:rPr>
        <w:t>　　(1)全年存量贷款利息收入5,623万元，较全年计划4,920万元，超额712万元,完成全年计划任务的114.29%;</w:t>
      </w:r>
      <w:r>
        <w:rPr>
          <w:lang w:eastAsia="zh-CN"/>
        </w:rPr>
        <w:br/>
      </w:r>
      <w:r>
        <w:rPr>
          <w:lang w:eastAsia="zh-CN"/>
        </w:rPr>
        <w:t>　　(2)抵债资产处理32万元，完成全年计划任务的123%;银行支行工作总结其中不良贷款利息收入及置换贷款清收任务，末完成年计划任务;</w:t>
      </w:r>
      <w:r>
        <w:rPr>
          <w:lang w:eastAsia="zh-CN"/>
        </w:rPr>
        <w:br/>
      </w:r>
      <w:r>
        <w:rPr>
          <w:lang w:eastAsia="zh-CN"/>
        </w:rPr>
        <w:t>　　二、20__年各项工作开展情况</w:t>
      </w:r>
      <w:r>
        <w:rPr>
          <w:lang w:eastAsia="zh-CN"/>
        </w:rPr>
        <w:br/>
      </w:r>
      <w:r>
        <w:rPr>
          <w:lang w:eastAsia="zh-CN"/>
        </w:rPr>
        <w:t>　　(一)增强资金实力、壮大存款规模</w:t>
      </w:r>
      <w:r>
        <w:rPr>
          <w:lang w:eastAsia="zh-CN"/>
        </w:rPr>
        <w:br/>
      </w:r>
      <w:r>
        <w:rPr>
          <w:lang w:eastAsia="zh-CN"/>
        </w:rPr>
        <w:t>　　面对盘锦市金融市场的资源环境，支行领导班子结合本单位的实际情况，多次召开调研分析会，以围绕筹措资金为中心，牢固树立存款是立行之本、发展之源的经营理念。</w:t>
      </w:r>
      <w:r>
        <w:rPr>
          <w:lang w:eastAsia="zh-CN"/>
        </w:rPr>
        <w:br/>
      </w:r>
      <w:r>
        <w:rPr>
          <w:lang w:eastAsia="zh-CN"/>
        </w:rPr>
        <w:t>　　一是结合我行几年来存款工作的经验，立足于计划早安排、任务早落实的工作思路，在总部末下达任务之前，依据我行的地缘、地貌优势提前介入吸储工作，把迎新春与优质文明服务有机结合起来，以抓柜台规范服务、储蓄业务营销、拜访客户，邮贺卡送春联等形式全面展开营销攻势，截止一季度末专柜储蓄存款较年初增加3,614万元，中街支行储蓄存款较年初增加3,306万元，全行储蓄存款54,702万元，较年初增加了6,920万元，增长了 14.48%，完成全年计划任务的82.38%.</w:t>
      </w:r>
      <w:r>
        <w:rPr>
          <w:lang w:eastAsia="zh-CN"/>
        </w:rPr>
        <w:br/>
      </w:r>
    </w:p>
    <w:p w:rsidR="001B1F19" w14:textId="27C3F48A">
      <w:pPr>
        <w:rPr>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二是在总部计划指标下达后，支行领导再结合各营业网点的综合情况，认真、详细地对存款指标进行量化考核，科学实际地制定了存款分配方案和奖惩办法。我们实行旬均余额和实点数双向考核的办法，采取多劳多得，不劳不得的按劳分配制度，极大地调动了员工的工作积极性。三是充分发挥非储蓄员工的能动意识靠激励政策吸收存款。年初我们制定了非储蓄岗位员工吸储办法和奖惩措施，职工们想尽了办法，利用各种关系全力组织存款。涌现出了王春玲、陈丽、梁新等一批揽存能手。</w:t>
      </w:r>
      <w:r>
        <w:rPr>
          <w:lang w:eastAsia="zh-CN"/>
        </w:rPr>
        <w:br/>
      </w:r>
      <w:r>
        <w:rPr>
          <w:lang w:eastAsia="zh-CN"/>
        </w:rPr>
        <w:t>　　因此我行在5月份储蓄存款就增长了8,985万元，提前7个月完成了市行下达的全年储蓄存款任务，且超额</w:t>
      </w:r>
      <w:r>
        <w:rPr>
          <w:lang w:eastAsia="zh-CN"/>
        </w:rPr>
        <w:t xml:space="preserve"> 585万元。四是积极开办银行卡的营销工作，一方面以悬挂条幅和发放宣传单的方式对广大市民进行大力宣传，另一方面增派业务人员分别到盘锦市中法供水有限公司、盘锦市公园管理处、盘锦市第二高级中学等企事业单位宣传鹤卡的优势性和便利性。实现了由数量扩张向质量效益的转变，因此截止年末开办银行卡2584</w:t>
      </w:r>
    </w:p>
    <w:p w:rsidR="001B1F19" w14:textId="27C3F48A">
      <w:pPr>
        <w:rPr>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xml:space="preserve"> 张，较年初增加了2162张，完成全年计划发卡量的105.46%,卡上余额794万元，完成年计划发卡余额的132.75%;五是强化中小客户开立账户的建设。我们积极培育中小客户群体，改善存款结构。为了稳定老客户、发展新客户、争夺重点客户、挖掘潜在客户，支行领导带头深入企事业单位、个体工商户，本着西瓜、芝麻一起抓的原则，通过彼此沟通、了解、座谈等形式拉近了与客户间的距离，最终收到了成效，同时我行每一位员工，在一年中都至少吸收了一个对公存款账户，截止20__年末我行较年初增加对公存款账户57户，新增对公存款账户116户，这样既增加了客流量和我行的对外人气指数，又繁荣了我行，并为整个商业银行做了有力的宣传。为全年各项存款指标的超额完成打下了坚实的基础。</w:t>
      </w:r>
      <w:r>
        <w:rPr>
          <w:lang w:eastAsia="zh-CN"/>
        </w:rPr>
        <w:br/>
      </w:r>
      <w:r>
        <w:rPr>
          <w:lang w:eastAsia="zh-CN"/>
        </w:rPr>
        <w:t>　　(二)加大信贷资金营销力度、努力提高信贷资产质量，促进经营效益稳步增长。</w:t>
      </w:r>
      <w:r>
        <w:rPr>
          <w:lang w:eastAsia="zh-CN"/>
        </w:rPr>
        <w:br/>
      </w:r>
      <w:r>
        <w:rPr>
          <w:lang w:eastAsia="zh-CN"/>
        </w:rPr>
        <w:t>　　一是以双赢为目标，加大扶持中小企业。按照总部20__年信贷工作的要求，我们盘山支行按照上级主管部门的指导性计划，在归避各种风险的前提下，加大了资金的投放力度，全年累计新增贷款13,283.2万元，其中为盘锦市政工程建设总公司贷款用于市政建设;为盘山县建设投资有限公司贷款用于新县城开发与建设;;为盘锦鹏来化工有限公司等几家民营企业贷款用于企业的扩大再生产。</w:t>
      </w:r>
      <w:r>
        <w:rPr>
          <w:lang w:eastAsia="zh-CN"/>
        </w:rPr>
        <w:br/>
      </w:r>
      <w:r>
        <w:rPr>
          <w:lang w:eastAsia="zh-CN"/>
        </w:rPr>
        <w:t>　　二是注重不良资产的清收和转化工作，全面系统地摸查不良贷款户的经营情况、法人和担保人情况，针对不同的企业采取量体裁衣，跟踪调查的方式，本着有重点、有目标，先重后轻，先缓后急的策略加紧清收。全年共累收贷款48笔，金额104,249.2万元，其中处置抵债资产32万元，完成计划任务的123%;不良资产占比明显下降。三是采取各种有效办法，努力清收利息。全年累计收息6,156万元。实现效益1542万元。我们对经营效益好、信誉好的企业采取电话通知的方式;对于经营差、信誉差的企业采取上门催收和强制清收的办法。因此经过我们信贷人员脚踏实地的工作，每季度及全年都保质保量完成了存量贷款的收息工作。</w:t>
      </w:r>
      <w:r>
        <w:rPr>
          <w:lang w:eastAsia="zh-CN"/>
        </w:rPr>
        <w:br/>
      </w:r>
      <w:r>
        <w:rPr>
          <w:lang w:eastAsia="zh-CN"/>
        </w:rPr>
        <w:t>　　(三)强化服务意识、丰富服务内涵。</w:t>
      </w:r>
      <w:r>
        <w:rPr>
          <w:lang w:eastAsia="zh-CN"/>
        </w:rPr>
        <w:br/>
      </w:r>
    </w:p>
    <w:p w:rsidR="001B1F19" w14:textId="27C3F48A">
      <w:pPr>
        <w:rPr>
          <w:lang w:eastAsia="zh-CN"/>
        </w:rPr>
      </w:pPr>
      <w:r>
        <w:rPr>
          <w:lang w:eastAsia="zh-CN"/>
        </w:rPr>
        <w:t>　　年初我们完善了《商业银行盘山支行优质文明服务工作细则》，成立了优质文明服务工作领导小组。中街支行继续聘请了一名优质文明服务社会监督员。一年来我们不断到各兄弟银行进行参观学习，吸收采纳了同业先进的服务新理念。同时制定了一些有效的激励机制：我们在学习服务、测试服务的前提下，每月评选出一名服务标兵，每季度评选出一个优质文明服务窗口，并进行奖励。这样有效地提高了员工们的服务热情。</w:t>
      </w:r>
      <w:r>
        <w:rPr>
          <w:lang w:eastAsia="zh-CN"/>
        </w:rPr>
        <w:br/>
      </w:r>
      <w:r>
        <w:rPr>
          <w:lang w:eastAsia="zh-CN"/>
        </w:rPr>
        <w:t>　　我们的服务工作得到了总部优质文明办的高度认可，我行参加了20__年至20__年辽宁省银行业优质文明服务竞赛活动。其中中街支行刘春凤同志被评为辽宁省银行业20__年服务标兵，我行被评为辽宁省银行业20__年优质文明规范服务先进单位。</w:t>
      </w:r>
      <w:r>
        <w:rPr>
          <w:lang w:eastAsia="zh-CN"/>
        </w:rPr>
        <w:br/>
      </w:r>
      <w:r>
        <w:rPr>
          <w:lang w:eastAsia="zh-CN"/>
        </w:rPr>
        <w:t>　　一是在日常工作中，我们注重对员工服务意识培养，将人情化、贴心化、细心化的服务融入到服务工作中的点点滴滴，扎实有效地践行我行服务立行、服务兴行的服务宗旨，在员工中6次开展服务意识教育和服务技能培训。不断优化服务窗口，倡导员工说好每一句话、指导员工办好每一笔业务、督导员工服务好每一个客户，用心赢得客户的心，用真诚感动客户。</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https://d.book118.com/787126055015006045</w:t>
        </w:r>
      </w:hyperlink>
    </w:p>
    <w:p w:rsidR="001B1F19">
      <w:pPr>
        <w:rPr>
          <w:lang w:eastAsia="zh-CN"/>
        </w:rPr>
      </w:pPr>
    </w:p>
    <w:sectPr>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87126055015006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