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银行的安全生产工作总结（30篇）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银行的安全生产工作总结（精选30篇）</w:t>
      </w:r>
      <w:r>
        <w:rPr>
          <w:lang w:eastAsia="zh-CN"/>
        </w:rPr>
        <w:br/>
      </w:r>
      <w:r>
        <w:rPr>
          <w:lang w:eastAsia="zh-CN"/>
        </w:rPr>
        <w:t xml:space="preserve">    银行的安全生产工作总结 篇1 </w:t>
      </w:r>
      <w:r>
        <w:rPr>
          <w:lang w:eastAsia="zh-CN"/>
        </w:rPr>
        <w:br/>
      </w:r>
      <w:r>
        <w:rPr>
          <w:lang w:eastAsia="zh-CN"/>
        </w:rPr>
        <w:t>　　一、加强了安全生产管理根据20__年总行和区分行安全保卫工作会议精神，我行提高了对安全保卫工作职能和任务的重新认识：明确了安全保卫部门是全行治安保卫和安全生产管理的职能部门。一年(来，我们按照总分行党委的部署，在做好治安保卫工作的前提下，认真履行安全生产管理职能部门的职责，加强了安全生产、突发事件处置等方面的工作。围绕防火灾事故、防交通事故、防电气事故、防中毒事故、防坠落事故等方面的工作，做好了特种设备、危险物品、公用车辆、食品、饮用水等的安全管理、指导和监督。基本上做到了治安保卫和安全生产一肩挑，没有出现顾此失彼，偏废任何一方面工作的情况。对安全生产管理，支行安全保卫职能部门在进行指导、检查和监督的同时，坚持了“谁主管，谁负责”和“谁使用，谁管理，谁负责”的原则，建立、健全了安全生产管理责任制度，坚持了安全第一、预防为主的方针，主要立足于日常管理和事故预防，加强经常性的教育、检查、监督及隐患整改。</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二、关心爱护保卫人员，加强保卫队伍建设实践证明，关心爱护保卫人员首先应当体现在对其人格的尊重和所从事工作的重视，也是培育以人为本、团队精神和创新精神为核心内容的“家园文化”的重要内容。近年来，支行在政治上关心保卫人员的进步，引导他们树立高尚的精神追求，使他们的积极性和主动性在工作中得到充分发挥;在生活待遇上根据他们的工作特点和劳动的付出给予合理的报酬，尽力为他们的工作提供必要的保障措施：一是为前台员工和保卫守押人员购买人身意外伤害保险，使其在危急时刻无后顾之忧;二是承认他们所从事劳动的特殊性，在今年8月份全员竞聘专业技术岗位职务和经办岗位职务时，对保卫守押人员区别对待，即不限制他们的学历、职称、资历，在名额非常有限、竞争十分激烈的情况下，保卫守押人员全部被聘为一级业务员以上的岗位职务;三是建立了双休日、节假日行领导跟车押运制度，节假日顶替守押人员值班。通过这些工作措施的实施，极大地激发了保卫人员的工作热情，全行保卫人员在人员少、任务重、风险大的情况下，忠于职守，遵章守纪，文明值勤，勤奋工作，圆满完成了各项工作任务。有的长年坚守岗位，很少休假;有的小孩生病住院都不肯请假。正是有了这样一支可靠的安全保卫队伍，我行的安全防范工作才有了坚强保证。</w:t>
      </w:r>
      <w:r>
        <w:rPr>
          <w:lang w:eastAsia="zh-CN"/>
        </w:rPr>
        <w:br/>
      </w:r>
      <w:r>
        <w:rPr>
          <w:lang w:eastAsia="zh-CN"/>
        </w:rPr>
        <w:t>　　三、总结全年的安全保卫工作，还存在以下问题：</w:t>
      </w:r>
      <w:r>
        <w:rPr>
          <w:lang w:eastAsia="zh-CN"/>
        </w:rPr>
        <w:br/>
      </w:r>
      <w:r>
        <w:rPr>
          <w:lang w:eastAsia="zh-CN"/>
        </w:rPr>
        <w:t>　　(一)安全保卫部门对履行治安保卫和安全生产管理的双重职能，因主观或客观的原因，认识上还有差距，对安全生产重视不够，需要在今后更加认真地把这项工作抓起来。</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(二)安全保卫部门工作人员，特别是部门负责人要摒弃怕得罪人的思想，各项检查要认真负责，敢于“挑毛脖;对安全检查中发现的问题，要敢于处罚，不能心慈手软，搞“下不为例”。</w:t>
      </w:r>
      <w:r>
        <w:rPr>
          <w:lang w:eastAsia="zh-CN"/>
        </w:rPr>
        <w:br/>
      </w:r>
      <w:r>
        <w:rPr>
          <w:lang w:eastAsia="zh-CN"/>
        </w:rPr>
        <w:t>　　(三)在安全检查时要注意采取更加有效的方式，将常规检查、突击检查、抽查录像等多种形式结合起来。</w:t>
      </w:r>
      <w:r>
        <w:rPr>
          <w:lang w:eastAsia="zh-CN"/>
        </w:rPr>
        <w:br/>
      </w:r>
      <w:r>
        <w:rPr>
          <w:lang w:eastAsia="zh-CN"/>
        </w:rPr>
        <w:t xml:space="preserve">    银行的安全生产工作总结 篇2 </w:t>
      </w:r>
      <w:r>
        <w:rPr>
          <w:lang w:eastAsia="zh-CN"/>
        </w:rPr>
        <w:br/>
      </w:r>
      <w:r>
        <w:rPr>
          <w:lang w:eastAsia="zh-CN"/>
        </w:rPr>
        <w:t>　　一、领导重视，精心部署</w:t>
      </w:r>
      <w:r>
        <w:rPr>
          <w:lang w:eastAsia="zh-CN"/>
        </w:rPr>
        <w:br/>
      </w:r>
      <w:r>
        <w:rPr>
          <w:lang w:eastAsia="zh-CN"/>
        </w:rPr>
        <w:t>　　为确保本次“安全生产月”活动有效开展，20__年_月_日，安全保卫部转发省联社传达了《关于开展“安全生产月”活动和20__年上半年安全检查工作的通知》，部署了我行“安全生产月”活动的内容和时间，要求各部门和各网点负责人高度重视此项工作，广泛发动全体干部职工，积极参与“安全生产月”活动，努力提高全行员工的安全生产意识和安全操作水平。</w:t>
      </w:r>
      <w:r>
        <w:rPr>
          <w:lang w:eastAsia="zh-CN"/>
        </w:rPr>
        <w:br/>
      </w:r>
      <w:r>
        <w:rPr>
          <w:lang w:eastAsia="zh-CN"/>
        </w:rPr>
        <w:t>　　二、广泛宣传，注重实效</w:t>
      </w:r>
      <w:r>
        <w:rPr>
          <w:lang w:eastAsia="zh-CN"/>
        </w:rPr>
        <w:br/>
      </w:r>
      <w:r>
        <w:rPr>
          <w:lang w:eastAsia="zh-CN"/>
        </w:rPr>
        <w:t>　　宣传活动当月，一是线上通过微信公众号开展“安全生产大家谈”、“微课堂”等活动，二是线下通过各营业网点宣传展板和厅堂摆放宣传折页，三是在营业网点设置宣传咨询台，向过往群众和员工宣传安全生产知识，以“消除事故隐患，筑牢安全防线”为主题组织开展安全生产知识宣传活动，向员工和社会公众普及安全生产知识，积极营造全员关心安全生产，参与安全发展的浓厚氛围。</w:t>
      </w:r>
      <w:r>
        <w:rPr>
          <w:lang w:eastAsia="zh-CN"/>
        </w:rPr>
        <w:br/>
      </w:r>
      <w:r>
        <w:rPr>
          <w:lang w:eastAsia="zh-CN"/>
        </w:rPr>
        <w:t>　　三、开展安全教育，提高员工的安全意识</w:t>
      </w:r>
      <w:r>
        <w:rPr>
          <w:lang w:eastAsia="zh-CN"/>
        </w:rPr>
        <w:br/>
      </w:r>
      <w:r>
        <w:rPr>
          <w:lang w:eastAsia="zh-CN"/>
        </w:rPr>
        <w:t>　　6月15日晚，我网点开展了本单位安全检查自查会，部署了6月份安全检查自查工作内容，共同学习了消防安全知识，使员工学会如何正确使用消防器材，火灾发生时疏散和逃生的要领等等。</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四、开展应急预案演练，提高防范应急能力</w:t>
      </w:r>
      <w:r>
        <w:rPr>
          <w:lang w:eastAsia="zh-CN"/>
        </w:rPr>
        <w:br/>
      </w:r>
      <w:r>
        <w:rPr>
          <w:lang w:eastAsia="zh-CN"/>
        </w:rPr>
        <w:t>　　“安全生产月”活动期间，网点开展了安全教育、防火、防盗、防抢劫、防诈骗等应急预案的演练工作，通过应急预案的演练，进一步检验和完善了应急预案，提高了员工的防范技能和应急处置能力，起到了预期效果。</w:t>
      </w:r>
      <w:r>
        <w:rPr>
          <w:lang w:eastAsia="zh-CN"/>
        </w:rPr>
        <w:br/>
      </w:r>
      <w:r>
        <w:rPr>
          <w:lang w:eastAsia="zh-CN"/>
        </w:rPr>
        <w:t>　　五、开展安全检查，加强安全管理。</w:t>
      </w:r>
      <w:r>
        <w:rPr>
          <w:lang w:eastAsia="zh-CN"/>
        </w:rPr>
        <w:br/>
      </w:r>
      <w:r>
        <w:rPr>
          <w:lang w:eastAsia="zh-CN"/>
        </w:rPr>
        <w:t>　　“安全生产月”活动期间，纪委主任和安全保卫部主任深入我网点，对、营业场所安防设施和消防器材的配备及使用运行情况进行了认真检查，对检查中发现的安全隐患要求及时进行整改，排除了隐患，确保了安全生产无事故。</w:t>
      </w:r>
      <w:r>
        <w:rPr>
          <w:lang w:eastAsia="zh-CN"/>
        </w:rPr>
        <w:br/>
      </w:r>
      <w:r>
        <w:rPr>
          <w:lang w:eastAsia="zh-CN"/>
        </w:rPr>
        <w:t>　　我网点按照合行要求开展了“安全生产月”活动，围绕“消除事故隐患，筑牢安全防线”这个活动主题，扎实开展了安全生产宣传教育和应急预案的演练工作，增强了全体员工的安全意识和应急处置能力，进一步夯实了安全基础管理工作，为安全生产提供了坚实的保障。</w:t>
      </w:r>
      <w:r>
        <w:rPr>
          <w:lang w:eastAsia="zh-CN"/>
        </w:rPr>
        <w:br/>
      </w:r>
      <w:r>
        <w:rPr>
          <w:lang w:eastAsia="zh-CN"/>
        </w:rPr>
        <w:t xml:space="preserve">    银行的安全生产工作总结 篇3 </w:t>
      </w:r>
      <w:r>
        <w:rPr>
          <w:lang w:eastAsia="zh-CN"/>
        </w:rPr>
        <w:br/>
      </w:r>
      <w:r>
        <w:rPr>
          <w:lang w:eastAsia="zh-CN"/>
        </w:rPr>
        <w:t>　　仙居支行全体员工通过学习观看了案例视频锦集，真心觉得安全“代价”实在太大了。防范风险时刻能不松懈，它时刻和我们的人身安生企业财产安全息息相关。风险防范是银行每时每刻都存在的话题，所以每个柜员都必须深刻的认识银行存在的风险和防范风险发生的方法。通过这些案例的学习，能促使我增强自我保护意识，在平时的小事上在心中筑起“防火墙”，现将总结汇报如下：</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一、沉重的代价是强烈的警示。</w:t>
      </w:r>
      <w:r>
        <w:rPr>
          <w:lang w:eastAsia="zh-CN"/>
        </w:rPr>
        <w:br/>
      </w:r>
      <w:r>
        <w:rPr>
          <w:lang w:eastAsia="zh-CN"/>
        </w:rPr>
        <w:t>　　发生案件不但会给我行银行造成重大资金风险和损失，还会严重损害银行的形象；发生案件，不但要严惩银行内部的涉案人员，还要追究相关经办岗位，管理岗位和领导岗位人员的责任；发生案件，还会对一部分员工的家庭亲情造成伤害。无论案件对银行造成的损失，还是对员工造成的伤害，都令人为之惋惜。</w:t>
      </w:r>
      <w:r>
        <w:rPr>
          <w:lang w:eastAsia="zh-CN"/>
        </w:rPr>
        <w:br/>
      </w:r>
      <w:r>
        <w:rPr>
          <w:lang w:eastAsia="zh-CN"/>
        </w:rPr>
        <w:t>　　二、安全保卫工作说起来容易，看起来简单。</w:t>
      </w:r>
      <w:r>
        <w:rPr>
          <w:lang w:eastAsia="zh-CN"/>
        </w:rPr>
        <w:br/>
      </w:r>
      <w:r>
        <w:rPr>
          <w:lang w:eastAsia="zh-CN"/>
        </w:rPr>
        <w:t>　　安全教育但真正干起来是非常不容易的，过去我们自己对保卫工作的认识比较单一，认为不出问题，不出事件，安全保卫工作就做好了，通过观看一系列的安全视频讲座觉得我们的工作实践和安全保工作的内容很丰实，任务很艰巨，责任很重大。</w:t>
      </w:r>
      <w:r>
        <w:rPr>
          <w:lang w:eastAsia="zh-CN"/>
        </w:rPr>
        <w:br/>
      </w:r>
      <w:r>
        <w:rPr>
          <w:lang w:eastAsia="zh-CN"/>
        </w:rPr>
        <w:t>　　三、安全防卫工作思想上必须有高度的重视，执行力上必须坚决、果断。</w:t>
      </w:r>
      <w:r>
        <w:rPr>
          <w:lang w:eastAsia="zh-CN"/>
        </w:rPr>
        <w:br/>
      </w:r>
      <w:r>
        <w:rPr>
          <w:lang w:eastAsia="zh-CN"/>
        </w:rPr>
        <w:t>　　1、业务流程必须熟练掌握，风险防范必须牢记心中。这样才能真正达到防范案件风险之目的，才能把我们的各项规章制度和“三个规定”真正运用到实际工作当中去。加强安全防范意识，并不是一句挂在嘴边的空话。</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2、我们应该做到有章不循，违规操作，检查不细，无数案件、事故、教训，都反应出不执行规章制度，才导致一不法分子有机会钻空子，从而给自身生命安全，企业资金安全，带来不可挽回的损失。各项规章制度的建立，不是凭空想象出来产物，而是在经历过许许多多实际工作经验教训总结出来的，只有按照各项规章制度办事，我们才有保护自已的权益和维护好自己单位的形象及广大客户的权益能力。</w:t>
      </w:r>
      <w:r>
        <w:rPr>
          <w:lang w:eastAsia="zh-CN"/>
        </w:rPr>
        <w:br/>
      </w:r>
      <w:r>
        <w:rPr>
          <w:lang w:eastAsia="zh-CN"/>
        </w:rPr>
        <w:t xml:space="preserve">    银行的安全生产工作总结 篇4 </w:t>
      </w:r>
      <w:r>
        <w:rPr>
          <w:lang w:eastAsia="zh-CN"/>
        </w:rPr>
        <w:br/>
      </w:r>
      <w:r>
        <w:rPr>
          <w:lang w:eastAsia="zh-CN"/>
        </w:rPr>
        <w:t>　　为了加强安全生产的宣传和培训，进一步强化安全意识，我国将6月份定为“安全月”，以坚持“安全第一、预防为主”的方针，来立足防范，强化监管，今年的活动主题是“安全职责重于泰山。</w:t>
      </w:r>
      <w:r>
        <w:rPr>
          <w:lang w:eastAsia="zh-CN"/>
        </w:rPr>
        <w:br/>
      </w:r>
      <w:r>
        <w:rPr>
          <w:lang w:eastAsia="zh-CN"/>
        </w:rPr>
        <w:t>　　在“安全月”期间，我同大伙一道认真学习上级精神，认真贯彻厂、车间下达的各项安全生产措施，严格按照“十个一”要求进行工作，认真学习规章制度和操作规程，杜绝了事故的发生，工作期间，经常针对电气设备和水泵进行检查，查出隐患及时汇报，及时维修，6月中旬的一天，我在巡视中发现泵房温度较高，并有较大杂音，经仔细观察，查出是风机电机烧坏，不能运转，若不及时排除，会使电机温度升高，引起事故，因此，我立即向上级领导汇报，并得到及时的维修，杜绝了一齐事故的发生。</w:t>
      </w:r>
      <w:r>
        <w:rPr>
          <w:lang w:eastAsia="zh-CN"/>
        </w:rPr>
        <w:br/>
      </w:r>
      <w:r>
        <w:rPr>
          <w:lang w:eastAsia="zh-CN"/>
        </w:rPr>
        <w:t>　　本人一向负责管理和填写班组台帐工作，为了提高班组成员的安全意识，首先从自身抓起，学习安全知识，并以台帐形式进行宣传，协助班长搞好每一次的安全生产例会的记录和教育，刻苦学习有关安全技术知识和业务知识，按照要求读一本安全生产的书，记一次事故教训等活动。虽然6月份我轮休，但是逢班组召开安全会和业务学习，我都用心参加，从不缺席，并且在一次防事故演习中同副班一齐成功地演练了有关预案。</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总之“遵循科学，虎口能拔牙，盲目蛮干，小河会翻船”。“安全月”即将过去，但是作为我来说，会把每一天、每一月当作安全天、安全月。工作中以科学的态度老老实实地干，因为安全生产的改善和提高是无止境的，只有这样才能保证企业的生产安全，才能不断提高企业的经济效益，才能为自我在工作中带给保证。</w:t>
      </w:r>
      <w:r>
        <w:rPr>
          <w:lang w:eastAsia="zh-CN"/>
        </w:rPr>
        <w:br/>
      </w:r>
      <w:r>
        <w:rPr>
          <w:lang w:eastAsia="zh-CN"/>
        </w:rPr>
        <w:t xml:space="preserve">    银行的安全生产工作总结 篇5 </w:t>
      </w:r>
      <w:r>
        <w:rPr>
          <w:lang w:eastAsia="zh-CN"/>
        </w:rPr>
        <w:br/>
      </w:r>
      <w:r>
        <w:rPr>
          <w:lang w:eastAsia="zh-CN"/>
        </w:rPr>
        <w:t>　　一、20--年安全生产工作主要开展情况：</w:t>
      </w:r>
      <w:r>
        <w:rPr>
          <w:lang w:eastAsia="zh-CN"/>
        </w:rPr>
        <w:br/>
      </w:r>
      <w:r>
        <w:rPr>
          <w:lang w:eastAsia="zh-CN"/>
        </w:rPr>
        <w:t>　　1、公司并购后立即对原国产员工全面组织三级安全教育，建立公司员工三级安全教育卡;对三批共计68名新招聘的社会人员组织安全教育，要求各二级单位建立部门级、工段班组级安全教育，确保安全教育考核合格后上岗。</w:t>
      </w:r>
      <w:r>
        <w:rPr>
          <w:lang w:eastAsia="zh-CN"/>
        </w:rPr>
        <w:br/>
      </w:r>
      <w:r>
        <w:rPr>
          <w:lang w:eastAsia="zh-CN"/>
        </w:rPr>
        <w:t>　　2、成立了国产公司安全生产管理机构，对安全操作规程、岗位安全操作规程、“四不伤害”防护卡、员工安全手册及《国产公司安全生产责任制》、《危险作业分级审批、监护管理办法》、《停送电管理办法》、《SNCR烟气脱销操作管理办法》《现场“三违”及基础管理考核办法》等共计98项涉及安全环保管理制度进行了修订并下发。</w:t>
      </w:r>
      <w:r>
        <w:rPr>
          <w:lang w:eastAsia="zh-CN"/>
        </w:rPr>
        <w:br/>
      </w:r>
      <w:r>
        <w:rPr>
          <w:lang w:eastAsia="zh-CN"/>
        </w:rPr>
        <w:t>　　3、完成20--年度共计5次窑系统检修，检修前分专业同外委单位签订安全施工协议，项目安全交底后再行施工。每次检修前成立安全督促组，每天一期检修安全检查通报，充分暴露外委施工单位及公司检修不安全行为和不安全现象。</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4、接管后立即规范公司生产早会、安全生产经营例会会议制度、安委会、月度环安例会，制定管理干部夜班值班、查岗、巡查工作表，明确值班工作内容，确保夜间生产运行正常、安全受控，树立海螺管理模式。</w:t>
      </w:r>
      <w:r>
        <w:rPr>
          <w:lang w:eastAsia="zh-CN"/>
        </w:rPr>
        <w:br/>
      </w:r>
      <w:r>
        <w:rPr>
          <w:lang w:eastAsia="zh-CN"/>
        </w:rPr>
        <w:t>　　5、认真组织20--年“安全生产月”活动，成立活动领导组，在公司安全生产经营周例会上合并召开“安全生产月”活动动员会，布置活动内容。“安全生产月”活动涵盖预热器清堵应急演练、举办“安全生产”演讲比赛。将活动相关材料按时上报股份公司生产调度中心。</w:t>
      </w:r>
      <w:r>
        <w:rPr>
          <w:lang w:eastAsia="zh-CN"/>
        </w:rPr>
        <w:br/>
      </w:r>
      <w:r>
        <w:rPr>
          <w:lang w:eastAsia="zh-CN"/>
        </w:rPr>
        <w:t>　　6、培训方面，公司级每月一期安全环保专项培训，其中包括新《安全生产法》知识培训、全体中层人员新《环境保护法》知识培训、公司全员参加《现场“三违”及基础管理考核办法》培训、杜邦安全管理知识培训等一系列内容。20--年公司26人参加特种作业培训取证、10人安全管理人员培训取证;21人参加特种设备操作人员培训取证。</w:t>
      </w:r>
      <w:r>
        <w:rPr>
          <w:lang w:eastAsia="zh-CN"/>
        </w:rPr>
        <w:br/>
      </w:r>
      <w:r>
        <w:rPr>
          <w:lang w:eastAsia="zh-CN"/>
        </w:rPr>
        <w:t>　　7、定期开展安全环保专项检查，长期针对炸药库、油罐、氨水、危险化学品及矿山爆破作业进行专项检查，全年共计组织22期专项检查，每期出检查通报，对检查出的问题明确整改期限、整改措施及整改责任人，逐步完善了现场安全防护措施，并对违章现象落实考核。</w:t>
      </w:r>
      <w:r>
        <w:rPr>
          <w:lang w:eastAsia="zh-CN"/>
        </w:rPr>
        <w:br/>
      </w:r>
      <w:r>
        <w:rPr>
          <w:lang w:eastAsia="zh-CN"/>
        </w:rPr>
        <w:t>　　8、公司积极开展对总降失电、防暑降温、余热器清堵雨雾天气、消防等应急演练共8项，通过应急演练的有效开展，向广大员工宣传事故应急知识和自救与救技能，切实提高全员的事故防范意识和逃生避险技能。</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9、对现场需安装标示牌的地方进行了梳理，并逐步完善了现场安全警示标示牌，提醒了员工工作时需注意的安全事项及营造安全管理氛围。</w:t>
      </w:r>
      <w:r>
        <w:rPr>
          <w:lang w:eastAsia="zh-CN"/>
        </w:rPr>
        <w:br/>
      </w:r>
      <w:r>
        <w:rPr>
          <w:lang w:eastAsia="zh-CN"/>
        </w:rPr>
        <w:t>　　10、为加强特种设备安全管理，防范公司安全经营风险，公司对特种设备存在的问题进行了梳理并整改，且联系质监局进行了特种设备检验。</w:t>
      </w:r>
      <w:r>
        <w:rPr>
          <w:lang w:eastAsia="zh-CN"/>
        </w:rPr>
        <w:br/>
      </w:r>
      <w:r>
        <w:rPr>
          <w:lang w:eastAsia="zh-CN"/>
        </w:rPr>
        <w:t>　　11、公司从接手之后严查违章行为，对习惯性违章行为及违反公司安全管理制度的行为进行了考核，全年共安全考核153人次(部分员工多次考核)，现场的违章行为明显减少，员工不好的行为习惯的得到改善，对预防安全事故的发生起到了良好的作用。</w:t>
      </w:r>
      <w:r>
        <w:rPr>
          <w:lang w:eastAsia="zh-CN"/>
        </w:rPr>
        <w:br/>
      </w:r>
      <w:r>
        <w:rPr>
          <w:lang w:eastAsia="zh-CN"/>
        </w:rPr>
        <w:t>　　二、存在的主要问题</w:t>
      </w:r>
      <w:r>
        <w:rPr>
          <w:lang w:eastAsia="zh-CN"/>
        </w:rPr>
        <w:br/>
      </w:r>
      <w:r>
        <w:rPr>
          <w:lang w:eastAsia="zh-CN"/>
        </w:rPr>
        <w:t>　　1、由于安全管理工作不够扎实，全年发生6起轻伤事故及2起轻微伤害事故，其中12月份连续发生两起轻伤事故。</w:t>
      </w:r>
      <w:r>
        <w:rPr>
          <w:lang w:eastAsia="zh-CN"/>
        </w:rPr>
        <w:br/>
      </w:r>
      <w:r>
        <w:rPr>
          <w:lang w:eastAsia="zh-CN"/>
        </w:rPr>
        <w:t>　　2、虽然原国产公司已经拿到安全标准化二级达标匾牌、证书，但是现场安全隐患点多，整改较为困难，与安全标准化要求内容差距较大。具体表现为现场设备如风机旋转轴安全防护罩缺失严重，直爬梯无防笼、栏杆不符合要求、巡检通道不完善等。</w:t>
      </w:r>
      <w:r>
        <w:rPr>
          <w:lang w:eastAsia="zh-CN"/>
        </w:rPr>
        <w:br/>
      </w:r>
      <w:r>
        <w:rPr>
          <w:lang w:eastAsia="zh-CN"/>
        </w:rPr>
        <w:t>　　3、并购公司员工安全意识相当差，理论技能水平有待提高，且员工安全培训积极性不高，检查、考核抵触情绪较重，安全管理工作推动较为困难，对公司的安全生产有严峻的考验。</w:t>
      </w:r>
      <w:r>
        <w:rPr>
          <w:lang w:eastAsia="zh-CN"/>
        </w:rPr>
        <w:br/>
      </w:r>
      <w:r>
        <w:rPr>
          <w:lang w:eastAsia="zh-CN"/>
        </w:rPr>
        <w:t>　　三、20--安全生产工作思路：</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1、以安全培训、安全考试、悬挂安全横幅、整理现场安全标志牌、组织安全综合检查等多种形式，合理制定20--年度安全环保培训计划，全面开展安全管理新模式，提高全员安全理念，确保安全生产。</w:t>
      </w:r>
      <w:r>
        <w:rPr>
          <w:lang w:eastAsia="zh-CN"/>
        </w:rPr>
        <w:br/>
      </w:r>
      <w:r>
        <w:rPr>
          <w:lang w:eastAsia="zh-CN"/>
        </w:rPr>
        <w:t>　　2、定期开展月度安全环保综合大检查及炸药库、油罐、氨水罐、矿山爆破作业专项检查，每期检查出检查通报，对上期检查整改落实验证，对违章、违规落实考核;坚持窑系统检修每天检查通报，暴露安全问题，确保检修安全。</w:t>
      </w:r>
      <w:r>
        <w:rPr>
          <w:lang w:eastAsia="zh-CN"/>
        </w:rPr>
        <w:br/>
      </w:r>
      <w:r>
        <w:rPr>
          <w:lang w:eastAsia="zh-CN"/>
        </w:rPr>
        <w:t>　　3、严格按照集团公司、股份公司以及地方安全、环保部门要求做好季节性、节假日等安全环保检查工作，按要求上报各项真实检查材料，检查不流于形式，不弄虚作假。</w:t>
      </w:r>
      <w:r>
        <w:rPr>
          <w:lang w:eastAsia="zh-CN"/>
        </w:rPr>
        <w:br/>
      </w:r>
      <w:r>
        <w:rPr>
          <w:lang w:eastAsia="zh-CN"/>
        </w:rPr>
        <w:t>　　4、加强安全环保法律法规的学习，积极参加各级安全环保部门组织的学习与培训，提高环保管理人员的理论水平。加强与地方安全环保部门沟通，每月1-2次到安监、环保部门进行拜访、交流，固化友谊。</w:t>
      </w:r>
      <w:r>
        <w:rPr>
          <w:lang w:eastAsia="zh-CN"/>
        </w:rPr>
        <w:br/>
      </w:r>
      <w:r>
        <w:rPr>
          <w:lang w:eastAsia="zh-CN"/>
        </w:rPr>
        <w:t>　　5、不折不扣完成年终检查需整改项，每项整改必须有验证材料;同时持续梳理各项安全环保规章制度、流程，研讨、会签、下发、执行。</w:t>
      </w:r>
      <w:r>
        <w:rPr>
          <w:lang w:eastAsia="zh-CN"/>
        </w:rPr>
        <w:br/>
      </w:r>
      <w:r>
        <w:rPr>
          <w:lang w:eastAsia="zh-CN"/>
        </w:rPr>
        <w:t>　　6、认真学习十三五“国家将实行最严格的环境保护制度，将解决环境污染必须出台强硬管理措施”，进一步提高全员环境质量意识，确保全年重大安全、环保事故为零，职业病发病率为零。</w:t>
      </w:r>
      <w:r>
        <w:rPr>
          <w:lang w:eastAsia="zh-CN"/>
        </w:rPr>
        <w:br/>
      </w:r>
      <w:r>
        <w:rPr>
          <w:lang w:eastAsia="zh-CN"/>
        </w:rPr>
        <w:t xml:space="preserve">    银行的安全生产工作总结 篇6 </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20__年度，我院的安全生产工作在县卫生局和镇政府的领导下，始终坚持“安全第一，预防为主”的安全生产方针，从提高认识入手，加强领导，完善制度，强化管理，深入开展安全检查，积极消除事故隐患，通过全院职工的共同努力，未发生一起不安全事故。</w:t>
      </w:r>
      <w:r>
        <w:rPr>
          <w:lang w:eastAsia="zh-CN"/>
        </w:rPr>
        <w:br/>
      </w:r>
      <w:r>
        <w:rPr>
          <w:lang w:eastAsia="zh-CN"/>
        </w:rPr>
        <w:t>　　我院在安全生产方面的具体做法是：</w:t>
      </w:r>
      <w:r>
        <w:rPr>
          <w:lang w:eastAsia="zh-CN"/>
        </w:rPr>
        <w:br/>
      </w:r>
      <w:r>
        <w:rPr>
          <w:lang w:eastAsia="zh-CN"/>
        </w:rPr>
        <w:t>　　一、加强领导，健全组织，是安全生产管理的基础</w:t>
      </w:r>
      <w:r>
        <w:rPr>
          <w:lang w:eastAsia="zh-CN"/>
        </w:rPr>
        <w:br/>
      </w:r>
      <w:r>
        <w:rPr>
          <w:lang w:eastAsia="zh-CN"/>
        </w:rPr>
        <w:t>　　我院成立了以院长为组长，分管院长为副组长，院委会成员及各科室负责人为成员的安全生产工作领导小组。并强化了24小时值班制度，形成了横向到变纵向到底的安全生产管理体系，使安全管理工作在组织上不脱节。</w:t>
      </w:r>
      <w:r>
        <w:rPr>
          <w:lang w:eastAsia="zh-CN"/>
        </w:rPr>
        <w:br/>
      </w:r>
      <w:r>
        <w:rPr>
          <w:lang w:eastAsia="zh-CN"/>
        </w:rPr>
        <w:t>　　二、制定相关安全生产管理制度，使安全工作标准化，规范化</w:t>
      </w:r>
      <w:r>
        <w:rPr>
          <w:lang w:eastAsia="zh-CN"/>
        </w:rPr>
        <w:br/>
      </w:r>
      <w:r>
        <w:rPr>
          <w:lang w:eastAsia="zh-CN"/>
        </w:rPr>
        <w:t>　　为确保我院安全生产，提高医疗服务质量，结合我院安全工作的实际特点，医疗安全方面，制订了《医疗事故防范处理预案》，《突发公共卫生事件应急预案》，成立了医疗质量管理委员会，护理质量管理委员会，药事管理委员会，感染管理委员会。用制度管理人，既教育了大家，又有效的促进了职工遵章守纪的自觉性。生产生活方面，各科室下发安全隐患自查登记表，实行每月一查，发现问题，及时排除，把不安全隐患事故消除在萌芽状态。</w:t>
      </w:r>
      <w:r>
        <w:rPr>
          <w:lang w:eastAsia="zh-CN"/>
        </w:rPr>
        <w:br/>
      </w:r>
      <w:r>
        <w:rPr>
          <w:lang w:eastAsia="zh-CN"/>
        </w:rPr>
        <w:t>　　三、强化宣传培训，增强安全意识，是搞好我院安全生产的基础</w:t>
      </w:r>
      <w:r>
        <w:rPr>
          <w:lang w:eastAsia="zh-CN"/>
        </w:rPr>
        <w:br/>
      </w:r>
      <w:r>
        <w:rPr>
          <w:lang w:eastAsia="zh-CN"/>
        </w:rPr>
        <w:t>　　今年以来，我院充分利用职工大会，村医例会等形式对全院职工进行安全教育，学习有关安全生产规定及院安全生产规章制度，使他们在思想认识上有一个新的提高，切实增强安全意识。</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总之，今年我院在安全生产中做的还不错，今后，我院将认真总结经验，在新的一年里，我院将以党的方针政策为指导，认真发扬成绩，纠正不足，开拓创新，与时俱进，进一步落实安全生产责任制，全力抓好安全生产工作，创造一个良好的安全的就医环境，为全面建设和谐社会做出更大的贡献。</w:t>
      </w:r>
      <w:r>
        <w:rPr>
          <w:lang w:eastAsia="zh-CN"/>
        </w:rPr>
        <w:br/>
      </w:r>
      <w:r>
        <w:rPr>
          <w:lang w:eastAsia="zh-CN"/>
        </w:rPr>
        <w:t xml:space="preserve">    银行的安全生产工作总结 篇7 </w:t>
      </w:r>
      <w:r>
        <w:rPr>
          <w:lang w:eastAsia="zh-CN"/>
        </w:rPr>
        <w:br/>
      </w:r>
      <w:r>
        <w:rPr>
          <w:lang w:eastAsia="zh-CN"/>
        </w:rPr>
        <w:t>　　20__年为了尽可能的减少这样的现象发生，更好的搞好公司的`安全生产工作，引导各项目能及时正确的做好现场安全生产工作，我收集、整理、编辑一些安全生产方面的资料及时上传到QQ群中，包括：国家及地方的有关标准和主管部门的安全指示和通知共计下发了十几个有关安全生产工作的文件和检查表等，到现场检查时大多数项目都拿不全有关文件，更谈不上学习、领会和现场具体实施。</w:t>
      </w:r>
      <w:r>
        <w:rPr>
          <w:lang w:eastAsia="zh-CN"/>
        </w:rPr>
        <w:br/>
      </w:r>
      <w:r>
        <w:rPr>
          <w:lang w:eastAsia="zh-CN"/>
        </w:rPr>
        <w:t xml:space="preserve">    银行的安全生产工作总结 篇8 </w:t>
      </w:r>
      <w:r>
        <w:rPr>
          <w:lang w:eastAsia="zh-CN"/>
        </w:rPr>
        <w:br/>
      </w:r>
      <w:r>
        <w:rPr>
          <w:lang w:eastAsia="zh-CN"/>
        </w:rPr>
        <w:t>　　六月份是全国第13个安全生产月，百林镇紧紧围绕“强化红线意识、促进安全发展”主题，依托网格化管理，深入开展安全生产“五进”宣传教育活动，取得明显成效。宣传教育进企业。利用流动宣传车和宣传广播在全镇9个企业巡回播放安全生产事故警示教育片，现场为工人发放了安全教育手册、安全生产法律法规等资料。镇安全办还组织全镇各企业负责人进行了安全生产法律法规知识学习，切实强化安全监管职责，提高企业管理人员和从业人员安全生产意识。</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宣传教育进社区。镇安全办在__社区、__社区、镇区主干道设立咨询台，发放宣传资料，面对面向社区居民宣传安全生产法律法规及安全常识，并对市民关心的消防安全、食品安全、防雷防电等安全生产热点、难点问题现场做出解答，提高了群众的安全防护意识和技能。</w:t>
      </w:r>
      <w:r>
        <w:rPr>
          <w:lang w:eastAsia="zh-CN"/>
        </w:rPr>
        <w:br/>
      </w:r>
      <w:r>
        <w:rPr>
          <w:lang w:eastAsia="zh-CN"/>
        </w:rPr>
        <w:t>　　宣传教育进学校。镇网格办、安全办联合市安监局下沉人员对全镇中小学进行了一次安全隐患大排查，制作了5个校园安全宣传展板，在各学校展出。围绕暑期安全，食品安全、交通安全、防火防水等主题，为镇中心校、镇一小上了一堂生动的安全教育课。通过安全教育课，提高了青少年安全保护意识，做到安全教育警钟长鸣。</w:t>
      </w:r>
      <w:r>
        <w:rPr>
          <w:lang w:eastAsia="zh-CN"/>
        </w:rPr>
        <w:br/>
      </w:r>
      <w:r>
        <w:rPr>
          <w:lang w:eastAsia="zh-CN"/>
        </w:rPr>
        <w:t>　　宣传教育进工地。联合市安监局执法人员为__社区、__区等社区施工安全进行了一次全面“大体检”，组织工人们集中观看安全生产事故警示教育片。利用休息时间，为工人们发放了安全生产教育手册、并现场为大家讲解了施工中常发、易发事故的防范和应急处置措施。</w:t>
      </w:r>
      <w:r>
        <w:rPr>
          <w:lang w:eastAsia="zh-CN"/>
        </w:rPr>
        <w:br/>
      </w:r>
      <w:r>
        <w:rPr>
          <w:lang w:eastAsia="zh-CN"/>
        </w:rPr>
        <w:t>　　安全生产“进家庭”。镇安全办制作了安全生产展板、宣传横幅，在各村巡回展出。二三级网格长借助大走访活动，向群众发放安全生产单和安全常识手册等资料，积极向宣传与群众日常生产生活相关的安全防患和应急知识、事故应急处理措施等方面的安全知识，提升农村家庭的综合安全素质，保护群众生命和财产安全。</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活动开展以来，全镇共制作安全生产展板2块，宣传横幅14条，设置警示教育展板4块，咨询台5处，接待咨询群众近900多人，累计发放宣传材料3700余份。通过安全生产“五进”宣传教育，强化了群众安全生产意识，在全镇范围内营造了“人人懂安全，时时想安全，处处讲安全”的良好氛围。</w:t>
      </w:r>
      <w:r>
        <w:rPr>
          <w:lang w:eastAsia="zh-CN"/>
        </w:rPr>
        <w:br/>
      </w:r>
      <w:r>
        <w:rPr>
          <w:lang w:eastAsia="zh-CN"/>
        </w:rPr>
        <w:t xml:space="preserve">    银行的安全生产工作总结 篇9 </w:t>
      </w:r>
      <w:r>
        <w:rPr>
          <w:lang w:eastAsia="zh-CN"/>
        </w:rPr>
        <w:br/>
      </w:r>
      <w:r>
        <w:rPr>
          <w:lang w:eastAsia="zh-CN"/>
        </w:rPr>
        <w:t>　　各县(市、区)建设(住建)局：</w:t>
      </w:r>
      <w:r>
        <w:rPr>
          <w:lang w:eastAsia="zh-CN"/>
        </w:rPr>
        <w:br/>
      </w:r>
      <w:r>
        <w:rPr>
          <w:lang w:eastAsia="zh-CN"/>
        </w:rPr>
        <w:t>　　根据《关于加强做好20__年下半年燃气安全生产工作的通知》(揭市建城[20__]14号)、《关于加强做好春节期间燃气安全生产工作的通知》(揭市建城[20__]2号)和《关于开展燃气安全生产检查工作的通知》工作安排，市住建局组织燃气安全生产检查组于年底对各地今年来燃气安全管理工作情况及开展燃气安全生产检查情况进行督查，现将检查情况通报如下：</w:t>
      </w:r>
      <w:r>
        <w:rPr>
          <w:lang w:eastAsia="zh-CN"/>
        </w:rPr>
        <w:br/>
      </w:r>
      <w:r>
        <w:rPr>
          <w:lang w:eastAsia="zh-CN"/>
        </w:rPr>
        <w:t>　　一、各县(市、区)燃气安全生产工作基本情况</w:t>
      </w:r>
      <w:r>
        <w:rPr>
          <w:lang w:eastAsia="zh-CN"/>
        </w:rPr>
        <w:br/>
      </w:r>
      <w:r>
        <w:rPr>
          <w:lang w:eastAsia="zh-CN"/>
        </w:rPr>
        <w:t>　　各县(市、区)建设(住建)局基本能按照市住建局的工作安排和要求，落实燃气安全管理各项工作。一是按要求开展燃气行业突发事件风险隐患排查整改工作、燃气行业“八打八治”打非治违行动及燃气行业规范化管理考核工作。二是能认真落实节日期间燃气安全生产各项工作，通过发文、安全检查等方式，布置落实节日期间安全防患措施，做好节日安全防范，确保燃气行业安全。三是认真开展燃气安全生产检查活动。组织燃气企业开展安全生产自查自纠活动，并组成检查组，对辖区内的燃气经营企业进行全面安全检查，对检查中发现的安全隐患，能按要求限期进行整改，并落实专人跟踪监督落实。</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二、现场检查燃气企业情况</w:t>
      </w:r>
      <w:r>
        <w:rPr>
          <w:lang w:eastAsia="zh-CN"/>
        </w:rPr>
        <w:br/>
      </w:r>
      <w:r>
        <w:rPr>
          <w:lang w:eastAsia="zh-CN"/>
        </w:rPr>
        <w:t>　　市燃气安全检查组在全市50家燃气企业中抽查了9家燃气储罐站(库)、瓶组气化站。被抽查燃气企业基本能按要求落实安全管理措施，部分燃气企业的管理有一定提高，但抽查的储罐站(库)、瓶组气化站仍存在下列问题：个别气站储罐喷淋系统部分喷孔堵塞，没有及时进行清理;部分气站对进出站车辆管理不规范、不严格，没有按要求进行登记，进站车辆未按规定戴防火罩;部分气站的压力表、温度表未按规定设置限位红线;个别气站的充装台存放使用铁质工具、充装软管老化没有及时进行更换;个别站区的安全防火警示标识褪色，不醒目;个别气站的消防设施维护不够，存在个别过期灭火器，消防通道不畅通，现场消防演练不实练、不规范;部分气站站区的废旧钢瓶摆放杂乱，文明生产较差;个别气站槽车卸气时没有用三角木固定;个别气站现场操作人员没有佩证上岗，各项安全记录不全、不真实、不规范等。检查组针对相关气站(库)存在的问题，提出了整改意见42条，根据各气站(库)存在问题的严重程度发出了《整改通知书》1份，《燃气安全生产执法整改建议书》3份，《燃气安全检查记录表》5份，并落实相关县(市、区)建设局跟踪监督相关燃气企业按要求进行整改，同时把燃气企业整改情况及时上报市住建局，确保整改工作落到实处。</w:t>
      </w:r>
      <w:r>
        <w:rPr>
          <w:lang w:eastAsia="zh-CN"/>
        </w:rPr>
        <w:br/>
      </w:r>
      <w:r>
        <w:rPr>
          <w:lang w:eastAsia="zh-CN"/>
        </w:rPr>
        <w:t>　　三、下一步工作意见</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虽然我市燃气行业连续多年实现安全无事故，燃气安全管理取得一定成效，但仍存在一些不容忽视的问题，需要引起高度重视。主要表现在：一是个别地区“安全第一”的理念没有牢固树立，安全监管机构不健全，安全检查不全面、不深入。二是企业主体责任落实不到位，部分企业不同程度存在安全生产管理不严格，在平时安全工作中抱有侥幸心理，隐患排查治理不认真等问题。针对存在问题，对下一步工作提出如下意见：</w:t>
      </w:r>
      <w:r>
        <w:rPr>
          <w:lang w:eastAsia="zh-CN"/>
        </w:rPr>
        <w:br/>
      </w:r>
      <w:r>
        <w:rPr>
          <w:lang w:eastAsia="zh-CN"/>
        </w:rPr>
        <w:t>　　1、进一步组织燃气安全生产检查。要依法加强燃气行业的管理和监督，进一步组织燃气安全生产检查，切实抓好督查发现问题的整改落实。各县(市、区)建设(住建)局要针对市此次安全检查中发现的问题，认真指导、跟踪、督促相关燃气企业落实整改工作，对逾期不能整改落实的，应责令其停业整顿。对本次市检查组未抽检的其他燃气企业，各县(市、区)建设(住建)局要组织进行认真的检查，对存在问题提出相应整改措施和意见，责令有关企业按规范要求落实整改。</w:t>
      </w:r>
      <w:r>
        <w:rPr>
          <w:lang w:eastAsia="zh-CN"/>
        </w:rPr>
        <w:br/>
      </w:r>
      <w:r>
        <w:rPr>
          <w:lang w:eastAsia="zh-CN"/>
        </w:rPr>
        <w:t>　　2、做好节日期间的安全防患工作。各县(市、区)建设(住建)局按照《关于加强做好春节期间燃气安全生产工作的通知》(揭市建城[20__]2号)要求，进一步督促燃气企业切实落实安全生产岗位责任制，落实节日期间的安全防患措施，加强节日安全值班，加强应急抢险设备、物资的配备和贮备，认真做好燃气安全事故预防和应急处置工作,明确任务要求和应急处置措施。</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3、强化企业主体责任。各县(市、区)建设(住建)局要把推进企业主体责任落实作为安全生产工作的重点，切实强化企业的责任，完善管理制度，督促企业开展事故隐患自查自纠，加强对从业人员安全生产教育培训，落实操作人员持证上岗，科学制定应急预案，定期组织应急演练，加大安全投入，同时督促和鼓励企业开展安全生产标准化建设，提升燃气企业本质安全。</w:t>
      </w:r>
      <w:r>
        <w:rPr>
          <w:lang w:eastAsia="zh-CN"/>
        </w:rPr>
        <w:br/>
      </w:r>
      <w:r>
        <w:rPr>
          <w:lang w:eastAsia="zh-CN"/>
        </w:rPr>
        <w:t xml:space="preserve">    银行的安全生产工作总结 篇10 </w:t>
      </w:r>
      <w:r>
        <w:rPr>
          <w:lang w:eastAsia="zh-CN"/>
        </w:rPr>
        <w:br/>
      </w:r>
      <w:r>
        <w:rPr>
          <w:lang w:eastAsia="zh-CN"/>
        </w:rPr>
        <w:t>　　“安康杯”竞赛活动总结为推动企业建立和完善安全生产规章制度，提高广大员工的安全意识，做好员工人身安全和身体健康保障工作，促进企业经济发展，根据市总工会、市安全生产监督管理局的通知要求，结合公司实际，20__年5月——10月期间，公司工会协同生产计划部、安全部、公司办公室联合组织，利用半年的时间开展“安康杯”竞赛活动，取得了良好成效，汇报如下：</w:t>
      </w:r>
      <w:r>
        <w:rPr>
          <w:lang w:eastAsia="zh-CN"/>
        </w:rPr>
        <w:br/>
      </w:r>
      <w:r>
        <w:rPr>
          <w:lang w:eastAsia="zh-CN"/>
        </w:rPr>
        <w:t>　　一、成立领导机构，明确指导思想</w:t>
      </w:r>
      <w:r>
        <w:rPr>
          <w:lang w:eastAsia="zh-CN"/>
        </w:rPr>
        <w:br/>
      </w:r>
      <w:r>
        <w:rPr>
          <w:lang w:eastAsia="zh-CN"/>
        </w:rPr>
        <w:t>　　为确保竞赛活动的顺利进行，成立了由公司总经理任主任的“安康杯”竞赛组织委员会，并设立了安全检察小组和活动办公室，负责活动具体工作。在认真学习、贯彻落实《工会法》、《安全生产法》、《职业病防治法》、《山东省安全生产监督管理规定》、工会劳动保护监督检查三个《条例》等法律、法规的同时，建立健全以安全生产责任制为核心的安全管理制度，按照“安全第一、预防为主”的指导思想，开展以“落实安全规章制度，强化安全防范措施”为主题的“安全生产周”和“安全生产宣传教育活动”，促进三个文明建设、和谐发展。</w:t>
      </w:r>
      <w:r>
        <w:rPr>
          <w:lang w:eastAsia="zh-CN"/>
        </w:rPr>
        <w:br/>
      </w:r>
      <w:r>
        <w:rPr>
          <w:lang w:eastAsia="zh-CN"/>
        </w:rPr>
        <w:t>　　二、确定竞赛主题和目标</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竞赛主题：掌握安全生产知识，争做遵章守纪职工。竞赛目标：力争各车间班组的基础工作得到加强，伤亡事故和职工危害发病率控制到最低限度，重大、特大事故得到有效遏制，安全生产形势稳定向好的趋势发展。各车间班组在参赛活动中按照“两个提高，两个为零、三个加强”的目标，即：提高各部门的管理者安全技术和管理水平，提高职工安全生产知识水平和自我保护意识;死亡事故为零，重伤事故为零;加强各车间、各部门安全管理，加强工会群众监督，加强安全工作生产知识培训。</w:t>
      </w:r>
      <w:r>
        <w:rPr>
          <w:lang w:eastAsia="zh-CN"/>
        </w:rPr>
        <w:br/>
      </w:r>
      <w:r>
        <w:rPr>
          <w:lang w:eastAsia="zh-CN"/>
        </w:rPr>
        <w:t>　　三、主要内容</w:t>
      </w:r>
      <w:r>
        <w:rPr>
          <w:lang w:eastAsia="zh-CN"/>
        </w:rPr>
        <w:br/>
      </w:r>
      <w:r>
        <w:rPr>
          <w:lang w:eastAsia="zh-CN"/>
        </w:rPr>
        <w:t>　　5月份：各参赛单位与有关部门充分利用一切宣传阵地和班前班后会，大力宣传竞赛的目标、主题，发动广大职工，自觉的参与各种行之有效和多种形式的群众性劳动保护监督检查，完善安全生产规章制度，提出一些好的建议。积极投身“安康杯”竞赛活动中，当一天安全检查员，积极学习掌握安全生产知识，在广大员工中形成了我懂安全，我要安全，人人尽责，确保安全的良好的安全生产氛围。</w:t>
      </w:r>
      <w:r>
        <w:rPr>
          <w:lang w:eastAsia="zh-CN"/>
        </w:rPr>
        <w:br/>
      </w:r>
      <w:r>
        <w:rPr>
          <w:lang w:eastAsia="zh-CN"/>
        </w:rPr>
        <w:t>　　6月份：制订完善安全生产规章制度，下发征集表，让员工提出关于安全生产方面的建议。组织生产一线员工及关键重点部位的员工搞一次安全生产签名仪式活动。安排关键部位，要害部位的员工当一天安全检查员，查一起事故隐患，或一起违章行为，并提出整改意见。</w:t>
      </w:r>
      <w:r>
        <w:rPr>
          <w:lang w:eastAsia="zh-CN"/>
        </w:rPr>
        <w:br/>
      </w:r>
      <w:r>
        <w:rPr>
          <w:lang w:eastAsia="zh-CN"/>
        </w:rPr>
        <w:t>　　7月份：组织职工看一场安全生产录像片，重点部门和关键岗位员工写一篇安全生产体会，各竞赛单位进行了一次安全事故演习。</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8月份：竞赛单位组织岗位人员进行一次安全生产培训，使各参赛单位员工掌握了安全生产知识，提高了安全生产的意识，了解了生产过程“安全”的重要性。</w:t>
      </w:r>
      <w:r>
        <w:rPr>
          <w:lang w:eastAsia="zh-CN"/>
        </w:rPr>
        <w:br/>
      </w:r>
      <w:r>
        <w:rPr>
          <w:lang w:eastAsia="zh-CN"/>
        </w:rPr>
        <w:t>　　9月份：通过召开座谈会、班前班后会等，回顾总结建厂以来生产安全经验、教训，提高安全生产警惕，防患于未然。</w:t>
      </w:r>
      <w:r>
        <w:rPr>
          <w:lang w:eastAsia="zh-CN"/>
        </w:rPr>
        <w:br/>
      </w:r>
      <w:r>
        <w:rPr>
          <w:lang w:eastAsia="zh-CN"/>
        </w:rPr>
        <w:t>　　10月份，公司“安康杯”安全检查小组对竞赛单位开展的情况进行核实、评选，评选结果报公司“安康杯”竞赛组织委员会审核决定表彰单位。</w:t>
      </w:r>
      <w:r>
        <w:rPr>
          <w:lang w:eastAsia="zh-CN"/>
        </w:rPr>
        <w:br/>
      </w:r>
      <w:r>
        <w:rPr>
          <w:lang w:eastAsia="zh-CN"/>
        </w:rPr>
        <w:t>　　四、总结</w:t>
      </w:r>
      <w:r>
        <w:rPr>
          <w:lang w:eastAsia="zh-CN"/>
        </w:rPr>
        <w:br/>
      </w:r>
      <w:r>
        <w:rPr>
          <w:lang w:eastAsia="zh-CN"/>
        </w:rPr>
        <w:t>　　通过开展“安康杯”竞赛活动，不仅健全了公司的安全生产管理制度，完善了安全管理体系，规范了工会群众监督机制，而且让广大员工学习到生产过程中安全的重要性，掌握了安全生产知识，逐步从不懂安全到我懂安全、我管安全，由要我安全转变成我要安全、我保安全，提高了安全生产意识，在竞赛活动期间，加强了合车间、部室安全管理，加强了工会群众监督，加强了安全工作生产知识培训;提高了各部门管理者的安全技术和安全管理水平，提高了员工安全生产知识水平和自我保护意识;无重伤事故，无死亡事故。虽然在“安康杯”竞赛活动中，我们取得了一定的成绩，但我们与其它先进兄弟单位相比，还有一定差距，今后，我们将在公司领导的带领下，在市总工会、市安全生产监督管理局等上级部门的支持下，不断加强自身建设，创新工作思路，充分发挥广大员工的力量，确保“安康杯”活动持之以恒的开展下去。</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银行的安全生产工作总结 篇11 </w:t>
      </w:r>
      <w:r>
        <w:rPr>
          <w:lang w:eastAsia="zh-CN"/>
        </w:rPr>
        <w:br/>
      </w:r>
      <w:r>
        <w:rPr>
          <w:lang w:eastAsia="zh-CN"/>
        </w:rPr>
        <w:t>　　按照省农业厅《关于印发省农业行业“安全生产年”活动实施方案的通知》和州安委会通知精神，我局高度重视，制定了《州农业行业“安全生产年”活动实施方案》，在全州农业系统内深入的开展了隐患排查、安全整治、扩大宣传等活动，现将半年来开展的活动状况总结如下：</w:t>
      </w:r>
      <w:r>
        <w:rPr>
          <w:lang w:eastAsia="zh-CN"/>
        </w:rPr>
        <w:br/>
      </w:r>
      <w:r>
        <w:rPr>
          <w:lang w:eastAsia="zh-CN"/>
        </w:rPr>
        <w:t>　　一、加强领导、细化职责</w:t>
      </w:r>
      <w:r>
        <w:rPr>
          <w:lang w:eastAsia="zh-CN"/>
        </w:rPr>
        <w:br/>
      </w:r>
      <w:r>
        <w:rPr>
          <w:lang w:eastAsia="zh-CN"/>
        </w:rPr>
        <w:t>　　我局坚持“抓生产务必抓安全”的理念，为切实做好“安全生产年”活动，同时也为使我局年度的安全生产工作能够较好的开展，我局调整了局安全安全生产工作领导小组，将领导机构的职责进行了细化和分解，领导小组继续坚持“一岗双责”为核心的安全生产职责体系，严格落实了部门行政首长安全生产第一职责人的职责和领导班子成员安全生产“一岗双责”，不断强化部门综合监管、行业安全监管。进一步完善了监管机制，依法加强对本系统、本行业(领域)生产经营单位安全生产工作的指导和监管，切实履行好监管职责。</w:t>
      </w:r>
      <w:r>
        <w:rPr>
          <w:lang w:eastAsia="zh-CN"/>
        </w:rPr>
        <w:br/>
      </w:r>
      <w:r>
        <w:rPr>
          <w:lang w:eastAsia="zh-CN"/>
        </w:rPr>
        <w:t>　　二、活动开展状况</w:t>
      </w:r>
      <w:r>
        <w:rPr>
          <w:lang w:eastAsia="zh-CN"/>
        </w:rPr>
        <w:br/>
      </w:r>
      <w:r>
        <w:rPr>
          <w:lang w:eastAsia="zh-CN"/>
        </w:rPr>
        <w:t>　　(一)按照省、州统一安排，我局深入开展“百日安全生产活动”，切实抓好了今冬明春全州农业行业安全生产工作，以“突出重点、落实职责、防范事故、确保平安”为活动主题，狠抓预防、严查隐患、扩大宣传，努力开展好“百日安全生产活动”，为我局的安全生产工作打下坚实的基础。</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二)为进一步加强安全生产工作，结合我州农业行业实际，我局研究制订了《州农业行业开展“安全生产月”活动实施方案》，进一步明确任务，逐级落实工作职责，细化进度安排。坚持“抓生产务必抓安全”的理念，把开展“安全生产月”、“安全生产年”活动与当地推进现代农业发展等各项工作结合起来。加强指导、监督检查，及时研究、协调解决活动中出现的问题，并为其顺利开展带给了必要的人力、物力和财力支持。</w:t>
      </w:r>
      <w:r>
        <w:rPr>
          <w:lang w:eastAsia="zh-CN"/>
        </w:rPr>
        <w:br/>
      </w:r>
      <w:r>
        <w:rPr>
          <w:lang w:eastAsia="zh-CN"/>
        </w:rPr>
        <w:t>　　(三)为加强我州春耕生产重要时季，我局先后派出三个工作组，分赴东、南、北路进行安全生产专项督查工作。重点督查了各县贯彻落实省、州有关安全生产工作部署、开展状况，查阅拖拉机牌证的相关资料、档案等内业工作，根据在检查中发现的问题要求限期整改，从源头上消除安全隐患。</w:t>
      </w:r>
      <w:r>
        <w:rPr>
          <w:lang w:eastAsia="zh-CN"/>
        </w:rPr>
        <w:br/>
      </w:r>
      <w:r>
        <w:rPr>
          <w:lang w:eastAsia="zh-CN"/>
        </w:rPr>
        <w:t>　　(四)根据省农业厅《关于集中开展农机安全生产“打非治违”专项行动的通知》通知精神，我州集中开展农机安全生产“打非治违”专项行动的组织状况。配合省厅督查组检查了我州康定、泸定两县制订的“打非治违”和清查治理违规发放牌证的工作方案和计划、抽查已发放牌证的拖拉机技术档案、相关工作开展过程记录等。查看了当地农机安全生产秩序和拖拉机号牌悬挂及驾驶证持有状况。</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五)按照州安委会安排部署，6月10日我局组织业务骨干10人在分管安全的副局长带领下，在康定情歌广场开展了“以科学发展、安全发展”为主题的“全国第十一个安全生产宣传咨询”活动。透过展板、发放宣传资料、设立现场咨询台等形式宣传了《中华人民共和国道路交通安全法》、《农业机械安全监督管理条例》、《中华人民共和国农药管理条例》《中华人民共和国农产品质量安全法》《安全生产法》等农业安全生产法律法规以及惠农政策和农业安全生产相关知识，提高了广大群众的农业安全生产意识，营造了关爱生命、关注安全的农业安全生产的良好加强宣传、深化教育。</w:t>
      </w:r>
      <w:r>
        <w:rPr>
          <w:lang w:eastAsia="zh-CN"/>
        </w:rPr>
        <w:br/>
      </w:r>
      <w:r>
        <w:rPr>
          <w:lang w:eastAsia="zh-CN"/>
        </w:rPr>
        <w:t>　　(六)在“安全生产年”活动中，我局把学习宣传、贯彻实施安全生产相关法律法规作为当前和今后一个时期的一项中心工作任务来抓，深入宣传《中华人民共和国安全生产法》、《省安全生产条例》等为主要资料的安全生产法律法规和系列配套规范性文件，并张贴了宣传标语、悬挂了宣传标志，并散发了宣传手册，以多种多样、资料丰富的宣传资料和活动形式，广泛宣传安全生产法律法规，提高了干部职工和广大农牧民的安全生产思想意识，构成了人人知安全、人人抓安全的良好氛围。</w:t>
      </w:r>
      <w:r>
        <w:rPr>
          <w:lang w:eastAsia="zh-CN"/>
        </w:rPr>
        <w:br/>
      </w:r>
      <w:r>
        <w:rPr>
          <w:lang w:eastAsia="zh-CN"/>
        </w:rPr>
        <w:t>　　三、狠抓预防、严查隐患</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隐患排查治理工作是安全生产变被动为主动防范，实现关口前移、中心下移的重要举措。在“安全生产年”活动中，我局以此为契机，按照全省农机安全生产“打非治违”工作的总体要求，继续深化安全生产隐患排查治理工作。对安全生产的隐患和问题再次进行了全面排查治理，做到了排查不留死角，重大隐患及时整治。同时对局机关、直属各单位的重要地点进行了全面而系统的检查，检查了各办公场所的用电安全、消防安全、设施设备安全等状况，进一步降低安全隐患，半年来，结合“百日安全生产活动”、“打非治违专项行动”等活动的开展，全州共出动农机监理执法人员785人次，张贴、粉刷宣传标语86幅，发放安全宣传资料12910份，检查无证驾驶、无牌行驶等违法行为187起。及时发现和整改了各类安全事故隐患，严厉打击了各类非法违法生产经营行为。</w:t>
      </w:r>
      <w:r>
        <w:rPr>
          <w:lang w:eastAsia="zh-CN"/>
        </w:rPr>
        <w:br/>
      </w:r>
      <w:r>
        <w:rPr>
          <w:lang w:eastAsia="zh-CN"/>
        </w:rPr>
        <w:t>　　四、下一步工作安排</w:t>
      </w:r>
      <w:r>
        <w:rPr>
          <w:lang w:eastAsia="zh-CN"/>
        </w:rPr>
        <w:br/>
      </w:r>
      <w:r>
        <w:rPr>
          <w:lang w:eastAsia="zh-CN"/>
        </w:rPr>
        <w:t>　　(一)加强安全宣传教育，提高安全意识。充分利用电视、广播、报刊和网络等媒体，大力宣传党和国家安全生产方针政策、法律法规，普及农机安全生产知识，提高农机驾驶操作人员和农机生产参与者的安全生产意识，营造关爱生命、关注农机安全的社会氛围。</w:t>
      </w:r>
      <w:r>
        <w:rPr>
          <w:lang w:eastAsia="zh-CN"/>
        </w:rPr>
        <w:br/>
      </w:r>
      <w:r>
        <w:rPr>
          <w:lang w:eastAsia="zh-CN"/>
        </w:rPr>
        <w:t>　　(二)强化监管，加大执法检查力度。结合重要农时季节和重要节假日。配合公安，安监等部门在重点路段开展农机安全生产联合执法检查，加强对农机道路交通的安全监管，组织农机监理执法人员深入道路以外的田间、场院和乡(镇)村道，开展田检路查活动，重点查处违规操作行为。</w:t>
      </w:r>
      <w:r>
        <w:rPr>
          <w:lang w:eastAsia="zh-CN"/>
        </w:rPr>
        <w:br/>
      </w:r>
      <w:r>
        <w:rPr>
          <w:lang w:eastAsia="zh-CN"/>
        </w:rPr>
        <w:t>　　(三)加强技术培训、规范牌证管理，严把源头准入关。一是严格按照《拖拉机驾驶证申领和使用规定》(农业部第42号令)、《拖拉机登记规定》(农业部第43号令)和《联合收割机及驾驶人安全监理规定》(农业部第72号令)所规定的科目和标准组织考试，规范考试标准和考试程序。切实加强农业机械考核、注册登记、发牌发证等源头管理工作，切实加强拖拉机和驾驶员的准入管理。</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四)开展安全生产隐患排查，努力提高拖拉机“三率”。严格按照《农业机械运行安全技术条件》的要求，利用农闲时机，组织技术人员深入各乡村，大力开展拖拉机年度检审工作，努力提高拖拉机年检率，提高拖拉机的技术性能，保障安全行驶。进一步加大拖拉机入户，驾驶员办证工作力度，对县域内拥有农业机械而又未按规定到农业部门办理牌(证)的拖拉机业主，要向其印发《通知书》，敦促其按规定限期到农业部门进行培训、考试和办理牌(证)，努力提高拖拉机上牌率、持证率、年检率。</w:t>
      </w:r>
      <w:r>
        <w:rPr>
          <w:lang w:eastAsia="zh-CN"/>
        </w:rPr>
        <w:br/>
      </w:r>
      <w:r>
        <w:rPr>
          <w:lang w:eastAsia="zh-CN"/>
        </w:rPr>
        <w:t xml:space="preserve">    银行的安全生产工作总结 篇12 </w:t>
      </w:r>
      <w:r>
        <w:rPr>
          <w:lang w:eastAsia="zh-CN"/>
        </w:rPr>
        <w:br/>
      </w:r>
      <w:r>
        <w:rPr>
          <w:lang w:eastAsia="zh-CN"/>
        </w:rPr>
        <w:t>　　为认真贯彻落实集团公司《关于开展“安全生产月”活动的通知》精神，按照公司安排部署，结合生产实际，紧紧围绕“强化安全基础，推动安全发展”的活动主题，扎实开展“安全生产月”活动。通过为期一个月的活动，进一步提高了公司全体员工的安全意识、提高了安全素质、提升了安全技能，为深化“安全生产年”活动打下了扎实的基础。现将今年“安全生产月”活动总结如下：</w:t>
      </w:r>
      <w:r>
        <w:rPr>
          <w:lang w:eastAsia="zh-CN"/>
        </w:rPr>
        <w:br/>
      </w:r>
      <w:r>
        <w:rPr>
          <w:lang w:eastAsia="zh-CN"/>
        </w:rPr>
        <w:t>　　一、领导重视，精心部署</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为确保本次“安全生产月”活动的各项工作有效落实，使活动收到实效，公司高度重视。在5月8日收到集团公司活动通知后，公司立刻召开“安全生产月”活动动员大会，会上成立以总经理为组长，分管安全的副总经理为副组长，各车间、部门主管、安委会成员为组员的“安全生产月”活动领导小组，负责组织、协调、指导“安全生产月”活动的全过程，制定活动方案和活动时间表，保证有组织、有计划地开展“安全生产月”活动。同时公司领导对“安全生产月”提出了具体的工作要求和部署，要求各车间、部门负责人要广泛发动全体员工，积极参与公司组织的各种“安全月”活动，努力提高全公司员工的安全生产意识和安全操作水平，以保证“安全生产月”活动的有效开展。</w:t>
      </w:r>
      <w:r>
        <w:rPr>
          <w:lang w:eastAsia="zh-CN"/>
        </w:rPr>
        <w:br/>
      </w:r>
      <w:r>
        <w:rPr>
          <w:lang w:eastAsia="zh-CN"/>
        </w:rPr>
        <w:t>　　二、开展形式多样的宣传</w:t>
      </w:r>
      <w:r>
        <w:rPr>
          <w:lang w:eastAsia="zh-CN"/>
        </w:rPr>
        <w:br/>
      </w:r>
      <w:r>
        <w:rPr>
          <w:lang w:eastAsia="zh-CN"/>
        </w:rPr>
        <w:t>　　为了做好“安全生产月”活动的宣传工作，公司于5月份就开始搜集、采购各项安全月活动资料，并及时下发车间进行宣传、学习。同时通过悬挂横幅、宣传标语、张贴宣传挂图等多种形式进行全方位宣传，大力营造安全氛围。活动期间，总计发放安全常识小册子140余本，悬挂横幅4条，张贴宣传挂图4套。</w:t>
      </w:r>
      <w:r>
        <w:rPr>
          <w:lang w:eastAsia="zh-CN"/>
        </w:rPr>
        <w:br/>
      </w:r>
      <w:r>
        <w:rPr>
          <w:lang w:eastAsia="zh-CN"/>
        </w:rPr>
        <w:t>　　三、开展安全知识教育培训活动</w:t>
      </w:r>
      <w:r>
        <w:rPr>
          <w:lang w:eastAsia="zh-CN"/>
        </w:rPr>
        <w:br/>
      </w:r>
      <w:r>
        <w:rPr>
          <w:lang w:eastAsia="zh-CN"/>
        </w:rPr>
        <w:t>　　“安全月”活动第三周由安委会组织对全司员工分层次进行安全知识教育培训，一是组织公司管理人员学习有关安全生产法律法规、方针政策，提高公司管理人员的安全管理水平。二是组织对车间员工进行公司的安全管理规章制度、岗位的安全操作技能、安全生产事故案例分析和应急预案等内容的安全培训和警示教育，使员工能够熟练掌握岗位安全技能，提高事故防范能力。三是组织员工观看安全生产视频，增强全体员工安全意识，提高安全生产能力和自我防范能力。四是组织全体员工参与安全知识竞赛活动，进一步提高了全员安全素质。</w:t>
      </w:r>
      <w:r>
        <w:rPr>
          <w:lang w:eastAsia="zh-CN"/>
        </w:rPr>
        <w:br/>
      </w:r>
      <w:r>
        <w:rPr>
          <w:lang w:eastAsia="zh-CN"/>
        </w:rPr>
        <w:t>　　四、组织应急演练，提高应急救援能力</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1、为加强对发生火灾事故应急处置和员工自救互救能力，在“安全月”活动期间，公司组织各车间开展了火灾事故逃生演练，通过事故应急演练，使全体员工掌握火场逃生的正确方法，熟悉发生火灾时公司紧急疏散的程序和线路，积累了自救、逃生的经验，确保应急工作能快速、高效、有序地进行。通过演练活动培养员工听从指挥、团结互助的品德，提高突发突发事件下的应急反应能力和自救互救能力。</w:t>
      </w:r>
      <w:r>
        <w:rPr>
          <w:lang w:eastAsia="zh-CN"/>
        </w:rPr>
        <w:br/>
      </w:r>
      <w:r>
        <w:rPr>
          <w:lang w:eastAsia="zh-CN"/>
        </w:rPr>
        <w:t>　　2、在6月22日进行了火灾救援演练，演练的目的在遇到突发事件发生时迅速启动应急预案，确保有序、有效的组织实施各项应对措施。通过实战演练提高应急救援队伍的组织和应急救援能力，强化应对各类安全事故和突发事件的自救和抢险技能、快速反应能力，提升了急救援队伍对突发事件的处置能力，为以后应对各种突发事件打下了良好基础。</w:t>
      </w:r>
      <w:r>
        <w:rPr>
          <w:lang w:eastAsia="zh-CN"/>
        </w:rPr>
        <w:br/>
      </w:r>
      <w:r>
        <w:rPr>
          <w:lang w:eastAsia="zh-CN"/>
        </w:rPr>
        <w:t>　　安全月活动期间，公司还组织了安全合理化建议活动，要求各部门、车间要发动全体员工积极参与安全生产合理化建议活动，充分发挥广大员工创新能力，从制度管理、操作规程、工艺、设备、职业危害防治等方面，提出安全生产合理化建议，推广安全生产先进经验，促进工艺、设备改进，提高安全技术装备和本质安全水平。本次活动公司共收到车间部门的安全建议100条。公司下一步将对这些安全合理化建议进行评选，并给予奖励，以提高员工共同参与安全生产的积极性，对这些合理化建议公司将积极采纳，不断完善安全管理，排查安全隐患，减少安全事故的发生。</w:t>
      </w:r>
      <w:r>
        <w:rPr>
          <w:lang w:eastAsia="zh-CN"/>
        </w:rPr>
        <w:br/>
      </w:r>
      <w:r>
        <w:rPr>
          <w:lang w:eastAsia="zh-CN"/>
        </w:rPr>
        <w:t xml:space="preserve">    银行的安全生产工作总结 篇13 </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近来，我校为认真做好学期结束和节日期间各项工作，切实加强学校安全管理，确保师生过一个欢乐、祥和、平安的节日，根据_教安【】1号文件要求，结合学校实际，认真做好以下几方面工作：</w:t>
      </w:r>
      <w:r>
        <w:rPr>
          <w:lang w:eastAsia="zh-CN"/>
        </w:rPr>
        <w:br/>
      </w:r>
      <w:r>
        <w:rPr>
          <w:lang w:eastAsia="zh-CN"/>
        </w:rPr>
        <w:t>　　一、召开班子会议、教师会议。</w:t>
      </w:r>
      <w:r>
        <w:rPr>
          <w:lang w:eastAsia="zh-CN"/>
        </w:rPr>
        <w:br/>
      </w:r>
      <w:r>
        <w:rPr>
          <w:lang w:eastAsia="zh-CN"/>
        </w:rPr>
        <w:t>　　学习《关于进一步加强和改进学校安全工作的意见》（_教安【】83号）、《关于做好春节寒假期间安全工作的通知》（_教安【】1号）等文件，进一步明确安全工作内容和要求，落实教职工安全责任，增强全体教职工抓安全、保稳定的责任心和紧迫感，全面提高广大师生的安全意识和防范意识。</w:t>
      </w:r>
      <w:r>
        <w:rPr>
          <w:lang w:eastAsia="zh-CN"/>
        </w:rPr>
        <w:br/>
      </w:r>
      <w:r>
        <w:rPr>
          <w:lang w:eastAsia="zh-CN"/>
        </w:rPr>
        <w:t>　　二、抓好安全知识的宣传教育。</w:t>
      </w:r>
      <w:r>
        <w:rPr>
          <w:lang w:eastAsia="zh-CN"/>
        </w:rPr>
        <w:br/>
      </w:r>
      <w:r>
        <w:rPr>
          <w:lang w:eastAsia="zh-CN"/>
        </w:rPr>
        <w:t>　　学校围绕甲流防控、交通、消防、用电、饮食卫生、课间活动、燃放鞭炮和冰上运动等内容，通过升旗仪式、主题班会、给家长一封信等途径对师生进行安全知识的宣传教育，不断增强师生的自救自护能力。与此同时，学校还加强学生在校一日常规管理，做好值日督查，坚持各时段值班，坚持站队放学、就寝、就餐，确保良好教育教学秩序。</w:t>
      </w:r>
      <w:r>
        <w:rPr>
          <w:lang w:eastAsia="zh-CN"/>
        </w:rPr>
        <w:br/>
      </w:r>
      <w:r>
        <w:rPr>
          <w:lang w:eastAsia="zh-CN"/>
        </w:rPr>
        <w:t>　　三、认真组织学校安全检查，及时做好安全隐患整改工作。</w:t>
      </w:r>
      <w:r>
        <w:rPr>
          <w:lang w:eastAsia="zh-CN"/>
        </w:rPr>
        <w:br/>
      </w:r>
      <w:r>
        <w:rPr>
          <w:lang w:eastAsia="zh-CN"/>
        </w:rPr>
        <w:t>　　2月2、3日两个下午，我校由校长室牵头，政教、后勤协助，对教室、宿舍、食堂、小商店、图书室、楼梯疏散通道等场所进行了安全大检查，做到一处不漏、疑点不放、横向到边、纵向到底，无盲区、无死角，坚决查细查实，并认真做好记录。对查出的（如：标识不全、应急灯不亮、电棒老化等）问题逐项交办给相关人员进行整改，切实消除了安全隐患，保证了学校各项工作有序开展。</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四、严格执行领导值班制度。</w:t>
      </w:r>
      <w:r>
        <w:rPr>
          <w:lang w:eastAsia="zh-CN"/>
        </w:rPr>
        <w:br/>
      </w:r>
      <w:r>
        <w:rPr>
          <w:lang w:eastAsia="zh-CN"/>
        </w:rPr>
        <w:t>　　加强门卫管理，坚持每天24小时有人当班巡逻，严禁闲杂人员和不明身份人员进入校园，不准寄宿生随便进出校园，严防意外事故发生。</w:t>
      </w:r>
      <w:r>
        <w:rPr>
          <w:lang w:eastAsia="zh-CN"/>
        </w:rPr>
        <w:br/>
      </w:r>
      <w:r>
        <w:rPr>
          <w:lang w:eastAsia="zh-CN"/>
        </w:rPr>
        <w:t xml:space="preserve">    银行的安全生产工作总结 篇14 </w:t>
      </w:r>
      <w:r>
        <w:rPr>
          <w:lang w:eastAsia="zh-CN"/>
        </w:rPr>
        <w:br/>
      </w:r>
      <w:r>
        <w:rPr>
          <w:lang w:eastAsia="zh-CN"/>
        </w:rPr>
        <w:t>　　为深入开展第一个《安全生产法》宣传周活动，增强辖区群众和生产经营单位安全生产意识，营造“人人关注安全生产，人人重视安全生产”的浓厚氛围。12月7日上午，街道安监科在相家巷村集中开展了《安全生产法》宣传活动。</w:t>
      </w:r>
      <w:r>
        <w:rPr>
          <w:lang w:eastAsia="zh-CN"/>
        </w:rPr>
        <w:br/>
      </w:r>
      <w:r>
        <w:rPr>
          <w:lang w:eastAsia="zh-CN"/>
        </w:rPr>
        <w:t>　　活动中，街道安监科工作人员向辖区群众和参与企业发放了与公众息息相关的安全生产法律法规知识宣传资料，并利用宣传单、宣传画、宣传品等，向群众普及安全小常识，活动现场气氛活跃，吸引了不少群众积极参与。</w:t>
      </w:r>
      <w:r>
        <w:rPr>
          <w:lang w:eastAsia="zh-CN"/>
        </w:rPr>
        <w:br/>
      </w:r>
      <w:r>
        <w:rPr>
          <w:lang w:eastAsia="zh-CN"/>
        </w:rPr>
        <w:t>　　此次活动共接受群众咨询100余人次，发放安全生产宣传手册、安全生产小常识等资料1000余份。</w:t>
      </w:r>
      <w:r>
        <w:rPr>
          <w:lang w:eastAsia="zh-CN"/>
        </w:rPr>
        <w:br/>
      </w:r>
      <w:r>
        <w:rPr>
          <w:lang w:eastAsia="zh-CN"/>
        </w:rPr>
        <w:t>　　通过开展此次活动，为推进安全生产工作创造了良好的群众基础，对辖区安全生产形势持续好转提供了更坚实的保障。</w:t>
      </w:r>
      <w:r>
        <w:rPr>
          <w:lang w:eastAsia="zh-CN"/>
        </w:rPr>
        <w:br/>
      </w:r>
      <w:r>
        <w:rPr>
          <w:lang w:eastAsia="zh-CN"/>
        </w:rPr>
        <w:t xml:space="preserve">    银行的安全生产工作总结 篇15 </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做一名合格的安全员”是我现行本职工作的追求目标。自肩负这个重任以来，我始终保持清醒的头脑，勤勤恳恳、踏踏实实的态度来对待我的工作，在现行岗位上任职近两年来，严格要求自己，全面贯彻“安全第一、预防为主、综合治理”的安全方针,强化安全生产管理。在部门领导的正确领导下，在公司有关领导的信任与支持下，我非常珍惜这个安全员的岗位，以积极的态度投入到工作当中。现将个人本年度的工作情况进行总结如下：&amp;ensp;</w:t>
      </w:r>
      <w:r>
        <w:rPr>
          <w:lang w:eastAsia="zh-CN"/>
        </w:rPr>
        <w:br/>
      </w:r>
      <w:r>
        <w:rPr>
          <w:lang w:eastAsia="zh-CN"/>
        </w:rPr>
        <w:t>　　1、以“做一名合格的安全员”作为自己工作的动力，思想上围绕江都中油公司，行动上处处想着公司利益积极上进，协助部门领导根据公司安监部的要求认真落实安全生产责任制，加强有关安全生产法规法规宣传及传达，扎实作好安全培训工作，坚定地履行《安全生产责任书》承诺，确保顺利实现公司及部门的安全生产目标。在管理中敬业爱岗，严谨安全意识和职业道德，不断增进业务水平的提高，只要利于安全生产的，自己身先立足。</w:t>
      </w:r>
      <w:r>
        <w:rPr>
          <w:lang w:eastAsia="zh-CN"/>
        </w:rPr>
        <w:br/>
      </w:r>
      <w:r>
        <w:rPr>
          <w:lang w:eastAsia="zh-CN"/>
        </w:rPr>
        <w:t>　　2、在部门领导的正确领导下，认真对辖区的设备和人员进行安全职能监督，杜绝习惯性违章行为，坚决惩治其他安全违规行为。认真制定本部门的安全相关制度及流程，多方面了解学习燃气行业安全方面的知识及法律法规;针对本部门所管辖区制定检查表并有计划性的进行安全检查;认真贯彻执行公司安监部所下发的各项通知要求，组织本部门的安全学习培训;认真配合安监部的工作。</w:t>
      </w:r>
      <w:r>
        <w:rPr>
          <w:lang w:eastAsia="zh-CN"/>
        </w:rPr>
        <w:br/>
      </w:r>
      <w:r>
        <w:rPr>
          <w:lang w:eastAsia="zh-CN"/>
        </w:rPr>
        <w:t>　　3、通过每周的安全检查及时了解安全生产情况。到现场检查安全生产、每月分四次对本部门所有辖区进行全面检查，此外还有月度、季度、半年的专项整体安全检查及不定时抽查，落实督促相关维护人员进行维修和保养，使所有设备能健康稳定运行。&amp;ensp;</w:t>
      </w:r>
      <w:r>
        <w:rPr>
          <w:lang w:eastAsia="zh-CN"/>
        </w:rPr>
        <w:br/>
      </w:r>
    </w:p>
    <w:p w:rsidR="001B1F19" w14:textId="27C3F48A">
      <w:pPr>
        <w:rPr>
          <w:lang w:eastAsia="zh-CN"/>
        </w:rPr>
      </w:pPr>
      <w:r>
        <w:rPr>
          <w:lang w:eastAsia="zh-CN"/>
        </w:rPr>
        <w:t>　　4、在公司及部门领导的正确领导下，近一年来我部门未发生一起安全事故并且很少发生违章现象。在工作中，我积极组织新进人员进行三级安全教育培训，并做台账记录。切实将安全知识带给每位员工，以“以人为本”的态度认真完成培训课程，杜绝存在流于表面的现象发生。&amp;ensp;</w:t>
      </w:r>
      <w:r>
        <w:rPr>
          <w:lang w:eastAsia="zh-CN"/>
        </w:rPr>
        <w:br/>
      </w:r>
      <w:r>
        <w:rPr>
          <w:lang w:eastAsia="zh-CN"/>
        </w:rPr>
        <w:t>　　5、不断学习充实自己，完成更进一层的扎实蜕变。安全是一个永恒的话题，安全知识的海洋也是浩瀚无边的。我在工作之余，也在不断对自己进行充电。熟读相关安全生产法规、相关工种安全操作规程，多多查阅相关安全技术知识，真正做一个新时代、新思想、有内涵的专职安全管理人员。&amp;ensp;</w:t>
      </w:r>
      <w:r>
        <w:rPr>
          <w:lang w:eastAsia="zh-CN"/>
        </w:rPr>
        <w:br/>
      </w:r>
      <w:r>
        <w:rPr>
          <w:lang w:eastAsia="zh-CN"/>
        </w:rPr>
        <w:t>　　本年工作中自己的不足：&amp;ensp;</w:t>
      </w:r>
      <w:r>
        <w:rPr>
          <w:lang w:eastAsia="zh-CN"/>
        </w:rPr>
        <w:br/>
      </w:r>
      <w:r>
        <w:rPr>
          <w:lang w:eastAsia="zh-CN"/>
        </w:rPr>
        <w:t>　　1、各方面安全知识了解不够全面，致使本部门的部分安全相关制度及流程未能彻底完善。&amp;ensp;</w:t>
      </w:r>
      <w:r>
        <w:rPr>
          <w:lang w:eastAsia="zh-CN"/>
        </w:rPr>
        <w:br/>
      </w:r>
      <w:r>
        <w:rPr>
          <w:lang w:eastAsia="zh-CN"/>
        </w:rPr>
        <w:t>　　2、安全检查力度不够，今后要加强安全方面的培训学习及检查。</w:t>
      </w:r>
      <w:r>
        <w:rPr>
          <w:lang w:eastAsia="zh-CN"/>
        </w:rPr>
        <w:br/>
      </w:r>
      <w:r>
        <w:rPr>
          <w:lang w:eastAsia="zh-CN"/>
        </w:rPr>
        <w:t>　　3、在本年的安全工作中，对于本部门所管辖区内的一些安全隐患未能及时了解并处理，与相关部门的衔接工作不是很到位。&amp;ensp;</w:t>
      </w:r>
      <w:r>
        <w:rPr>
          <w:lang w:eastAsia="zh-CN"/>
        </w:rPr>
        <w:br/>
      </w:r>
      <w:r>
        <w:rPr>
          <w:lang w:eastAsia="zh-CN"/>
        </w:rPr>
        <w:t>　　4、组织、沟通、交际能力有所欠缺;安全工作涉及的工作多样复杂，知识有所欠缺。&amp;ensp;</w:t>
      </w:r>
      <w:r>
        <w:rPr>
          <w:lang w:eastAsia="zh-CN"/>
        </w:rPr>
        <w:br/>
      </w:r>
      <w:r>
        <w:rPr>
          <w:lang w:eastAsia="zh-CN"/>
        </w:rPr>
        <w:t>　　明年工作计划：</w:t>
      </w:r>
      <w:r>
        <w:rPr>
          <w:lang w:eastAsia="zh-CN"/>
        </w:rPr>
        <w:br/>
      </w:r>
      <w:r>
        <w:rPr>
          <w:lang w:eastAsia="zh-CN"/>
        </w:rPr>
        <w:t>　　1、认真学习，努力提高自身素质及工作能力，尽职、尽责、尽快的完成本职工作。&amp;ensp;</w:t>
      </w:r>
      <w:r>
        <w:rPr>
          <w:lang w:eastAsia="zh-CN"/>
        </w:rPr>
        <w:br/>
      </w:r>
      <w:r>
        <w:rPr>
          <w:lang w:eastAsia="zh-CN"/>
        </w:rPr>
        <w:t>　　2、对自己的不足之处多做学习和训练，广发吸收各种“营养”，力求把工作做得更好，树立良好的形象。&amp;ensp;</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https://d.book118.com/787160135062006046</w:t>
        </w:r>
      </w:hyperlink>
    </w:p>
    <w:p w:rsidR="001B1F19">
      <w:pPr>
        <w:rPr>
          <w:lang w:eastAsia="zh-CN"/>
        </w:rPr>
      </w:pPr>
    </w:p>
    <w:sectPr>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8716013506200604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