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学生助教工作总结（33篇）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实践时间: 20__年07 月19日---20__年07月23日</w:t>
      </w:r>
      <w:r>
        <w:rPr>
          <w:lang w:eastAsia="zh-CN"/>
        </w:rPr>
        <w:br/>
      </w:r>
      <w:r>
        <w:rPr>
          <w:lang w:eastAsia="zh-CN"/>
        </w:rPr>
        <w:t>　　实践地点: 揭阳市惠来县商业局幼儿园</w:t>
      </w:r>
      <w:r>
        <w:rPr>
          <w:lang w:eastAsia="zh-CN"/>
        </w:rPr>
        <w:br/>
      </w:r>
      <w:r>
        <w:rPr>
          <w:lang w:eastAsia="zh-CN"/>
        </w:rPr>
        <w:t>　　实践内容: 响应学校三下乡号召,在家乡幼儿园进行义务助教(以下为本次实践的详细内容).</w:t>
      </w:r>
      <w:r>
        <w:rPr>
          <w:lang w:eastAsia="zh-CN"/>
        </w:rPr>
        <w:br/>
      </w:r>
      <w:r>
        <w:rPr>
          <w:lang w:eastAsia="zh-CN"/>
        </w:rPr>
        <w:t>　　今年的暑假实践,开始了和往年不一样的历练.每一次放假前,学校都会开始对暑假三下乡的一定的宣传号召.前几次虽然想参加,可却苦于没有能够一起参与的同伴,并且也对自己的毫无经验有些惧怕.庆幸的是,这一次,有不少同学对三下乡有了兴趣,有了共同的目标, 有了可以一起努力的同伴,心里的恐惧也就少了许多.</w:t>
      </w:r>
      <w:r>
        <w:rPr>
          <w:lang w:eastAsia="zh-CN"/>
        </w:rPr>
        <w:br/>
      </w:r>
      <w:r>
        <w:rPr>
          <w:lang w:eastAsia="zh-CN"/>
        </w:rPr>
        <w:t>　　经过一系列的讨论,终于制定下来的我们三下乡的主题是放眼世博,传播激情亚运.我们的第一次三下乡也就在放假后的八天---七月十九号,开始了.</w:t>
      </w:r>
      <w:r>
        <w:rPr>
          <w:lang w:eastAsia="zh-CN"/>
        </w:rPr>
        <w:br/>
      </w:r>
      <w:r>
        <w:rPr>
          <w:lang w:eastAsia="zh-CN"/>
        </w:rPr>
        <w:t>　　(一)</w:t>
      </w:r>
      <w:r>
        <w:rPr>
          <w:lang w:eastAsia="zh-CN"/>
        </w:rPr>
        <w:br/>
      </w:r>
      <w:r>
        <w:rPr>
          <w:lang w:eastAsia="zh-CN"/>
        </w:rPr>
        <w:t>　　幼儿园里只有稀稀疏疏一些不知道年纪的孩子,还淘气地在教室和洗手间之间来来往往的追逐打闹.看到我们几个生人,不免瞪大了眼睛,想看个清楚.</w:t>
      </w:r>
      <w:r>
        <w:rPr>
          <w:lang w:eastAsia="zh-CN"/>
        </w:rPr>
        <w:br/>
      </w:r>
      <w:r>
        <w:rPr>
          <w:lang w:eastAsia="zh-CN"/>
        </w:rPr>
        <w:t>　　我们先找到了园长,了解了一下情况.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暑假期间,学生并不多.学前班和大班的孩子分在一个班,另外下去的小孩子在另外一个班.为了能够保证和孩子们的沟通,我们决定在年龄稍大的一班进行我们的活动.</w:t>
      </w:r>
      <w:r>
        <w:rPr>
          <w:lang w:eastAsia="zh-CN"/>
        </w:rPr>
        <w:br/>
      </w:r>
      <w:r>
        <w:rPr>
          <w:lang w:eastAsia="zh-CN"/>
        </w:rPr>
        <w:t>　　这一天下午,我们参观了幼儿园,也和两个班的老师打了招呼.老师们问起了我们的学习的情况,并热心的鼓励我们要为自己的未来好好奋斗.她们也表示很支持我们的活动,还给我们讲了学校里上课下课的具体时间以及课程安排,并且为我们选定了进行一些课外活动的时间.当然,我们也依计划进行了发传单的活动,宣传了我们的主题.</w:t>
      </w:r>
      <w:r>
        <w:rPr>
          <w:lang w:eastAsia="zh-CN"/>
        </w:rPr>
        <w:br/>
      </w:r>
      <w:r>
        <w:rPr>
          <w:lang w:eastAsia="zh-CN"/>
        </w:rPr>
        <w:t>　　而早在上午,我们便约好去了商场,购买需要的奖品等.上午的太阳升得老高,也许正如我们高昂的激情.</w:t>
      </w:r>
      <w:r>
        <w:rPr>
          <w:lang w:eastAsia="zh-CN"/>
        </w:rPr>
        <w:br/>
      </w:r>
      <w:r>
        <w:rPr>
          <w:lang w:eastAsia="zh-CN"/>
        </w:rPr>
        <w:t>　　(二)</w:t>
      </w:r>
      <w:r>
        <w:rPr>
          <w:lang w:eastAsia="zh-CN"/>
        </w:rPr>
        <w:br/>
      </w:r>
      <w:r>
        <w:rPr>
          <w:lang w:eastAsia="zh-CN"/>
        </w:rPr>
        <w:t>　　第二天,天气不像预料中那样好.滂沱大雨,雨水像停不住似的往地上直直地倒.幼儿园里本该到来的孩子们,只剩几个懒懒散散地在教室里坐着.其他的孩子,该是被家长留在了家里吧.雨下得太大,家长们都不放心这种天气还让孩子到幼儿园来.</w:t>
      </w:r>
      <w:r>
        <w:rPr>
          <w:lang w:eastAsia="zh-CN"/>
        </w:rPr>
        <w:br/>
      </w:r>
      <w:r>
        <w:rPr>
          <w:lang w:eastAsia="zh-CN"/>
        </w:rPr>
        <w:t>　　同伴们还没到,看着空空荡荡的教室.我拨通了电话.</w:t>
      </w:r>
      <w:r>
        <w:rPr>
          <w:lang w:eastAsia="zh-CN"/>
        </w:rPr>
        <w:br/>
      </w:r>
      <w:r>
        <w:rPr>
          <w:lang w:eastAsia="zh-CN"/>
        </w:rPr>
        <w:t>　　结果是,上午,我们的计划泡汤.</w:t>
      </w:r>
      <w:r>
        <w:rPr>
          <w:lang w:eastAsia="zh-CN"/>
        </w:rPr>
        <w:br/>
      </w:r>
      <w:r>
        <w:rPr>
          <w:lang w:eastAsia="zh-CN"/>
        </w:rPr>
        <w:t>　　下午的我们,精神出乎意料的好.或许是因为雨过天晴后的好心情,也或许是因为不甘心就那样浪费了一个上午,觉得该更努力吧.</w:t>
      </w:r>
      <w:r>
        <w:rPr>
          <w:lang w:eastAsia="zh-CN"/>
        </w:rPr>
        <w:br/>
      </w:r>
      <w:r>
        <w:rPr>
          <w:lang w:eastAsia="zh-CN"/>
        </w:rPr>
        <w:t>　　这个下午,过得很惊喜,过得很震撼.</w:t>
      </w:r>
      <w:r>
        <w:rPr>
          <w:lang w:eastAsia="zh-CN"/>
        </w:rPr>
        <w:br/>
      </w:r>
      <w:r>
        <w:rPr>
          <w:lang w:eastAsia="zh-CN"/>
        </w:rPr>
        <w:t>　　人人都说,孩子的创造力是最不该被无知扼杀的.以前是听听就算了,可就在这一天,我们是领略得淋漓尽致.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为了迎合我们的主题,下午,结合最近孩子们看得火热的动画片,关于世博吉祥物海宝的故事,我们让大家发挥想象力,在美术课上,设计一所房子,给他们心爱的海宝住.</w:t>
      </w:r>
      <w:r>
        <w:rPr>
          <w:lang w:eastAsia="zh-CN"/>
        </w:rPr>
        <w:br/>
      </w:r>
      <w:r>
        <w:rPr>
          <w:lang w:eastAsia="zh-CN"/>
        </w:rPr>
        <w:t>　　教室并没有炸开了锅,而是静悄悄的没有动作. 我们有些慌了手脚,再一次地向他们讲了讲内容,这样,大家才有了反应.老师告诉我们,他们毕竟还小,只说一遍他们可能并不能全部理解,解释两遍是必要的.</w:t>
      </w:r>
      <w:r>
        <w:rPr>
          <w:lang w:eastAsia="zh-CN"/>
        </w:rPr>
        <w:br/>
      </w:r>
      <w:r>
        <w:rPr>
          <w:lang w:eastAsia="zh-CN"/>
        </w:rPr>
        <w:t>　　画画是在静静的情况下进行的.他们并不怎么讨论,反而只是个画个的.可是交上来的画作在同桌之间却很相似,虽然没有讨论,还是互相借鉴了一下呢!</w:t>
      </w:r>
      <w:r>
        <w:rPr>
          <w:lang w:eastAsia="zh-CN"/>
        </w:rPr>
        <w:br/>
      </w:r>
      <w:r>
        <w:rPr>
          <w:lang w:eastAsia="zh-CN"/>
        </w:rPr>
        <w:t>　　不论如何,我们还是为他们那丰富的想象力而折服.有的在房子外观上花了心思,有的则考虑到了房子的外部环境.这一些,都被我们收录在了相片里.通过这一个下午,孩子们也有了兴趣来好好了解海宝,了解世博,这对于我们明天的讲授工作好好地做了基础,也恐怕是给我们这些想象力早已无比缺乏的学生好好上了一堂想象课吧?</w:t>
      </w:r>
      <w:r>
        <w:rPr>
          <w:lang w:eastAsia="zh-CN"/>
        </w:rPr>
        <w:br/>
      </w:r>
      <w:r>
        <w:rPr>
          <w:lang w:eastAsia="zh-CN"/>
        </w:rPr>
        <w:t>　　(三)</w:t>
      </w:r>
      <w:r>
        <w:rPr>
          <w:lang w:eastAsia="zh-CN"/>
        </w:rPr>
        <w:br/>
      </w:r>
      <w:r>
        <w:rPr>
          <w:lang w:eastAsia="zh-CN"/>
        </w:rPr>
        <w:t>　　根据计划,我们的第三第四天是围绕着讲授世博和亚运小知识进行的.</w:t>
      </w:r>
      <w:r>
        <w:rPr>
          <w:lang w:eastAsia="zh-CN"/>
        </w:rPr>
        <w:br/>
      </w:r>
      <w:r>
        <w:rPr>
          <w:lang w:eastAsia="zh-CN"/>
        </w:rPr>
        <w:t>　　分工好后,大家便各自准备了要讲述的材料.我和同班的一个同学准备的是与世博有关的知识.在这之前,我们已经预备了世博各馆的一些资料,并找了相关的馆园的图片,计划着能把电脑带过去给孩子们进行展示.除此之外,我们更自己画了海宝的宣传画,摘录了孩子们喜欢的海宝的故事,准备工作进行得十分顺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遗憾的是,电脑在幼儿园里并不能起到我们理想中的作用.我们手上只有手提的14寸电脑,屏幕太小,图片展示起来很困难.孩子们对那些图片和文字不感兴趣,讲解十分吃力.最后大家一致通过,不用电脑了.</w:t>
      </w:r>
      <w:r>
        <w:rPr>
          <w:lang w:eastAsia="zh-CN"/>
        </w:rPr>
        <w:br/>
      </w:r>
      <w:r>
        <w:rPr>
          <w:lang w:eastAsia="zh-CN"/>
        </w:rPr>
        <w:t>　　虽然少了电脑的帮助,但是,我们的故事却受到了孩子们的欢迎.大家听的津津有味.不仅如此,在其他两位同学讲述亚运吉祥物五羊的故事时,孩子们在我们的知道下还玩起了角色扮演.事后再问起来孩子们都记忆深刻,正所谓寓教于乐,正是如此吧?</w:t>
      </w:r>
      <w:r>
        <w:rPr>
          <w:lang w:eastAsia="zh-CN"/>
        </w:rPr>
        <w:br/>
      </w:r>
      <w:r>
        <w:rPr>
          <w:lang w:eastAsia="zh-CN"/>
        </w:rPr>
        <w:t>　　(四)</w:t>
      </w:r>
      <w:r>
        <w:rPr>
          <w:lang w:eastAsia="zh-CN"/>
        </w:rPr>
        <w:br/>
      </w:r>
      <w:r>
        <w:rPr>
          <w:lang w:eastAsia="zh-CN"/>
        </w:rPr>
        <w:t>　　第五天,最后一天,大概是我们四个最难忘的一天了吧?</w:t>
      </w:r>
      <w:r>
        <w:rPr>
          <w:lang w:eastAsia="zh-CN"/>
        </w:rPr>
        <w:br/>
      </w:r>
      <w:r>
        <w:rPr>
          <w:lang w:eastAsia="zh-CN"/>
        </w:rPr>
        <w:t>　　这一天,我们和他们,玩的不亦乐乎了.就像回到了童年时光,在童真和童趣了畅游了,收获了,孩子了一把.</w:t>
      </w:r>
      <w:r>
        <w:rPr>
          <w:lang w:eastAsia="zh-CN"/>
        </w:rPr>
        <w:br/>
      </w:r>
      <w:r>
        <w:rPr>
          <w:lang w:eastAsia="zh-CN"/>
        </w:rPr>
        <w:t>　　游戏是多种多样的.每个游戏的惩罚都是各自的一次才艺展示.不管是抢椅子,还是传手绢,还是其他,我们都那样地乐在其中.而另外有一件令我们吃惊的事是,孩子们中居然有一个是不能说话的.相处五天,我们丝毫没有察觉,不免有些惊讶,也为自己的粗心感到有些羞愧.后来想起来时,倒也才取消了前头的一些疑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那个孩子,确实和大家伙不一样,不太爱说话,我们说什么,她似乎也都没有兴趣.可是当大家嚷起来说着她是哑巴她是哑巴的时候,她,分明低下了头,不敢看我们了.不自觉地,对孩子们发了脾气,怎么能就这样大声嚷嚷着人家的缺陷,没有半分尊重.可再想想,孩子们懂什么?不过就觉得人家不太一样罢了.于是,又情不自禁地对着他们说起了教.那个孩子似乎觉察到了什么,看着我不说话,那眼神,却让我觉得感动.后来我还发现,她总偷偷地看着我.直到放学,她回家时,还可爱地向我们挥起了手,道起了再见.那一刻,自己满足得不得了.</w:t>
      </w:r>
      <w:r>
        <w:rPr>
          <w:lang w:eastAsia="zh-CN"/>
        </w:rPr>
        <w:br/>
      </w:r>
      <w:r>
        <w:rPr>
          <w:lang w:eastAsia="zh-CN"/>
        </w:rPr>
        <w:t>　　游戏过后,我们排起了队,拍了照片.这是我们的最后一天,确实感慨时间过得快,给我们的时间太少.如果再有几天,能让我们好好看看这群孩子,多好.</w:t>
      </w:r>
      <w:r>
        <w:rPr>
          <w:lang w:eastAsia="zh-CN"/>
        </w:rPr>
        <w:br/>
      </w:r>
      <w:r>
        <w:rPr>
          <w:lang w:eastAsia="zh-CN"/>
        </w:rPr>
        <w:t>　　我们看着所有的孩子在我们手里呗家长们接走时,心里还真是五味杂陈,说不出到底是什么感觉.只有一点,我们都笑着,开心着.五天里,笑声,充斥了所有的时间.我们很快乐.</w:t>
      </w:r>
      <w:r>
        <w:rPr>
          <w:lang w:eastAsia="zh-CN"/>
        </w:rPr>
        <w:br/>
      </w:r>
      <w:r>
        <w:rPr>
          <w:lang w:eastAsia="zh-CN"/>
        </w:rPr>
        <w:t>　　幼儿园里,空无一人的时候,静得让人不习惯.可无论如何,却还有勃勃的生气在,这可是那群天真,可爱的孩子们的气场.</w:t>
      </w:r>
      <w:r>
        <w:rPr>
          <w:lang w:eastAsia="zh-CN"/>
        </w:rPr>
        <w:br/>
      </w:r>
      <w:r>
        <w:rPr>
          <w:lang w:eastAsia="zh-CN"/>
        </w:rPr>
        <w:t>　　(五)</w:t>
      </w:r>
      <w:r>
        <w:rPr>
          <w:lang w:eastAsia="zh-CN"/>
        </w:rPr>
        <w:br/>
      </w:r>
      <w:r>
        <w:rPr>
          <w:lang w:eastAsia="zh-CN"/>
        </w:rPr>
        <w:t>　　不知是过了几天,那是我们的活动结束后的一天.我,碰见了一个小女孩儿.</w:t>
      </w:r>
      <w:r>
        <w:rPr>
          <w:lang w:eastAsia="zh-CN"/>
        </w:rPr>
        <w:br/>
      </w:r>
      <w:r>
        <w:rPr>
          <w:lang w:eastAsia="zh-CN"/>
        </w:rPr>
        <w:t>　　我们走在大街上,就那样,四目相对着.彼此都没有说话,只是看着.就那样四目相对间,看到了幼儿园里我们有些澎湃,兴奋的心.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个不一样的暑假在我的期盼之中到来了，没有了纷繁的作业任务，也没有了往日忙碌的补习课程...一切显的是那么的悠闲。我突然想在这短短的2个月内也书写一些人生的美丽篇章，而不是那么惶惶忽忽地虚度。自从进了大学，一直想找机会证明一下自己的存在价值，我成人了，是应该独立地去面对一些事情，而不是一味地依靠与逃避。我想闯出属于自己的一片天空，组成天空的云朵就从这次的实践出发吧。满怀信心!整装待发!我的社会实践活动就从我的找工作拉开了序幕。带着希望与渴望，开始了我的找工作的征程。一开始我期望很高，一心想怎么说，我也是个南邮的本科大学生，找个工作不在话下，一定要趁这个机会大捞一笔，但当我真正开始时，发现很多的工作都需要工作经验，那些端盘子，做促销的工作我又不想干，觉的不能真正地锻炼自己的能力，接触社会，每天都以失败告终，在无尽郁闷的同时我开始了自我反省。关键在于我没有正确地摆正自己的位子，放下一切，不在工资问题上纠结。以我就是一位打工者的心态重新开始。总结了以前的失败的教训，摆正好自己的位置，我决定社会实践只要有工作，能供饭吃，试用的也可以干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于是我找到了中国联通宽带网络授权代理有限责任公司。经过面试经理同意试用一个月。当时我兴奋不已。第二天，我便开始了我的暑假假社会实践生活。虽然是试用，明知我只在公司干一个月，但我还是以饱满的工作态度来开始实践的每一天，谦虚向一些前辈请教，主动要求完成一些工作任务。有几个同事都没念过大学，他们对大学生活很有兴趣，我就饶有兴致地跟他们介绍我的大学生活，一切发生地是那么的轻松愉快。但我的实践之路并不是只有这些元素的存在，它同时掺拌着艰辛与汗水。我所在的部门是运行维护部主要是宽带网络售后服务，我们搞售后服务的最重要的是想方设法解决客户问题，在我们看来整个部门就是一个整体，如果客户上网有什么问题就是我们整个部门十多个人的事情。在这里我们追求的是团体效益，是协作。虽然也是计算机学院的一名学生，但是毕竟刚读大一，只学过一些简单的计算机基础课程，所以在完成某些任务时就寸步难行，一直问前辈们又不好意思，他们的工作任务也非常繁重，于是我只能上网查找资料，一边学习消化一边处理工作，因此有时会耽误完成任务的时间，而遭到上级的批评。</w:t>
      </w:r>
      <w:r>
        <w:rPr>
          <w:lang w:eastAsia="zh-CN"/>
        </w:rPr>
        <w:br/>
      </w:r>
      <w:r>
        <w:rPr>
          <w:lang w:eastAsia="zh-CN"/>
        </w:rPr>
        <w:t>　　为此我也感到很委屈，觉的我只是来实践的，何必那么较真呢。而且我也在努力啊，又没偷懒，凭什么还要遭人骂呢?有一天我就找了同部门的一个年长的同事谈心，向他诉说了我心里的种种，他说，我刚来时也是这种情况，经常受到领导的指责，也觉的很委屈，但我觉的天道酬勤，只要不断的学习，积累，总有一天能很出色的担当这份工作，终于我熬过来了，有了今天的成绩。我听后感到茅塞顿开，只要一心扑向工作，不去计较太多，总有展露微笑的一天的!短暂的实践旅程很快就结束了，这里的一切并不只是回忆，更是一种收获。在这里有很多东西是学校里边学不到的，公司的生活与学校最大的区别就是一切与工资挂钩：做好了有相应的奖金，做错了哪怕你是不小心也要扣工资。这让我很难适应，毕竟在学校的一切都是父母拿钱!没钱了只要一个电话父母就打过来，而出社会了呢?我想不可能一辈子都靠他们吧!在这里，在同事们的身上我看到了竞争的激励，看到了自立的艰辛以及需要的勇气、韧性。他们也是一样是大学毕业，有专科，也有本科毕业的，但大都是计算机专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而工作呢?一个非专业的我都能胜任&amp;可想而知工作对他们来说有多简单，更本就没有挑战性。我想这就是大学几年辛辛苦苦而干的事情吗?最大的可以区别大学生的就是在与客户打交道时，很多同事为了更好的完成工作都把经历投向客户，毕竟交往也是一门学科吧!艰辛知人生，实践长才干。通过此次社会实践活动，使我逐步了解了社会，开阔了视野，增长了才干，并在社会实践活动中认清了自己的位置，大学生只是起点比较高，其它的也并没有什么优势，我逐渐地发现了自己的不足，对自身价值能够进行客观评价。这在无形中使我对自己有一个正确的定位，增强了我努力学习的信心和毅力，这是难能可贵的一次收获。我的第一次社会实践，饱涵了很多人生的哲理，这是成长过程的一次邂逅，虽然一切并不那么绮丽，但依旧美丽，它在无形之中点缀了我的人生，熠熠生辉</w:t>
      </w:r>
      <w:r>
        <w:rPr>
          <w:lang w:eastAsia="zh-CN"/>
        </w:rPr>
        <w:br/>
      </w:r>
      <w:r>
        <w:rPr>
          <w:lang w:eastAsia="zh-CN"/>
        </w:rPr>
        <w:t xml:space="preserve">    学生助教工作总结 篇2 </w:t>
      </w:r>
      <w:r>
        <w:rPr>
          <w:lang w:eastAsia="zh-CN"/>
        </w:rPr>
        <w:br/>
      </w:r>
      <w:r>
        <w:rPr>
          <w:lang w:eastAsia="zh-CN"/>
        </w:rPr>
        <w:t>　　时间如流水般，一眨眼之间我们却已经走过了大学二年级。在这两年的大学生活当中让我学到了很多的东西，不仅仅是知识更有很多的实践知识以及许多的作人、做事的道理。在暑假结束的时候学院安排我们进行暑期社会实践立在培养当代大学生的理论与实践相结合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实践在现在的大学毕业生当中是非常重要的，因为很多的用人单位看重的不仅仅是大学生的学历或者专业知识，更多的却是看看大学生是否具有实践动手的能力。所以，我觉得学校为我们安排这样一个实践课程是非常有意义的。说到社会实践，在最初选择活动的类别时候让我一时不知道选责那一个为好。我看到有支教、去公司实践、参观采风、志愿服务等有好多的活动，看到如此多的活动真的是每一个都想试一试。我觉得每一项实践活动都会让我得到不同的乐趣、学到不同的知识和本领。本来在刚放假的时候看到满街都是广告公司和装饰公司想找一家公司去做一些设计的实践活动的，可是后来考虑到自己的专业绘画功底我选择了去画室做助教。我觉得实践最重要的还是要为自己的专业服务，通过实践来为自己的理论学习提供必要的补充，在实践的时候我们可以学到一些我们在学校根本学不到的东西，更是为以后的专业学习提供更多的平台经验。虽然我是学设计方面的，但审美的方式还是有类似之处的，所以我在做助教期间很注意给学生强调构图强调构成等方面。看着学生们一天天进步心里很是欢喜，但有时候看到学生停滞不前时又有点忧郁不安，总之生活在那样一个充实的环境中没有了空虚没有了不安的情绪，学到了很多东西，也懂得了怎么去体会，怎么去感知，也见识了怎么做管理阶层，我们每周都有例会，非常的严谨时时刻刻都在关心着学生们的生活学习。这让我体会到为别人服务的乐趣!</w:t>
      </w:r>
      <w:r>
        <w:rPr>
          <w:lang w:eastAsia="zh-CN"/>
        </w:rPr>
        <w:br/>
      </w:r>
      <w:r>
        <w:rPr>
          <w:lang w:eastAsia="zh-CN"/>
        </w:rPr>
        <w:t>　　20__年的暑假实践是我人生中的一个重要的插曲，这个旋律会一直在我的内心。对生命的火花又一次然放!希望获得跟多的体会生活实践社会的我，相信生活，更相信自己的能力。</w:t>
      </w:r>
      <w:r>
        <w:rPr>
          <w:lang w:eastAsia="zh-CN"/>
        </w:rPr>
        <w:br/>
      </w:r>
      <w:r>
        <w:rPr>
          <w:lang w:eastAsia="zh-CN"/>
        </w:rPr>
        <w:t xml:space="preserve">    学生助教工作总结 篇3 </w:t>
      </w:r>
      <w:r>
        <w:rPr>
          <w:lang w:eastAsia="zh-CN"/>
        </w:rPr>
        <w:br/>
      </w:r>
      <w:r>
        <w:rPr>
          <w:lang w:eastAsia="zh-CN"/>
        </w:rPr>
        <w:t>　　时间过的好快，暑期生活转眼就结束了。西津渡“阳光助教”暑期实践活动为我的暑期生活变得更为丰富。当助教与当学生，这样的双重身份，使我有机会总结教与学之间的矛盾，理解这两种角色之间的差别。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通过短期的接触，也让我发现现在的孩子很聪明，但普遍的不爱学习。我想这与我们国家的生活水平大幅度提高有关。大部分的小孩从一出生就过着无忧无虑的生活，所以不太努力。</w:t>
      </w:r>
      <w:r>
        <w:rPr>
          <w:lang w:eastAsia="zh-CN"/>
        </w:rPr>
        <w:br/>
      </w:r>
      <w:r>
        <w:rPr>
          <w:lang w:eastAsia="zh-CN"/>
        </w:rPr>
        <w:t>　　过去我觉得这不是一件好事。但现在我不这样认为了。这些小孩思想很自由，没有太多条条框框的限制，而且聪明，如果他们能够找到一个自己感兴趣的事情，很容易做出成绩出来，当然这要好的引导，我觉得在这方面我们做的不太好，这个是值得探讨的地方。这学期我修的几门课，给我最大的感受，老师很敬业，至始至终做事很认真。说实在的从本科到现在我真没有发现比他们更敬业的中国老师。我暗暗下决心，以后做事情一定要向他们学习。这点说明了为人师表的重要性。开始当助教时，积极性挺高，可是过两周后热情减了不少，变得不认真了。</w:t>
      </w:r>
      <w:r>
        <w:rPr>
          <w:lang w:eastAsia="zh-CN"/>
        </w:rPr>
        <w:br/>
      </w:r>
      <w:r>
        <w:rPr>
          <w:lang w:eastAsia="zh-CN"/>
        </w:rPr>
        <w:t>　　这点我真的应该检讨。好在从自己老师那感受到这些，能及时改正自己的行为。为人师表，给学生做个好榜样，真的很重要。没有不好的学生，只有不好的老师，以前不太认同，但现在真的觉得这句话是对的。小孩的可塑性很强，有些东西不一定非要口头教育，也许他们还会有逆反心理，所以有些为人处世的行为方式还不如用自己的行动去教育，这样他们看在眼里，自然会明白什么是好的，什么是坏的，毕竟他们也不小了，也能分辨是非黑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这就是我当助教印象最深的两个感受。助教是一种很好的生活体验，能从中学到很多东西。当然生活中的点点滴滴都是值得好好的认真的对待和体会的，从中体会和发现生活中的真谛，生活中的美。从而更好的热爱生活，对自己的人生，对自己的未来都有很好的规划。</w:t>
      </w:r>
      <w:r>
        <w:rPr>
          <w:lang w:eastAsia="zh-CN"/>
        </w:rPr>
        <w:br/>
      </w:r>
      <w:r>
        <w:rPr>
          <w:lang w:eastAsia="zh-CN"/>
        </w:rPr>
        <w:t xml:space="preserve">    学生助教工作总结 篇4 </w:t>
      </w:r>
      <w:r>
        <w:rPr>
          <w:lang w:eastAsia="zh-CN"/>
        </w:rPr>
        <w:br/>
      </w:r>
      <w:r>
        <w:rPr>
          <w:lang w:eastAsia="zh-CN"/>
        </w:rPr>
        <w:t>　　1、探索阶段</w:t>
      </w:r>
      <w:r>
        <w:rPr>
          <w:lang w:eastAsia="zh-CN"/>
        </w:rPr>
        <w:br/>
      </w:r>
      <w:r>
        <w:rPr>
          <w:lang w:eastAsia="zh-CN"/>
        </w:rPr>
        <w:t>　　在这一时期，是我走过的最艰难的时期，也是我成长最快的一个阶段。由于学生刚换完班主任，在情绪上产生了很大波动，再加之自身能力的不足，在前两周内愿意跟我交流的学生寥寥无几。在这个关键的时期又碰上了英语新概念2的听写让我感到有些措手不及。在这段时间里我竭尽全力向办公室同事交流，讨方法，作总结，做规划，已完成我学生向班主任的重要转变。</w:t>
      </w:r>
      <w:r>
        <w:rPr>
          <w:lang w:eastAsia="zh-CN"/>
        </w:rPr>
        <w:br/>
      </w:r>
      <w:r>
        <w:rPr>
          <w:lang w:eastAsia="zh-CN"/>
        </w:rPr>
        <w:t>　　2、实战阶段</w:t>
      </w:r>
      <w:r>
        <w:rPr>
          <w:lang w:eastAsia="zh-CN"/>
        </w:rPr>
        <w:br/>
      </w:r>
      <w:r>
        <w:rPr>
          <w:lang w:eastAsia="zh-CN"/>
        </w:rPr>
        <w:t>　　在这一阶段，对学生管理有了初步的认识。加强同学生间的沟通，了解学生间存在的问题，制定新的班级制度，总结归纳在探索阶段所遇到的一些问题并对此作出快速反应。加强新概念英语背诵的检查力度，学生出勤的考核力度，竭尽全力快速使学生达到思想上的统一，与此同时掌握学生的心理动向，竭力作出正确引导。</w:t>
      </w:r>
      <w:r>
        <w:rPr>
          <w:lang w:eastAsia="zh-CN"/>
        </w:rPr>
        <w:br/>
      </w:r>
      <w:r>
        <w:rPr>
          <w:lang w:eastAsia="zh-CN"/>
        </w:rPr>
        <w:t>　　3、完善阶段</w:t>
      </w:r>
      <w:r>
        <w:rPr>
          <w:lang w:eastAsia="zh-CN"/>
        </w:rPr>
        <w:br/>
      </w:r>
      <w:r>
        <w:rPr>
          <w:lang w:eastAsia="zh-CN"/>
        </w:rPr>
        <w:t>　　在这一阶段，主要分析前面的考试，结合本班班情分析班级存在的问题。从自身角度去分析自己的管理方法、班级制度等所存在的问题。这样以来让我真正的认识到班主任工作的重要性和艰巨性，彻底完成了从学生向老师的角色转变，实现了第一次全面的成长。</w:t>
      </w:r>
      <w:r>
        <w:rPr>
          <w:lang w:eastAsia="zh-CN"/>
        </w:rPr>
        <w:br/>
      </w:r>
      <w:r>
        <w:rPr>
          <w:lang w:eastAsia="zh-CN"/>
        </w:rPr>
        <w:t>　　经过以上三个阶段，我得出以下心得体会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1、身为教师,必须以身作则,成为学生的表率。作为教师必须不断学习，提高自身修养、提高个人专业知识水平，加强自身的道德建设，以自身的人格魅力去影响学生。</w:t>
      </w:r>
      <w:r>
        <w:rPr>
          <w:lang w:eastAsia="zh-CN"/>
        </w:rPr>
        <w:br/>
      </w:r>
      <w:r>
        <w:rPr>
          <w:lang w:eastAsia="zh-CN"/>
        </w:rPr>
        <w:t>　　2、既要严格要求,又要无限热爱学生,严与爱应统一起来。严就是要求学生严格执行学校的各项规章制度,班级制度，爱就是要热爱学生,多关心学生,帮助学生解决一些实际问题。</w:t>
      </w:r>
      <w:r>
        <w:rPr>
          <w:lang w:eastAsia="zh-CN"/>
        </w:rPr>
        <w:br/>
      </w:r>
      <w:r>
        <w:rPr>
          <w:lang w:eastAsia="zh-CN"/>
        </w:rPr>
        <w:t>　　3、尊重学生,做学生的良师益友。大一学生情感丰富,但较脆弱,渴望得到老师的尊重,对老师有着亦师亦友的希冀。我在平常的言行举止中时常流露出对学生的尊重、理解,通过真挚的爱去感染、引导学生,从而使学生在情感的驱动下更有效地接受教育。</w:t>
      </w:r>
      <w:r>
        <w:rPr>
          <w:lang w:eastAsia="zh-CN"/>
        </w:rPr>
        <w:br/>
      </w:r>
      <w:r>
        <w:rPr>
          <w:lang w:eastAsia="zh-CN"/>
        </w:rPr>
        <w:t>　　4.4、注重与学生的交流,充当学生倾诉的对象,从学生的角度去理解他们,帮助他们分析、解决问题,成为学生信任、愿意交心的朋友。重视班级日志，日志也是班主任和学生交流的一种重要方式。作为班主任，我用自己的言行来纠正和指导学生们的言行和学习的态度，课上是师生关系，课下是朋友关系。总之，我觉得学生管理最重要的是情感交流和制度的合理使用。</w:t>
      </w:r>
      <w:r>
        <w:rPr>
          <w:lang w:eastAsia="zh-CN"/>
        </w:rPr>
        <w:br/>
      </w:r>
      <w:r>
        <w:rPr>
          <w:lang w:eastAsia="zh-CN"/>
        </w:rPr>
        <w:t>　　4.5、关注中间型学生。一个班里所占比例最多的学生是中间型学生。一开始接手班级的时候,我把精力主要集中在对后进生的转化上,后来通过与学生的接触、交谈,我深深感悟到,中等生心里是非常渴望得到老师重视的。</w:t>
      </w:r>
      <w:r>
        <w:rPr>
          <w:lang w:eastAsia="zh-CN"/>
        </w:rPr>
        <w:br/>
      </w:r>
      <w:r>
        <w:rPr>
          <w:lang w:eastAsia="zh-CN"/>
        </w:rPr>
        <w:t xml:space="preserve">    学生助教工作总结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前两天非常有幸参加了乐乐所在幼儿园举办的的“家长助教”活动，感受很深刻。对于从事医护的我，有关幼儿的课间组织教学，游戏教学还是了解的比较少。由于工作原因，平时的家长开放日都没有太多机会参加，所以这是一次近距离感受幼儿园生活的好机会。</w:t>
      </w:r>
      <w:r>
        <w:rPr>
          <w:lang w:eastAsia="zh-CN"/>
        </w:rPr>
        <w:br/>
      </w:r>
      <w:r>
        <w:rPr>
          <w:lang w:eastAsia="zh-CN"/>
        </w:rPr>
        <w:t>　　事情还得从上周说起。儿子在得知学校要开展家长助教活动后很兴奋，第二天接他放学时便跟我说：“妈妈你来学校给我上课好吗?“我在脑海中顿时闪现出上课时的情形，作为我们家长其实也真的很想知道宝贝们每天在幼儿园里都是怎样度过的，看着他期盼的眼神，跟刘洁老师沟通后，我还是欣然答应了。</w:t>
      </w:r>
      <w:r>
        <w:rPr>
          <w:lang w:eastAsia="zh-CN"/>
        </w:rPr>
        <w:br/>
      </w:r>
      <w:r>
        <w:rPr>
          <w:lang w:eastAsia="zh-CN"/>
        </w:rPr>
        <w:t>　　回到家我开始焦虑了，给孩子们讲什么内容才能让孩子们听起来不枯燥无味?我该如何互动沟通?可能是因为职业的原因，最后决定给孩子们讲一下《爱护眼睛》的相关内容。有了方向做起事来就事半功倍了，通过网上查找资料，理顺思路，写好教案，还做了ppt课件。为了能调动孩子们的吸引力，使用色彩鲜艳的图片和卡通人物画面，让孩子们能够通俗易懂地明白其中的道理。很快，一切准备就绪，我开始期待教学那天的到来，设想了无数次我上课时候的样子，甚至晚上睡觉梦中都会梦见“助教场景”。</w:t>
      </w:r>
      <w:r>
        <w:rPr>
          <w:lang w:eastAsia="zh-CN"/>
        </w:rPr>
        <w:br/>
      </w:r>
      <w:r>
        <w:rPr>
          <w:lang w:eastAsia="zh-CN"/>
        </w:rPr>
        <w:t>　　12月8日早上9：20我准时来到幼儿园，第一次这么近距离的走进孩子们的课堂，我的心情既紧张又激动，孩子们的热情欢迎让我更是感动。在上课的时候，孩子们个个精神抖擞，积极参与并很踊跃的举起小手回答问题，兴致很高，这让我之前的所有顾虑都统统消失了，完全被他们的活跃气氛所感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欢乐总是那么的短暂，三十钟的助教课，在幼儿园老师和小朋友们的配合下顺利完成了。我很有幸参加了这次家长助教活动，一次简单的活动，给孩子们带来无限的乐趣，给我也带来了更多的惊喜，感谢abc幼儿园及中一班的老师们给我提供这次难得的机会，仿佛使自己回到了童年美好的快乐时光。</w:t>
      </w:r>
      <w:r>
        <w:rPr>
          <w:lang w:eastAsia="zh-CN"/>
        </w:rPr>
        <w:br/>
      </w:r>
      <w:r>
        <w:rPr>
          <w:lang w:eastAsia="zh-CN"/>
        </w:rPr>
        <w:t>　　这次助教给我的感受非常多，孩子们一个个古灵精怪，上课的时候，他们认真听讲，积极回答问题，生活学习井然有序，这都是对老师辛苦付出的一种回报。通过此次助教活动，不仅让家长进一步了解幼儿园的教育理念及教育方式，而且感受到了幼儿在园里的学习、生活、游戏、活动的特点。我体会到了幼儿园老师对工作的责任、付出、爱与奉献，幼儿园的老师真得非常辛苦，从早上孩子入园开始，到晚上孩子们离园，老师没有片刻的休息时间。作为家长，我非常欣慰，也体会到幼教事业的神圣与伟大。</w:t>
      </w:r>
      <w:r>
        <w:rPr>
          <w:lang w:eastAsia="zh-CN"/>
        </w:rPr>
        <w:br/>
      </w:r>
      <w:r>
        <w:rPr>
          <w:lang w:eastAsia="zh-CN"/>
        </w:rPr>
        <w:t>　　感谢老师和孩子们给我这次机会，让我和他们度过一个难忘的上午，跟这群天真浪漫的孩子在一起真是一件开心的事。我相信，只要在我们家长和幼儿园老师的共同努力下，我们的孩子都会越来越棒，让我们一起加油吧!</w:t>
      </w:r>
      <w:r>
        <w:rPr>
          <w:lang w:eastAsia="zh-CN"/>
        </w:rPr>
        <w:br/>
      </w:r>
      <w:r>
        <w:rPr>
          <w:lang w:eastAsia="zh-CN"/>
        </w:rPr>
        <w:t xml:space="preserve">    学生助教工作总结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又是假期最后的这天，又是一个夜晚，又是到了拼命赶暑假社会实践的心得体会的时刻了。其实自己打心底里真的不想每次有什么重要作业要交时，总是等到最后时刻才去赶，因为总觉得这之后的生活学习工作，很容易就会被自己给搞乱。这样的一个坏习惯自己是早就想改过来的，但是，无奈，自己的自我安排及控制能力还是差那么的一点。希望通过这次的痛苦经历(我想，今晚大概是要两点我才能睡的了。噢，痛苦啊，又是熬夜。不过，也好，这么痛苦，自己的印象才够深刻)，自己真的能吸取惨痛的教训。</w:t>
      </w:r>
      <w:r>
        <w:rPr>
          <w:lang w:eastAsia="zh-CN"/>
        </w:rPr>
        <w:br/>
      </w:r>
      <w:r>
        <w:rPr>
          <w:lang w:eastAsia="zh-CN"/>
        </w:rPr>
        <w:t>　　好了，要正式入题了。让我先慢慢地进入回忆的故乡里。</w:t>
      </w:r>
      <w:r>
        <w:rPr>
          <w:lang w:eastAsia="zh-CN"/>
        </w:rPr>
        <w:br/>
      </w:r>
      <w:r>
        <w:rPr>
          <w:lang w:eastAsia="zh-CN"/>
        </w:rPr>
        <w:t>　　记得当知道疯狂英语在我们学校招暑假夏令营助教时，我的心情是顿时喜悦了起来，因为自己终于盼到了这样一个机会&amp;&amp;在暑假的时候，去一个陌生的地方工作，认识一些陌生而又亲切的人，做一些有意义的事，然后在那个地方留下美好而难忘的回忆。之前听同学说过，当疯狂英语夏令营的助教很有意义，很难忘，是人生一段宝贵的回忆，所以这次机会来了，我一定要好好把握住。</w:t>
      </w:r>
      <w:r>
        <w:rPr>
          <w:lang w:eastAsia="zh-CN"/>
        </w:rPr>
        <w:br/>
      </w:r>
      <w:r>
        <w:rPr>
          <w:lang w:eastAsia="zh-CN"/>
        </w:rPr>
        <w:t>　　疯狂英语助教的面试分两轮。但是，由于自己真的很想争取到这个机会，所以，即使是第一轮的面试，我也很认真地对待了。我是属于那种不轻易做决定，但是一旦决定了就全力以赴的那种人。我特意上网查了个人简历的格式，然后精心设计了自己的个人简历，将该写的都写进去了，既有所突出又做到不冗长，使简历让人看起来一目了然。然后，到面试的时间了。坐在等候室里，我回忆着自己事先试想过的问题和一些注意事项以再次提醒自己。终于到我了，我虽然挺紧张，但还是能够向面试官展示了我的热情和专业特长。通过自己的努力，第一轮面试顺利通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接着，是培训。现在回想过来，我觉得好在还是自己的决心够坚定以及自己有着认真的态度，才坚持了为期三个周末的培训。虽然培训不会很累，但我觉得还是够考验人的意志力的，因为这样的培训就好像平时上课那样子，还是要那么早醒，上课还经常拖堂，而且要利用周末的时间，不少通过了第一轮面试的人，最终因为诸如时间冲突或学习任务重(当时已接近期末考试了)的原因而放弃了。但是，我还是自觉地抵制了这样一种气氛。我抱着坚定的决心以及持着积极认真的态度，挺过了这个培训。在培训当中，我学到了美语的基本发音及领会了当一名助教所应具备的一些素质。终于，在复试中，我比较出色地通过了。当然，自己很是喜悦，因为自己的付出得到了收获。</w:t>
      </w:r>
      <w:r>
        <w:rPr>
          <w:lang w:eastAsia="zh-CN"/>
        </w:rPr>
        <w:br/>
      </w:r>
      <w:r>
        <w:rPr>
          <w:lang w:eastAsia="zh-CN"/>
        </w:rPr>
        <w:t>　　我是安排去惠州的疯狂英语夏令营，时间是8月18号至8月27号，但我们助教要提前两天出发过去准备。所以从期末考试结束到出发，我有六天的时间。在这六天中，我做了很多准备&amp;&amp;继续练好自己的美音音标，上网查找了很多实用的名人名言，去图书馆找了一些教人玩游戏的书籍来参考，还就如何当好一名助教这个问题，咨询请教了一些有经验的朋友和长辈。因为我知道不要打无准备的战的道理，所以既然要做，就要做好充分的准备，全力以赴。更何况，我真的希望自己能实现当初的想法&amp;&amp;做一些有意义的事，虽然夏令营的时间不是很长，但我真的希望在这不长的十天时间里能尽自己所能教给学生一点东西，起码能让他们体会到一名助教老师对待工作、对待学生的那一份热情与认真。</w:t>
      </w:r>
      <w:r>
        <w:rPr>
          <w:lang w:eastAsia="zh-CN"/>
        </w:rPr>
        <w:br/>
      </w:r>
      <w:r>
        <w:rPr>
          <w:lang w:eastAsia="zh-CN"/>
        </w:rPr>
        <w:t>　　终于，怀着兴奋的心情，我来到了惠州市惠阳高级中学，我的夏令营助教之旅就在，这个现在回想起来充满着回忆的地方，展开了。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学生助教工作总结 篇7 </w:t>
      </w:r>
      <w:r>
        <w:rPr>
          <w:lang w:eastAsia="zh-CN"/>
        </w:rPr>
        <w:br/>
      </w:r>
      <w:r>
        <w:rPr>
          <w:lang w:eastAsia="zh-CN"/>
        </w:rPr>
        <w:t>　　本学期的外教老师是来自英国的Rich，他纯正的英语口语发音和生动活泼的课堂教学让我受益匪浅。外教的课堂教学设计与我们的课堂有所差异，在不同的教学形式和孩子们不同的反馈下，我有以下几点体会。</w:t>
      </w:r>
      <w:r>
        <w:rPr>
          <w:lang w:eastAsia="zh-CN"/>
        </w:rPr>
        <w:br/>
      </w:r>
      <w:r>
        <w:rPr>
          <w:lang w:eastAsia="zh-CN"/>
        </w:rPr>
        <w:t>　　第一，外教所设计的活动具有高度的拟真性，它可以将教学目的、训练内容有机地结合在一起，创造情境，激发并保持学生的学习兴趣，充分调动其学习的积极性，从而取得事半功倍的教学效果。外教的课堂教学给我们的感觉一直是通过获得经验来创造知识的过程。它强调教学的主体是学生，教师的主要任务不在于教学，而是作为辅导者加强对学生的主动意识和积极性的培养，放手让学生进行参加体验。和外教的近距离互动，使学生可以在学习专业知识同时可以有效提高英语的听、说能力，让语言能力不再成为限制学生学习效果。</w:t>
      </w:r>
      <w:r>
        <w:rPr>
          <w:lang w:eastAsia="zh-CN"/>
        </w:rPr>
        <w:br/>
      </w:r>
      <w:r>
        <w:rPr>
          <w:lang w:eastAsia="zh-CN"/>
        </w:rPr>
        <w:t>　　第二，外教组织教学的形式多样，根据不同年龄段的学生特点设计了丰富多彩的课堂活动，如：将学生分成若干组，并让学生自己以动物命名自己的小组。这个活动激发了学生上课发言的积极性，并且培养了学生们的团队意识，能让大家共同努力，共同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第三，外教组织教学的过程融入学生，充分挖掘孩子们感兴趣的东西，投其所好，在肢体语言的帮助下、在快乐中学习和运用所学新知。虽然只是一二年级的小朋友，但通过肢体语言和外教生动的教学活动，孩子们能够理解和回应外教。第四，外教较为注重孩子们对学习内容的理解和运用，但在孩子们英语口语发音发面有所欠缺。在教学过程中，外教不是特别注意纠正孩子们的语音、语调，而在我们牛津英语学习的过程中，对学生的发音比较重视。</w:t>
      </w:r>
      <w:r>
        <w:rPr>
          <w:lang w:eastAsia="zh-CN"/>
        </w:rPr>
        <w:br/>
      </w:r>
      <w:r>
        <w:rPr>
          <w:lang w:eastAsia="zh-CN"/>
        </w:rPr>
        <w:t>　　第五，对于外教课堂活动内容的设计，外教比较多地从各个主体出发，我觉得能够更多地从课本出发，与牛津英语所学的同步。比如我们遇到过这样一个问题，牛津英语课本上词组跳绳是skiparope，而外教上课所教是skiprope，孩子们是听从哪个版本，这会让他们感到混淆。</w:t>
      </w:r>
      <w:r>
        <w:rPr>
          <w:lang w:eastAsia="zh-CN"/>
        </w:rPr>
        <w:br/>
      </w:r>
      <w:r>
        <w:rPr>
          <w:lang w:eastAsia="zh-CN"/>
        </w:rPr>
        <w:t>　　这一学期的外教助教工作给我带来了不少收获，能将所得运用到自己的课堂上，更好得实现有效化课堂教学。</w:t>
      </w:r>
      <w:r>
        <w:rPr>
          <w:lang w:eastAsia="zh-CN"/>
        </w:rPr>
        <w:br/>
      </w:r>
      <w:r>
        <w:rPr>
          <w:lang w:eastAsia="zh-CN"/>
        </w:rPr>
        <w:t xml:space="preserve">    学生助教工作总结 篇8 </w:t>
      </w:r>
      <w:r>
        <w:rPr>
          <w:lang w:eastAsia="zh-CN"/>
        </w:rPr>
        <w:br/>
      </w:r>
      <w:r>
        <w:rPr>
          <w:lang w:eastAsia="zh-CN"/>
        </w:rPr>
        <w:t>　　时间一刻不停歇的向前迈进，转眼间我在中山敏捷阳光幼儿园都两个多月了，新学期开始了,我们迎来了一批新的孩子,在新环境中,孩子们由于刚开始进入集体生活,对新环境陌生,畏惧,还有跟人乱跑,晚入睡,拒吃等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根据《幼儿园教育指导纲要(试行)》[指导思想]中也明确指出：幼儿在游戏中学。安全是幼儿园的第一要素。应本着尊重、平等的原则，吸引幼儿主动参与幼儿园的教育工作。因此，积极有效地开展幼儿助教活动，能够促进幼儿的身心发展，同时为家长搭建一个互动交流、互相学习的平台，更好地促进幼儿的全面发展。对于求知欲极强的孩子们来说，他们的到来能够满足他们对专业知识的渴求。本学期为了协助教师较好地完成教学任务，实现教学目标，使孩子们能尽快适应集体生活和培养他们各方面好习惯，使他们能得到全面和谐的发展，同时也为了使本学期自己的工作更有序有效的地进行下去，我特制定如下个人计划：</w:t>
      </w:r>
      <w:r>
        <w:rPr>
          <w:lang w:eastAsia="zh-CN"/>
        </w:rPr>
        <w:br/>
      </w:r>
      <w:r>
        <w:rPr>
          <w:lang w:eastAsia="zh-CN"/>
        </w:rPr>
        <w:t>　　一、教育教学工作</w:t>
      </w:r>
      <w:r>
        <w:rPr>
          <w:lang w:eastAsia="zh-CN"/>
        </w:rPr>
        <w:br/>
      </w:r>
      <w:r>
        <w:rPr>
          <w:lang w:eastAsia="zh-CN"/>
        </w:rPr>
        <w:t>　　1、认真备课，提前做好备课工作</w:t>
      </w:r>
      <w:r>
        <w:rPr>
          <w:lang w:eastAsia="zh-CN"/>
        </w:rPr>
        <w:br/>
      </w:r>
      <w:r>
        <w:rPr>
          <w:lang w:eastAsia="zh-CN"/>
        </w:rPr>
        <w:t>　　备课是确保教育活动能顺利完成的前提。我们每次备课前都会先登陆DIC国际课程的网站，看看里面的课件，确保目标的一致性。每次教案都会认真研究一下，做到目标明确、条理清晰。每次都认真准备教具，以便更有效地进行我的教学活动。</w:t>
      </w:r>
      <w:r>
        <w:rPr>
          <w:lang w:eastAsia="zh-CN"/>
        </w:rPr>
        <w:br/>
      </w:r>
      <w:r>
        <w:rPr>
          <w:lang w:eastAsia="zh-CN"/>
        </w:rPr>
        <w:t>　　2、细致、认真地做好每一个孩子的个人网站资料</w:t>
      </w:r>
      <w:r>
        <w:rPr>
          <w:lang w:eastAsia="zh-CN"/>
        </w:rPr>
        <w:br/>
      </w:r>
      <w:r>
        <w:rPr>
          <w:lang w:eastAsia="zh-CN"/>
        </w:rPr>
        <w:t>　　中山敏捷阳光幼儿园里的幼儿个人网站资料每周更新，甚至是每天更新一次，于是不论在何时都会认真地观察孩子，把孩子发生的点滴都牢牢记在心中，并把孩子在园的情况都以电子版形式放到网上空间。</w:t>
      </w:r>
      <w:r>
        <w:rPr>
          <w:lang w:eastAsia="zh-CN"/>
        </w:rPr>
        <w:br/>
      </w:r>
      <w:r>
        <w:rPr>
          <w:lang w:eastAsia="zh-CN"/>
        </w:rPr>
        <w:t>　　3、及时有效地与外教沟通，携手进行双语教学</w:t>
      </w:r>
      <w:r>
        <w:rPr>
          <w:lang w:eastAsia="zh-CN"/>
        </w:rPr>
        <w:br/>
      </w:r>
      <w:r>
        <w:rPr>
          <w:lang w:eastAsia="zh-CN"/>
        </w:rPr>
        <w:t>　　本班的外教老师叫GOOFY，与他互相配合把英语渗透到日常用语当中，必要的时候还要协调准备好英文教学闪卡、相关音乐和视频等等，意在让孩子学会用英语进行会话，从中体验双语学习的快乐。</w:t>
      </w:r>
      <w:r>
        <w:rPr>
          <w:lang w:eastAsia="zh-CN"/>
        </w:rPr>
        <w:br/>
      </w:r>
      <w:r>
        <w:rPr>
          <w:lang w:eastAsia="zh-CN"/>
        </w:rPr>
        <w:t>　　二、环境创设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环境是为教育教学活动服务的。根据教学活动的需要和本班海豚班的特点，我们选择了一些有特点的装饰布置，为节省纸张，还利用一些废旧物品。在布置中，我们让孩子们参与到其中，让他们动手去制作。同时我和郑老师还根据课堂要求制作大量的教具。</w:t>
      </w:r>
      <w:r>
        <w:rPr>
          <w:lang w:eastAsia="zh-CN"/>
        </w:rPr>
        <w:br/>
      </w:r>
      <w:r>
        <w:rPr>
          <w:lang w:eastAsia="zh-CN"/>
        </w:rPr>
        <w:t>　　三、组织活动和常规、安全教育</w:t>
      </w:r>
      <w:r>
        <w:rPr>
          <w:lang w:eastAsia="zh-CN"/>
        </w:rPr>
        <w:br/>
      </w:r>
      <w:r>
        <w:rPr>
          <w:lang w:eastAsia="zh-CN"/>
        </w:rPr>
        <w:t>　　律动</w:t>
      </w:r>
      <w:r>
        <w:rPr>
          <w:lang w:eastAsia="zh-CN"/>
        </w:rPr>
        <w:br/>
      </w:r>
      <w:r>
        <w:rPr>
          <w:lang w:eastAsia="zh-CN"/>
        </w:rPr>
        <w:t>　　从选择律动音乐、到律动的编排、以及道具的选用，我们都做了详细的策划，都选择了一些有趣、节奏适合本班年龄段的孩子的英语律动，为了排练好这个律动，我们一次次地排练，共同商讨怎样才能做得更好。Goofy老师发扬风趣搞怪的风格，干什么都似乎是只大猩猩，从来不管自己是大人还是小孩，一样的干，这些都让我们的气氛轻松愉快，我都认真配合他。平时除了忙于教学工作，还注意保教配合，孩子们的常规培养，提醒调皮的孩子要遵守老师的规定。我们都为孩子们创设了安全舒适的生活环境，同时利用课堂，我还对孩子进行安全教育，教育孩子并教给孩子们正确的自我保护的方法和能力。</w:t>
      </w:r>
      <w:r>
        <w:rPr>
          <w:lang w:eastAsia="zh-CN"/>
        </w:rPr>
        <w:br/>
      </w:r>
      <w:r>
        <w:rPr>
          <w:lang w:eastAsia="zh-CN"/>
        </w:rPr>
        <w:t>　　四、日常生活中的英语渗透教育</w:t>
      </w:r>
      <w:r>
        <w:rPr>
          <w:lang w:eastAsia="zh-CN"/>
        </w:rPr>
        <w:br/>
      </w:r>
      <w:r>
        <w:rPr>
          <w:lang w:eastAsia="zh-CN"/>
        </w:rPr>
        <w:t>　　平时除了忙于教学工作，还注意保教配合，孩子们的常规培养。我们在每一个环节都渗透了相应的英语学习，确保孩子们时时在英语的语境中，并提醒调皮的孩子爱上用英语对话，所以我们渗透的英语虽然说不是很难，但是也不会过于简单。</w:t>
      </w:r>
      <w:r>
        <w:rPr>
          <w:lang w:eastAsia="zh-CN"/>
        </w:rPr>
        <w:br/>
      </w:r>
      <w:r>
        <w:rPr>
          <w:lang w:eastAsia="zh-CN"/>
        </w:rPr>
        <w:t>　　五、家园共育方面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家长工作尤其重要，家长工作是家与园的有用桥梁，只有做好家长工作，才能促进班级的团体管理，我将踊跃和家长取得接洽，和家长共同探讨制定适合每个幼儿的教育方法，使家园结成教育伙伴，充分发挥教育的潜能.认真听家长的意见和建议，满足家长的合理要求，尽量缩短家园之间的距离，还要加快家园联系信息的更换频率，为家长提供更优质服务。</w:t>
      </w:r>
      <w:r>
        <w:rPr>
          <w:lang w:eastAsia="zh-CN"/>
        </w:rPr>
        <w:br/>
      </w:r>
      <w:r>
        <w:rPr>
          <w:lang w:eastAsia="zh-CN"/>
        </w:rPr>
        <w:t>　　以上，是我本学期的计划及目标，我会努力去完成，也希望各位同事及领导加以督导和指正。希望在园领导的培养下、在自己的努力下，有所收获有所成长。</w:t>
      </w:r>
      <w:r>
        <w:rPr>
          <w:lang w:eastAsia="zh-CN"/>
        </w:rPr>
        <w:br/>
      </w:r>
      <w:r>
        <w:rPr>
          <w:lang w:eastAsia="zh-CN"/>
        </w:rPr>
        <w:t xml:space="preserve">    学生助教工作总结 篇9 </w:t>
      </w:r>
      <w:r>
        <w:rPr>
          <w:lang w:eastAsia="zh-CN"/>
        </w:rPr>
        <w:br/>
      </w:r>
      <w:r>
        <w:rPr>
          <w:lang w:eastAsia="zh-CN"/>
        </w:rPr>
        <w:t>　　这个学期的工作主要有两大部分，一部分是示波器的使用，一部分是声速测量。示波器的使用主要是让学生对示波器有一个深度的了解，会自己正确的使用;声速测量主要是利用超声波以及共振原理，让学生测声速。带的学生大概有200个，岗位要求比较严格，需要我批改实验预习，给学生讲解实验注意事项以及原理内容，检查学生的实验结果等。很庆幸我抓住了这次机会，成为这学期的助教，真切感受到它带给我的价值。刚开始接受培训时，我对实验的原理也不是特别清楚，经过老师的悉心讲解和以后工作工程中，对它们的理解逐步深刻。虽然每次讲的内容都大同小异，但是每次我都能发现需要自己改进和有利于学生提高的地方，可见知识是永远学不完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通过这个学期的助教，我更加增加了自己的责任感，我深切感受到作为一名教师的辛苦，我作为一个研究生和一名助教，可以说有学生和老师的双重身份，我能更好的理解师生关系，知道老师教学的辛苦，了解学生学习的困扰，明白这种关系，才能更好的处理这种关系，我认为这对我以后的教师梦会大有帮助。学生的水平参差不齐，给实验的教授带来了以一些困难，有些优秀学生对实验进行了提前预习，他们可以自己很好的完成实验;有些学生则需要两遍以上的讲解。有时候我会厌烦，但是想到学生求知的心情、看到他们渴望的眼睛，我就会又充满活力耐心讲解。总之，在这学期的工作中我学习得到了很多，希望下次有机会可以继续从事这份工作</w:t>
      </w:r>
      <w:r>
        <w:rPr>
          <w:lang w:eastAsia="zh-CN"/>
        </w:rPr>
        <w:br/>
      </w:r>
      <w:r>
        <w:rPr>
          <w:lang w:eastAsia="zh-CN"/>
        </w:rPr>
        <w:t>　　最后，非常感谢学院领导和我的各位指导老师对我真切的关怀，以及同学们对我的不尽照顾。</w:t>
      </w:r>
      <w:r>
        <w:rPr>
          <w:lang w:eastAsia="zh-CN"/>
        </w:rPr>
        <w:br/>
      </w:r>
      <w:r>
        <w:rPr>
          <w:lang w:eastAsia="zh-CN"/>
        </w:rPr>
        <w:t xml:space="preserve">    学生助教工作总结 篇10 </w:t>
      </w:r>
      <w:r>
        <w:rPr>
          <w:lang w:eastAsia="zh-CN"/>
        </w:rPr>
        <w:br/>
      </w:r>
      <w:r>
        <w:rPr>
          <w:lang w:eastAsia="zh-CN"/>
        </w:rPr>
        <w:t>　　公司组织导购培训会，我作为公司一员，经过公司高层领导的肯定，代表公司担任此次培训会的学员助教之一，能被选中我非常珍惜这次难得的机会，同时也担心、怀疑自己能否做得好。此次助教主要工作内容是支持和引发学员收获自己想要的成果，同时我自己的目标是希望通过此次培训提升自己的自信心、开放、自我欣赏以及欣赏别人的能力，主要培训对象是来自全国各不同地方的店面导购或店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月14日下午，所有参加此次培训会的6名助教以及漂亮、大方，智慧的培训课主讲。老师聚集在公司三楼展厅，进行助教工作知识指引及定向。她希望我们从进入这里的一刻起就开始把自己角色定位为助教，希望我们能帮助学员们成长，可能是刚刚开始，大家还不是很适应吧，有点拘束，放不开，不过在老师的引导下，我们逐渐开始放开了。大家都积极起来，不过，还是不够疯狂。老师说，这次的培训目地，除了支持和引发学员收获自己想要的成果外，自己对自己该有怎样的目标，同时，我们的助教团也有承诺：我，我们承诺创造一个激情、严谨、创新、爱的环境！通过下午将近4个多小时的目标定向，自己也清晰了自己此次的任务，同时收获了自己的死党迎迎。</w:t>
      </w:r>
      <w:r>
        <w:rPr>
          <w:lang w:eastAsia="zh-CN"/>
        </w:rPr>
        <w:br/>
      </w:r>
      <w:r>
        <w:rPr>
          <w:lang w:eastAsia="zh-CN"/>
        </w:rPr>
        <w:t>　　四天的培训课程很快就结束了，担任此次助教，从中获益良多，团队包括自己一致感受到自己的变化，变得有自信、开放，不拘谨、也不紧张了，在以后的生活及工作当中，我要从学会欣赏自己爱自己开始……同时通过此次与学员们的合作，从中感受到团队的力量，队员们的付出、互帮互助，死党及助教团对我的支持、欣赏、肯定与鼓励也使我更好的表现自己，也使我们知道了什么叫爱。我很感谢这几天有你们在我生命中的出现与陪伴，真的。回到公司，却怎么也找不到工作的状态，原来自己还沉浸在与学员的团队当中，记得回来那天晚上我有与死党分享我自己当天下午的心情，如果明天还能继续该有多好啊，但天下没有不散的宴席，大家终归是要带着各自收获的成果回归属于自己的岗位，迎接美好的每一天，希望大家在以后工作中，发挥自己的能量，都能够朝着自己的目标及愿望奋斗，加油！！因为我知道大家都是最棒的！</w:t>
      </w:r>
      <w:r>
        <w:rPr>
          <w:lang w:eastAsia="zh-CN"/>
        </w:rPr>
        <w:br/>
      </w:r>
      <w:r>
        <w:rPr>
          <w:lang w:eastAsia="zh-CN"/>
        </w:rPr>
        <w:t xml:space="preserve">    学生助教工作总结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爱心助教的活动开展，对我们参与到这次活动的每一个大学生来说，都是一次走入社会的初次考验，锻炼了我们的意志；塑造了我们的品格；培养了我的的应急能力；感受到了团队合作精神；也潜在的扩充了我们的人脉；学会了从细节中发现问题，纠正问题，一致发展。让我们从中受益匪浅。对东兴的小朋友来说；此次活动的开展给他们繁重的学习生涯增添了乐趣；给他们美好的童年更增添了几丝微笑；也让他们在平凡的生活中学习到了知识。我作为东兴小学爱心助教活动的负责人，我感谢东兴小学的领导给了我们这样的一个展示平台；我感谢东兴小学的老师平日里对我们热心的'帮助；我也感谢所有参加这次活动的楚雄师范学院志愿者密切的配合我的工作。</w:t>
      </w:r>
      <w:r>
        <w:rPr>
          <w:lang w:eastAsia="zh-CN"/>
        </w:rPr>
        <w:br/>
      </w:r>
      <w:r>
        <w:rPr>
          <w:lang w:eastAsia="zh-CN"/>
        </w:rPr>
        <w:t>　　助教工作一学期基本就这样的结束了，总体表现的还比较的好，主要出现了一下的几个方面问题：</w:t>
      </w:r>
      <w:r>
        <w:rPr>
          <w:lang w:eastAsia="zh-CN"/>
        </w:rPr>
        <w:br/>
      </w:r>
      <w:r>
        <w:rPr>
          <w:lang w:eastAsia="zh-CN"/>
        </w:rPr>
        <w:t>　　1、在楚雄师范学院集合时，点名以后有的人没有到，可后面在东兴又到了。（这是初期出现的问题，针对这样的问题，我们在下面也展开了会议。强调了团体组织意识，在后面的助教活动中，这样的事情基本就解决了。）</w:t>
      </w:r>
      <w:r>
        <w:rPr>
          <w:lang w:eastAsia="zh-CN"/>
        </w:rPr>
        <w:br/>
      </w:r>
      <w:r>
        <w:rPr>
          <w:lang w:eastAsia="zh-CN"/>
        </w:rPr>
        <w:t>　　2、考勤方面仍然是问题的大方面。（周三，学院的活动也比较的多。有的是必须去的，有的志愿者就不能够准时的到达，甚至不能到，出现请假的人就比较的多。针对这样的情况，我们也展开了会议。在会议上强调了个人的责任意识。也说明了此次活动的重要性质。提出了有急事请假，应找人代去，绝不能耽误了东兴助教的进程。后面的表现也基本达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3、志愿者与学生的矛盾。(很大的一部分学生比较的调皮，不配合老师的组织。针对这一方面，我们也给志愿者互相进行交流，希望能找到对策。）</w:t>
      </w:r>
      <w:r>
        <w:rPr>
          <w:lang w:eastAsia="zh-CN"/>
        </w:rPr>
        <w:br/>
      </w:r>
      <w:r>
        <w:rPr>
          <w:lang w:eastAsia="zh-CN"/>
        </w:rPr>
        <w:t>　　给人以鱼不如授人以渔，我们社会实践部，将会总结每一次活动的经验，保持与东兴小学良好的合作关系，争取在以后的活动中，能让更多的小学生学到知识；能让更多的大学生增强技能；能让以后的助教活动开展越来越具活力。</w:t>
      </w:r>
      <w:r>
        <w:rPr>
          <w:lang w:eastAsia="zh-CN"/>
        </w:rPr>
        <w:br/>
      </w:r>
      <w:r>
        <w:rPr>
          <w:lang w:eastAsia="zh-CN"/>
        </w:rPr>
        <w:t>　　楚雄商务网定位为楚雄商务型网站，专注楚雄商业第一线，面向楚雄地区所有的企业提供全方位的商务服务。目前为止，楚雄商务网已经和本地500多家企业建立合作关系，外地1000多家企业入驻楚雄商务网。为客户提供的价值：</w:t>
      </w:r>
      <w:r>
        <w:rPr>
          <w:lang w:eastAsia="zh-CN"/>
        </w:rPr>
        <w:br/>
      </w:r>
      <w:r>
        <w:rPr>
          <w:lang w:eastAsia="zh-CN"/>
        </w:rPr>
        <w:t>　　企业：</w:t>
      </w:r>
      <w:r>
        <w:rPr>
          <w:lang w:eastAsia="zh-CN"/>
        </w:rPr>
        <w:br/>
      </w:r>
      <w:r>
        <w:rPr>
          <w:lang w:eastAsia="zh-CN"/>
        </w:rPr>
        <w:t>　　1、楚雄商务网主要辅助企业营销；更快的带动企业利益点的增长；最短的时间在客户心中树立良好的企业形象。</w:t>
      </w:r>
      <w:r>
        <w:rPr>
          <w:lang w:eastAsia="zh-CN"/>
        </w:rPr>
        <w:br/>
      </w:r>
      <w:r>
        <w:rPr>
          <w:lang w:eastAsia="zh-CN"/>
        </w:rPr>
        <w:t>　　2、楚雄商务网聚结了众多楚雄本地中小型企业，为企业与企业之间提供一个在线交流、分享的平台，促进本地企业更好的经营，管理。</w:t>
      </w:r>
      <w:r>
        <w:rPr>
          <w:lang w:eastAsia="zh-CN"/>
        </w:rPr>
        <w:br/>
      </w:r>
      <w:r>
        <w:rPr>
          <w:lang w:eastAsia="zh-CN"/>
        </w:rPr>
        <w:t>　　3、楚雄商务网众多的资源，为企业提供一个知识储备的平台。企业管理，营销策划，企业文化，企业战略，市场营销，财务等，论坛多个版块丰富的资源供你选择。4、楚雄商务网作为一个面向世界的平台，利用互联网的无地域性，可以把你的企业带到世界的任何一个角落。</w:t>
      </w:r>
      <w:r>
        <w:rPr>
          <w:lang w:eastAsia="zh-CN"/>
        </w:rPr>
        <w:br/>
      </w:r>
      <w:r>
        <w:rPr>
          <w:lang w:eastAsia="zh-CN"/>
        </w:rPr>
        <w:t>　　消费者：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随着社会的发展，居民的消费在不断的增长，楚雄商务网旨在为消费者提供一个全方位的商业资讯服务，第一时间了解本地的优惠信息，全方位的图文享受，（所有的信息都由企业自身发布，我们来核实其真实性才发布的）第一时间买到物美价廉的产品，为你节省更多的时间。</w:t>
      </w:r>
      <w:r>
        <w:rPr>
          <w:lang w:eastAsia="zh-CN"/>
        </w:rPr>
        <w:br/>
      </w:r>
      <w:r>
        <w:rPr>
          <w:lang w:eastAsia="zh-CN"/>
        </w:rPr>
        <w:t>　　2、找工作何须“三顾茅庐”更专业的平台，所有的信息都有企业自身发布，我们来审核，会员直接寻找招聘企业，email，IMQQ，通讯攻击更多的方式给你选择，一键发布个人简历，企业自动找到你。</w:t>
      </w:r>
      <w:r>
        <w:rPr>
          <w:lang w:eastAsia="zh-CN"/>
        </w:rPr>
        <w:br/>
      </w:r>
      <w:r>
        <w:rPr>
          <w:lang w:eastAsia="zh-CN"/>
        </w:rPr>
        <w:t>　　3、楚雄商务网整合了楚雄本地所有网站的价值资源，每个板块都特别定制，上一个网站，了解天下事段，更丰富的学习资源，多视角的人文观点。</w:t>
      </w:r>
      <w:r>
        <w:rPr>
          <w:lang w:eastAsia="zh-CN"/>
        </w:rPr>
        <w:br/>
      </w:r>
      <w:r>
        <w:rPr>
          <w:lang w:eastAsia="zh-CN"/>
        </w:rPr>
        <w:t>　　4、楚雄商务网为广大的楚雄本地居民提供一个在线免费发布的平台，物品的求购、商业咨询、房屋出租、物品转让、婚恋交友、心情烦恼都可以在上面发布。告别传统网络的瓶颈，所有信息都支持图文发布，给人更真是完美的感受。</w:t>
      </w:r>
      <w:r>
        <w:rPr>
          <w:lang w:eastAsia="zh-CN"/>
        </w:rPr>
        <w:br/>
      </w:r>
      <w:r>
        <w:rPr>
          <w:lang w:eastAsia="zh-CN"/>
        </w:rPr>
        <w:t xml:space="preserve">    学生助教工作总结 篇12 </w:t>
      </w:r>
      <w:r>
        <w:rPr>
          <w:lang w:eastAsia="zh-CN"/>
        </w:rPr>
        <w:br/>
      </w:r>
      <w:r>
        <w:rPr>
          <w:lang w:eastAsia="zh-CN"/>
        </w:rPr>
        <w:t>　　连续三个星期的助教兼主持兼两堂课的讲师经历于日在东区音乐公园画上了完美的句号。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回顾这三周的培训，感悟颇大的，第一次作为主力全情投入到一个新人班里，深感责任重大。但是因为时间关系，还有好多地方没有尽到全力。不过后面的路还有很长，无论是他们还是我自己，还需要继续努力。</w:t>
      </w:r>
      <w:r>
        <w:rPr>
          <w:lang w:eastAsia="zh-CN"/>
        </w:rPr>
        <w:br/>
      </w:r>
      <w:r>
        <w:rPr>
          <w:lang w:eastAsia="zh-CN"/>
        </w:rPr>
        <w:t>　　就像在昨天的分享感言上我讲到的一样。</w:t>
      </w:r>
      <w:r>
        <w:rPr>
          <w:lang w:eastAsia="zh-CN"/>
        </w:rPr>
        <w:br/>
      </w:r>
      <w:r>
        <w:rPr>
          <w:lang w:eastAsia="zh-CN"/>
        </w:rPr>
        <w:t>　　在这个班里，无论是他们还是我自己，都是第一次。他们第一次进入保险行业学习，我第一次进入讲师团队带领。所以，老师这个称呼只是一个名词而已，事实是我们大家共同学习。特别是我所带的小组成员都是50岁左右的离退休人群，他们那个年代所特有的刻苦精神，真的很值得我们这一代人去学习。</w:t>
      </w:r>
      <w:r>
        <w:rPr>
          <w:lang w:eastAsia="zh-CN"/>
        </w:rPr>
        <w:br/>
      </w:r>
      <w:r>
        <w:rPr>
          <w:lang w:eastAsia="zh-CN"/>
        </w:rPr>
        <w:t>　　当天上午我有幸参加了公司在城市名人大酒店举办的讲师年会，在会场上，经理的一句话让我非常印象深刻。她说：“学员要想喝一杯水，作为讲师至少得准备一桶水”。所以，为了这桶水，我还得不断地努力学习。</w:t>
      </w:r>
      <w:r>
        <w:rPr>
          <w:lang w:eastAsia="zh-CN"/>
        </w:rPr>
        <w:br/>
      </w:r>
      <w:r>
        <w:rPr>
          <w:lang w:eastAsia="zh-CN"/>
        </w:rPr>
        <w:t>　　刚好在之前我们赵总谈到我们身在音乐公园举办这次结训会，这一话题也引起我自己对音乐与保险关系的反思。正如大家所知道的，我的偶像是张靓颖，张靓颖的网站我就像是每天都要打考勤似的天天关注，大家都知道靓颖最近连续举办4场演唱会，却在举办第一场之前就因为练舞而扭伤了脚。但是，从第一场开始，她依然该跳的跳，跳舞的舞，坚持圆满地完成每一场演出。像靓颖这样的实力派歌手，这样已经有了良好的知名度的艺人，在这样的情况下都还要这么残酷地对待自己，这么认真地对待工作。那么作为无名的我们，是否应该更敬业呢?所以，为了我们在寿险的道路上越走越好，越走越远，我希望我们都能付出100%的努力，100%的用心，100%的真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回顾自己的临场发言，不知不觉总结了三个点，也是作为对自己的一次总结吧，所以想把它记录下来，以此鞭策自己。无论是讲师还是展业的道路，都要：虚心、学习、敬业!</w:t>
      </w:r>
      <w:r>
        <w:rPr>
          <w:lang w:eastAsia="zh-CN"/>
        </w:rPr>
        <w:br/>
      </w:r>
      <w:r>
        <w:rPr>
          <w:lang w:eastAsia="zh-CN"/>
        </w:rPr>
        <w:t xml:space="preserve">    学生助教工作总结 篇13 </w:t>
      </w:r>
      <w:r>
        <w:rPr>
          <w:lang w:eastAsia="zh-CN"/>
        </w:rPr>
        <w:br/>
      </w:r>
      <w:r>
        <w:rPr>
          <w:lang w:eastAsia="zh-CN"/>
        </w:rPr>
        <w:t>　　一、本学期担任助教员工作总结</w:t>
      </w:r>
      <w:r>
        <w:rPr>
          <w:lang w:eastAsia="zh-CN"/>
        </w:rPr>
        <w:br/>
      </w:r>
      <w:r>
        <w:rPr>
          <w:lang w:eastAsia="zh-CN"/>
        </w:rPr>
        <w:t>　　时光飞逝，转眼间，一学期便过去了。在这学期，我第一次尝试担任了《市场营销学》专业课程的助教员，这个学期的助教员工作中我收获了良多，在老师的关怀和悉心指导下，我尽量克服困难，做好工作，坚持“务实与务虚相结合，用心与用情相结合”的原则处理工作中的各种问题，使工作能够不断跃上新台阶，取得一定成绩。回顾过去工作的点点滴滴，感受良多，现将本学期工作内容进行一定总结，总结内容如下：</w:t>
      </w:r>
      <w:r>
        <w:rPr>
          <w:lang w:eastAsia="zh-CN"/>
        </w:rPr>
        <w:br/>
      </w:r>
      <w:r>
        <w:rPr>
          <w:lang w:eastAsia="zh-CN"/>
        </w:rPr>
        <w:t>　　（一）参与市场营销学老师的课程课程教学大纲、教学设计的讨论，站在学生的角度提供自身的看法和建议。</w:t>
      </w:r>
      <w:r>
        <w:rPr>
          <w:lang w:eastAsia="zh-CN"/>
        </w:rPr>
        <w:br/>
      </w:r>
      <w:r>
        <w:rPr>
          <w:lang w:eastAsia="zh-CN"/>
        </w:rPr>
        <w:t>　　（二）协助市场营销学老师进行课程教学管理，对同学们的考勤情况进行整理并注意课堂纪律问题。</w:t>
      </w:r>
      <w:r>
        <w:rPr>
          <w:lang w:eastAsia="zh-CN"/>
        </w:rPr>
        <w:br/>
      </w:r>
      <w:r>
        <w:rPr>
          <w:lang w:eastAsia="zh-CN"/>
        </w:rPr>
        <w:t>　　（三）对老师的课堂教学质量进行监控与评价。</w:t>
      </w:r>
      <w:r>
        <w:rPr>
          <w:lang w:eastAsia="zh-CN"/>
        </w:rPr>
        <w:br/>
      </w:r>
      <w:r>
        <w:rPr>
          <w:lang w:eastAsia="zh-CN"/>
        </w:rPr>
        <w:t>　　（四）课下积极与学生进行交流，收集学生对老师的教学内容、教学方法、教学模式、教学手段等意见，并及时反馈给老师。</w:t>
      </w:r>
      <w:r>
        <w:rPr>
          <w:lang w:eastAsia="zh-CN"/>
        </w:rPr>
        <w:br/>
      </w:r>
      <w:r>
        <w:rPr>
          <w:lang w:eastAsia="zh-CN"/>
        </w:rPr>
        <w:t>　　（五）在本课程结束后提交个人对助教员工作的总结。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以上便是我在这一学期担任助教员时所做的一些工作，回首这学期来的点点滴滴，每件事都能历历在目，每件事情都能促使我的成长。</w:t>
      </w:r>
      <w:r>
        <w:rPr>
          <w:lang w:eastAsia="zh-CN"/>
        </w:rPr>
        <w:br/>
      </w:r>
      <w:r>
        <w:rPr>
          <w:lang w:eastAsia="zh-CN"/>
        </w:rPr>
        <w:t>　　这学期的课程很多，大部分都是专业课，所以我尽量安排好自己学习和工作的时间，在搞好自己的学习同时做好自己的工作。当然，由于一些工作经验的不足，在我的助教员工作中肯定存在很多的不足，尽管中间有许多不足，可我还是觉得自己表现得很成功。</w:t>
      </w:r>
      <w:r>
        <w:rPr>
          <w:lang w:eastAsia="zh-CN"/>
        </w:rPr>
        <w:br/>
      </w:r>
      <w:r>
        <w:rPr>
          <w:lang w:eastAsia="zh-CN"/>
        </w:rPr>
        <w:t>　　我想，对于一个大学生而言，敢于接受挑战是一种基本的素质。之所以选择成为助教员，也正是因为我希望可以在协助老师工作时可以从中增长见识，锻炼自己的才干，培养自己的韧性。更想要通过本次助教工作，找出自己的不足和差距所在。</w:t>
      </w:r>
      <w:r>
        <w:rPr>
          <w:lang w:eastAsia="zh-CN"/>
        </w:rPr>
        <w:br/>
      </w:r>
      <w:r>
        <w:rPr>
          <w:lang w:eastAsia="zh-CN"/>
        </w:rPr>
        <w:t>　　在现今社会，就业问题似乎总是围绕在我们身边，成了说不完的话题。招聘会上的大字报上总写着“有经验者优先”，可还在校园里的我们又能拥有多少经验呢？为拓展自己的知识面，扩大与社会的接触面，增加个人在社会竞争中的经验，锻炼和提高自己的能力，以便在毕业以后能真正走入社会，并且能够在生活和工作中很好的处理各方面的问题，我便有了本次的助教经历。</w:t>
      </w:r>
      <w:r>
        <w:rPr>
          <w:lang w:eastAsia="zh-CN"/>
        </w:rPr>
        <w:br/>
      </w:r>
      <w:r>
        <w:rPr>
          <w:lang w:eastAsia="zh-CN"/>
        </w:rPr>
        <w:t>　　实践，就是把我们在学校所学的理论知识，运用到客观实际中去，使自己所学的'理论知识有用武之地。只学不实践，那么所学的就等于零。理论应该与实践相结合。另一方面，实践可以为以后找工作打基础。通过这段时间的助教工作，我学到了一些在校园学习中学不到的东西，为往后的就业打好基础。</w:t>
      </w:r>
      <w:r>
        <w:rPr>
          <w:lang w:eastAsia="zh-CN"/>
        </w:rPr>
        <w:br/>
      </w:r>
      <w:r>
        <w:rPr>
          <w:lang w:eastAsia="zh-CN"/>
        </w:rPr>
        <w:t>　　本次助教工作对我影响颇深，我认为我的助教员工作之所以能够取得很大的成功，和以下三个原因无法分开：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（一）经管学院重视，江老师支持</w:t>
      </w:r>
      <w:r>
        <w:rPr>
          <w:lang w:eastAsia="zh-CN"/>
        </w:rPr>
        <w:br/>
      </w:r>
      <w:r>
        <w:rPr>
          <w:lang w:eastAsia="zh-CN"/>
        </w:rPr>
        <w:t>　　从启动助教工作伊始，经管学院的江老师便给我留下了深刻的印象，无论是和蔼可亲的待人风格还是认真负责的工作态度，无论是工作中给予我们的指导还是平常中的关怀。江老师对我助教员工作的开展提供了大力的支持，无论是在专业知识方面还是工作方法等方面，都让我很感动和深深敬仰，敬仰其严谨的治学态度、负责的工作态度、深刻的思想、不俗的谈吐。也因此，我认为，本学期的助教员工作能够顺利地开展和学院的重视以及江老师的支持无法分开。</w:t>
      </w:r>
      <w:r>
        <w:rPr>
          <w:lang w:eastAsia="zh-CN"/>
        </w:rPr>
        <w:br/>
      </w:r>
      <w:r>
        <w:rPr>
          <w:lang w:eastAsia="zh-CN"/>
        </w:rPr>
        <w:t>　　（二）认真负责做好各种常规工作</w:t>
      </w:r>
      <w:r>
        <w:rPr>
          <w:lang w:eastAsia="zh-CN"/>
        </w:rPr>
        <w:br/>
      </w:r>
      <w:r>
        <w:rPr>
          <w:lang w:eastAsia="zh-CN"/>
        </w:rPr>
        <w:t>　　认真做好课前准备工作，及时做好上课时教室所用的多媒体开机调试等工作。同时做好课程跟进工作，课堂上严格按照老师的要求，积极配合教学活动的开展，调动学生们的积极性，营造良好的课堂氛围。课后积极回答学生关于课程内容的疑问，并且回答尽量做到深入浅出，通俗易懂。积极与学生进行交流，收集学生对老师的教学内容、教学方法、教学模式、教学手段等意见，同时将同学们对市场营销学课程的意见和建议及时反馈给老师，有利于课程教学工作开展。此外，发挥热情，积极动员学生，做好评估工作。</w:t>
      </w:r>
      <w:r>
        <w:rPr>
          <w:lang w:eastAsia="zh-CN"/>
        </w:rPr>
        <w:br/>
      </w:r>
      <w:r>
        <w:rPr>
          <w:lang w:eastAsia="zh-CN"/>
        </w:rPr>
        <w:t>　　（三）保持频繁沟通，反馈各种信息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经常保持与学生的沟通与交流，交流教学等方面遇到的问题，如教学的安排，教学设备等，同时也做好与任课老师的交流与沟通，如专业课内容、学习的情况，使得信息的能够及时反馈，从而有助于教学工作的顺利有序开展。</w:t>
      </w:r>
      <w:r>
        <w:rPr>
          <w:lang w:eastAsia="zh-CN"/>
        </w:rPr>
        <w:br/>
      </w:r>
      <w:r>
        <w:rPr>
          <w:lang w:eastAsia="zh-CN"/>
        </w:rPr>
        <w:t>　　当然，在助教工作中也遇到了一定的问题。比如：因上课人数多，无法满足每一位同学的对本课程的需求；同时，因课程时间安排有限，为让学生尽量多涉及专业知识，课程的内容虽然全面但不够详细。再来，由于教学设备问题，多媒体音量无法正常运作，导致教学效果受到一定限制。</w:t>
      </w:r>
      <w:r>
        <w:rPr>
          <w:lang w:eastAsia="zh-CN"/>
        </w:rPr>
        <w:br/>
      </w:r>
      <w:r>
        <w:rPr>
          <w:lang w:eastAsia="zh-CN"/>
        </w:rPr>
        <w:t>　　通过这个学期的助教员工作我明白了许多道理，其中包括以下三个方面：</w:t>
      </w:r>
      <w:r>
        <w:rPr>
          <w:lang w:eastAsia="zh-CN"/>
        </w:rPr>
        <w:br/>
      </w:r>
      <w:r>
        <w:rPr>
          <w:lang w:eastAsia="zh-CN"/>
        </w:rPr>
        <w:t>　　（一）我们要积极同学生以及老师多联系、多沟通。只有这样才能跟好地了解班里课程学习情况，并结合实际处理班里的情况。</w:t>
      </w:r>
      <w:r>
        <w:rPr>
          <w:lang w:eastAsia="zh-CN"/>
        </w:rPr>
        <w:br/>
      </w:r>
      <w:r>
        <w:rPr>
          <w:lang w:eastAsia="zh-CN"/>
        </w:rPr>
        <w:t>　　（二）增强自身责任感，认真负责做好每一件工作。认真做好前期准备工作，及时发现问题并迅速解决。</w:t>
      </w:r>
      <w:r>
        <w:rPr>
          <w:lang w:eastAsia="zh-CN"/>
        </w:rPr>
        <w:br/>
      </w:r>
      <w:r>
        <w:rPr>
          <w:lang w:eastAsia="zh-CN"/>
        </w:rPr>
        <w:t>　　（三）将心比心，在这一学期的助教工作中，我深切感受到作为一名教师的辛苦，我更好的理解了师生关系，知道老师教学的辛苦，了解学生学习的困扰，明白这种关系，才能更好的处理这种关系，我认为这对我以后在工作中处理人际关系会大有帮助。</w:t>
      </w:r>
      <w:r>
        <w:rPr>
          <w:lang w:eastAsia="zh-CN"/>
        </w:rPr>
        <w:br/>
      </w:r>
      <w:r>
        <w:rPr>
          <w:lang w:eastAsia="zh-CN"/>
        </w:rPr>
        <w:t>　　另外，对于助教员工作所存在的两个问题我有以下两点建议。</w:t>
      </w:r>
      <w:r>
        <w:rPr>
          <w:lang w:eastAsia="zh-CN"/>
        </w:rPr>
        <w:br/>
      </w:r>
      <w:r>
        <w:rPr>
          <w:lang w:eastAsia="zh-CN"/>
        </w:rPr>
        <w:t>　　二、存在的问题和建议的改进措施</w:t>
      </w:r>
      <w:r>
        <w:rPr>
          <w:lang w:eastAsia="zh-CN"/>
        </w:rPr>
        <w:br/>
      </w:r>
      <w:r>
        <w:rPr>
          <w:lang w:eastAsia="zh-CN"/>
        </w:rPr>
        <w:t>　　（一）助教员与助教员之间的配合问题</w:t>
      </w:r>
      <w:r>
        <w:rPr>
          <w:lang w:eastAsia="zh-CN"/>
        </w:rPr>
        <w:br/>
      </w:r>
      <w:r>
        <w:rPr>
          <w:lang w:eastAsia="zh-CN"/>
        </w:rPr>
        <w:t>　　助教员助教员之间平时更要多沟通，互相交流并针对遇到的问题给出建议和思考。默契配合，才能更好地提高工作效率。</w:t>
      </w:r>
      <w:r>
        <w:rPr>
          <w:lang w:eastAsia="zh-CN"/>
        </w:rPr>
        <w:br/>
      </w:r>
      <w:r>
        <w:rPr>
          <w:lang w:eastAsia="zh-CN"/>
        </w:rPr>
        <w:t>　　（二）注重在原有制度上的创新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每个班具有不同的学习情况，应结合各班学习情况，在原有的助教员制度基础上进行一定创新，让制度“活”起来。</w:t>
      </w:r>
      <w:r>
        <w:rPr>
          <w:lang w:eastAsia="zh-CN"/>
        </w:rPr>
        <w:br/>
      </w:r>
      <w:r>
        <w:rPr>
          <w:lang w:eastAsia="zh-CN"/>
        </w:rPr>
        <w:t>　　总之，在这学期的工作中我学习得到了很多，希望下次有机会可以继续从事这份工作。</w:t>
      </w:r>
      <w:r>
        <w:rPr>
          <w:lang w:eastAsia="zh-CN"/>
        </w:rPr>
        <w:br/>
      </w:r>
      <w:r>
        <w:rPr>
          <w:lang w:eastAsia="zh-CN"/>
        </w:rPr>
        <w:t>　　以上是我担任助教开展工作的简要总结，不妥之处，请各位老师多多指正。</w:t>
      </w:r>
      <w:r>
        <w:rPr>
          <w:lang w:eastAsia="zh-CN"/>
        </w:rPr>
        <w:br/>
      </w:r>
      <w:r>
        <w:rPr>
          <w:lang w:eastAsia="zh-CN"/>
        </w:rPr>
        <w:t xml:space="preserve">    学生助教工作总结 篇14 </w:t>
      </w:r>
      <w:r>
        <w:rPr>
          <w:lang w:eastAsia="zh-CN"/>
        </w:rPr>
        <w:br/>
      </w:r>
      <w:r>
        <w:rPr>
          <w:lang w:eastAsia="zh-CN"/>
        </w:rPr>
        <w:t>　　这个学期的工作主要有两大部分，一部分是示波器的使用，一部分是声速测量。示波器的使用主要是让学生对示波器有一个深度的了解，会自己正确的使用;声速测量主要是利用超声波以及共振原理，让学生测声速。带的学生大概有200个，岗位要求比较严格，需要我批改实验预习，给学生讲解实验注意事项以及原理内容，检查学生的实验结果等。很庆幸我抓住了这次机会，成为这学期的助教，真切感受到它带给我的价值。刚开始接受培训时，我对实验的原理也不是特别清楚，经过老师的悉心讲解和以后工作工程中，对它们的理解逐步深刻。虽然每次讲的内容都大同小异，但是每次我都能发现需要自己改进和有利于学生提高的地方，可见知识是永远学不完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通过这个学期的助教，我更加增加了自己的责任感，我深切感受到作为一名教师的辛苦，我作为一个研究生和一名助教，可以说有学生和老师的双重身份，我能更好的理解师生关系，知道老师教学的辛苦，了解学生学习的困扰，明白这种关系，才能更好的处理这种关系，我认为这对我以后的教师梦会大有帮助。学生的水平参差不齐，给实验的教授带来了以一些困难，有些优秀学生对实验进行了提前预习，他们可以自己很好的完成实验;有些学生则需要两遍以上的讲解。有时候我会厌烦，但是想到学生求知的心情、看到他们渴望的眼睛，我就会又充满活力耐心讲解。总之，在这学期的工作中我学习得到了很多，希望下次有机会可以继续从事这份工作</w:t>
      </w:r>
      <w:r>
        <w:rPr>
          <w:lang w:eastAsia="zh-CN"/>
        </w:rPr>
        <w:br/>
      </w:r>
      <w:r>
        <w:rPr>
          <w:lang w:eastAsia="zh-CN"/>
        </w:rPr>
        <w:t>　　最后，非常感谢学院领导和我的各位指导老师对我真切的关怀，以及同学们对我的不尽照顾。</w:t>
      </w:r>
      <w:r>
        <w:rPr>
          <w:lang w:eastAsia="zh-CN"/>
        </w:rPr>
        <w:br/>
      </w:r>
      <w:r>
        <w:rPr>
          <w:lang w:eastAsia="zh-CN"/>
        </w:rPr>
        <w:t>　　谢谢!</w:t>
      </w:r>
      <w:r>
        <w:rPr>
          <w:lang w:eastAsia="zh-CN"/>
        </w:rPr>
        <w:br/>
      </w:r>
      <w:r>
        <w:rPr>
          <w:lang w:eastAsia="zh-CN"/>
        </w:rPr>
        <w:t xml:space="preserve">    学生助教工作总结 篇15 </w:t>
      </w:r>
      <w:r>
        <w:rPr>
          <w:lang w:eastAsia="zh-CN"/>
        </w:rPr>
        <w:br/>
      </w:r>
      <w:r>
        <w:rPr>
          <w:lang w:eastAsia="zh-CN"/>
        </w:rPr>
        <w:t>　　转眼间，半学期的助教工作就要结束了。首先，十分感谢理学院的领导老师给予我这次机会，我也十分珍惜并努力工作，不辜负老师对我的信任。下面我列些一下半学期以来的工作内容和心得体会。</w:t>
      </w:r>
      <w:r>
        <w:rPr>
          <w:lang w:eastAsia="zh-CN"/>
        </w:rPr>
        <w:br/>
      </w:r>
      <w:r>
        <w:rPr>
          <w:lang w:eastAsia="zh-CN"/>
        </w:rPr>
        <w:t>　　高等数学在工科院校中，可以说是本科阶段最最重要的基础课程。具有扎实的数学基础对于以后的专业课学习和科学研究都大有裨益。刚开始接手助教这一工作岗位的时候，就听到有的学生向我抱怨高数太难学了，我就告诉他不要听信大家的道听途说，对于不下功夫的.学生当然很难，只要认认真真地学习，其实谁都能搞定高数。端正学生的学习态度，消除学生的一些错误的理解，这是我做工作的第一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接下来的工作内容主要是作业的批改和答疑。刚开始，学生白天都在上课没有时间过来答疑，我只能在晚上坐公交过去，那段时间确实很辛苦，因为整个B区教师休息室都没人，乃至整个B区学生都非常少，确实挺害怕的，还有每次都担心赶不上末班车。不过后来随着学生慢慢地结课，就定在每周二的下午去北校区答疑，并收发作业。我将学生的作业情况分为按ABCD四等，每次的作业都认真的做好成绩记录工作，方便老师给学生平时成绩。有时候还会给他们写一些评语和一些鼓励性的语言，对于掌握较差的同学集中起来对他们进行专门辅导。有些同学很不认真的对待作业，我也会时不时地督促和劝导。作为助教，我很欣慰学生每次的作业都很认真的对待，而且作业情况都很不错。针对大家普遍犯得一些错误，我会及时反馈给袁老师，老师会在课堂上向学生统一解答。对于答疑，我一般除了专门讲解一道题之外，还给学生讲一类题型的解决方法。偶尔我有些知识点也记不太清了，我就和学生互相讨论，主动弥补自己的不足。现在网络很发达了，学生偶尔也在qq上提问，我也在网上给他们解答，有时候也会帮助老师监考和批改试卷。</w:t>
      </w:r>
      <w:r>
        <w:rPr>
          <w:lang w:eastAsia="zh-CN"/>
        </w:rPr>
        <w:br/>
      </w:r>
      <w:r>
        <w:rPr>
          <w:lang w:eastAsia="zh-CN"/>
        </w:rPr>
        <w:t>　　作为助教，我很高兴和学生像朋友一样的相处，学生对我也比较信任，对于我的意见都很努力的纠正。我也有很多做的不好的地方，比如对于袁老师提出的网上教学平台，我没有及时的去上面发帖，后来这个环节在实际应用中取消了。</w:t>
      </w:r>
      <w:r>
        <w:rPr>
          <w:lang w:eastAsia="zh-CN"/>
        </w:rPr>
        <w:br/>
      </w:r>
      <w:r>
        <w:rPr>
          <w:lang w:eastAsia="zh-CN"/>
        </w:rPr>
        <w:t>　　临近期末了，我会延长答疑的时间，在复习阶段助学生一臂之力，想办法让学生多提问题，多去答疑。把我的助教工作努力完成好。</w:t>
      </w:r>
      <w:r>
        <w:rPr>
          <w:lang w:eastAsia="zh-CN"/>
        </w:rPr>
        <w:br/>
      </w:r>
    </w:p>
    <w:p w:rsidR="001B1F19" w14:textId="27C3F48A">
      <w:pPr>
        <w:rPr>
          <w:rFonts w:hint="eastAsia"/>
          <w:lang w:eastAsia="zh-CN"/>
        </w:rPr>
      </w:pPr>
      <w:r>
        <w:rPr>
          <w:lang w:eastAsia="zh-CN"/>
        </w:rPr>
        <w:t xml:space="preserve">    学生助教工作总结 篇16 </w:t>
      </w:r>
      <w:r>
        <w:rPr>
          <w:lang w:eastAsia="zh-CN"/>
        </w:rPr>
        <w:br/>
      </w:r>
      <w:r>
        <w:rPr>
          <w:lang w:eastAsia="zh-CN"/>
        </w:rPr>
        <w:t>　　这两个月是我第一次来到行知教育中心最充实的日子。从去年寒假了解行知流程到开学每个人携手努力的做宣传，从熟悉行知流程到试讲教学这块，贯穿忙碌与欢笑之间，我收获不少。尤其是看到孩子们天真的笑容时，那时候的心是最满足的。另外在老师的指点和帮助下，我自己也进步不少，但是肯定有我没发现到的问题，希望能在日后工作中加以改善得到大家的.认可。对于这两个月的助教工作，我有以下几点感悟：</w:t>
      </w:r>
      <w:r>
        <w:rPr>
          <w:lang w:eastAsia="zh-CN"/>
        </w:rPr>
        <w:br/>
      </w:r>
      <w:r>
        <w:rPr>
          <w:lang w:eastAsia="zh-CN"/>
        </w:rPr>
        <w:t>　　1、不管是步入哪一个公司当中，了解这个公司的背景及个人的工作流程非常重要，把握好自己要完成的任务，是保证第二天要完成的工作量的前提。</w:t>
      </w:r>
      <w:r>
        <w:rPr>
          <w:lang w:eastAsia="zh-CN"/>
        </w:rPr>
        <w:br/>
      </w:r>
      <w:r>
        <w:rPr>
          <w:lang w:eastAsia="zh-CN"/>
        </w:rPr>
        <w:t>　　2、工作团体很重要。来到这的第一天，老师们始终是一路笑容可掬的面对着我们，这让我们放松不少，感觉心里的距离拉近了。特别是开学那段日子在外宣传的时候，王老师和杨老师带领我们，以她们的行动给我们以身作则，让我相信这是一个非常有凝聚力的团队。日后也证实了这一点，但更注重的是大家互相的配合。</w:t>
      </w:r>
      <w:r>
        <w:rPr>
          <w:lang w:eastAsia="zh-CN"/>
        </w:rPr>
        <w:br/>
      </w:r>
      <w:r>
        <w:rPr>
          <w:lang w:eastAsia="zh-CN"/>
        </w:rPr>
        <w:t>　　（1）授课老师与助教之间的配合：助教要在听课的同时观察讲师灵活的教学方法，更要充分注意学生的上课情况。哪些是优秀生，哪些是上进生，哪些是中间生，及时跟授课老师的反馈，让每一个学生得到进步跟发展。</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https://d.book118.com/788002010053006045</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8002010053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