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严寒地区办公建筑，采用普通机械排风系统，风机与电机采用直联方式，设计工况下的风机效率为60%，电机效率为90%，风道单位长度的平均阻力为3Pa/m(包括局部阻力和摩擦阻力)。该系统符合节能要求，允许的最大风管长度为下列哪一项？</w:t>
        <w:br/>
        <w:t>A.195～20lm</w:t>
        <w:br/>
        <w:t>B.204～210m</w:t>
        <w:br/>
        <w:t>C.220～240m</w:t>
        <w:br/>
        <w:t>D.300～350m</w:t>
        <w:br/>
        <w:br/>
        <w:t xml:space="preserve">【答案】：B </w:t>
      </w:r>
    </w:p>
    <w:p>
      <w:r>
        <w:t>2、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  )m。</w:t>
        <w:br/>
        <w:t>A.24</w:t>
        <w:br/>
        <w:t>B.26</w:t>
        <w:br/>
        <w:t>C.28</w:t>
        <w:br/>
        <w:t>D.30</w:t>
        <w:br/>
        <w:br/>
        <w:t xml:space="preserve">【答案】：C </w:t>
      </w:r>
    </w:p>
    <w:p>
      <w:pPr>
        <w:sectPr w:rsidSect="00034616">
          <w:pgSz w:w="12240" w:h="15840"/>
          <w:pgMar w:top="1440" w:right="1800" w:bottom="1440" w:left="1800" w:header="720" w:footer="720" w:gutter="0"/>
          <w:cols w:space="720"/>
          <w:docGrid w:linePitch="360"/>
        </w:sectPr>
      </w:pPr>
    </w:p>
    <w:p>
      <w:r>
        <w:t>3、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w:t>
      </w:r>
      <w:r>
        <w:t xml:space="preserve"> </w:t>
      </w:r>
      <w:r>
        <w:t xml:space="preserve"> )</w:t>
        <w:br/>
        <w:t>A.250000～325000kW·h</w:t>
        <w:br/>
        <w:t>B.325500～327500kW·h</w:t>
        <w:br/>
        <w:t>C.328000～330000kW·h</w:t>
        <w:br/>
        <w:t>D.330500～332500kW·h</w:t>
        <w:br/>
        <w:br/>
        <w:t>【答案】：A</w:t>
      </w:r>
      <w:r>
        <w:t xml:space="preserve"> </w:t>
      </w:r>
    </w:p>
    <w:p>
      <w:r>
        <w:t>4、某水冷离心式冷水机组，设计工况下的制冷量为500kW，COP为5.0，冷却水进出水温差为5℃。采用横流型冷却塔，冷却塔设在裙房屋面，其集水盘水面与机房内冷却水泵的高差为18m。冷却塔喷淋口距离冷却水集水盘水面的高差为5m，喷淋口出水压力为2m，冷却水管路总阻力为5m，冷凝器水阻力为8m。忽略冷却水泵及冷凝水管与环境换热对冷凝负荷的影响。冷却水泵的扬程和流量(不考虑安全系数)为(  )。</w:t>
        <w:br/>
        <w:t>A.</w:t>
        <w:br/>
        <w:t>B.</w:t>
        <w:br/>
        <w:t>C.</w:t>
        <w:br/>
        <w:t>D.</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5、北京市一栋办公楼，体形系数小于0.3，外墙为240mm钢筋混凝土，采用聚苯保温板保温，内表面传热系数为8.7W/(㎡·K)，外表面传热系数为23W/(㎡·K)，钢筋混凝土的导热系数为1.74W/(m·K)，聚苯保温板的导热系数为0.047W/(m·K)，保温层的最小厚度为(  )。</w:t>
        <w:br/>
        <w:t>A.95mm</w:t>
        <w:br/>
        <w:t>B.85mm</w:t>
        <w:br/>
        <w:t>C.65mm</w:t>
        <w:br/>
        <w:t>D.45mm</w:t>
        <w:br/>
        <w:br/>
        <w:t xml:space="preserve">【答案】：C </w:t>
      </w:r>
    </w:p>
    <w:p>
      <w:r>
        <w:t>6、某地冬季室外通风计算温度0℃，供暖室外计算温度-5℃，当地一散发有害气体的车间，冬季工作区供暖计算温度15℃，围护结构耗热量181.8kW。车间屋顶(高12m)设有屋顶风机进行全面通风，排风量8.8kg/s。当采用全新风集中热风供暖系统，送风量为8kg/s，车间屋顶梯度为0.5℃/m时，热风系统的送风温度为下列哪一项？(  )</w:t>
        <w:br/>
        <w:t>A.44.1～44.6℃</w:t>
        <w:br/>
        <w:t>B.44.8～45.2℃</w:t>
        <w:br/>
        <w:t>C.45.8～46.2℃</w:t>
        <w:br/>
        <w:t>D.46.8～47.2℃</w:t>
        <w:br/>
        <w:br/>
        <w:t xml:space="preserve">【答案】：B </w:t>
      </w:r>
    </w:p>
    <w:p>
      <w:r>
        <w:t>7、某冷水系统有2台同型号的冷水机组，已知机组在100%负荷时的COP为5.7，50%负荷时的COP为6.7，当系统的负荷正好等于1台机组的额定负荷时，2台机组同时运行相对于1台机组运行的供冷节能率为(  )。</w:t>
        <w:br/>
        <w:t>A.5%</w:t>
        <w:br/>
        <w:t>B.10%</w:t>
        <w:br/>
        <w:t>C.15%</w:t>
        <w:br/>
        <w:t>D.18%</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8、拟建700床的高级宾馆，当地天然气低热值为35.8MJ/m3，试估算该工程天然气最大总用气量为下列何值？</w:t>
        <w:br/>
        <w:t>A.＜80m3/h</w:t>
        <w:br/>
        <w:t>B.80～100m3/h</w:t>
        <w:br/>
        <w:t>C.101～120m3/h</w:t>
        <w:br/>
        <w:t>D.＞120m3/h</w:t>
        <w:br/>
        <w:br/>
        <w:t xml:space="preserve">【答案】：C </w:t>
      </w:r>
    </w:p>
    <w:p>
      <w:r>
        <w:t>9、某建筑采用低温地板辐射供暖，按60℃/50℃热水设计，计算阻力70kPa(其中最不利的并联环路阻力为30kPa)，由于热源条件改变，热水温度需要调整为50℃/43℃，系统和辐射地板加热管的管径不变，但需要增加辐射地板的布管密度，使最不利环路阻力损失增加为40kPa，热力入口的供回水压差应增加为(  )。</w:t>
        <w:br/>
        <w:t>A.90～100kPa</w:t>
        <w:br/>
        <w:t>B.140～150kPa</w:t>
        <w:br/>
        <w:t>C.160～170kPa</w:t>
        <w:br/>
        <w:t>D.180～190kPa</w:t>
        <w:br/>
        <w:br/>
        <w:t xml:space="preserve">【答案】：C </w:t>
      </w:r>
    </w:p>
    <w:p>
      <w:r>
        <w:t>10、已知空调系统送风温度为12℃，送风管为矩形风管，采用橡塑海绵保温，其导热系数为0.035W/(m·K)，风管设在吊顶内，风管外表面传热系数按8.1W/(㎡·K)计算，其夏季的环境参数为：干球温度32℃、相对湿度70%，不结露的保温厚度应不小于(  )。</w:t>
        <w:br/>
        <w:t>A.10mm</w:t>
        <w:br/>
        <w:t>B.15mm</w:t>
        <w:br/>
        <w:t>C.20mm</w:t>
        <w:br/>
        <w:t>D.25mm</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11、某建筑高度23m公共建筑的900㎡中庭，高度为20m，屋顶有可开启的天窗40㎡，机械排烟系统的最小排烟量为(  )。</w:t>
        <w:br/>
        <w:t>A.</w:t>
        <w:br/>
        <w:t>B.</w:t>
        <w:br/>
        <w:t>C.</w:t>
        <w:br/>
        <w:t>D.</w:t>
        <w:br/>
        <w:br/>
        <w:t xml:space="preserve">【答案】：C </w:t>
      </w:r>
    </w:p>
    <w:p>
      <w:r>
        <w:t>12、某高压蒸汽系统，自蒸汽热源起始点到用汽设备的管路长度为500m，如比摩阻取200Pa/m，局部阻力按沿程阻力的20%取，疏水器出口压力为进口压力的40%，疏水器后冷凝水管道阻力0.01MPa，需要抬升5m至闭式凝结水箱，箱内压力为0.02MPa，蒸汽热源起始点的最小压力为(  )。</w:t>
        <w:br/>
        <w:t>A.O.2875MPa</w:t>
        <w:br/>
        <w:t>B.O.3175MPa</w:t>
        <w:br/>
        <w:t>C.O.3375MPa</w:t>
        <w:br/>
        <w:t>D.O.4025MPa</w:t>
        <w:br/>
        <w:br/>
        <w:t xml:space="preserve">【答案】：B </w:t>
      </w:r>
    </w:p>
    <w:p>
      <w:r>
        <w:t>13、某负压运行的袋式除尘器，在除尘器进口测得风压量为5000m3/h，相应含尘浓度为3120mg/m3，除尘器的全效率为99%，漏风率为4%，该除尘器出口空气的含尘浓度为下列何值？</w:t>
        <w:br/>
        <w:t>A.29～3lmg/m3</w:t>
        <w:br/>
        <w:t>B.32～34mg/m3</w:t>
        <w:br/>
        <w:t>C.35～37mg/m3</w:t>
        <w:br/>
        <w:t>D.38～40mg/m3</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14、状态为t=25℃，φ=60%的空气中加入3g/kg的水蒸气，则达到终态时的空气温度及相对湿度分别为(  )。</w:t>
        <w:br/>
        <w:t>A.25℃，100%</w:t>
        <w:br/>
        <w:t>B.30℃，75%</w:t>
        <w:br/>
        <w:t>C.25℃，75%</w:t>
        <w:br/>
        <w:t>D.30℃，100%</w:t>
        <w:br/>
        <w:br/>
        <w:t xml:space="preserve">【答案】：C </w:t>
      </w:r>
    </w:p>
    <w:p>
      <w:r>
        <w:t>15、北京某8层居住建筑体形系数为0.3，东南角房间的东向和南向各有-PVC塑钢外窗，窗高2m，东向窗墙面积比为0.35，南向窗墙面积比为0.5，玻璃的遮阳系数为0.93，外窗均设置伸出0.5m的水平外遮阳，下列哪个说法是正确的？(  )</w:t>
        <w:br/>
        <w:t>A.窗墙面积比超过限值，应进行热工性能的权衡判断</w:t>
        <w:br/>
        <w:t>B.南向外窗不应设置外遮阳</w:t>
        <w:br/>
        <w:t>C.遮阳系数超过限值，应进行热工性能的权衡判断</w:t>
        <w:br/>
        <w:t>D.不必进行热工性能的权衡判断</w:t>
        <w:br/>
        <w:br/>
        <w:t xml:space="preserve">【答案】：C </w:t>
      </w:r>
    </w:p>
    <w:p>
      <w:r>
        <w:t>16、某房间室内温度为32℃，相对湿度为70%，房间内有明敷无保温的钢质给水管，大气压力为标准大气压，给水管表面不产生结露的给水温度应为(  )℃。(给水管壁的热阻忽略不计)</w:t>
        <w:br/>
        <w:t>A.23</w:t>
        <w:br/>
        <w:t>B.24</w:t>
        <w:br/>
        <w:t>C.25</w:t>
        <w:br/>
        <w:t>D.26</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17、某建筑物，设计计算冬季采暖热负荷为250kW，热媒为95/70℃的热水，室内采暖系统计算阻力损失为43kPa，而实际运行时测得：供回水温度为90/70℃，热力入口处供回水压差为52.03kPa，如管道计算阻力损失无误，系统实际供热量为下列何值？</w:t>
        <w:br/>
        <w:t>A.165～182kW</w:t>
        <w:br/>
        <w:t>B.215～225kW</w:t>
        <w:br/>
        <w:t>C.240～245kW</w:t>
        <w:br/>
        <w:t>D.248～252kW</w:t>
        <w:br/>
        <w:br/>
        <w:t xml:space="preserve">【答案】：B </w:t>
      </w:r>
    </w:p>
    <w:p>
      <w:r>
        <w:t>18、某工厂车间耗热量的计算结果如下：外墙的传热耗热量为1000W，外窗的传热耗热量为500W，地面耗热量为400W，外门传热耗热量为800W，冷风渗透耗热量为300W，房间长度8m，宽度6m，高度4m，若车间采用低温热水地板局部辐射供暖方式，供暖区面积为24㎡，则该车间的供暖设计热负荷为(  )。</w:t>
        <w:br/>
        <w:t>A.1540～1630W</w:t>
        <w:br/>
        <w:t>B.1780～1880W</w:t>
        <w:br/>
        <w:t>C.1980～2080W</w:t>
        <w:br/>
        <w:t>D.2340～2470W</w:t>
        <w:br/>
        <w:br/>
        <w:t xml:space="preserve">【答案】：A </w:t>
      </w:r>
    </w:p>
    <w:p>
      <w:r>
        <w:t>19、SHL10-1.25-AII型锅炉，额定热效率为80%，燃料的低位发热量为25000kJ/kg，固体不完全燃烧热损失为10%，送风温度为20℃，锅炉送风量为(  )。</w:t>
        <w:br/>
        <w:t>A.</w:t>
        <w:br/>
        <w:t>B.</w:t>
        <w:br/>
        <w:t>C.</w:t>
        <w:br/>
        <w:t>D.</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20、某建筑供暖用低温热水地面辐射供暖系统，设计供暖供回水温度为60℃/50℃，计算阻力损失为50kPa(其中最不利环路阻力损失为25kPa)。现供暖供回水温度调整为50℃/42℃，系统和辐射地板加热的管径均不变，但需要调整辐射地板的布管，形成最不利的环路阻力损失为30kPa。热力入口的供回水压差应为下列哪一项？(</w:t>
      </w:r>
      <w:r>
        <w:t xml:space="preserve"> </w:t>
      </w:r>
    </w:p>
    <w:p>
      <w:r>
        <w:t xml:space="preserve"> )</w:t>
        <w:br/>
        <w:t>A.45～50kPa</w:t>
        <w:br/>
        <w:t>B.51～60kPa</w:t>
        <w:br/>
        <w:t>C.61～70kPa</w:t>
        <w:br/>
        <w:t>D.71～80kPa</w:t>
        <w:br/>
        <w:br/>
        <w:t>【答案】：C</w:t>
      </w:r>
      <w:r>
        <w:t xml:space="preserve"> </w:t>
      </w:r>
    </w:p>
    <w:p>
      <w:r>
        <w:t>21、某高层民用建筑地下室内走道长80m，宽2.5m，与走道相通的房间总面积960㎡，其中无窗房间300㎡，设固定窗房间500㎡，设可开启外窗房间160㎡。在设计走道排烟系统时其计算风量的排烟面积为(  )。</w:t>
        <w:br/>
        <w:t>A.200㎡</w:t>
        <w:br/>
        <w:t>B.1000㎡</w:t>
        <w:br/>
        <w:t>C.500㎡</w:t>
        <w:br/>
        <w:t>D.1160㎡</w:t>
        <w:br/>
        <w:br/>
        <w:t xml:space="preserve">【答案】：B </w:t>
      </w:r>
    </w:p>
    <w:p>
      <w:r>
        <w:t>22、某商业综合体内办公建筑面积135000㎡、商业建筑面积75000㎡、宾馆建筑面积50000㎡，其夏季空调冷负荷建筑面积指标分别为：90W／㎡、140W/㎡、110W／㎡(已考虑各种因素的影响)，冷源为蒸汽溴化锂吸收式制冷机组，市政热网供应0.4MPa的蒸汽，市政热网的供热负荷是下列何项？(  )。</w:t>
        <w:br/>
        <w:t>A.40220～46920kW</w:t>
        <w:br/>
        <w:t>B.31280～37530kW</w:t>
        <w:br/>
        <w:t>C.23460～28150kW</w:t>
        <w:br/>
        <w:t>D.20110～21650kW</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23、制冷量为1744.5kW的溴化锂吸收式冷水机组，系统采用冷却水先进入吸收器再进入冷凝器的串联形式，吸收器进、出水温度32℃/36.4℃，冷凝器进、出水温度36.4℃/40℃，已知发生器热负荷为2447.1kW，其冷却水流量为(</w:t>
      </w:r>
      <w:r>
        <w:t xml:space="preserve"> </w:t>
      </w:r>
    </w:p>
    <w:p>
      <w:r>
        <w:t xml:space="preserve"> )。</w:t>
        <w:br/>
        <w:t>A.</w:t>
        <w:br/>
        <w:t>B.</w:t>
        <w:br/>
        <w:t>C.</w:t>
        <w:br/>
        <w:t>D.</w:t>
        <w:br/>
        <w:br/>
        <w:t>【答案】：A</w:t>
      </w:r>
      <w:r>
        <w:t xml:space="preserve"> </w:t>
      </w:r>
    </w:p>
    <w:p>
      <w:r>
        <w:t>24、使用电热水器和热泵热水器将520kg的水从15℃加热到55℃，如果电热水器电效率为90%，热泵COP=3，试问热泵热水器耗电量与电热水器耗电量之比约为(  )。</w:t>
        <w:br/>
        <w:t>A.20%</w:t>
        <w:br/>
        <w:t>B.30%</w:t>
        <w:br/>
        <w:t>C.45%</w:t>
        <w:br/>
        <w:t>D.60%</w:t>
        <w:br/>
        <w:br/>
        <w:t xml:space="preserve">【答案】：B </w:t>
      </w:r>
    </w:p>
    <w:p>
      <w:r>
        <w:t>25、6级洁净室建成后进行测试，测试粒径为≥0.5μm，每个采样点每次采样量为(  )。</w:t>
        <w:br/>
        <w:t>A.0.6L</w:t>
        <w:br/>
        <w:t>B.1.0L</w:t>
        <w:br/>
        <w:t>C.1.5L</w:t>
        <w:br/>
        <w:t>D.2.0L</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26、某五星级宾馆的宴会厅面积为400㎡，净高6m。最大用餐人数为200人(实际平均用餐人数为90人)，持续用餐时间为2.Sh。宴会厅排风量为1300m3/h，房间要求维持正压，正压风量按换气次数0.5次计算。该宴会厅的新风量应为下列哪一项？</w:t>
        <w:br/>
        <w:t>A.2500m3/h</w:t>
        <w:br/>
        <w:t>B.3000m3/h</w:t>
        <w:br/>
        <w:t>C.4300m3/h</w:t>
        <w:br/>
        <w:t>D.6000m3/h</w:t>
        <w:br/>
        <w:br/>
        <w:t>【答案】：B</w:t>
      </w:r>
      <w:r>
        <w:t xml:space="preserve"> </w:t>
      </w:r>
    </w:p>
    <w:p>
      <w:r>
        <w:t>27、假设一台冷水机组在100%，75%，50%和25%负荷时的性能系数分别为4.5，4.8，5.1和5.6，对应的冷却水进水温度分别为30，26，23，19℃。其部分负荷综合性能系数为(  )。</w:t>
        <w:br/>
        <w:t>A.5.01</w:t>
        <w:br/>
        <w:t>B.4.99</w:t>
        <w:br/>
        <w:t>C.5.13</w:t>
        <w:br/>
        <w:t>D.4.87</w:t>
        <w:br/>
        <w:br/>
        <w:t xml:space="preserve">【答案】：A </w:t>
      </w:r>
    </w:p>
    <w:p>
      <w:r>
        <w:t>28、-离心通风机，在标准大气压下输送20℃的空气，轴功率为3.08kW，风量为1000m3/h，全压为1000Pa，效率为多少？若传动效率0.98，电动机的安全容量系数1.2，需要电动机输出功率为多少？</w:t>
        <w:br/>
        <w:t>A.90%，3.77kW</w:t>
        <w:br/>
        <w:t>B.95%，3.77kW</w:t>
        <w:br/>
        <w:t>C.90%，3.62kW</w:t>
        <w:br/>
        <w:t>D.95%，3.62kW</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29、一建筑高度20m的商贸楼，其不具备自然排烟条件的防烟楼梯间和前室各设置有一道1.6m×2m的双扇防火门，若考虑加压房间密封程度的背压系数a=0.8，漏风附加率b=0.15，开启门洞出口的平均风速为1.0m/s。试问：当仅防烟楼梯间送风，前室不送风时，采用门洞流速法计算的机械加压送风系统的送风量应是下列哪一项？(</w:t>
      </w:r>
      <w:r>
        <w:t xml:space="preserve"> </w:t>
      </w:r>
    </w:p>
    <w:p>
      <w:r>
        <w:t xml:space="preserve"> )</w:t>
        <w:br/>
        <w:t>A.</w:t>
        <w:br/>
        <w:t>B.</w:t>
        <w:br/>
        <w:t>C.</w:t>
        <w:br/>
        <w:t>D.</w:t>
        <w:br/>
        <w:br/>
        <w:t>【答案】：D</w:t>
      </w:r>
      <w:r>
        <w:t xml:space="preserve"> </w:t>
      </w:r>
    </w:p>
    <w:p>
      <w:r>
        <w:t>30、某生活小区总建筑面积为156000㎡，设计的采暖热负荷指标为44.1W/㎡(已含管网损失)，室内设计温度为18℃，该地区的室外设计温度为-7.5℃，采暖期的室外平均温度为-1.6℃，采暖期为122天，则该小区采暖的全年耗热量应是(  )GJ。</w:t>
        <w:br/>
        <w:t>A.58500～59000</w:t>
        <w:br/>
        <w:t>B.55500～56000</w:t>
        <w:br/>
        <w:t>C.52700～53200</w:t>
        <w:br/>
        <w:t>D.50000～50500</w:t>
        <w:br/>
        <w:br/>
        <w:t xml:space="preserve">【答案】：B </w:t>
      </w:r>
    </w:p>
    <w:p>
      <w:r>
        <w:t>31、某26层建筑的防烟楼梯间及其前室，有26个双扇疏散门，每层门的尺寸为2.0m×1.6m，采用金属风道，走道设机械排烟系统，前室不送风，防烟楼梯间加压送风量应选择(  )。</w:t>
        <w:br/>
        <w:t>A.</w:t>
        <w:br/>
        <w:t>B.</w:t>
        <w:br/>
        <w:t>C.</w:t>
        <w:br/>
        <w:t>D.</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32、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w:t>
      </w:r>
      <w:r>
        <w:t xml:space="preserve"> </w:t>
      </w:r>
    </w:p>
    <w:p>
      <w:r>
        <w:t xml:space="preserve"> )m。</w:t>
        <w:br/>
        <w:t>A.24</w:t>
        <w:br/>
        <w:t>B.26</w:t>
        <w:br/>
        <w:t>C.28</w:t>
        <w:br/>
        <w:t>D.30</w:t>
        <w:br/>
        <w:br/>
        <w:t>【答案】：C</w:t>
      </w:r>
      <w:r>
        <w:t xml:space="preserve"> </w:t>
      </w:r>
    </w:p>
    <w:p>
      <w:r>
        <w:t>33、空调表冷器的供冷量为800kW，供回水温差为5℃，冷水的比热容为4.18kJ/(kg·K)，在设计状态点，水泵的扬程为27m，效率为70%，则水泵的轴功率为(  )。</w:t>
        <w:br/>
        <w:t>A.8～9kW</w:t>
        <w:br/>
        <w:t>B.11～12kW</w:t>
        <w:br/>
        <w:t>C.12～13kW</w:t>
        <w:br/>
        <w:t>D.14～15kW</w:t>
        <w:br/>
        <w:br/>
        <w:t xml:space="preserve">【答案】：D </w:t>
      </w:r>
    </w:p>
    <w:p>
      <w:r>
        <w:t>34、某办公楼空调制冷系统拟采用冰蓄冷方式，制冷系统的白天运行10h，当地谷价电时间为23：00～7：00，计算日总冷负荷Q=53000kWh，采用部分负荷蓄冷方式(制冷机制冰时制冷能力变化率Cf=0.7)，则蓄冷装置有效容量为下列何项？(  )。</w:t>
        <w:br/>
        <w:t>A.5300～5400kW</w:t>
        <w:br/>
        <w:t>B.7500～7600kW</w:t>
        <w:br/>
        <w:t>C.19000～19100kWh</w:t>
        <w:br/>
        <w:t>D.23700～23800kWh</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35、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【答案】：B</w:t>
      </w:r>
      <w:r>
        <w:t xml:space="preserve"> </w:t>
      </w:r>
    </w:p>
    <w:p>
      <w:r>
        <w:t>36、某实验室为空调房间，为节约能耗，采用送风式通风柜，补风取自相邻房间。通风柜柜内进行有毒污染物实验，柜内有毒污染物气体发生量为0.2m3/h，通风柜工作孔面积0.2㎡，则通风柜的最小补风量应是下列哪一项？</w:t>
        <w:br/>
        <w:t>A.500～600m3/h</w:t>
        <w:br/>
        <w:t>B.680～740m3/h</w:t>
        <w:br/>
        <w:t>C.750～850m3/h</w:t>
        <w:br/>
        <w:t>D.1000～1080m3/h</w:t>
        <w:br/>
        <w:br/>
        <w:t xml:space="preserve">【答案】：B </w:t>
      </w:r>
    </w:p>
    <w:p>
      <w:r>
        <w:t>37、民用高层建筑地下1层商店机械排烟系统的排烟风机负担2个防烟分区的排烟，面积分别为100㎡和80㎡，该排烟风机的排烟量可按(  )考虑。</w:t>
        <w:br/>
        <w:t>A.</w:t>
        <w:br/>
        <w:t>B.</w:t>
        <w:br/>
        <w:t>C.</w:t>
        <w:br/>
        <w:t>D.</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38、某水冷离心式冷水机组，设计工况下的制冷量为500kW，COP为5.0，冷却水进出水温差为5℃。采用横流型冷却塔，冷却塔设在裙房屋面，其集水盘水面与机房内冷却水泵的高差为18m。冷却塔喷淋口距离冷却水集水盘水面的高差为5m，喷淋口出水压力为2m，冷却水管路总阻力为5m，冷凝器水阻力为8m。忽略冷却水泵及冷凝水管与环境换热对冷凝负荷的影响。冷却水泵的扬程和流量(不考虑安全系数)为(</w:t>
      </w:r>
      <w:r>
        <w:t xml:space="preserve"> </w:t>
      </w:r>
    </w:p>
    <w:p>
      <w:r>
        <w:t xml:space="preserve"> )。</w:t>
        <w:br/>
        <w:t>A.</w:t>
        <w:br/>
        <w:t>B.</w:t>
        <w:br/>
        <w:t>C.</w:t>
        <w:br/>
        <w:t>D.</w:t>
        <w:br/>
        <w:br/>
        <w:t>【答案】：D</w:t>
      </w:r>
      <w:r>
        <w:t xml:space="preserve"> </w:t>
      </w:r>
    </w:p>
    <w:p>
      <w:r>
        <w:t>39、某商住楼，首层和二层是三班制工</w:t>
        <w:br/>
        <w:t xml:space="preserve">【答案】：B </w:t>
      </w:r>
    </w:p>
    <w:p>
      <w:r>
        <w:t>40、某风机转速为2900r/min，若风机减振器选用金属弹簧型，减振器固有频率应为下列哪一项？(  )</w:t>
        <w:br/>
        <w:t>A.4～5Hz</w:t>
        <w:br/>
        <w:t>B.9～12Hz</w:t>
        <w:br/>
        <w:t>C.18～21Hz</w:t>
        <w:br/>
        <w:t>D.45～50Hz</w:t>
        <w:br/>
        <w:br/>
        <w:t xml:space="preserve">【答案】：B </w:t>
      </w:r>
    </w:p>
    <w:p>
      <w:r>
        <w:t>41、某热水采暖系统运行时实测流量为9000kg/h，系统总压力损失为10kPa，现将流量减小为8000kg/h，系统总压力损失为多少？</w:t>
        <w:br/>
        <w:t>A.0.78～0.80kPa</w:t>
        <w:br/>
        <w:t>B.5.5～5.8kPa</w:t>
        <w:br/>
        <w:t>C.7.8～8.okPa</w:t>
        <w:br/>
        <w:t>D.8.1～8.3kPa</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42、某全年需要供冷的空调建筑，最小需求的供冷量为120kW，夏季设计工况的需冷量为4800kW。现有螺杆式冷水机组(单机最小负荷率为15%)和离心式冷水机组(单机最小负荷率为25%)两类产品可供选配。合理的冷水机组配置应为下列哪一项？并给出判断过程。</w:t>
        <w:br/>
        <w:t>A.选择2台制冷量均为2400kW的离心机式冷水组</w:t>
        <w:br/>
        <w:t>B.选择3台制冷量均为1600kW的离心机式冷水组</w:t>
        <w:br/>
        <w:t>C.选择1台制冷量为480kW的离心式冷水机组和2台制冷量均为2160kW的离心机式冷水组</w:t>
        <w:br/>
        <w:t>D.选择1台制冷量为800kW的螺杆式冷水机组和2台制冷量均为2000kW的离心机式冷水组</w:t>
        <w:br/>
        <w:br/>
        <w:t>【答案】：D</w:t>
      </w:r>
      <w:r>
        <w:t xml:space="preserve"> </w:t>
      </w:r>
    </w:p>
    <w:p>
      <w:r>
        <w:t>43、一栋楼的空调水系统参数如下：冷水机组的阻力为100kPa，过滤器、分集水器等管道附件的阻力为80kPa，管道为异程系统，最远环路的阻力最大，其单程长度100m，比摩阻均按120Pa/m估算，管道局部阻力为沿程阻力的50%，最远环路空调末端阻力为50kPa(包括阀门)，则循环水泵的扬程应为(  )。</w:t>
        <w:br/>
        <w:t>A.20～25m</w:t>
        <w:br/>
        <w:t>B.25～27m</w:t>
        <w:br/>
        <w:t>C.27～29m</w:t>
        <w:br/>
        <w:t>D.29～31m</w:t>
        <w:br/>
        <w:br/>
        <w:t xml:space="preserve">【答案】：D </w:t>
      </w:r>
    </w:p>
    <w:p>
      <w:r>
        <w:t>44、某洁净房间空气含尘浓度为0.5μm粒子3600个/m3，其空气洁净等级按国际标准规定的是下列哪一项？并列出判定过程。</w:t>
        <w:br/>
        <w:t>A.4.6级</w:t>
        <w:br/>
        <w:t>B.4.8级</w:t>
        <w:br/>
        <w:t>C.5.0级</w:t>
        <w:br/>
        <w:t>D.5.2级</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45、某洁净室面积80㎡，洁净度测定的测点个数应为(</w:t>
      </w:r>
      <w:r>
        <w:t xml:space="preserve"> </w:t>
      </w:r>
    </w:p>
    <w:p>
      <w:r>
        <w:t xml:space="preserve"> )。</w:t>
        <w:br/>
        <w:t>A.3个</w:t>
        <w:br/>
        <w:t>B.6个</w:t>
        <w:br/>
        <w:t>C.9个</w:t>
        <w:br/>
        <w:t>D.12个</w:t>
        <w:br/>
        <w:br/>
        <w:t>【答案】：C</w:t>
      </w:r>
      <w:r>
        <w:t xml:space="preserve"> </w:t>
      </w:r>
    </w:p>
    <w:p>
      <w:r>
        <w:t>46、某燃煤链条热水供暖锅炉的额定产热量为2.8MW，额定热效率为78%，炉膛出口处烟气温度为280℃，炉膛出口处的烟气量为(  )。</w:t>
        <w:br/>
        <w:t>A.</w:t>
        <w:br/>
        <w:t>B.</w:t>
        <w:br/>
        <w:t>C.</w:t>
        <w:br/>
        <w:t>D.</w:t>
        <w:br/>
        <w:br/>
        <w:t xml:space="preserve">【答案】：D </w:t>
      </w:r>
    </w:p>
    <w:p>
      <w:r>
        <w:t>47、某住宅楼16层、每层6户，每户卫生器具为低水箱冲落式坐便器、淋浴器、洗涤盆、洗脸盆、家用洗衣机各一个，排水共用一个出口，其排水设计秒流量为下列哪一项？(  )</w:t>
        <w:br/>
        <w:t>A.4.5～5.4L/s</w:t>
        <w:br/>
        <w:t>B.5.5～6.4L/s</w:t>
        <w:br/>
        <w:t>C.6.5～7.4L/s</w:t>
        <w:br/>
        <w:t>D.7.5～8.5L/s</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48、有一风机盘管空调系统，夏季总冷负荷为1000kW，冬季总热负荷为900kW，冬季供热为60℃/50℃的热水，夏季供冷为7℃／12℃的冷水，夏季工况管道的实测阻力为0.26MPa，水的比热容为4.18kj／(kg？K)，则冬季工况管道的阻力接近(</w:t>
      </w:r>
      <w:r>
        <w:t xml:space="preserve"> </w:t>
      </w:r>
    </w:p>
    <w:p>
      <w:r>
        <w:t xml:space="preserve"> )MPa。</w:t>
        <w:br/>
        <w:t>A.0.032</w:t>
        <w:br/>
        <w:t>B.0.055</w:t>
        <w:br/>
        <w:t>C.0.15</w:t>
        <w:br/>
        <w:t>D.0.20</w:t>
        <w:br/>
        <w:br/>
        <w:t>【答案】：A</w:t>
      </w:r>
      <w:r>
        <w:t xml:space="preserve"> </w:t>
      </w:r>
    </w:p>
    <w:p>
      <w:r>
        <w:t>49、某建筑供暖用低温热水地面辐射供暖系统，设计供暖供回水温度为60℃/50℃，计算阻力损失为50kPa(其中最不利环路阻力损失为25kPa)。现供暖供回水温度调整为50℃/42℃，系统和辐射地板加热的管径均不变，但需要调整辐射地板的布管，形成最不利的环路阻力损失为30kPa。热力入口的供回水压差应为下列哪一项？(  )</w:t>
        <w:br/>
        <w:t>A.45～50kPa</w:t>
        <w:br/>
        <w:t>B.51～60kPa</w:t>
        <w:br/>
        <w:t>C.61～70kPa</w:t>
        <w:br/>
        <w:t>D.71～80kPa</w:t>
        <w:br/>
        <w:br/>
        <w:t xml:space="preserve">【答案】：C </w:t>
      </w:r>
    </w:p>
    <w:p>
      <w:r>
        <w:t>50、某热水供暖系统运行时实测流量为9000kg/h，系统总压力损失为10kPa，现将流量减小为8000kg/h，系统总压力损失为(  )。</w:t>
        <w:br/>
        <w:t>A.0.78～0.80kPa</w:t>
        <w:br/>
        <w:t>B.5.5～5.8kPa</w:t>
        <w:br/>
        <w:t>C.7.8～8.0kPa</w:t>
        <w:br/>
        <w:t>D.8.1～8.3kPa</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51、某水平圆形热源(散热面直径B=l.Om)的对流散热量为Q=5.466kj/s，拟在热源上部1.0m处设直径为D=1.2m的圆伞形接受罩排除余热。设室内有轻微的横向气流干扰，则计算排风量应是下列何项？(罩口扩大面积的空气吸入流速v=0.5m/s)</w:t>
        <w:br/>
        <w:t>A.1001～1200m3/h</w:t>
        <w:br/>
        <w:t>B.1201～1400m3/h</w:t>
        <w:br/>
        <w:t>C.1401～1600m3/h</w:t>
        <w:br/>
        <w:t>D.1601～1800m3/h</w:t>
        <w:br/>
        <w:br/>
        <w:t>【答案】：D</w:t>
      </w:r>
      <w:r>
        <w:t xml:space="preserve"> </w:t>
      </w:r>
    </w:p>
    <w:p>
      <w:r>
        <w:t>52、对某负压运行的袋式除尘器测定得数据如下：入口风量L=10000m3/h，入口粉尘浓度为4680mg/m3，出口含尘空气的温度为27.3℃，大气压力为101325Pa，设除尘器全效率为99%、除尘器漏风量为4%。试问，在标准状态下，该除尘器出口的粉尘浓度应为下列哪一项？</w:t>
        <w:br/>
        <w:t>A.40～43mg/m3</w:t>
        <w:br/>
        <w:t>B.44～47mg/m3</w:t>
        <w:br/>
        <w:t>C.48～51mg/m3</w:t>
        <w:br/>
        <w:t>D.52～55mg/m3</w:t>
        <w:br/>
        <w:br/>
        <w:t xml:space="preserve">【答案】：C </w:t>
      </w:r>
    </w:p>
    <w:p>
      <w:r>
        <w:t>53、一座土建式冷库，包括一个存放冻鱼的冻结物冷藏间和一个存放鲜蔬菜的冷藏物冷藏间，库内净面积分别为200㎡(其中设备占用面积为10㎡)和300㎡(其中设备占用面积为15㎡)，净高均为4m。该冷库的公称容积和库容量分别是(  )。</w:t>
        <w:br/>
        <w:t>A.</w:t>
        <w:br/>
        <w:t>B.</w:t>
        <w:br/>
        <w:t>C.</w:t>
        <w:br/>
        <w:t>D.</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54、假设制冷机组以逆卡诺循环工作，当外界环境温度为35℃，冷水机组可分别制取7℃和18℃冷水，已知室内冷负荷为20kW，可全部采用7℃冷水处理，也可分别用7℃和18℃冷水处理(各承担10kW)，则全部由7℃冷水处理需要的冷机电耗与分别用7℃和18℃的冷水处理需要冷机电耗的比值为(</w:t>
      </w:r>
      <w:r>
        <w:t xml:space="preserve"> </w:t>
      </w:r>
    </w:p>
    <w:p>
      <w:r>
        <w:t xml:space="preserve"> )。</w:t>
        <w:br/>
        <w:t>A.＞2.0</w:t>
        <w:br/>
        <w:t>B.1.6～2.0</w:t>
        <w:br/>
        <w:t>C.1.1～1.5</w:t>
        <w:br/>
        <w:t>D.0.6～1.0</w:t>
        <w:br/>
        <w:br/>
        <w:t>【答案】：C</w:t>
      </w:r>
      <w:r>
        <w:t xml:space="preserve"> </w:t>
      </w:r>
    </w:p>
    <w:p>
      <w:r>
        <w:t>55、某静电除尘器的处理风量为40m3/s，长度为10m，电场风速为0.8m/s，求静电除尘器的体积。</w:t>
        <w:br/>
        <w:t>A.50m3</w:t>
        <w:br/>
        <w:t>B.200m3</w:t>
        <w:br/>
        <w:t>C.500m3</w:t>
        <w:br/>
        <w:t>D.2000m3</w:t>
        <w:br/>
        <w:br/>
        <w:t xml:space="preserve">【答案】：C </w:t>
      </w:r>
    </w:p>
    <w:p>
      <w:r>
        <w:t>56、燃煤热水锅炉的流量为96t/h，进出水温度为70℃/95℃，燃煤量为0.66t/h，煤的低位热值为19000kJ/kg，水的比热容取4.187kJ/(kg·℃)，锅炉热效率的近似值为(  )。</w:t>
        <w:br/>
        <w:t>A.0.70</w:t>
        <w:br/>
        <w:t>B.0.75</w:t>
        <w:br/>
        <w:t>C.0.80</w:t>
        <w:br/>
        <w:t>D.0.90</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57、洁净度等级为5级的洁净室，面积为81㎡，用≥0.5μm粒径粒子检测，测点个数为9，采样点的单次最小采样量应为(</w:t>
      </w:r>
      <w:r>
        <w:t xml:space="preserve"> </w:t>
      </w:r>
    </w:p>
    <w:p>
      <w:r>
        <w:t xml:space="preserve"> )。</w:t>
        <w:br/>
        <w:t>A.0.5L</w:t>
        <w:br/>
        <w:t>B.1.0L</w:t>
        <w:br/>
        <w:t>C.2.83L</w:t>
        <w:br/>
        <w:t>D.5.68L</w:t>
        <w:br/>
        <w:br/>
        <w:t>【答案】：D</w:t>
      </w:r>
      <w:r>
        <w:t xml:space="preserve"> </w:t>
      </w:r>
    </w:p>
    <w:p>
      <w:r>
        <w:t>58、北京某住宅楼顶层一卫生间面积为10㎡，卫生间洁具占2㎡，房间按对流方式计算的热负荷为800W，室内计算温度为18℃，卫生间采用低温热水地板辐射供暖，地板表面平均温度为(  )。</w:t>
        <w:br/>
        <w:t>A.23～24℃</w:t>
        <w:br/>
        <w:t>B.24～25℃</w:t>
        <w:br/>
        <w:t>C.25～26℃</w:t>
        <w:br/>
        <w:t>D.26～27℃</w:t>
        <w:br/>
        <w:br/>
        <w:t xml:space="preserve">【答案】：D </w:t>
      </w:r>
    </w:p>
    <w:p>
      <w:r>
        <w:t>59、某20层的民用建筑防烟楼梯间及其合用前室设置如压送风系统，下列做法中(  )是可行的。</w:t>
        <w:br/>
        <w:t>A.</w:t>
        <w:br/>
        <w:t>B.</w:t>
        <w:br/>
        <w:t>C.</w:t>
        <w:br/>
        <w:t>D.</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60、某汽一水换热器的换热量为3000kW，一次热媒为表压为0.4MPa的饱和蒸汽(151.85℃)，二次热媒为95℃/70℃热水，设换热器的传热系数为2000W/(㎡·K)，水垢系数取0.9，所需要的换热面积为(  )。</w:t>
        <w:br/>
        <w:t>A.22～23㎡</w:t>
        <w:br/>
        <w:t>B.23～24㎡</w:t>
        <w:br/>
        <w:t>C.24～25㎡</w:t>
        <w:br/>
        <w:t>D.25～26㎡</w:t>
        <w:br/>
        <w:br/>
        <w:t xml:space="preserve">【答案】：C </w:t>
      </w:r>
    </w:p>
    <w:p>
      <w:r>
        <w:t>61、某工程确定选用名义制冷量为200kW的螺杆式冷水机组，由生产厂家的样本查得：该机组在冷却水进口温度30℃，出口温度35℃时，冷凝温度为38℃；采用卧式壳管式冷凝器，传热系数为750W/(㎡·K)，冷凝器排热量为232.8kW，水侧污垢热阻为0.086㎡·K/kW。已知使用地点水质较差，污垢热阻为0.3㎡·K/kW。使用当地水质时，壳管式冷凝器的传热系数是(  )。</w:t>
        <w:br/>
        <w:t>A.712.0～713.0W/(㎡·K)</w:t>
        <w:br/>
        <w:t>B.646.0～647.0W/(㎡·K)</w:t>
        <w:br/>
        <w:t>C.574.0～575.0W/(㎡·K)</w:t>
        <w:br/>
        <w:t>D.448.0～449.0W/(㎡·K)</w:t>
        <w:br/>
        <w:br/>
        <w:t xml:space="preserve">【答案】：B </w:t>
      </w:r>
    </w:p>
    <w:p>
      <w:r>
        <w:t>62、沈阳车站大厅补风，风机总效率为60%，按照普通机械通风要求，风机最大压力值不超过(  )Pa。</w:t>
        <w:br/>
        <w:t>A.600</w:t>
        <w:br/>
        <w:t>B.634</w:t>
        <w:br/>
        <w:t>C.692</w:t>
        <w:br/>
        <w:t>D.750</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63、密闭通风柜，工作孔面积F=lm×0.6m，甲苯发生量为0.05m3／s，β=1.2，则通风柜排风量为下列哪一项？</w:t>
        <w:br/>
        <w:t>A.864～980m3/h</w:t>
        <w:br/>
        <w:t>B.1044～1200m3/h</w:t>
        <w:br/>
        <w:t>C.1217～1467m3/h</w:t>
        <w:br/>
        <w:t>D.1520～1735m3/h</w:t>
        <w:br/>
        <w:br/>
        <w:t xml:space="preserve">【答案】：C </w:t>
      </w:r>
    </w:p>
    <w:p>
      <w:r>
        <w:t>64、全新风热风供暖车间供暖设计热负荷为200kW，室内设计温度为15℃，供暖室外计算温度为-8℃，通风室外计算温度为-5℃，送风量为10kg/s，空气加热器使用的热媒为城市热网110℃/70℃的热水，空气加热器的传热系数为40W/(㎡·K)，考虑安全系数后，空气加热器所需加热面积应为(  )。</w:t>
        <w:br/>
        <w:t>A.100～120㎡</w:t>
        <w:br/>
        <w:t>B.121～140㎡</w:t>
        <w:br/>
        <w:t>C.141～160㎡</w:t>
        <w:br/>
        <w:t>D.161～190㎡</w:t>
        <w:br/>
        <w:br/>
        <w:t xml:space="preserve">【答案】：D </w:t>
      </w:r>
    </w:p>
    <w:p>
      <w:r>
        <w:t>65、-空气调节系统的冷水管道，当供回水温度为7/12℃，所采用水泵的设计工作点的效率为68%时，符合节能设计标准的水泵设计扬程，最接近的应是下列哪一项？</w:t>
        <w:br/>
        <w:t>A.29m</w:t>
        <w:br/>
        <w:t>B.32m</w:t>
        <w:br/>
        <w:t>C.35m</w:t>
        <w:br/>
        <w:t>D.38m</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66、某变制冷剂流量(VRV)系统，标准工况及配管情况下系统性能系数COP一2.7，而此系统最远末端超出额定配管长度为120m，吸气管平均阻力相当于0.06℃／m，液管平均阻力相当于0.03℃/m，问该系统满负荷时，系统的实际性能系数应为下列何值？注：蒸发温度增／降1℃，COP约增／降3%；冷凝温度增／降1℃，COP约降／增1.5%。</w:t>
        <w:br/>
        <w:t>A.＜1.9</w:t>
        <w:br/>
        <w:t>B.1.9～2.O</w:t>
        <w:br/>
        <w:t>C.2.1～2.2</w:t>
        <w:br/>
        <w:t>D.＞2.2</w:t>
        <w:br/>
        <w:br/>
        <w:t>【答案】：A</w:t>
      </w:r>
      <w:r>
        <w:t xml:space="preserve"> </w:t>
      </w:r>
    </w:p>
    <w:p>
      <w:r>
        <w:t>67、计算某热风供暖集中送风系统的空气加热器，从室外补充新风占总送风量的20%，室外温度为-12℃，室内设计温度为16℃，其加热量如为200kW，送风温度为40℃，热媒为25kPa蒸汽，空气加热器的传热系数为40W/(㎡·K)，考虑安全系数后，所需要的空气加热器加热面积为(  )。</w:t>
        <w:br/>
        <w:t>A.70～75㎡</w:t>
        <w:br/>
        <w:t>B.80～85㎡</w:t>
        <w:br/>
        <w:t>C.90～95㎡</w:t>
        <w:br/>
        <w:t>D.＞95㎡</w:t>
        <w:br/>
        <w:br/>
        <w:t xml:space="preserve">【答案】：B </w:t>
      </w:r>
    </w:p>
    <w:p>
      <w:r>
        <w:t>68、一建筑物内首层燃气锅炉房长×宽×高为30m×8m×6m，设计正常排风与事故通风的风量不应小于(  )。</w:t>
        <w:br/>
        <w:t>A.</w:t>
        <w:br/>
        <w:t>B.</w:t>
        <w:br/>
        <w:t>C.</w:t>
        <w:br/>
        <w:t>D.</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69、某办公楼采用冷辐射吊顶+新风空调系统，室温为26℃的会议室湿负荷为3kg/h，新风量为900kg/h，辐射板供水温度20℃，大气压101.3kPa。为了防止结露，新风露点温度应低于(</w:t>
      </w:r>
      <w:r>
        <w:t xml:space="preserve"> </w:t>
      </w:r>
    </w:p>
    <w:p>
      <w:r>
        <w:t xml:space="preserve"> )。</w:t>
        <w:br/>
        <w:t>A.19℃</w:t>
        <w:br/>
        <w:t>B.16℃</w:t>
        <w:br/>
        <w:t>C.13℃</w:t>
        <w:br/>
        <w:t>D.12℃</w:t>
        <w:br/>
        <w:br/>
        <w:t>【答案】：B</w:t>
      </w:r>
      <w:r>
        <w:t xml:space="preserve"> </w:t>
      </w:r>
    </w:p>
    <w:p>
      <w:r>
        <w:t>70、某商场空调系统采用两管制定风量系统，粗效和中效过滤，采用湿膜加湿，风机全压为1100Pa，风机全压效率为72%，电动机效率为80%，电动机直联，则该风机单位风量耗功率满足节能设计标准的判断以及风机单位风量耗功率数值最接近的应是(  )。</w:t>
        <w:br/>
        <w:t>A.</w:t>
        <w:br/>
        <w:t>B.</w:t>
        <w:br/>
        <w:t>C.</w:t>
        <w:br/>
        <w:t>D.</w:t>
        <w:br/>
        <w:br/>
        <w:t xml:space="preserve">【答案】：B </w:t>
      </w:r>
    </w:p>
    <w:p>
      <w:r>
        <w:t>71、某建筑物建筑面积为1000㎡，采用直接式太阳能集热系统向房间供暖，建筑物耗热量指标为15W/㎡，太阳能保证率为30%，采光面上的平均太阳辐照量为14，18MJ/(㎡·d)，集热器集热效率为80%，热损失率为10%，集热器面积应为(  )。</w:t>
        <w:br/>
        <w:t>A.38～39㎡</w:t>
        <w:br/>
        <w:t>B.39～40㎡</w:t>
        <w:br/>
        <w:t>C.40～41㎡</w:t>
        <w:br/>
        <w:t>D.41～42㎡</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72、WNS2.1-1.0/95/70-Y型锅炉，排烟温度为200℃，送风温度为20℃，鼓风机和引风机风量分别为(</w:t>
      </w:r>
      <w:r>
        <w:t xml:space="preserve"> </w:t>
      </w:r>
    </w:p>
    <w:p>
      <w:r>
        <w:t xml:space="preserve"> )。</w:t>
        <w:br/>
        <w:t>A.</w:t>
        <w:br/>
        <w:t>B.</w:t>
        <w:br/>
        <w:t>C.</w:t>
        <w:br/>
        <w:t>D.</w:t>
        <w:br/>
        <w:br/>
        <w:t>【答案】：A</w:t>
      </w:r>
      <w:r>
        <w:t xml:space="preserve"> </w:t>
      </w:r>
    </w:p>
    <w:p>
      <w:r>
        <w:t>73、北京某住宅区设置燃气锅炉房给小区供暖，供暖设计热负荷为6.7MW，管网热损失及锅炉房自用系数为1.2，锅炉房容量和台数设计合理的是(  )。</w:t>
        <w:br/>
        <w:t>A.选2台额定热功率为4.2MW的热水锅炉</w:t>
        <w:br/>
        <w:t>B.选3台额定热功率为2.8MW的热水锅炉</w:t>
        <w:br/>
        <w:t>C.选1台额定热功率为8.4MW的热水锅炉</w:t>
        <w:br/>
        <w:t>D.选2台额定热功率为5.6MW的热水锅炉</w:t>
        <w:br/>
        <w:br/>
        <w:t xml:space="preserve">【答案】：B </w:t>
      </w:r>
    </w:p>
    <w:p>
      <w:r>
        <w:t>74、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75、某洁净室面积80㎡，洁净度测定的测点个数应为(  )。</w:t>
        <w:br/>
        <w:t>A.3个</w:t>
        <w:br/>
        <w:t>B.6个</w:t>
        <w:br/>
        <w:t>C.9个</w:t>
        <w:br/>
        <w:t>D.12个</w:t>
        <w:br/>
        <w:br/>
        <w:t xml:space="preserve">【答案】：C </w:t>
      </w:r>
    </w:p>
    <w:p>
      <w:r>
        <w:t>76、某居住小区的热源为燃煤锅炉，小区供暖热负荷为10MW，冬季生活热水的最大小时耗热量为4MW，夏季生活热水的最小小时耗热量为2.5MW，室外供热管网的输送效率为0.92，不计锅炉房的自用热。锅炉房的总设计容量以及最小锅炉容量的设计最大值应为下列何项？(生活热水的同时使用率为0.8)(  )。</w:t>
        <w:br/>
        <w:t>A.总设计容量为11～13MW，最小锅炉容量的设计最大值为5MW</w:t>
        <w:br/>
        <w:t>B.总设计容量为11～13MW，最小锅炉容量的设计最大值为8MW</w:t>
        <w:br/>
        <w:t>C.总设计容量为13.1～14.5MW，最小锅炉容量的设计最大值为5MW</w:t>
        <w:br/>
        <w:t>D.总设计容量为13.1～14.5MW，最小锅炉容量的设计最大值为8MW</w:t>
        <w:br/>
        <w:br/>
        <w:t xml:space="preserve">【答案】：C </w:t>
      </w:r>
    </w:p>
    <w:p>
      <w:r>
        <w:t>77、某公共建筑屋顶的主要构造层做法(自上而下)为：1)30mm厚混凝土板，导热系数1.28W/(m·K)；2)200mm厚通风架空层，封闭空气间层热阻值自上而下为0.20㎡·K/W，自下而上为0.17㎡·K/W；3)最薄30mm厚水泥砂浆找平层和找坡层，导热系数0.93W/(m·K)；4)100mm厚挤塑聚苯板，导热系数0.03W/(m·K)；5)150mm厚钢筋混凝土屋面板，导热系数1.28W/(m·K)。并已知：内表面传热系数8.7W/(㎡·K)，外表面传热系数23W/(㎡·K)，通风空气层内表面传热系数12W/(㎡·K)，保温材料导热系数的修正系数α=1.15。冬季传热系数为(  )。</w:t>
        <w:br/>
        <w:t>A.0.26～0.28W/(㎡·K)</w:t>
        <w:br/>
        <w:t>B.0.29～0.32W/(㎡·K)</w:t>
        <w:br/>
        <w:t>C.0.33～0.35W/(㎡·K)</w:t>
        <w:br/>
        <w:t>D.0.36～0.37W/(㎡·K)</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78、某严寒地区A区拟建10层办公建筑(南北朝向，平屋顶)，矩形平面，其外轮廓平面尺寸为40000mm×14400mm。1层和顶层层高均为5.4m，中间层层高均为3.0m。顶层为多功能厅，多功能厅屋面开设一天窗，尺寸为12000mm×6000mm。该建筑的天窗及屋面的传热系数应为(</w:t>
      </w:r>
      <w:r>
        <w:t xml:space="preserve"> </w:t>
      </w:r>
    </w:p>
    <w:p>
      <w:r>
        <w:t xml:space="preserve"> )。</w:t>
        <w:br/>
        <w:t>A.</w:t>
        <w:br/>
        <w:t>B.</w:t>
        <w:br/>
        <w:t>C.</w:t>
        <w:br/>
        <w:t>D.应当进行权衡判断确定</w:t>
        <w:br/>
        <w:br/>
        <w:t>【答案】：B</w:t>
      </w:r>
      <w:r>
        <w:t xml:space="preserve"> </w:t>
      </w:r>
    </w:p>
    <w:p>
      <w:r>
        <w:t>79、以下4台同一系列的后向机翼型离心通风机，均在高效率运行情况时，其噪声性能下列哪一台最好？(  )</w:t>
        <w:br/>
        <w:t>A.</w:t>
        <w:br/>
        <w:t>B.</w:t>
        <w:br/>
        <w:t>C.</w:t>
        <w:br/>
        <w:t>D.</w:t>
        <w:br/>
        <w:br/>
        <w:t xml:space="preserve">【答案】：B </w:t>
      </w:r>
    </w:p>
    <w:p>
      <w:r>
        <w:t>80、某小区采用低压天然气管道供气，已知：小区住户的低压燃具额定压力为2500Pa，则从调压站到最远燃具的管道允许阻力损失应是(  )Pa。</w:t>
        <w:br/>
        <w:t>A.2500</w:t>
        <w:br/>
        <w:t>B.2025</w:t>
        <w:br/>
        <w:t>C.1875</w:t>
        <w:br/>
        <w:t>D.1500</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81、北京市某办公楼建筑面积为2000㎡，冬季采用空调供暖，室内设计温度为22℃，空调每天运行10h。空调供暖年耗热量为(</w:t>
      </w:r>
      <w:r>
        <w:t xml:space="preserve"> </w:t>
      </w:r>
    </w:p>
    <w:p>
      <w:r>
        <w:t xml:space="preserve"> )。</w:t>
        <w:br/>
        <w:t>A.500～630GJ</w:t>
        <w:br/>
        <w:t>B.600～730GJ</w:t>
        <w:br/>
        <w:t>C.700～830GJ</w:t>
        <w:br/>
        <w:t>D.800～930GJ</w:t>
        <w:br/>
        <w:br/>
        <w:t>【答案】：A</w:t>
      </w:r>
      <w:r>
        <w:t xml:space="preserve"> </w:t>
      </w:r>
    </w:p>
    <w:p>
      <w:r>
        <w:t>82、有一段长10m，直径为0.6m的金属风管，工作压力为600Pa，在该压力下的漏风量容许值不大于下列何值？(  )。</w:t>
        <w:br/>
        <w:t>A.</w:t>
        <w:br/>
        <w:t>B.</w:t>
        <w:br/>
        <w:t>C.</w:t>
        <w:br/>
        <w:t>D.</w:t>
        <w:br/>
        <w:br/>
        <w:t xml:space="preserve">【答案】：D </w:t>
      </w:r>
    </w:p>
    <w:p>
      <w:r>
        <w:t>83、某公共建筑的集中热水供暖二次水系统，供暖负荷为3000kW，设计供回水温差△t=25℃，室外供回水主干线长度∑L=1400m，循环水泵采用联轴器连接，循环水泵在设计工况点的轴功率应不大于(  )。</w:t>
        <w:br/>
        <w:t>A.20kW</w:t>
        <w:br/>
        <w:t>B.18kW</w:t>
        <w:br/>
        <w:t>C.16kW</w:t>
        <w:br/>
        <w:t>D.14kW</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84、某四星级宾馆的宴会厅，设计最大用餐人数为120人，平均用餐人数为50人，用餐时间为2h，宴会厅总排风量为1000m3／h，该宴会厅空调系统的新风量应是下列哪一项？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r>
        <w:t>85、一溴化锂吸收式制冷机，发生器的放气范围为0.05，循环倍率为13，若进入发生器的稀溶液流量为6.448kg/s，则该发生器浓溶液浓度及产生的水蒸气流量是(  )。</w:t>
        <w:br/>
        <w:t>A.0.70，83.824kg/s</w:t>
        <w:br/>
        <w:t>B.0.70，0.650kg/s</w:t>
        <w:br/>
        <w:t>C.0.70，0.499kg/s</w:t>
        <w:br/>
        <w:t>D.0.65，0.499kg/s</w:t>
        <w:br/>
        <w:br/>
        <w:t xml:space="preserve">【答案】：D </w:t>
      </w:r>
    </w:p>
    <w:p>
      <w:r>
        <w:t>86、某吸收式溴化锂制冷机组的热力系数为1.1，冷却水进出水温差为6℃，若制冷量为1200kW，则计算的冷却水量为多少？(  )。</w:t>
        <w:br/>
        <w:t>A.</w:t>
        <w:br/>
        <w:t>B.</w:t>
        <w:br/>
        <w:t>C.</w:t>
        <w:br/>
        <w:t>D.</w:t>
        <w:br/>
        <w:br/>
        <w:t xml:space="preserve">【答案】：B </w:t>
      </w:r>
    </w:p>
    <w:p>
      <w:r>
        <w:t>87、某制冷量为2000kW的溴化锂吸收式冷水机组，热力系数为1.15，冷却水进出口温差为5℃，则其冷却水流量为(  )。</w:t>
        <w:br/>
        <w:t>A.</w:t>
        <w:br/>
        <w:t>B.</w:t>
        <w:br/>
        <w:t>C.</w:t>
        <w:br/>
        <w:t>D.</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88、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【答案】：C</w:t>
      </w:r>
      <w:r>
        <w:t xml:space="preserve"> </w:t>
      </w:r>
    </w:p>
    <w:p>
      <w:r>
        <w:t>89、某办公楼采用多联机空调方案，其室外机设置在屋顶，室内外机的高差为40m，单程配管长度为90m，根据产品资料查出性能系数的衰减系数为0.850选用室外机，制冷工况满负荷额定COP不应小于(  )。</w:t>
        <w:br/>
        <w:t>A.2.8</w:t>
        <w:br/>
        <w:t>B.3.0</w:t>
        <w:br/>
        <w:t>C.3.3</w:t>
        <w:br/>
        <w:t>D.4.0</w:t>
        <w:br/>
        <w:br/>
        <w:t xml:space="preserve">【答案】：C </w:t>
      </w:r>
    </w:p>
    <w:p>
      <w:r>
        <w:t>90、某地源热泵系统，夏季总冷量为900000kW·h，冬季总热量为540000kW·h，热泵机组EER=5.5，制热COP=4.7，如仅计算系统中热泵机组的热量转移，以一年计算，土壤增加热量为(  )。</w:t>
        <w:br/>
        <w:t>A.350000～370000kW·h</w:t>
        <w:br/>
        <w:t>B.460000～480000kW·h</w:t>
        <w:br/>
        <w:t>C.520000～540000kW·h</w:t>
        <w:br/>
        <w:t>D.620000～640000kW·h</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91、某制冷量为2000kW的溴化锂吸收式冷水机组，热力系数为1.15，冷却水进出口温差为5℃，则其冷却水流量为(</w:t>
      </w:r>
      <w:r>
        <w:t xml:space="preserve"> </w:t>
      </w:r>
    </w:p>
    <w:p>
      <w:r>
        <w:t xml:space="preserve"> )。</w:t>
        <w:br/>
        <w:t>A.</w:t>
        <w:br/>
        <w:t>B.</w:t>
        <w:br/>
        <w:t>C.</w:t>
        <w:br/>
        <w:t>D.</w:t>
        <w:br/>
        <w:br/>
        <w:t>【答案】：C</w:t>
      </w:r>
      <w:r>
        <w:t xml:space="preserve"> </w:t>
      </w:r>
    </w:p>
    <w:p>
      <w:r>
        <w:t>92、某车间工艺生产过程散发的主要有害物质包括苯胺、丙烯醇和氯化物，已知将上述三种有害物稀释至国标规定的接触限值所需空气量分别为8.2m3／s、5.6m3/s、2.lm3/s。试问：该车间的全面通风换气量应是下列哪一项值？</w:t>
        <w:br/>
        <w:t>A.8.2m3／s</w:t>
        <w:br/>
        <w:t>B.10.3m3／s</w:t>
        <w:br/>
        <w:t>C.7.7m3／s</w:t>
        <w:br/>
        <w:t>D.15.9m3／s</w:t>
        <w:br/>
        <w:br/>
        <w:t xml:space="preserve">【答案】：D </w:t>
      </w:r>
    </w:p>
    <w:p>
      <w:r>
        <w:t>93、某空调区域空气计算参数：室温为28℃，相对湿度为55%。室内仅有显热冷负荷8kW。工艺要求采用直流式、送风温差为8℃的空调系统。该系统的设计冷量应为下列何值？(标准大气压，室外计算温度34℃，相对湿度75%)</w:t>
        <w:br/>
        <w:t>A.35～39kW</w:t>
        <w:br/>
        <w:t>B.40～44kW</w:t>
        <w:br/>
        <w:t>C.45～49kW</w:t>
        <w:br/>
        <w:t>D.50～54kW</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94、空调送风机的全压效率为65%，全压为1200Pa，电动机在气流内，电动机效率为0.85，风机入口空气温度为15℃，风机出口空气温度为(</w:t>
      </w:r>
      <w:r>
        <w:t xml:space="preserve"> </w:t>
      </w:r>
    </w:p>
    <w:p>
      <w:r>
        <w:t xml:space="preserve"> )。</w:t>
        <w:br/>
        <w:t>A.15.5℃</w:t>
        <w:br/>
        <w:t>B.16.2℃</w:t>
        <w:br/>
        <w:t>C.16.8℃</w:t>
        <w:br/>
        <w:t>D.17.3℃</w:t>
        <w:br/>
        <w:br/>
        <w:t>【答案】：C</w:t>
      </w:r>
      <w:r>
        <w:t xml:space="preserve"> </w:t>
      </w:r>
    </w:p>
    <w:p>
      <w:r>
        <w:t>95、SHL10-1.25-AII型锅炉，额定热效率为80%，燃料的低位发热量为25000kJ/kg，固体不完全燃烧热损失为10%，送风温度为20℃，锅炉送风量为(  )。</w:t>
        <w:br/>
        <w:t>A.</w:t>
        <w:br/>
        <w:t>B.</w:t>
        <w:br/>
        <w:t>C.</w:t>
        <w:br/>
        <w:t>D.</w:t>
        <w:br/>
        <w:br/>
        <w:t xml:space="preserve">【答案】：C </w:t>
      </w:r>
    </w:p>
    <w:p>
      <w:r>
        <w:t>96、含有S02有害气体的流量为3000m3/h，其中S02的浓度为5.25mg/m3，采用固定床活性炭吸附装置净化该有害气体。设平衡吸附量为0.15kg/kg炭，吸附效率为96%。如有效使用时间(穿透时间)为250h，所需装炭量为下列哪一项？</w:t>
        <w:br/>
        <w:t>A.71.5～72.5kg</w:t>
        <w:br/>
        <w:t>B.72.6～73.6kg</w:t>
        <w:br/>
        <w:t>C.73.7～74.7kg</w:t>
        <w:br/>
        <w:t>D.74.8～78.8kg</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97、重力回水低压蒸汽供暖系统，最远立管Ⅰ上有6个散热器，相邻立管Ⅱ上有6个散热器，每个散热器的散热量均为5000W，则立管Ⅰ和Ⅱ间凝水干管的管径应为(</w:t>
      </w:r>
      <w:r>
        <w:t xml:space="preserve"> </w:t>
      </w:r>
    </w:p>
    <w:p>
      <w:r>
        <w:t xml:space="preserve"> )。</w:t>
        <w:br/>
        <w:t>A.15mm</w:t>
        <w:br/>
        <w:t>B.20mm</w:t>
        <w:br/>
        <w:t>C.25mm</w:t>
        <w:br/>
        <w:t>D.32mm</w:t>
        <w:br/>
        <w:br/>
        <w:t>【答案】：C</w:t>
      </w:r>
      <w:r>
        <w:t xml:space="preserve"> </w:t>
      </w:r>
    </w:p>
    <w:p>
      <w:r>
        <w:t>98、某通风系统的过滤器，可选择静电过滤器或袋式过滤器。已知：大气压为101.3kPa，空气温度为20℃。处理风量为3000m3/h，静电过滤器阻力为20Pa，耗电功率为20W；袋式过滤器阻力为120Pa。风机的全压效率为0.80，风机采用三角皮带传动(滚动轴承)。系统每年运行180天，每天运行10h。若不计电机的功率损耗，试从节能角度比较，静电过滤器比袋式过滤器年节电数值应是下列哪一项？</w:t>
        <w:br/>
        <w:t>A.110～125kWh</w:t>
        <w:br/>
        <w:t>B.140～155kWh</w:t>
        <w:br/>
        <w:t>C.160～185kWh</w:t>
        <w:br/>
        <w:t>D.195～210kWh</w:t>
        <w:br/>
        <w:br/>
        <w:t xml:space="preserve">【答案】：C </w:t>
      </w:r>
    </w:p>
    <w:p>
      <w:r>
        <w:t>99、第一个过滤器过滤效率为99.8%，第二个过滤器过滤效率为99.9%，问两个过滤器串联的总效率最接近下列哪一项？(  )</w:t>
        <w:br/>
        <w:t>A.99.98%</w:t>
        <w:br/>
        <w:t>B.99.99%</w:t>
        <w:br/>
        <w:t>C.99.998%</w:t>
        <w:br/>
        <w:t>D.99.9998%</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100、某四星级宾馆的宴会厅，设计最大用餐人数为120人，平均用餐人数为50人，用餐时间为2h，宴会厅总排风量为1000m3／h，该宴会厅空调系统的新风量应是下列哪一项？</w:t>
        <w:br/>
        <w:t>A.1000m3/h</w:t>
        <w:br/>
        <w:t>B.1250m3/h</w:t>
        <w:br/>
        <w:t>C.1500m3/h</w:t>
        <w:br/>
        <w:t>D.2500m3/h</w:t>
        <w:br/>
        <w:br/>
        <w:t>【答案】：C</w:t>
      </w:r>
      <w:r>
        <w:t xml:space="preserve"> </w:t>
      </w:r>
    </w:p>
    <w:p>
      <w:r>
        <w:t>101、某用户的供暖设计热负荷为150kW，设计供回水温度为85℃/60℃，计算阻力损失为30kPa，其入口外网的实际供回水压差为50kPa，该用户的水力失调度应为(  )。</w:t>
        <w:br/>
        <w:t>A.1.29</w:t>
        <w:br/>
        <w:t>B.1.00</w:t>
        <w:br/>
        <w:t>C.O.78</w:t>
        <w:br/>
        <w:t>D.无法确定</w:t>
        <w:br/>
        <w:br/>
        <w:t xml:space="preserve">【答案】：A </w:t>
      </w:r>
    </w:p>
    <w:p>
      <w:r>
        <w:t>102、以下4台同一系列的后向机翼型离心通风机，均在高效率运行情况时，其噪声性能下列哪一台最好？(  )</w:t>
        <w:br/>
        <w:t>A.</w:t>
        <w:br/>
        <w:t>B.</w:t>
        <w:br/>
        <w:t>C.</w:t>
        <w:br/>
        <w:t>D.</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103、某北向房间外墙和外窗的基本耗热量为3500W，朝向修正率和风力附加率各为10%，冷风渗透耗热量为2000W，房间高度为5.5m，通过房间的热管道的有效稳定散热量为2000W，其供暖热负荷为(  )。</w:t>
        <w:br/>
        <w:t>A.4326W</w:t>
        <w:br/>
        <w:t>B.4366W</w:t>
        <w:br/>
        <w:t>C.6326W</w:t>
        <w:br/>
        <w:t>D.6366W</w:t>
        <w:br/>
        <w:br/>
        <w:t xml:space="preserve">【答案】：A </w:t>
      </w:r>
    </w:p>
    <w:p>
      <w:r>
        <w:t>104、一栋办公楼空调系统的夏季最大冷负荷为1080kW，选用两台940kW的水冷螺杆冷水机组，冷水机组额定能效比为4，设置3台额定功率为11kW的冷水泵，3台额定功率为15kW的冷却水泵，冷水泵和冷却水泵均两用一备。设置2台额定功率为5kW的冷却塔，5台额定功率为4kW新风机组，风机盘管的总功率为18kW。根据有关资料查出当量满负荷运行时间为560h，空调系统夏季累计工作90d，每天运行10h，空调风系统和水系统均为定流量系统，用当量满负荷运行时间法估算该楼一个夏季的空调耗电量为(  )。</w:t>
        <w:br/>
        <w:t>A.15.3万kW·h</w:t>
        <w:br/>
        <w:t>B.25.3万kW·h</w:t>
        <w:br/>
        <w:t>C.35.3万kW·h</w:t>
        <w:br/>
        <w:t>D.45.3万kW·h</w:t>
        <w:br/>
        <w:br/>
        <w:t xml:space="preserve">【答案】：C </w:t>
      </w:r>
    </w:p>
    <w:p>
      <w:r>
        <w:t>105、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106、有AB两房间，A为外区，B为内区，室外空气温度为-12℃，室内温度为18℃，A房间外围护结构散热量为9kW，A，B房间发热量均为2kW，两房间分别送风量为3000m3/h，送风温度为30℃，求两房间的温度。</w:t>
        <w:br/>
        <w:t>A.A房间22℃，B房间32℃</w:t>
        <w:br/>
        <w:t>B.A房间21℃，B房间30℃</w:t>
        <w:br/>
        <w:t>C.A房间19℃，B房间32℃</w:t>
        <w:br/>
        <w:t>D.A房间19℃，B房间33℃</w:t>
        <w:br/>
        <w:br/>
        <w:t>【答案】：A</w:t>
      </w:r>
      <w:r>
        <w:t xml:space="preserve"> </w:t>
      </w:r>
    </w:p>
    <w:p>
      <w:r>
        <w:t>107、某建筑物拟采用冰蓄冷空调系统，选择部分蓄冰方式。已知：电价谷段时间为23：00-7：00；制冷机白天空调时段运行8h；采用三级离心制冷机，其制冰时的制冷能力变化率为0.75；设计日空调最大小时冷负荷为22293kW，设计日空调运行15h，平均负荷系数取0.80按平均法估算的该空调系统设计日总冷负荷、按部分蓄冰方式蓄冷时制冷机标定制冷量、蓄冷装置有效容量分别为(  )kW·h。</w:t>
        <w:br/>
        <w:t>A.267516，19108，114618</w:t>
        <w:br/>
        <w:t>B.334395，23885，143310</w:t>
        <w:br/>
        <w:t>C.267516，16720，100320</w:t>
        <w:br/>
        <w:t>D.267516，19108，152846</w:t>
        <w:br/>
        <w:br/>
        <w:t xml:space="preserve">【答案】：A </w:t>
      </w:r>
    </w:p>
    <w:p>
      <w:r>
        <w:t>108、某住宅楼16层、每层6户，每户卫生器具为低水箱冲落式坐便器、淋浴器、洗涤盆、洗脸盆、家用洗衣机各一个，排水共用一个出口，其排水设计秒流量为下列哪一项？(  )</w:t>
        <w:br/>
        <w:t>A.4.5～5.4L/s</w:t>
        <w:br/>
        <w:t>B.5.5～6.4L/s</w:t>
        <w:br/>
        <w:t>C.6.5～7.4L/s</w:t>
        <w:br/>
        <w:t>D.7.5～8.5L/s</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109、某空调冷冻水系统，供回水温度为7/12℃，设计流量G=100m3/h，水泵扬程H=32m，水泵效率η=0.73，试问该系统的输送能效比(职)为下列何值？</w:t>
        <w:br/>
        <w:t>A.0.0145～0.0155</w:t>
        <w:br/>
        <w:t>B.0.02～0.021</w:t>
        <w:br/>
        <w:t>C.0.022～0.023</w:t>
        <w:br/>
        <w:t>D.0.024～0.025</w:t>
        <w:br/>
        <w:br/>
        <w:t>【答案】：B</w:t>
      </w:r>
      <w:r>
        <w:t xml:space="preserve"> </w:t>
      </w:r>
    </w:p>
    <w:p>
      <w:r>
        <w:t>110、北京某建筑原设计采用散热器供暖，南向中间层一房间室内设计温度为20℃，南外墙基本耗热量为200W，南外窗基本耗热量为300W，冷风渗透耗热量为500W，南向修正率为-15%。现改变设计方案，改为地板辐射供暖，则房间辐射供暖设计热负荷为(  )。</w:t>
        <w:br/>
        <w:t>A.990～1000W</w:t>
        <w:br/>
        <w:t>B.920～930W</w:t>
        <w:br/>
        <w:t>C.830～860W</w:t>
        <w:br/>
        <w:t>D.800～830W</w:t>
        <w:br/>
        <w:br/>
        <w:t xml:space="preserve">【答案】：C </w:t>
      </w:r>
    </w:p>
    <w:p>
      <w:r>
        <w:t>111、某4层办公楼，四根污水管，分别为D150，D125，D125，D100，现设置汇合通气管，则通气管管径为(  )。</w:t>
        <w:br/>
        <w:t>A.140～160mm</w:t>
        <w:br/>
        <w:t>B.165～185mm</w:t>
        <w:br/>
        <w:t>C.190～210mm</w:t>
        <w:br/>
        <w:t>D.220～240mm</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112、某20层的民用建筑防烟楼梯间及其合用前室设置如压送风系统，下列做法中(</w:t>
      </w:r>
      <w:r>
        <w:t xml:space="preserve"> </w:t>
      </w:r>
    </w:p>
    <w:p>
      <w:r>
        <w:t xml:space="preserve"> )是可行的。</w:t>
        <w:br/>
        <w:t>A.</w:t>
        <w:br/>
        <w:t>B.</w:t>
        <w:br/>
        <w:t>C.</w:t>
        <w:br/>
        <w:t>D.</w:t>
        <w:br/>
        <w:br/>
        <w:t>【答案】：A</w:t>
      </w:r>
      <w:r>
        <w:t xml:space="preserve"> </w:t>
      </w:r>
    </w:p>
    <w:p>
      <w:r>
        <w:t>113、某设在首层的燃油锅炉房长20m，宽10m，高6m，事故排风量最小可以为(  )。</w:t>
        <w:br/>
        <w:t>A.</w:t>
        <w:br/>
        <w:t>B.</w:t>
        <w:br/>
        <w:t>C.</w:t>
        <w:br/>
        <w:t>D.</w:t>
        <w:br/>
        <w:br/>
        <w:t xml:space="preserve">【答案】：B </w:t>
      </w:r>
    </w:p>
    <w:p>
      <w:r>
        <w:t>114、某车间采用全回风热风供暖，车间热负荷为101kW，室内设计温度为15℃。空气加热器热媒为110℃/70℃的热水，传热系数为40W/(㎡·K)。车间送风量为4kg/s。空气加热器的面积应为(  )。</w:t>
        <w:br/>
        <w:t>A.48～53㎡</w:t>
        <w:br/>
        <w:t>B.40～45㎡</w:t>
        <w:br/>
        <w:t>C.50～55㎡</w:t>
        <w:br/>
        <w:t>D.30～35㎡</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115、制冷量为1744.5kW的溴化锂吸收式冷水机组，系统采用冷却水先进入吸收器再进入冷凝器的串联形式，吸收器进、出水温度32℃/36.4℃，冷凝器进、出水温度36.4℃/40℃，已知发生器热负荷为2447.1kW，其冷却水流量为(</w:t>
      </w:r>
      <w:r>
        <w:t xml:space="preserve"> </w:t>
      </w:r>
    </w:p>
    <w:p>
      <w:r>
        <w:t xml:space="preserve"> )。</w:t>
        <w:br/>
        <w:t>A.</w:t>
        <w:br/>
        <w:t>B.</w:t>
        <w:br/>
        <w:t>C.</w:t>
        <w:br/>
        <w:t>D.</w:t>
        <w:br/>
        <w:br/>
        <w:t>【答案】：A</w:t>
      </w:r>
      <w:r>
        <w:t xml:space="preserve"> </w:t>
      </w:r>
    </w:p>
    <w:p>
      <w:r>
        <w:t>116、某机房同时运行3台风机，风机的声功率级分别为83dB.85dB和80dB，试问机房内总声功率级约为下列何值？</w:t>
        <w:br/>
        <w:t>A.88d</w:t>
        <w:br/>
        <w:t>B.248dB</w:t>
        <w:br/>
        <w:t>C.89dB</w:t>
        <w:br/>
        <w:t>D.85dB</w:t>
        <w:br/>
        <w:br/>
        <w:t xml:space="preserve">【答案】：A </w:t>
      </w:r>
    </w:p>
    <w:p>
      <w:r>
        <w:t>117、严寒地区办公楼，采用两管制定风量空调系统，空调机组内设置了预热盘管，空气经粗、中效两级过滤后送入房间，其风机全压为1280Pa，总效率为70%。关于风机的单位风量耗功率和是否满足节能设计标准的判断，下列正确的是哪一项(  )。</w:t>
        <w:br/>
        <w:t>A.</w:t>
        <w:br/>
        <w:t>B.</w:t>
        <w:br/>
        <w:t>C.</w:t>
        <w:br/>
        <w:t>D.</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r>
        <w:t>118、组合式空调机组从新风到送风依次为：新回风混合段、粗效过滤段、消声段、送风机段、表冷段、加热段、消声段、中效过滤段、送风段。新回风混合处的负压为40Pa，粗效过滤段的终阻力为100Pa，消声段的阻力为30Pa，表冷器的阻力为130Pa，风机全静压为600Pa，表冷器后凝水管出口处水封的最小高度为(</w:t>
      </w:r>
      <w:r>
        <w:t xml:space="preserve"> </w:t>
      </w:r>
    </w:p>
    <w:p>
      <w:r>
        <w:t xml:space="preserve"> )。</w:t>
        <w:br/>
        <w:t>A.50mm</w:t>
        <w:br/>
        <w:t>B.40mm</w:t>
        <w:br/>
        <w:t>C.30mm</w:t>
        <w:br/>
        <w:t>D.20mm</w:t>
        <w:br/>
        <w:br/>
        <w:t>【答案】：C</w:t>
      </w:r>
      <w:r>
        <w:t xml:space="preserve"> </w:t>
      </w:r>
    </w:p>
    <w:p>
      <w:r>
        <w:t>119、设计沈阳市某车站大厅的补风系统。若风机的总效率为55%，按照普通机械通风系统的节能要求，所选风机的最大全压值不应超过下列哪一项？</w:t>
        <w:br/>
        <w:t>A.600Pa</w:t>
        <w:br/>
        <w:t>B.634Pa</w:t>
        <w:br/>
        <w:t>C.703Pa</w:t>
        <w:br/>
        <w:t>D.750Pa</w:t>
        <w:br/>
        <w:br/>
        <w:t xml:space="preserve">【答案】：A </w:t>
      </w:r>
    </w:p>
    <w:p>
      <w:r>
        <w:t>120、某房间面积为20㎡，高为2.8m，室内温度为20℃，相对湿度为50%。1次换气通风，散热器热量为Q，采用喷雾加湿，室外温度为-6℃，相对湿度为50%，则加湿量和热量Q的变化为(  )。</w:t>
        <w:br/>
        <w:t>A.200～220kg/h，Q不变</w:t>
        <w:br/>
        <w:t>B.400～420kg/h，Q不变</w:t>
        <w:br/>
        <w:t>C.200～220kg／h，Q变大</w:t>
        <w:br/>
        <w:t>D.400～420kg/h，Q变大</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121、战时为二等人员掩蔽所的人防地下室，地下室层高3m，主要出入口最小防毒通道面积2m×3.5m，人防清洁区长50m、宽10m，掩蔽人数400人，按人员最低标准设置滤毒通风新风量，总新风量为(  )。</w:t>
        <w:br/>
        <w:t>A.</w:t>
        <w:br/>
        <w:t>B.</w:t>
        <w:br/>
        <w:t>C.</w:t>
        <w:br/>
        <w:t>D.</w:t>
        <w:br/>
        <w:br/>
        <w:t xml:space="preserve">【答案】：C </w:t>
      </w:r>
    </w:p>
    <w:p>
      <w:r>
        <w:t>122、容量为700人的会议室，室内空气温度为20℃，室外空气温度为16℃。每人总发热量为110w，其中潜热量为30W，外围护结构损耗热量为7000W，所需通风量为下列哪一项？</w:t>
        <w:br/>
        <w:t>A.3～5kg/s</w:t>
        <w:br/>
        <w:t>B.11.5～12.5kg/s</w:t>
        <w:br/>
        <w:t>C.17～18kg/s</w:t>
        <w:br/>
        <w:t>D.50～52kg/s</w:t>
        <w:br/>
        <w:br/>
        <w:t xml:space="preserve">【答案】：B </w:t>
      </w:r>
    </w:p>
    <w:p>
      <w:r>
        <w:t>123、某车间办公辅房采用上供下回式蒸汽供暖系统，蒸汽压力为0.02MPa，供暖设计热负荷为9kW，供汽水平干管的设计符合要求的是(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pPr>
        <w:sectPr w:rsidSect="00034616">
          <w:type w:val="nextPage"/>
          <w:pgSz w:w="12240" w:h="15840"/>
          <w:pgMar w:top="1440" w:right="1800" w:bottom="1440" w:left="1800" w:header="720" w:footer="720" w:gutter="0"/>
          <w:pgNumType w:start="41"/>
          <w:cols w:space="720"/>
          <w:titlePg w:val="0"/>
          <w:docGrid w:linePitch="360"/>
        </w:sectPr>
      </w:pPr>
      <w:r>
        <w:t>124、一台水冷式冷水机组，其制冷量为500kW，COP为5.0，冷却水进出口温差为5℃；引风式玻璃钢冷却塔设置在裙房屋顶，喷淋口距冷却水槽水表面的高差为5m，冷却水管的总阻力为3m，冷凝器水阻力为6m。如果不计冷凝负荷损失，则下列(  )给出的冷却水泵符合选型要求。</w:t>
        <w:br/>
        <w:t>A.Gcw=120t/h，Hp=15m</w:t>
        <w:br/>
        <w:t>B.Gcw=90t/h，Hp=20m</w:t>
        <w:br/>
        <w:t>C.Gcw=105t/h，Hp=20m</w:t>
        <w:br/>
        <w:t>D.GCw=120t/h，Hp=30m</w:t>
        <w:br/>
        <w:br/>
        <w:t xml:space="preserve">【答案】：C </w:t>
      </w:r>
    </w:p>
    <w:p>
      <w:r>
        <w:t>125、某洁净室在新风管道上安装了粗效、中效和亚高效过滤器，对0.5μm以上的粒子的总效率为99%，回风部分安装的亚高效过滤器对0.5μm以上的粒子的效率为97%，新风和回风混合后经过高效过滤器，过滤器对0.5μm以上粒子的效率为99.9%，已知室外新风中大于0.5μm以上粒子总数为106粒/L，回风中大于0.5μm以上粒子总数为3.5粒L，新回风比为1：4，高效过滤器出口大于0.5μm以上粒子浓度为下列哪一项？(  )</w:t>
        <w:br/>
        <w:t>A.9～15粒/L</w:t>
        <w:br/>
        <w:t>B.4～8粒/L</w:t>
        <w:br/>
        <w:t>C.1～3粒/L</w:t>
        <w:br/>
        <w:t>D.＜1粒/L</w:t>
        <w:br/>
        <w:br/>
        <w:t xml:space="preserve">【答案】：C </w:t>
      </w:r>
    </w:p>
    <w:p>
      <w:r>
        <w:t>126、某两级除尘器系统，已知粉尘的初始浓度为15g/m3，排风标准为30mg/m3，第一级除尘器效率85%，求第二级除尘器的效率至少应为下列哪一项？</w:t>
        <w:br/>
        <w:t>A.82.5%～85%</w:t>
        <w:br/>
        <w:t>B.86.5%～90%</w:t>
        <w:br/>
        <w:t>C.91.5%～95.5%</w:t>
        <w:br/>
        <w:t>D.96.5%～99.5%</w:t>
        <w:br/>
        <w:br/>
        <w:t xml:space="preserve">【答案】：D </w:t>
      </w:r>
    </w:p>
    <w:p>
      <w:pPr>
        <w:sectPr w:rsidSect="00034616">
          <w:type w:val="nextPage"/>
          <w:pgSz w:w="12240" w:h="15840"/>
          <w:pgMar w:top="1440" w:right="1800" w:bottom="1440" w:left="1800" w:header="720" w:footer="720" w:gutter="0"/>
          <w:pgNumType w:start="42"/>
          <w:cols w:space="720"/>
          <w:titlePg w:val="0"/>
          <w:docGrid w:linePitch="360"/>
        </w:sectPr>
      </w:pPr>
      <w:r>
        <w:t>127、某高压蒸汽系统，自蒸汽热源起始点到用汽设备的管路长度为500m，如比摩阻取200Pa/m，局部阻力按沿程阻力的20%取，疏水器出口压力为进口压力的40%，疏水器后冷凝水管道阻力0.01MPa，需要抬升5m至闭式凝结水箱，箱内压力为0.02MPa，蒸汽热源起始点的最小压力为(</w:t>
      </w:r>
      <w:r>
        <w:t xml:space="preserve"> </w:t>
      </w:r>
    </w:p>
    <w:p>
      <w:r>
        <w:t xml:space="preserve"> )。</w:t>
        <w:br/>
        <w:t>A.O.2875MPa</w:t>
        <w:br/>
        <w:t>B.O.3175MPa</w:t>
        <w:br/>
        <w:t>C.O.3375MPa</w:t>
        <w:br/>
        <w:t>D.O.4025MPa</w:t>
        <w:br/>
        <w:br/>
        <w:t>【答案】：B</w:t>
      </w:r>
      <w:r>
        <w:t xml:space="preserve"> </w:t>
      </w:r>
    </w:p>
    <w:p>
      <w:r>
        <w:t>128、某新建化验室排放有害气体苯，其排气筒的高度为12m，其符合国家二级排放标准的最高允许速率应是下列哪一项？(  )</w:t>
        <w:br/>
        <w:t>A.约0.78kg/h</w:t>
        <w:br/>
        <w:t>B.约0.5kg/h</w:t>
        <w:br/>
        <w:t>C.约0.4kg/h</w:t>
        <w:br/>
        <w:t>D.约0.16kg/h</w:t>
        <w:br/>
        <w:br/>
        <w:t xml:space="preserve">【答案】：D </w:t>
      </w:r>
    </w:p>
    <w:p>
      <w:r>
        <w:t>129、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 xml:space="preserve">【答案】：B </w:t>
      </w:r>
    </w:p>
    <w:p>
      <w:pPr>
        <w:sectPr w:rsidSect="00034616">
          <w:type w:val="nextPage"/>
          <w:pgSz w:w="12240" w:h="15840"/>
          <w:pgMar w:top="1440" w:right="1800" w:bottom="1440" w:left="1800" w:header="720" w:footer="720" w:gutter="0"/>
          <w:pgNumType w:start="43"/>
          <w:cols w:space="720"/>
          <w:titlePg w:val="0"/>
          <w:docGrid w:linePitch="360"/>
        </w:sectPr>
      </w:pPr>
    </w:p>
    <w:p>
      <w:r>
        <w:t>130、某车间的一个工作平台上装有带法兰边的矩形吸气罩，罩口的净尺寸为320mm×640mm，工作距罩口的距离640mm，要求于工作处形成0.52m/s的吸入速度，排气罩的排风量应为下列何项？</w:t>
        <w:br/>
        <w:t>A.1800～2160m3/s</w:t>
        <w:br/>
        <w:t>B.2200～2500m3/s</w:t>
        <w:br/>
        <w:t>C.2650～2950m3／s</w:t>
        <w:br/>
        <w:t>D.3000～3360m3/s</w:t>
        <w:br/>
        <w:br/>
        <w:t>【答案】：B</w:t>
      </w:r>
      <w:r>
        <w:t xml:space="preserve"> </w:t>
      </w:r>
    </w:p>
    <w:p>
      <w:r>
        <w:t>131、高层建筑内的2层为商场，周边均为固定窗和墙体，该层的防烟分区划为6个，6个防烟分区的面积分别为250，320，450，280，490，390㎡。设计为1个排烟系统，采用1台排烟风机，当按照《高规》和《新措施》的规定进行排烟风机风量选择时，其排烟量的数值应是下列哪一项？(  )</w:t>
        <w:br/>
        <w:t>A.</w:t>
        <w:br/>
        <w:t>B.</w:t>
        <w:br/>
        <w:t>C.</w:t>
        <w:br/>
        <w:t>D.</w:t>
        <w:br/>
        <w:br/>
        <w:t xml:space="preserve">【答案】：D </w:t>
      </w:r>
    </w:p>
    <w:p>
      <w:r>
        <w:t>132、某公共建筑屋顶的主要构造层做法(自上而下)为：1)30mm厚混凝土板，导热系数1.28W/(m·K)；2)200mm厚通风架空层，封闭空气间层热阻值自上而下为0.20㎡·K/W，自下而上为0.17㎡·K/W；3)最薄30mm厚水泥砂浆找平层和找坡层，导热系数0.93W/(m·K)；4)100mm厚挤塑聚苯板，导热系数0.03W/(m·K)；5)150mm厚钢筋混凝土屋面板，导热系数1.28W/(m·K)。并已知：内表面传热系数8.7W/(㎡·K)，外表面传热系数23W/(㎡·K)，通风空气层内表面传热系数12W/(㎡·K)，保温材料导热系数的修正系数α=1.15。冬季传热系数为(  )。</w:t>
        <w:br/>
        <w:t>A.0.26～0.28W/(㎡·K)</w:t>
        <w:br/>
        <w:t>B.0.29～0.32W/(㎡·K)</w:t>
        <w:br/>
        <w:t>C.0.33～0.35W/(㎡·K)</w:t>
        <w:br/>
        <w:t>D.0.36～0.37W/(㎡·K)</w:t>
        <w:br/>
        <w:br/>
        <w:t xml:space="preserve">【答案】：B </w:t>
      </w:r>
    </w:p>
    <w:p>
      <w:pPr>
        <w:sectPr w:rsidSect="00034616">
          <w:type w:val="nextPage"/>
          <w:pgSz w:w="12240" w:h="15840"/>
          <w:pgMar w:top="1440" w:right="1800" w:bottom="1440" w:left="1800" w:header="720" w:footer="720" w:gutter="0"/>
          <w:pgNumType w:start="44"/>
          <w:cols w:space="720"/>
          <w:titlePg w:val="0"/>
          <w:docGrid w:linePitch="360"/>
        </w:sectPr>
      </w:pPr>
    </w:p>
    <w:p>
      <w:r>
        <w:t>133、某办公建筑设计采用散热器供暖系统，总热负荷为2100kW，供回水温度为80℃/60℃，系统主干线总长950m，如果选用直连方式的循环水泵，与水泵设计工况点的轴功率接近的应是下列哪一项？(</w:t>
      </w:r>
      <w:r>
        <w:t xml:space="preserve"> </w:t>
      </w:r>
      <w:r>
        <w:t xml:space="preserve"> )</w:t>
        <w:br/>
        <w:t>A.不应大于4.0kW</w:t>
        <w:br/>
        <w:t>B.不应大于5.5kW</w:t>
        <w:br/>
        <w:t>C.不应大于7.5kW</w:t>
        <w:br/>
        <w:t>D.不应大于11kW</w:t>
        <w:br/>
        <w:br/>
        <w:t>【答案】：D</w:t>
      </w:r>
      <w:r>
        <w:t xml:space="preserve"> </w:t>
      </w:r>
    </w:p>
    <w:p>
      <w:r>
        <w:t>134、一容积式水-水换热器，一次水进出口温度为110/70℃，二次水进出口温度为60/50℃。所需换热量为o.15MW，传热系数为300W/(㎡·℃)，水垢系数为0.8，设计计算的换热面积应是下列哪一项？</w:t>
        <w:br/>
        <w:t>A.15.8～16.8㎡</w:t>
        <w:br/>
        <w:t>B.17.8～18.8㎡</w:t>
        <w:br/>
        <w:t>C.19.0～19.8㎡</w:t>
        <w:br/>
        <w:t>D.21.2～22.O㎡</w:t>
        <w:br/>
        <w:br/>
        <w:t xml:space="preserve">【答案】：B </w:t>
      </w:r>
    </w:p>
    <w:p>
      <w:r>
        <w:t>135、某小区采用低压天然气管道供气，已知：小区住户的低压燃具额定压力为2500Pa，则从调压站到最远燃具的管道允许阻力损失应是(  )Pa。</w:t>
        <w:br/>
        <w:t>A.2500</w:t>
        <w:br/>
        <w:t>B.2025</w:t>
        <w:br/>
        <w:t>C.1875</w:t>
        <w:br/>
        <w:t>D.1500</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https://d.book118.com/788130002057006036</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88130002057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