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公用设备工程师之专业案例（暖通空调专业）题库</w:t>
      </w:r>
    </w:p>
    <w:p/>
    <w:p>
      <w:pPr>
        <w:jc w:val="center"/>
      </w:pPr>
      <w:r>
        <w:rPr>
          <w:rFonts w:ascii="黑体" w:hAnsi="黑体"/>
          <w:b/>
          <w:sz w:val="28"/>
        </w:rPr>
        <w:t>第一部分  单选题(300题)</w:t>
      </w:r>
    </w:p>
    <w:p>
      <w:r>
        <w:t>1、空调表冷器的供冷量为800kW，供回水温差为5℃，冷水的比热容为4.18kJ/(kg·K)，在设计状态点，水泵的扬程为27m，效率为70%，则水泵的轴功率为(  )。</w:t>
        <w:br/>
        <w:t>A.8～9kW</w:t>
        <w:br/>
        <w:t>B.11～12kW</w:t>
        <w:br/>
        <w:t>C.12～13kW</w:t>
        <w:br/>
        <w:t>D.14～15kW</w:t>
        <w:br/>
        <w:br/>
        <w:t xml:space="preserve">【答案】：D </w:t>
      </w:r>
    </w:p>
    <w:p>
      <w:r>
        <w:t>2、严寒地区A的某10层矩形办公楼(正南北朝向，平屋顶)，其外围护结构平面几何尺寸为57.6m×14.4m，层高均为3.1m，其中南向外窗面积最大(其外窗面积为604.8㎡)，该朝向的外窗及外墙的传热系数应分别为(  )。</w:t>
        <w:br/>
        <w:t>A.</w:t>
        <w:br/>
        <w:t>B.</w:t>
        <w:br/>
        <w:t>C.</w:t>
        <w:br/>
        <w:t>D.应进行权衡判断</w:t>
        <w:br/>
        <w:br/>
        <w:t xml:space="preserve">【答案】：C </w:t>
      </w:r>
    </w:p>
    <w:p>
      <w:pPr>
        <w:sectPr w:rsidSect="00034616">
          <w:pgSz w:w="12240" w:h="15840"/>
          <w:pgMar w:top="1440" w:right="1800" w:bottom="1440" w:left="1800" w:header="720" w:footer="720" w:gutter="0"/>
          <w:cols w:space="720"/>
          <w:docGrid w:linePitch="360"/>
        </w:sectPr>
      </w:pPr>
      <w:r>
        <w:t>3、北京市某住宅区总建筑面积为36000㎡，供暖面积热指标为40W/㎡，室内计算温度18℃，供暖室外计算温度-9℃，通风室外计算温度-5℃，供暖期室外平均温度-1.6℃，供暖期129d，计算供暖年耗热量为(</w:t>
      </w:r>
      <w:r>
        <w:t xml:space="preserve"> </w:t>
      </w:r>
    </w:p>
    <w:p>
      <w:r>
        <w:t xml:space="preserve"> )。</w:t>
        <w:br/>
        <w:t>A.</w:t>
        <w:br/>
        <w:t>B.</w:t>
        <w:br/>
        <w:t>C.</w:t>
        <w:br/>
        <w:t>D.</w:t>
        <w:br/>
        <w:br/>
        <w:t>【答案】：A</w:t>
      </w:r>
      <w:r>
        <w:t xml:space="preserve"> </w:t>
      </w:r>
    </w:p>
    <w:p>
      <w:r>
        <w:t>4、某酒店采用太阳能+电辅助加热的中央热水系统。已知，全年日平均用热负荷为2600kW·h，该地可用太阳能的时间为290d，同时，其日辅助电加热量为日平均用热负荷的20%，其余时间均采用电加热器加热。为了节能，拟采用热泵热水机组取代电加热器，满足使用功能的条件下，机组制热COP=4.60。利用太阳能时，若不计循环热水泵耗电量以及热损失，新方案的年节电量应是下列哪一项？(  )</w:t>
        <w:br/>
        <w:t>A.250000～325000kW·h</w:t>
        <w:br/>
        <w:t>B.325500～327500kW·h</w:t>
        <w:br/>
        <w:t>C.328000～330000kW·h</w:t>
        <w:br/>
        <w:t>D.330500～332500kW·h</w:t>
        <w:br/>
        <w:br/>
        <w:t xml:space="preserve">【答案】：A </w:t>
      </w:r>
    </w:p>
    <w:p>
      <w:r>
        <w:t>5、有一批鲜鱼(486kg/盘)需要在某冷库的冻结间进行冷加工，该冻结间设有吊轨，吊轨有效长度为50m，货物的加工时间为2h，该冻结间每日的冷加工能力应是下列哪一项？(  )</w:t>
        <w:br/>
        <w:t>A.240～250t</w:t>
        <w:br/>
        <w:t>B.285～295t</w:t>
        <w:br/>
        <w:t>C.300～305t</w:t>
        <w:br/>
        <w:t>D.310～315t</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6、某空调房间冷负荷142kW，采用全空气空调，空调系统配有新风从排风中回收显热的装置(热交换率η=0.65，且新风量与排风量相等，均为送风量的15%)。已知：室外空气计算干球温度33℃，比焓90kJ/kg；室内空气计算干球温度26℃，比焓58.1kJ/kg，当采用室内空气状态下的机器露点(干球温度19℃，比焓51kJ/kg)送风时，空调设备的冷量(不计过程的冷量损失)为下列哪一项？(</w:t>
      </w:r>
      <w:r>
        <w:t xml:space="preserve"> </w:t>
      </w:r>
      <w:r>
        <w:t xml:space="preserve"> )</w:t>
        <w:br/>
        <w:t>A.170～180kW</w:t>
        <w:br/>
        <w:t>B.215～232kW</w:t>
        <w:br/>
        <w:t>C.233～240kW</w:t>
        <w:br/>
        <w:t>D.241～250kW</w:t>
        <w:br/>
        <w:br/>
        <w:t>【答案】：B</w:t>
      </w:r>
      <w:r>
        <w:t xml:space="preserve"> </w:t>
      </w:r>
    </w:p>
    <w:p>
      <w:r>
        <w:t>7、某居民住宅楼18层，每户6户，每户一厨房，内设一台双眼灶和一台快速燃气热水器(燃气用量分别为0.3Nm3／h和1.4Nm3/h)。试问，该楼燃气入口处的设计流量应为下列何值？</w:t>
        <w:br/>
        <w:t>A.26.5～30Nm3/h</w:t>
        <w:br/>
        <w:t>B.30.5～34Nm3/h</w:t>
        <w:br/>
        <w:t>C.34.5～38Nm3/h</w:t>
        <w:br/>
        <w:t>D.60.5～64Nm3/h</w:t>
        <w:br/>
        <w:br/>
        <w:t xml:space="preserve">【答案】：B </w:t>
      </w:r>
    </w:p>
    <w:p>
      <w:r>
        <w:t>8、某低温热水地板辐射采暖系统，设计供回水温度为50/40℃，系统工作压力PO=0.4MPa，某一环路所承担的热负荷为2000W。说法正确的应是下列哪一项？并列出判断过程。</w:t>
        <w:br/>
        <w:t>A.</w:t>
        <w:br/>
        <w:t>B.</w:t>
        <w:br/>
        <w:t>C.</w:t>
        <w:br/>
        <w:t>D.</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9、某小区锅炉房为燃煤粉锅炉，煤粉仓几何容积为60m3，煤粉仓设置的防爆门面积应是下列哪一项？</w:t>
        <w:br/>
        <w:t>A.0.1～0.19㎡</w:t>
        <w:br/>
        <w:t>B.0.2～0.29㎡</w:t>
        <w:br/>
        <w:t>C.0.3～0.39㎡</w:t>
        <w:br/>
        <w:t>D.0.4～0.59㎡</w:t>
        <w:br/>
        <w:br/>
        <w:t>【答案】：D</w:t>
      </w:r>
      <w:r>
        <w:t xml:space="preserve"> </w:t>
      </w:r>
    </w:p>
    <w:p>
      <w:r>
        <w:t>10、某人防工程为二等掩蔽体，掩蔽人数1000人，清洁区的面积为1000㎡，高3m，防毒通道的净空尺寸为6m×3m×3m，人员的新风为2m3/(h.P)，试问：该工程的滤毒通风量应是下列哪一项？</w:t>
        <w:br/>
        <w:t>A.1900～2100m3/h</w:t>
        <w:br/>
        <w:t>B.2150～2350m3/h</w:t>
        <w:br/>
        <w:t>C.2400～2600m3/h</w:t>
        <w:br/>
        <w:t>D.2650～2850m3/h</w:t>
        <w:br/>
        <w:br/>
        <w:t xml:space="preserve">【答案】：B </w:t>
      </w:r>
    </w:p>
    <w:p>
      <w:r>
        <w:t>11、五层办公楼，采用散热器采暖，层高3.6m，南外墙热负荷为243W，外窗热负荷为490W，窗缝渗入205W，南方向修正为-15%。求该房间散热器耗热量。</w:t>
        <w:br/>
        <w:t>A.920～940W</w:t>
        <w:br/>
        <w:t>B.890～910W</w:t>
        <w:br/>
        <w:t>C.860～880W</w:t>
        <w:br/>
        <w:t>D.810～830W</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12、某防空地下室为二等人员掩蔽所，掩蔽人数N=415人，清洁新风量为5m3／(p.h)，滤毒新风量为2m3/pH(滤毒设备额定风量1000m3/h)，最小防毒通道有效容积为20m3，清洁区有效容积为1725m3，滤毒通风时的新风量应是下列哪一项？</w:t>
        <w:br/>
        <w:t>A.2000～2100m3/h</w:t>
        <w:br/>
        <w:t>B.950～1050m3/h</w:t>
        <w:br/>
        <w:t>C.850～900m3/h</w:t>
        <w:br/>
        <w:t>D.790～840m3/h</w:t>
        <w:br/>
        <w:br/>
        <w:t>【答案】：C</w:t>
      </w:r>
      <w:r>
        <w:t xml:space="preserve"> </w:t>
      </w:r>
    </w:p>
    <w:p>
      <w:r>
        <w:t>13、某采用集中送风热风供暖的民用建筑房间长宽各为60m、高7m，送风口高度3.5m。可以采用的最少送风射流数量为(  )。</w:t>
        <w:br/>
        <w:t>A.两侧平行对送，每侧2股射流</w:t>
        <w:br/>
        <w:t>B.两侧平行对送，每侧3股射流</w:t>
        <w:br/>
        <w:t>C.单侧平行送风，每侧2股射流</w:t>
        <w:br/>
        <w:t>D.单侧平行送风，每侧3股射流</w:t>
        <w:br/>
        <w:br/>
        <w:t xml:space="preserve">【答案】：B </w:t>
      </w:r>
    </w:p>
    <w:p>
      <w:r>
        <w:t>14、在一般工业区内(非特定工业区)新建某除尘系统，排气筒的高度为20m，排放的污染物为石英粉尘，排放速度速率均匀，经两小时连续测定，标准工况下，排气量V=80000m3/h，除尘效率η=99%，粉尘收集量为G=633.6kg。试问，以下依次列出排气筒的排放速率值，排放浓度值以及达标排放的结论，正确者应为下列哪一项？</w:t>
        <w:br/>
        <w:t>A.3.Okg/h，60mg/m3，达标排放</w:t>
        <w:br/>
        <w:t>B.3.lkg/h，80mg/m3，排放不达标</w:t>
        <w:br/>
        <w:t>C.3.0kg/h，40mg/m3，达标排放</w:t>
        <w:br/>
        <w:t>D.3.2kg/h，40mg/m3，排放不达标</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15、某通风系统的过滤器，可选择静电过滤器或袋式过滤器。已知：大气压为101.3kPa，空气温度为20℃。处理风量为3000m3/h，静电过滤器阻力为20Pa，耗电功率为20W；袋式过滤器阻力为120Pa。风机的全压效率为0.80，风机采用三角皮带传动(滚动轴承)。系统每年运行180天，每天运行10h。若不计电机的功率损耗，试从节能角度比较，静电过滤器比袋式过滤器年节电数值应是下列哪一项？</w:t>
        <w:br/>
        <w:t>A.110～125kWh</w:t>
        <w:br/>
        <w:t>B.140～155kWh</w:t>
        <w:br/>
        <w:t>C.160～185kWh</w:t>
        <w:br/>
        <w:t>D.195～210kWh</w:t>
        <w:br/>
        <w:br/>
        <w:t>【答案】：C</w:t>
      </w:r>
      <w:r>
        <w:t xml:space="preserve"> </w:t>
      </w:r>
    </w:p>
    <w:p>
      <w:r>
        <w:t>16、某储藏苹果的冷却物冷藏间，其计算吨位为530t，进货质量按最大设计。货物进入冷间时的温度为25℃，比焓为336.5kJ/kg；货物在冷间内终止降温时的温度为0℃，比焓为271.9kJ/kg。货物冷加工时间按24h计。货物包装材料质量系数取0.25，包装材料的比热容为1.47kJ/(kg·℃)。苹果冷却初始时的呼吸热流量为0.149W/kg，终止降温时的呼吸热流量为0.019W/kg。则该冷却物冷藏间的货物热流量为(  )。</w:t>
        <w:br/>
        <w:t>A.33.5～35.5kW</w:t>
        <w:br/>
        <w:t>B.35.6～37.5kW</w:t>
        <w:br/>
        <w:t>C.38.5～40.5kW</w:t>
        <w:br/>
        <w:t>D.48.5～50.5kW</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17、容量为700人的会议室，室内空气温度为20℃，室外空气温度为16℃。每人总发热量为110w，其中潜热量为30W，外围护结构损耗热量为7000W，所需通风量为下列哪一项？</w:t>
        <w:br/>
        <w:t>A.3～5kg/s</w:t>
        <w:br/>
        <w:t>B.11.5～12.5kg/s</w:t>
        <w:br/>
        <w:t>C.17～18kg/s</w:t>
        <w:br/>
        <w:t>D.50～52kg/s</w:t>
        <w:br/>
        <w:br/>
        <w:t xml:space="preserve">【答案】：B </w:t>
      </w:r>
    </w:p>
    <w:p>
      <w:r>
        <w:t>18、北京地区某办公楼的外墙内加气泡沫混凝土的厚度，按《公共建筑节能设计标准》GB50189-2005计算比按《采暖通风与空气调节设计规范》GB50019-2003计算需要加量，为下列何值？已知：建筑体形系数为0.3，墙体其他材料的热阻为0.l㎡·℃/W，D＞6，北京地区采暖室外计算温度为-9℃，加气泡沫混凝土的导热系数λ=0.22W/(m·℃)。</w:t>
        <w:br/>
        <w:t>A.210～240mm</w:t>
        <w:br/>
        <w:t>B.250～270mm</w:t>
        <w:br/>
        <w:t>C.18～200mm</w:t>
        <w:br/>
        <w:t>D.280～300mm</w:t>
        <w:br/>
        <w:br/>
        <w:t xml:space="preserve">【答案】：B </w:t>
      </w:r>
    </w:p>
    <w:p>
      <w:r>
        <w:t>19、某项目采用地源热泵进行集中供冷、供热，经测量，有效换热深度为90m，敷设单U形换热管，设夏、冬季单位管长的换热量均为q=30W／m，夏季冷负荷和冬季热负荷均为450kW，所选热泵机组夏季性能系数EER=5，冬季性能系数COP=4，在理想换热状态下，所需孔数应为下列何项？(  )。</w:t>
        <w:br/>
        <w:t>A.63孔</w:t>
        <w:br/>
        <w:t>B.94孔</w:t>
        <w:br/>
        <w:t>C.100孔</w:t>
        <w:br/>
        <w:t>D.173孔</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20、假设制冷机组以逆卡诺循环工作，当外界环境温度为35℃，冷水机组可分别制取7℃和18℃冷水，已知室内冷负荷为20kW，可全部采用7℃冷水处理，也可分别用7℃和18℃冷水处理(各承担10kW)，则全部由7℃冷水处理需要的冷机电耗与分别用7℃和18℃的冷水处理需要冷机电耗的比值为(</w:t>
      </w:r>
      <w:r>
        <w:t xml:space="preserve"> </w:t>
      </w:r>
    </w:p>
    <w:p>
      <w:r>
        <w:t xml:space="preserve"> )。</w:t>
        <w:br/>
        <w:t>A.＞2.0</w:t>
        <w:br/>
        <w:t>B.1.6～2.0</w:t>
        <w:br/>
        <w:t>C.1.1～1.5</w:t>
        <w:br/>
        <w:t>D.0.6～1.0</w:t>
        <w:br/>
        <w:br/>
        <w:t>【答案】：C</w:t>
      </w:r>
      <w:r>
        <w:t xml:space="preserve"> </w:t>
      </w:r>
    </w:p>
    <w:p>
      <w:r>
        <w:t>21、北京某住宅楼顶层一卫生间面积为10㎡，卫生间洁具占2㎡，房间按对流方式计算的热负荷为800W，室内计算温度为18℃，卫生间采用低温热水地板辐射供暖，地板表面平均温度为(  )。</w:t>
        <w:br/>
        <w:t>A.23～24℃</w:t>
        <w:br/>
        <w:t>B.24～25℃</w:t>
        <w:br/>
        <w:t>C.25～26℃</w:t>
        <w:br/>
        <w:t>D.26～27℃</w:t>
        <w:br/>
        <w:br/>
        <w:t xml:space="preserve">【答案】：D </w:t>
      </w:r>
    </w:p>
    <w:p>
      <w:r>
        <w:t>22、某办公楼普通机械送风系统风机与电机采用直联方式，设计工况下的风机及传动效率为92.8%，风管的长度为124m，通风系统单位长度平均风压损失为5Pa／m(包含摩擦阻力和局部阻力)。问：在通风系统设计时，所选择的风机在设计工况下效率的最小值应接近以下哪项效率值，才能满足节能要求？(  )。</w:t>
        <w:br/>
        <w:t>A.52%</w:t>
        <w:br/>
        <w:t>B.53%</w:t>
        <w:br/>
        <w:t>C.56%</w:t>
        <w:br/>
        <w:t>D.58%</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r>
        <w:t>23、R22中包含的氯原子数是(</w:t>
      </w:r>
      <w:r>
        <w:t xml:space="preserve"> </w:t>
      </w:r>
    </w:p>
    <w:p>
      <w:r>
        <w:t xml:space="preserve"> )。</w:t>
        <w:br/>
        <w:t>A.2</w:t>
        <w:br/>
        <w:t>B.1</w:t>
        <w:br/>
        <w:t>C.3</w:t>
        <w:br/>
        <w:t>D.0</w:t>
        <w:br/>
        <w:br/>
        <w:t>【答案】：B</w:t>
      </w:r>
      <w:r>
        <w:t xml:space="preserve"> </w:t>
      </w:r>
    </w:p>
    <w:p>
      <w:r>
        <w:t>24、全新风热风供暖车间供暖设计热负荷为200kW，室内设计温度为15℃，供暖室外计算温度为-8℃，通风室外计算温度为-5℃，送风量为10kg/s，空气加热器使用的热媒为城市热网110℃/70℃的热水，空气加热器的传热系数为40W/(㎡·K)，考虑安全系数后，空气加热器所需加热面积应为(  )。</w:t>
        <w:br/>
        <w:t>A.100～120㎡</w:t>
        <w:br/>
        <w:t>B.121～140㎡</w:t>
        <w:br/>
        <w:t>C.141～160㎡</w:t>
        <w:br/>
        <w:t>D.161～190㎡</w:t>
        <w:br/>
        <w:br/>
        <w:t xml:space="preserve">【答案】：D </w:t>
      </w:r>
    </w:p>
    <w:p>
      <w:r>
        <w:t>25、某热水供暖系统运行时实测流量为9000kg/h，系统总压力损失为10kPa，现将流量减小为8000kg/h，系统总压力损失为(  )。</w:t>
        <w:br/>
        <w:t>A.0.78～0.80kPa</w:t>
        <w:br/>
        <w:t>B.5.5～5.8kPa</w:t>
        <w:br/>
        <w:t>C.7.8～8.0kPa</w:t>
        <w:br/>
        <w:t>D.8.1～8.3kPa</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26、含有S02有害气体的流量为3000m3/h，其中S02的浓度为5.25mg/m3，采用固定床活性炭吸附装置净化该有害气体。设平衡吸附量为0.15kg/kg炭，吸附效率为96%。如有效使用时间(穿透时间)为250h，所需装炭量为下列哪一项？</w:t>
        <w:br/>
        <w:t>A.71.5～72.5kg</w:t>
        <w:br/>
        <w:t>B.72.6～73.6kg</w:t>
        <w:br/>
        <w:t>C.73.7～74.7kg</w:t>
        <w:br/>
        <w:t>D.74.8～78.8kg</w:t>
        <w:br/>
        <w:br/>
        <w:t>【答案】：A</w:t>
      </w:r>
      <w:r>
        <w:t xml:space="preserve"> </w:t>
      </w:r>
    </w:p>
    <w:p>
      <w:r>
        <w:t>27、某车间冬季室内供暖设计温度为18℃，围护结构传热耗热量为80kW，室内局部机械排风量为5kg/s，当地冬季供暖室外计算温度-9℃，冬季通风室外计算温度-5℃，冬季空调室外计算温度为-12℃，采用集中送风供暖系统，全部使用室外新风，送风量为4.5kg/s，则送风温度为(  )。</w:t>
        <w:br/>
        <w:t>A.36～37℃</w:t>
        <w:br/>
        <w:t>B.37～38℃</w:t>
        <w:br/>
        <w:t>C.38～39℃</w:t>
        <w:br/>
        <w:t>D.39～40℃</w:t>
        <w:br/>
        <w:br/>
        <w:t xml:space="preserve">【答案】：C </w:t>
      </w:r>
    </w:p>
    <w:p>
      <w:r>
        <w:t>28、某空调水系统为一级泵系统，总冷负荷为13360kW，设置4台相同的离心式冷水机组，并设置4台相同的冷水泵，冷水的供回水温差为5℃，水泵扬程为36m，设计工作点的效率为75%，最大输冷距离为400m。下列说法中正确的是(  )。</w:t>
        <w:br/>
        <w:t>A.耗电输冷比ECR为0.0223，满足要求</w:t>
        <w:br/>
        <w:t>B.耗电输冷比ECR为0.0256，满足要求</w:t>
        <w:br/>
        <w:t>C.耗电输冷比ECR为0.0306，不满足要求</w:t>
        <w:br/>
        <w:t>D.耗电输冷比ECR为0.0323，不满足要求</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29、某工业厂房采用自然通风，室外空气温度为27℃，室内工作区控制温度为32℃，进风侧窗和排风天窗的流量系数均为0.6，两窗中心高差为15m。进风侧窗面积为50㎡，测得实际进风量为288000kg/h，排风温度为48℃，则排风天窗的面积应不小于(</w:t>
      </w:r>
      <w:r>
        <w:t xml:space="preserve"> </w:t>
      </w:r>
    </w:p>
    <w:p>
      <w:r>
        <w:t xml:space="preserve"> )。</w:t>
        <w:br/>
        <w:t>A.30～34㎡</w:t>
        <w:br/>
        <w:t>B.36～40㎡</w:t>
        <w:br/>
        <w:t>C.43～47㎡</w:t>
        <w:br/>
        <w:t>D.50～54㎡</w:t>
        <w:br/>
        <w:br/>
        <w:t>【答案】：C</w:t>
      </w:r>
      <w:r>
        <w:t xml:space="preserve"> </w:t>
      </w:r>
    </w:p>
    <w:p>
      <w:r>
        <w:t>30、某集中供热系统采暖热负荷为50MW，采暖期天数为100天，室内计算温度为18℃，冬季室外计算温度为-5℃，采暖期室外平均温度1℃，则采暖期耗热量(GJ)约为下列何值？</w:t>
        <w:br/>
        <w:t>A.</w:t>
        <w:br/>
        <w:t>B.</w:t>
        <w:br/>
        <w:t>C.</w:t>
        <w:br/>
        <w:t>D.</w:t>
        <w:br/>
        <w:br/>
        <w:t xml:space="preserve">【答案】：A </w:t>
      </w:r>
    </w:p>
    <w:p>
      <w:r>
        <w:t>31、北京市一栋办公楼，体形系数小于0.3，外墙为240mm钢筋混凝土，采用聚苯保温板保温，内表面传热系数为8.7W/(㎡·K)，外表面传热系数为23W/(㎡·K)，钢筋混凝土的导热系数为1.74W/(m·K)，聚苯保温板的导热系数为0.047W/(m·K)，保温层的最小厚度为(  )。</w:t>
        <w:br/>
        <w:t>A.95mm</w:t>
        <w:br/>
        <w:t>B.85mm</w:t>
        <w:br/>
        <w:t>C.65mm</w:t>
        <w:br/>
        <w:t>D.45mm</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32、某工厂现有理化楼的化验室排放有害气体甲苯，其排气简的高度为12m，试问符合国家二级排放标准的最高允许排放速率接近下列哪一项？(</w:t>
      </w:r>
      <w:r>
        <w:t xml:space="preserve"> </w:t>
      </w:r>
    </w:p>
    <w:p>
      <w:r>
        <w:t xml:space="preserve"> )</w:t>
        <w:br/>
        <w:t>A.1.98kg/h</w:t>
        <w:br/>
        <w:t>B.2.3kg/h</w:t>
        <w:br/>
        <w:t>C.3.11kg/h</w:t>
        <w:br/>
        <w:t>D.3.6kg/h</w:t>
        <w:br/>
        <w:br/>
        <w:t>【答案】：B</w:t>
      </w:r>
      <w:r>
        <w:t xml:space="preserve"> </w:t>
      </w:r>
    </w:p>
    <w:p>
      <w:r>
        <w:t>33、有一段长10m，直径为0.6m的金属风管，工作压力为600Pa，在该压力下的漏风量容许值不大于下列何值？(  )。</w:t>
        <w:br/>
        <w:t>A.</w:t>
        <w:br/>
        <w:t>B.</w:t>
        <w:br/>
        <w:t>C.</w:t>
        <w:br/>
        <w:t>D.</w:t>
        <w:br/>
        <w:br/>
        <w:t xml:space="preserve">【答案】：D </w:t>
      </w:r>
    </w:p>
    <w:p>
      <w:r>
        <w:t>34、一台带节能器的螺杆压缩机的二次吸气制冷循环，工质为R22，已知：冷凝温度40℃，绝对压力1.5336MPa，蒸发温度4℃，绝对压力0.56605MPa。按理论循环，不考虑制冷剂的吸气过热，节能器中的压力为(  )。</w:t>
        <w:br/>
        <w:t>A.0.50～0.57MPa</w:t>
        <w:br/>
        <w:t>B.0.90～0.95MPa</w:t>
        <w:br/>
        <w:t>C.1.00～1.05MPa</w:t>
        <w:br/>
        <w:t>D.1.40～1.55MPa</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35、某建筑采用毛细管辐射供暖，采取平顶安装方式，表面抹5mm水泥砂浆，室内设计温度为18℃，供水温度为30℃，回水温度为26℃，毛细管板的供热能力为(</w:t>
      </w:r>
      <w:r>
        <w:t xml:space="preserve"> </w:t>
      </w:r>
    </w:p>
    <w:p>
      <w:r>
        <w:t xml:space="preserve"> )。</w:t>
        <w:br/>
        <w:t>A.77～79W/㎡</w:t>
        <w:br/>
        <w:t>B.70～72W/㎡</w:t>
        <w:br/>
        <w:t>C.80～82W/㎡</w:t>
        <w:br/>
        <w:t>D.50～52W/㎡</w:t>
        <w:br/>
        <w:br/>
        <w:t>【答案】：A</w:t>
      </w:r>
      <w:r>
        <w:t xml:space="preserve"> </w:t>
      </w:r>
    </w:p>
    <w:p>
      <w:r>
        <w:t>36、-台理论排气量为0.1m3／s的半封闭式双螺杆压缩机，其压缩过程的指示效率为0.9，摩擦效率为0.95，容积效率为0.8，电机效率为0.85。当吸气比容为0.1m3/kg，单位质量制冷量为150kj/kg，理论耗功率为20kj/kg时，该工况下压缩机的制冷性能系数为下列何值？</w:t>
        <w:br/>
        <w:t>A.5.0～5.1</w:t>
        <w:br/>
        <w:t>B.5.2～5.3</w:t>
        <w:br/>
        <w:t>C.5.4～5.5</w:t>
        <w:br/>
        <w:t>D.5.6～5.7</w:t>
        <w:br/>
        <w:br/>
        <w:t xml:space="preserve">【答案】：C </w:t>
      </w:r>
    </w:p>
    <w:p>
      <w:r>
        <w:t>37、某热水供暖系统运行时实测流量为9000kg/h，系统总压力损失为10kPa，现将流量减小为8000kg/h，系统总压力损失为(  )。</w:t>
        <w:br/>
        <w:t>A.0.78～0.80kPa</w:t>
        <w:br/>
        <w:t>B.5.5～5.8kPa</w:t>
        <w:br/>
        <w:t>C.7.8～8.0kPa</w:t>
        <w:br/>
        <w:t>D.8.1～8.3kPa</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38、某小区采暖热负荷为1200kW，采暖一次热水由市政热力管网提供，供回水温度为110/70℃，采用水一水换热器进行换热后提供小区采暖，换热器的传热系数为2500W/(㎡·℃)，采暖供回水温度为80/60℃，水垢系数B=O.75。该换热器的换热面积应是下列哪一项？</w:t>
        <w:br/>
        <w:t>A.16～22㎡</w:t>
        <w:br/>
        <w:t>B.24～30㎡</w:t>
        <w:br/>
        <w:t>C.32～38㎡</w:t>
        <w:br/>
        <w:t>D.40～46㎡</w:t>
        <w:br/>
        <w:br/>
        <w:t>【答案】：C</w:t>
      </w:r>
      <w:r>
        <w:t xml:space="preserve"> </w:t>
      </w:r>
    </w:p>
    <w:p>
      <w:r>
        <w:t>39、某车间采用全回风热风供暖，车间热负荷为101kW，室内设计温度为15℃。空气加热器热媒为110℃/70℃的热水，传热系数为40W/(㎡·K)。车间送风量为4kg/s。空气加热器的面积应为(  )。</w:t>
        <w:br/>
        <w:t>A.48～53㎡</w:t>
        <w:br/>
        <w:t>B.40～45㎡</w:t>
        <w:br/>
        <w:t>C.50～55㎡</w:t>
        <w:br/>
        <w:t>D.30～35㎡</w:t>
        <w:br/>
        <w:br/>
        <w:t xml:space="preserve">【答案】：A </w:t>
      </w:r>
    </w:p>
    <w:p>
      <w:r>
        <w:t>40、设某城市的供暖度日数(HDD18)为1950℃·d，空调度日数(CDD26)为200℃·d，某住宅需要进行节能综合指标的计算和判定，经计算供暖年耗电量为33.5kW·h/㎡，允许空调年耗电量为(  )。</w:t>
        <w:br/>
        <w:t>A.26.8kW·h/㎡</w:t>
        <w:br/>
        <w:t>B.30.1kW·h/㎡</w:t>
        <w:br/>
        <w:t>C.29.OkW·h/㎡</w:t>
        <w:br/>
        <w:t>D.31.2kW·h/㎡</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41、以下4台同一系列的后向机翼型离心通风机，均在高效率运行情况时，其噪声性能下列哪一台最好？(  )</w:t>
        <w:br/>
        <w:t>A.</w:t>
        <w:br/>
        <w:t>B.</w:t>
        <w:br/>
        <w:t>C.</w:t>
        <w:br/>
        <w:t>D.</w:t>
        <w:br/>
        <w:br/>
        <w:t xml:space="preserve">【答案】：B </w:t>
      </w:r>
    </w:p>
    <w:p>
      <w:r>
        <w:t>42、R22中包含的氯原子数是(  )。</w:t>
        <w:br/>
        <w:t>A.2</w:t>
        <w:br/>
        <w:t>B.1</w:t>
        <w:br/>
        <w:t>C.3</w:t>
        <w:br/>
        <w:t>D.0</w:t>
        <w:br/>
        <w:br/>
        <w:t xml:space="preserve">【答案】：B </w:t>
      </w:r>
    </w:p>
    <w:p>
      <w:r>
        <w:t>43、一台水冷式冷水机组，其制冷量为500kW，COP为5.0，冷却水进出口温差为5℃；引风式玻璃钢冷却塔设置在裙房屋顶，喷淋口距冷却水槽水表面的高差为5m，冷却水管的总阻力为3m，冷凝器水阻力为6m。如果不计冷凝负荷损失，则下列(  )给出的冷却水泵符合选型要求。</w:t>
        <w:br/>
        <w:t>A.Gcw=120t/h，Hp=15m</w:t>
        <w:br/>
        <w:t>B.Gcw=90t/h，Hp=20m</w:t>
        <w:br/>
        <w:t>C.Gcw=105t/h，Hp=20m</w:t>
        <w:br/>
        <w:t>D.GCw=120t/h，Hp=30m</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44、某商场空调系统采用二管制定风量系统，粗效和中效过滤，采用湿膜加湿，风机全压110Pa，风机全压效率72%，电机效率80%，电机直联，该风机单位风量耗功率满足节能设计标准的判断以及风机单位风量耗功率数值最接近的应是哪项？(  )。</w:t>
        <w:br/>
        <w:t>A.</w:t>
        <w:br/>
        <w:t>B.</w:t>
        <w:br/>
        <w:t>C.</w:t>
        <w:br/>
        <w:t>D.</w:t>
        <w:br/>
        <w:br/>
        <w:t xml:space="preserve">【答案】：C </w:t>
      </w:r>
    </w:p>
    <w:p>
      <w:r>
        <w:t>45、某有害气体流量为3000m3/h，其中有害物成分的浓度为5.25ppm，克摩尔数M=64，采用固定床活性炭吸附装置净化该有害气体，设平衡吸附量为0.15kg/kg，炭吸附效率为95%，一次装活性炭量为80kg，则连续有效使用时间为下列哪一项？</w:t>
        <w:br/>
        <w:t>A.200～225h</w:t>
        <w:br/>
        <w:t>B.226～250h</w:t>
        <w:br/>
        <w:t>C.251～270h</w:t>
        <w:br/>
        <w:t>D.271～290h</w:t>
        <w:br/>
        <w:br/>
        <w:t xml:space="preserve">【答案】：D </w:t>
      </w:r>
    </w:p>
    <w:p>
      <w:r>
        <w:t>46、某30万㎡的小区，节能改造，室外供热水管道保温，用玻璃棉管壳[保温层平均使用温度k=60℃时，导热系数为0.034W／(m·K)]代替原来用的150mm厚的水泥膨胀珍珠岩[导热系数为0.16W／(m·K)]，且供回水温由95／70℃变为130/70℃，地沟内温度为40℃，那么改造后的D325×8管道的保温材料厚度应为下列哪一项？</w:t>
        <w:br/>
        <w:t>A.30mm</w:t>
        <w:br/>
        <w:t>B.40mm</w:t>
        <w:br/>
        <w:t>C.50mm</w:t>
        <w:br/>
        <w:t>D.60mm</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47、某生活小区总建筑面积为156000㎡，设计的采暖热负荷指标为44.1W/㎡(已含管网损失)，室内设计温度为18℃，该地区的室外设计温度为-7.5℃，采暖期的室外平均温度为-1.6℃，采暖期为122天，则该小区采暖的全年耗热量应是(</w:t>
      </w:r>
      <w:r>
        <w:t xml:space="preserve"> </w:t>
      </w:r>
    </w:p>
    <w:p>
      <w:r>
        <w:t xml:space="preserve"> )GJ。</w:t>
        <w:br/>
        <w:t>A.58500～59000</w:t>
        <w:br/>
        <w:t>B.55500～56000</w:t>
        <w:br/>
        <w:t>C.52700～53200</w:t>
        <w:br/>
        <w:t>D.50000～50500</w:t>
        <w:br/>
        <w:br/>
        <w:t>【答案】：B</w:t>
      </w:r>
      <w:r>
        <w:t xml:space="preserve"> </w:t>
      </w:r>
    </w:p>
    <w:p>
      <w:r>
        <w:t>48、某空调冷冻水系统，供回水温度为7/12℃，设计流量G=100m3/h，水泵扬程H=32m，水泵效率η=0.73，试问该系统的输送能效比(职)为下列何值？</w:t>
        <w:br/>
        <w:t>A.0.0145～0.0155</w:t>
        <w:br/>
        <w:t>B.0.02～0.021</w:t>
        <w:br/>
        <w:t>C.0.022～0.023</w:t>
        <w:br/>
        <w:t>D.0.024～0.025</w:t>
        <w:br/>
        <w:br/>
        <w:t xml:space="preserve">【答案】：B </w:t>
      </w:r>
    </w:p>
    <w:p>
      <w:r>
        <w:t>49、以下四台同一系列的后向机翼型离心通风机，均在高效率运行情况时，比较其噪声性能哪一台为最好？</w:t>
        <w:br/>
        <w:t>A.风量50000m3/h，全压600Pa，声功率级105d</w:t>
        <w:br/>
        <w:t>B.风量100000m3/h，全压800Pa，声功率级110dB</w:t>
        <w:br/>
        <w:t>C.风量80000m3/h，全压700Pa，声功率级110dB</w:t>
        <w:br/>
        <w:t>D.风量20000m3/h，全压500Pa，声功率级100dB</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50、一空调建筑空调水系统的供冷量为1000kW，冷水供回水温差为5℃，水的比热容为4.18kJ/(kg·K)，设计工况的水泵扬程为27m，对应的效率为70%，在设计工况下，水泵的轴功率为下列哪一项？(  )</w:t>
        <w:br/>
        <w:t>A.10～13kW</w:t>
        <w:br/>
        <w:t>B.13.1～15kW</w:t>
        <w:br/>
        <w:t>C.15.1～17kW</w:t>
        <w:br/>
        <w:t>D.17.1～19kW</w:t>
        <w:br/>
        <w:br/>
        <w:t xml:space="preserve">【答案】：D </w:t>
      </w:r>
    </w:p>
    <w:p>
      <w:r>
        <w:t>51、一栋10层办公楼，采用风机盘管+新风的空调方案，每层设置1台新风机组，全楼共有风机盘管360台，在工程验收时，空调设备抽检的台数为(  )。</w:t>
        <w:br/>
        <w:t>A.1台新风机组和5台风机盘管</w:t>
        <w:br/>
        <w:t>B.2台新风机组和36台风机盘管</w:t>
        <w:br/>
        <w:t>C.3台新风机组和54台风机盘管</w:t>
        <w:br/>
        <w:t>D.5台新风机组和72台风机盘管</w:t>
        <w:br/>
        <w:br/>
        <w:t xml:space="preserve">【答案】：B </w:t>
      </w:r>
    </w:p>
    <w:p>
      <w:r>
        <w:t>52、某风机转速为2900r/min，若风机减振器选用金属弹簧型，减振器固有频率应为下列哪一项？(  )</w:t>
        <w:br/>
        <w:t>A.4～5Hz</w:t>
        <w:br/>
        <w:t>B.9～12Hz</w:t>
        <w:br/>
        <w:t>C.18～21Hz</w:t>
        <w:br/>
        <w:t>D.45～50Hz</w:t>
        <w:br/>
        <w:br/>
        <w:t xml:space="preserve">【答案】：B </w:t>
      </w:r>
    </w:p>
    <w:p>
      <w:r>
        <w:t>53、某小区采用低压天然气管道供气，已知：小区住户的低压燃具额定压力为2500Pa，则从调压站到最远燃具的管道允许阻力损失应是(  )Pa。</w:t>
        <w:br/>
        <w:t>A.2500</w:t>
        <w:br/>
        <w:t>B.2025</w:t>
        <w:br/>
        <w:t>C.1875</w:t>
        <w:br/>
        <w:t>D.1500</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54、供暖快速换热器的一次水温度为130℃/70℃，二次水温度为85℃/60℃，换热器的传热系数为4000W/(㎡·K)，水垢系数取0.75，换热量为800kW，一、二次水逆向流所需要换热面积的近似值为(</w:t>
      </w:r>
      <w:r>
        <w:t xml:space="preserve"> </w:t>
      </w:r>
    </w:p>
    <w:p>
      <w:r>
        <w:t xml:space="preserve"> )。</w:t>
        <w:br/>
        <w:t>A.11㎡</w:t>
        <w:br/>
        <w:t>B.13㎡</w:t>
        <w:br/>
        <w:t>C.14㎡</w:t>
        <w:br/>
        <w:t>D.15㎡</w:t>
        <w:br/>
        <w:br/>
        <w:t>【答案】：A</w:t>
      </w:r>
      <w:r>
        <w:t xml:space="preserve"> </w:t>
      </w:r>
    </w:p>
    <w:p>
      <w:r>
        <w:t>55、哈尔滨市某5层居住建筑的外墙由150mm厚加气混凝土、20mm厚抹灰、50mm厚双面铝箔封闭空气间层及聚苯板组成。加气混凝土的导热系数为0.28W/(m·K)，抹灰的导热系数为0.87W/(m·K)，聚苯板的导热系数为0.03W/(m·K)。聚苯板的最小厚度应为(  )。</w:t>
        <w:br/>
        <w:t>A.2.0～2.4cm</w:t>
        <w:br/>
        <w:t>B.3.2～3.3cm</w:t>
        <w:br/>
        <w:t>C.3.5～3.9cm</w:t>
        <w:br/>
        <w:t>D.8.0～8.4cm</w:t>
        <w:br/>
        <w:br/>
        <w:t xml:space="preserve">【答案】：C </w:t>
      </w:r>
    </w:p>
    <w:p>
      <w:r>
        <w:t>56、某R22双级蒸气压缩式机组，若已知机组冷凝温度为40℃，冷凝压力为1.534MPa，按制冷性能系数最大原则，确定机组的中间温度为-1℃，中间压力为0.482MPa，则机组的蒸发温度为(  )。</w:t>
        <w:br/>
        <w:t>A.-34～-33℃</w:t>
        <w:br/>
        <w:t>B.-43～-42℃</w:t>
        <w:br/>
        <w:t>C.-32～-31℃</w:t>
        <w:br/>
        <w:t>D.-42～-41℃</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r>
        <w:t>57、某活塞式二级氨压缩式机组，若已知机组冷凝压力为1.16MPa，机组的中间压力为0.43MPa，按经验公式计算，机组的蒸发压力应是(</w:t>
      </w:r>
      <w:r>
        <w:t xml:space="preserve"> </w:t>
      </w:r>
    </w:p>
    <w:p>
      <w:r>
        <w:t xml:space="preserve"> )MPa。</w:t>
        <w:br/>
        <w:t>A.0.31～0.36</w:t>
        <w:br/>
        <w:t>B.0.25～0.30</w:t>
        <w:br/>
        <w:t>C.0.19～0.24</w:t>
        <w:br/>
        <w:t>D.0.13～0.18</w:t>
        <w:br/>
        <w:br/>
        <w:t>【答案】：D</w:t>
      </w:r>
      <w:r>
        <w:t xml:space="preserve"> </w:t>
      </w:r>
    </w:p>
    <w:p>
      <w:r>
        <w:t>58、一溴化锂吸收式制冷机，发生器的放气范围为0.05，循环倍率为13，若进入发生器的稀溶液流量为6.448kg/s，则该发生器浓溶液浓度及产生的水蒸气流量是(  )。</w:t>
        <w:br/>
        <w:t>A.0.70，83.824kg/s</w:t>
        <w:br/>
        <w:t>B.0.70，0.650kg/s</w:t>
        <w:br/>
        <w:t>C.0.70，0.499kg/s</w:t>
        <w:br/>
        <w:t>D.0.65，0.499kg/s</w:t>
        <w:br/>
        <w:br/>
        <w:t xml:space="preserve">【答案】：D </w:t>
      </w:r>
    </w:p>
    <w:p>
      <w:r>
        <w:t>59、严寒地区A的某10层矩形办公楼(正南北朝向，平屋顶)，其外围护结构平面几何尺寸为57.6m×14.4m，层高均为3.1m，其中南向外窗面积最大(其外窗面积为604.8㎡)，该朝向的外窗及外墙的传热系数应分别为(  )。</w:t>
        <w:br/>
        <w:t>A.</w:t>
        <w:br/>
        <w:t>B.</w:t>
        <w:br/>
        <w:t>C.</w:t>
        <w:br/>
        <w:t>D.应进行权衡判断</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60、某吸收式溴化锂制冷机组的热力系数为1.1，冷却水进出水温差为6℃，若制冷量为1200kW，则计算的冷却水量为多少？(</w:t>
      </w:r>
      <w:r>
        <w:t xml:space="preserve"> </w:t>
      </w:r>
    </w:p>
    <w:p>
      <w:r>
        <w:t xml:space="preserve"> )。</w:t>
        <w:br/>
        <w:t>A.</w:t>
        <w:br/>
        <w:t>B.</w:t>
        <w:br/>
        <w:t>C.</w:t>
        <w:br/>
        <w:t>D.</w:t>
        <w:br/>
        <w:br/>
        <w:t>【答案】：B</w:t>
      </w:r>
      <w:r>
        <w:t xml:space="preserve"> </w:t>
      </w:r>
    </w:p>
    <w:p>
      <w:r>
        <w:t>61、某高压蒸汽系统，自蒸汽热源起始点到用汽设备的管路长度为500m，如比摩阻取200Pa/m，局部阻力按沿程阻力的20%取，疏水器出口压力为进口压力的40%，疏水器后冷凝水管道阻力0.01MPa，需要抬升5m至闭式凝结水箱，箱内压力为0.02MPa，蒸汽热源起始点的最小压力为(  )。</w:t>
        <w:br/>
        <w:t>A.O.2875MPa</w:t>
        <w:br/>
        <w:t>B.O.3175MPa</w:t>
        <w:br/>
        <w:t>C.O.3375MPa</w:t>
        <w:br/>
        <w:t>D.O.4025MPa</w:t>
        <w:br/>
        <w:br/>
        <w:t xml:space="preserve">【答案】：B </w:t>
      </w:r>
    </w:p>
    <w:p>
      <w:r>
        <w:t>62、某乙类厂房，冬季工作区供暖计算温度15℃，厂房围护结构耗热量Q=313.1kW，厂房全面排风量L=42000m3/h；厂房采用集中热风采暖系统，设计送风量G=12kg/s，则该系统冬季的设计送风温度tjj应为下列何项？(注：当地标准大气压力，室内外空气密度取均为1.2kg/m3，空气比热容cp=1.011kj/(kg·℃)，冬季通风室外计算温度-10℃)</w:t>
        <w:br/>
        <w:t>A.40～41.9℃</w:t>
        <w:br/>
        <w:t>B.42～43.9℃</w:t>
        <w:br/>
        <w:t>C.44～45.9℃</w:t>
        <w:br/>
        <w:t>D.46～48.9℃</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63、某办公楼采用多联机空调方案，其室外机设置在屋顶，室内外机的高差为40m，单程配管长度为90m，根据产品资料查出性能系数的衰减系数为0.850选用室外机，制冷工况满负荷额定COP不应小于(</w:t>
      </w:r>
      <w:r>
        <w:t xml:space="preserve"> </w:t>
      </w:r>
    </w:p>
    <w:p>
      <w:r>
        <w:t xml:space="preserve"> )。</w:t>
        <w:br/>
        <w:t>A.2.8</w:t>
        <w:br/>
        <w:t>B.3.0</w:t>
        <w:br/>
        <w:t>C.3.3</w:t>
        <w:br/>
        <w:t>D.4.0</w:t>
        <w:br/>
        <w:br/>
        <w:t>【答案】：C</w:t>
      </w:r>
      <w:r>
        <w:t xml:space="preserve"> </w:t>
      </w:r>
    </w:p>
    <w:p>
      <w:r>
        <w:t>64、战时为二等人员掩蔽所的人防地下室，地下室层高3m，主要出入口最小防毒通道面积2m×3.5m，人防清洁区长50m、宽10m，掩蔽人数400人，按人员最低标准设置滤毒通风新风量，总新风量为(  )。</w:t>
        <w:br/>
        <w:t>A.</w:t>
        <w:br/>
        <w:t>B.</w:t>
        <w:br/>
        <w:t>C.</w:t>
        <w:br/>
        <w:t>D.</w:t>
        <w:br/>
        <w:br/>
        <w:t xml:space="preserve">【答案】：C </w:t>
      </w:r>
    </w:p>
    <w:p>
      <w:r>
        <w:t>65、使用电热水器和热泵热水器将520kg的水从15℃加热到55℃，如果电热水器电效率为90%，热泵COP=3，试问热泵热水器耗电量与电热水器耗电量之比约为(  )。</w:t>
        <w:br/>
        <w:t>A.20%</w:t>
        <w:br/>
        <w:t>B.30%</w:t>
        <w:br/>
        <w:t>C.45%</w:t>
        <w:br/>
        <w:t>D.60%</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66、北京某住宅区设置燃气锅炉房给小区供暖，供暖设计热负荷为6.7MW，管网热损失及锅炉房自用系数为1.2，锅炉房容量和台数设计合理的是(</w:t>
      </w:r>
      <w:r>
        <w:t xml:space="preserve"> </w:t>
      </w:r>
    </w:p>
    <w:p>
      <w:r>
        <w:t xml:space="preserve"> )。</w:t>
        <w:br/>
        <w:t>A.选2台额定热功率为4.2MW的热水锅炉</w:t>
        <w:br/>
        <w:t>B.选3台额定热功率为2.8MW的热水锅炉</w:t>
        <w:br/>
        <w:t>C.选1台额定热功率为8.4MW的热水锅炉</w:t>
        <w:br/>
        <w:t>D.选2台额定热功率为5.6MW的热水锅炉</w:t>
        <w:br/>
        <w:br/>
        <w:t>【答案】：B</w:t>
      </w:r>
      <w:r>
        <w:t xml:space="preserve"> </w:t>
      </w:r>
    </w:p>
    <w:p>
      <w:r>
        <w:t>67、严寒地区办公楼，采用两管制定风量空调系统，空调机组内设置了预热盘管，空气经粗、中效两级过滤后送入房间，其风机全压为1280Pa，总效率为70%。关于风机的单位风量耗功率和是否满足节能设计标准的判断，下列正确的是哪一项(  )。</w:t>
        <w:br/>
        <w:t>A.</w:t>
        <w:br/>
        <w:t>B.</w:t>
        <w:br/>
        <w:t>C.</w:t>
        <w:br/>
        <w:t>D.</w:t>
        <w:br/>
        <w:br/>
        <w:t xml:space="preserve">【答案】：C </w:t>
      </w:r>
    </w:p>
    <w:p>
      <w:r>
        <w:t>68、设事故通风的房间体积为400m3。设有经常使用的局部排风系统，排风量为1300m3/h，该房间的事故排风机的排风量为下列哪一项？</w:t>
        <w:br/>
        <w:t>A.3200m3/h</w:t>
        <w:br/>
        <w:t>B.4800m3/h</w:t>
        <w:br/>
        <w:t>C.1900m3/h</w:t>
        <w:br/>
        <w:t>D.3500m3/h</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r>
        <w:t>69、某商住楼，每层建筑面积960㎡，首层和2层是商场，供暖室内计算温度18℃，3层及以上是住宅，每层8户，供暖室内计算温度20℃，每户住宅计算供暖负荷约为5kW。2，3层之间的楼板传热系数为2.0W/(㎡·K)。对“相邻房间传热”的处理，下列哪一种是正确的？(</w:t>
      </w:r>
      <w:r>
        <w:t xml:space="preserve"> </w:t>
      </w:r>
    </w:p>
    <w:p>
      <w:r>
        <w:t xml:space="preserve"> )</w:t>
        <w:br/>
        <w:t>A.不需要计算2，3层之间的传热量</w:t>
        <w:br/>
        <w:t>B.计算3层向2层的传热量，作为3层房间的供暖负荷</w:t>
        <w:br/>
        <w:t>C.计算3层向2层的传热量，增加3层房间的供暖负荷和减少2层房间的供暖负荷</w:t>
        <w:br/>
        <w:t>D.2，3层之间的楼板增加保温层，降低楼板的传热系数</w:t>
        <w:br/>
        <w:br/>
        <w:t>【答案】：A</w:t>
      </w:r>
      <w:r>
        <w:t xml:space="preserve"> </w:t>
      </w:r>
    </w:p>
    <w:p>
      <w:r>
        <w:t>70、某防空地下室为二等人员掩蔽所(一个防护单元)，掩蔽人数N=415人，清洁新风量为5m3/(P.h)，滤毒新风量为2m3/(P.h)(滤毒风机风量为1000m3/h)，最小防毒通道有效容积为10m3，清洁区有效容积为1725m3，该掩蔽所设计的防毒通道的最小换气次数接近下列哪一项？</w:t>
        <w:br/>
        <w:t>A.200次/h</w:t>
        <w:br/>
        <w:t>B.93次/h</w:t>
        <w:br/>
        <w:t>C.76次/h</w:t>
        <w:br/>
        <w:t>D.40次/h</w:t>
        <w:br/>
        <w:br/>
        <w:t xml:space="preserve">【答案】：C </w:t>
      </w:r>
    </w:p>
    <w:p>
      <w:r>
        <w:t>71、供暖快速换热器的一次水温度为130℃/70℃，二次水温度为85℃/60℃，换热器的传热系数为4000W/(㎡·k)，水垢系数取0.75，换热量为500kW，一、二次水同向流所需要换热面积的近似值为(  )。</w:t>
        <w:br/>
        <w:t>A.11㎡</w:t>
        <w:br/>
        <w:t>B.13㎡</w:t>
        <w:br/>
        <w:t>C.14㎡</w:t>
        <w:br/>
        <w:t>D.无法计算</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72、组合式空调机组从新风到送风依次为：新回风混合段、粗效过滤段、消声段、送风机段、表冷段、加热段、消声段、中效过滤段、送风段。新回风混合处的负压为40Pa，粗效过滤段的终阻力为100Pa，消声段的阻力为30Pa，表冷器的阻力为130Pa，风机全静压为600Pa，表冷器后凝水管出口处水封的最小高度为(</w:t>
      </w:r>
      <w:r>
        <w:t xml:space="preserve"> </w:t>
      </w:r>
    </w:p>
    <w:p>
      <w:r>
        <w:t xml:space="preserve"> )。</w:t>
        <w:br/>
        <w:t>A.50mm</w:t>
        <w:br/>
        <w:t>B.40mm</w:t>
        <w:br/>
        <w:t>C.30mm</w:t>
        <w:br/>
        <w:t>D.20mm</w:t>
        <w:br/>
        <w:br/>
        <w:t>【答案】：C</w:t>
      </w:r>
      <w:r>
        <w:t xml:space="preserve"> </w:t>
      </w:r>
    </w:p>
    <w:p>
      <w:r>
        <w:t>73、某建筑采用低温地板辐射采暖，按60/50℃热水设计，计算阻力损失为70kPa(其中最不利环路阻力损失为30kPa)，由于热源条件改变，热水温度需要调整为50/43℃，系统和辐射地板加热管的管径不变，但需要增加辐射地板的布管密度，使最不利环路阻力损失增加40kPa，热力人口的供回水压差为下列何值？</w:t>
        <w:br/>
        <w:t>A.应增加为90～110kPa</w:t>
        <w:br/>
        <w:t>B.应增加为120～140kPa</w:t>
        <w:br/>
        <w:t>C.应增加为150～170kPa</w:t>
        <w:br/>
        <w:t>D.应增加为180～200kPa</w:t>
        <w:br/>
        <w:br/>
        <w:t xml:space="preserve">【答案】：C </w:t>
      </w:r>
    </w:p>
    <w:p>
      <w:r>
        <w:t>74、人防多层建筑地下商店机械排烟系统的排烟风机负担2个防烟分区的排烟，面积分别为100㎡和80㎡，该排烟风机的排烟量可按(  )考虑。</w:t>
        <w:br/>
        <w:t>A.</w:t>
        <w:br/>
        <w:t>B.</w:t>
        <w:br/>
        <w:t>C.</w:t>
        <w:br/>
        <w:t>D.</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75、有一工艺需求的净面积为120㎡(12m×10m)混合流洁净室，吊顶高度为3m，在6级环境中心设置18㎡(3m×6m)的5级垂直单向流洁净区，室内工作人员很少，室内热、湿负荷也很小。净化空调送风方案均采用FFU在吊顶布置，6级洁净区双侧沿长边方向布置下侧回风，5级洁净区采用垂吊围帘至工作区上方围挡，洁净室需求的粗效、中效空气过滤和冷、热湿处理由一台净化空调机组负担，温湿度控制元件设置在5级洁净区的工作区域内。该设计方案的净化空调机组总送风量宜选取(</w:t>
      </w:r>
      <w:r>
        <w:t xml:space="preserve"> </w:t>
      </w:r>
      <w:r>
        <w:t xml:space="preserve"> )。</w:t>
        <w:br/>
        <w:t>A.</w:t>
        <w:br/>
        <w:t>B.</w:t>
        <w:br/>
        <w:t>C.</w:t>
        <w:br/>
        <w:t>D.</w:t>
        <w:br/>
        <w:br/>
        <w:t>【答案】：B</w:t>
      </w:r>
      <w:r>
        <w:t xml:space="preserve"> </w:t>
      </w:r>
    </w:p>
    <w:p>
      <w:r>
        <w:t>76、某建筑供水系统，1～4层为外网直接供水，5～18层为高位水箱供水，由水泵从水池中抽取向水箱供水，每层住户3人，6个住户，每层有低水箱冲落式大便器、沐浴器、热水器、洗脸盆、洗涤盆、家用洗衣机，小时变化系数和定额均取最小值。问水箱调节水量为多少？</w:t>
        <w:br/>
        <w:t>A.1.0～1.3m3</w:t>
        <w:br/>
        <w:t>B.1.5～1.8m3</w:t>
        <w:br/>
        <w:t>C.2.0～2.3m3</w:t>
        <w:br/>
        <w:t>D.2.4～2.9m3</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77、3个热水供暖并联环路，各自的计算阻力为：①环路100kPa；②环路60kPa；③环路40kPa.静态平衡阀全开状态的阻力为30kPa，哪些环路上可以配置平衡阀？(  )</w:t>
        <w:br/>
        <w:t>A.①和②环路</w:t>
        <w:br/>
        <w:t>B.②和③环路</w:t>
        <w:br/>
        <w:t>C.①和③环路</w:t>
        <w:br/>
        <w:t>D.①环路</w:t>
        <w:br/>
        <w:br/>
        <w:t xml:space="preserve">【答案】：B </w:t>
      </w:r>
    </w:p>
    <w:p>
      <w:r>
        <w:t>78、某空调机房总余热量为4kW，总余湿量为1.08kg/h。要求室内温度为18℃，相对湿度为55%。若送风温差取6℃，则该空调系统的送风量约为下列哪一项？(  )</w:t>
        <w:br/>
        <w:t>A.1635kg/h</w:t>
        <w:br/>
        <w:t>B.1925kg/h</w:t>
        <w:br/>
        <w:t>C.2375kg/h</w:t>
        <w:br/>
        <w:t>D.＞2500kg/h</w:t>
        <w:br/>
        <w:br/>
        <w:t xml:space="preserve">【答案】：B </w:t>
      </w:r>
    </w:p>
    <w:p>
      <w:r>
        <w:t>79、热水供热系统设计热负荷为2000kW，设计供回水温度为85℃/60℃，主干线总长为900m，循环水泵电动机采用直连方式，水泵在设计工况点的轴功率合理的是(  )。</w:t>
        <w:br/>
        <w:t>A.13kW</w:t>
        <w:br/>
        <w:t>B.12kW</w:t>
        <w:br/>
        <w:t>C.11kW</w:t>
        <w:br/>
        <w:t>D.10kW</w:t>
        <w:br/>
        <w:br/>
        <w:t xml:space="preserve">【答案】：D </w:t>
      </w:r>
    </w:p>
    <w:p>
      <w:r>
        <w:t>80、某制冷量为2000kW的溴化锂吸收式冷水机组，热力系数为1.15，冷却水进出口温差为5℃，则其冷却水流量为(  )。</w:t>
        <w:br/>
        <w:t>A.</w:t>
        <w:br/>
        <w:t>B.</w:t>
        <w:br/>
        <w:t>C.</w:t>
        <w:br/>
        <w:t>D.</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81、某溴化锂吸收式机组，其发生器出口溶液浓度为57%，吸收器出口溶液浓度为53%，问循环倍率为下列哪一项？(</w:t>
      </w:r>
      <w:r>
        <w:t xml:space="preserve"> </w:t>
      </w:r>
    </w:p>
    <w:p>
      <w:r>
        <w:t xml:space="preserve"> )</w:t>
        <w:br/>
        <w:t>A.13～13.15</w:t>
        <w:br/>
        <w:t>B.13.2～13.3</w:t>
        <w:br/>
        <w:t>C.13.5～14.1</w:t>
        <w:br/>
        <w:t>D.14.2～14.3</w:t>
        <w:br/>
        <w:br/>
        <w:t>【答案】：D</w:t>
      </w:r>
      <w:r>
        <w:t xml:space="preserve"> </w:t>
      </w:r>
    </w:p>
    <w:p>
      <w:r>
        <w:t>82、室温允许波动范围为土1℃的工艺性空调，其换气次数不宜小于(  )次/h。</w:t>
        <w:br/>
        <w:t>A.5</w:t>
        <w:br/>
        <w:t>B.8</w:t>
        <w:br/>
        <w:t>C.10</w:t>
        <w:br/>
        <w:t>D.16</w:t>
        <w:br/>
        <w:br/>
        <w:t xml:space="preserve">【答案】：A </w:t>
      </w:r>
    </w:p>
    <w:p>
      <w:r>
        <w:t>83、某建筑高度23m公共建筑的900㎡中庭，高度为20m，屋顶有可开启的天窗40㎡，机械排烟系统的最小排烟量为(  )。</w:t>
        <w:br/>
        <w:t>A.</w:t>
        <w:br/>
        <w:t>B.</w:t>
        <w:br/>
        <w:t>C.</w:t>
        <w:br/>
        <w:t>D.</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r>
        <w:t>84、有一浸漆槽槽面尺寸(长×宽)为900mm×600mm，为排除有机溶剂蒸气，在槽上方设排风罩，罩口至槽面距离H=0.4m，取边缘控制点控制风速0.25m/s，为罩的一个长边设有固定挡板，排风罩的排风量为(</w:t>
      </w:r>
      <w:r>
        <w:t xml:space="preserve"> </w:t>
      </w:r>
    </w:p>
    <w:p>
      <w:r>
        <w:t xml:space="preserve"> )。</w:t>
        <w:br/>
        <w:t>A.</w:t>
        <w:br/>
        <w:t>B.</w:t>
        <w:br/>
        <w:t>C.</w:t>
        <w:br/>
        <w:t>D.</w:t>
        <w:br/>
        <w:br/>
        <w:t>【答案】：D</w:t>
      </w:r>
      <w:r>
        <w:t xml:space="preserve"> </w:t>
      </w:r>
    </w:p>
    <w:p>
      <w:r>
        <w:t>85、某工厂厂区采用蒸汽供暖，蒸汽压力为0.6MPa，从锅炉到最远用户的距离为500m，摩擦压力损失占总压力损失的60%，单位长度摩擦压力损失为(  )。</w:t>
        <w:br/>
        <w:t>A.720Pa/m</w:t>
        <w:br/>
        <w:t>B.300Pa/m</w:t>
        <w:br/>
        <w:t>C.180Pa/m</w:t>
        <w:br/>
        <w:t>D.100Pa/m</w:t>
        <w:br/>
        <w:br/>
        <w:t xml:space="preserve">【答案】：C </w:t>
      </w:r>
    </w:p>
    <w:p>
      <w:r>
        <w:t>86、一座土建式冷库，包括一个存放冻鱼的冻结物冷藏间和一个存放鲜蔬菜的冷藏物冷藏间，库内净面积分别为200㎡(其中设备占用面积为10㎡)和300㎡(其中设备占用面积为15㎡)，净高均为4m。该冷库的公称容积和库容量分别是(  )。</w:t>
        <w:br/>
        <w:t>A.</w:t>
        <w:br/>
        <w:t>B.</w:t>
        <w:br/>
        <w:t>C.</w:t>
        <w:br/>
        <w:t>D.</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r>
        <w:t>87、高层建筑内的2层为商场，周边均为固定窗和墙体，该层的防烟分区划为6个，6个防烟分区的面积分别为250，320，450，280，490，390㎡。设计为1个排烟系统，采用1台排烟风机，当按照《高规》和《新措施》的规定进行排烟风机风量选择时，其排烟量的数值应是下列哪一项？(</w:t>
      </w:r>
      <w:r>
        <w:t xml:space="preserve"> </w:t>
      </w:r>
    </w:p>
    <w:p>
      <w:r>
        <w:t xml:space="preserve"> )</w:t>
        <w:br/>
        <w:t>A.</w:t>
        <w:br/>
        <w:t>B.</w:t>
        <w:br/>
        <w:t>C.</w:t>
        <w:br/>
        <w:t>D.</w:t>
        <w:br/>
        <w:br/>
        <w:t>【答案】：D</w:t>
      </w:r>
      <w:r>
        <w:t xml:space="preserve"> </w:t>
      </w:r>
    </w:p>
    <w:p>
      <w:r>
        <w:t>88、某厂房设计采用60kPa蒸汽采暖，供气管道最大长度为500m，选择供气管道管径时，平均单位长度摩擦压力损失值以及供气水平干管末端的管径，应是哪一项？</w:t>
        <w:br/>
        <w:t>A.</w:t>
        <w:br/>
        <w:t>B.</w:t>
        <w:br/>
        <w:t>C.</w:t>
        <w:br/>
        <w:t>D.</w:t>
        <w:br/>
        <w:br/>
        <w:t xml:space="preserve">【答案】：D </w:t>
      </w:r>
    </w:p>
    <w:p>
      <w:r>
        <w:t>89、有一浸漆槽槽面尺寸(长×宽)为900mm×600mm，为排除有机溶剂蒸气，在槽上方设排风罩，罩口至槽面距离H=0.4m，取边缘控制点控制风速0.25m/s，为罩的一个长边设有固定挡板，排风罩的排风量为(  )。</w:t>
        <w:br/>
        <w:t>A.</w:t>
        <w:br/>
        <w:t>B.</w:t>
        <w:br/>
        <w:t>C.</w:t>
        <w:br/>
        <w:t>D.</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90、密闭通风柜，工作孔面积F=lm×0.6m，甲苯发生量为0.05m3／s，β=1.2，则通风柜排风量为下列哪一项？</w:t>
        <w:br/>
        <w:t>A.864～980m3/h</w:t>
        <w:br/>
        <w:t>B.1044～1200m3/h</w:t>
        <w:br/>
        <w:t>C.1217～1467m3/h</w:t>
        <w:br/>
        <w:t>D.1520～1735m3/h</w:t>
        <w:br/>
        <w:br/>
        <w:t>【答案】：C</w:t>
      </w:r>
      <w:r>
        <w:t xml:space="preserve"> </w:t>
      </w:r>
    </w:p>
    <w:p>
      <w:r>
        <w:t>91、空调表冷器的供冷量为800kW，供回水温差为5℃，冷水的比热容为4.18kJ/(kg·K)，在设计状态点，水泵的扬程为27m，效率为70%，则水泵的轴功率为(  )。</w:t>
        <w:br/>
        <w:t>A.8～9kW</w:t>
        <w:br/>
        <w:t>B.11～12kW</w:t>
        <w:br/>
        <w:t>C.12～13kW</w:t>
        <w:br/>
        <w:t>D.14～15kW</w:t>
        <w:br/>
        <w:br/>
        <w:t xml:space="preserve">【答案】：D </w:t>
      </w:r>
    </w:p>
    <w:p>
      <w:r>
        <w:t>92、某车间冬季室内供暖设计温度为18℃，围护结构传热耗热量为80kW，室内局部机械排风量为5kg/s，当地冬季供暖室外计算温度-9℃，冬季通风室外计算温度-5℃，冬季空调室外计算温度为-12℃，采用集中送风供暖系统，全部使用室外新风，送风量为4.5kg/s，则送风温度为(  )。</w:t>
        <w:br/>
        <w:t>A.36～37℃</w:t>
        <w:br/>
        <w:t>B.37～38℃</w:t>
        <w:br/>
        <w:t>C.38～39℃</w:t>
        <w:br/>
        <w:t>D.39～40℃</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r>
        <w:t>93、空调送风机的全压效率为65%，全压为1200Pa，电动机在气流内，电动机效率为0.85，风机入口空气温度为15℃，风机出口空气温度为(</w:t>
      </w:r>
      <w:r>
        <w:t xml:space="preserve"> </w:t>
      </w:r>
    </w:p>
    <w:p>
      <w:r>
        <w:t xml:space="preserve"> )。</w:t>
        <w:br/>
        <w:t>A.15.5℃</w:t>
        <w:br/>
        <w:t>B.16.2℃</w:t>
        <w:br/>
        <w:t>C.16.8℃</w:t>
        <w:br/>
        <w:t>D.17.3℃</w:t>
        <w:br/>
        <w:br/>
        <w:t>【答案】：C</w:t>
      </w:r>
      <w:r>
        <w:t xml:space="preserve"> </w:t>
      </w:r>
    </w:p>
    <w:p>
      <w:r>
        <w:t>94、某旋风除尘器阻力系数为9.8，进口流速为12m/s，当气体温度为80℃，当地大气压为85kPa时，它的压力损失为(  )。</w:t>
        <w:br/>
        <w:t>A.592Pa</w:t>
        <w:br/>
        <w:t>B.850Pa</w:t>
        <w:br/>
        <w:t>C.1000Pa</w:t>
        <w:br/>
        <w:t>D.1200Pa</w:t>
        <w:br/>
        <w:br/>
        <w:t xml:space="preserve">【答案】：A </w:t>
      </w:r>
    </w:p>
    <w:p>
      <w:r>
        <w:t>95、某大楼安装一台额定冷量为500kW的冷水机组(COP=5)，系统冷冻水水泵功率为25kW，冷却水泵功率为20kW，冷却塔风机功率为4kW，设水系统按定水量方式运行，且水泵和风机均处于额定工况运行，冷机的COP在部分负荷时维持不变。已知大楼整个供冷季100%、75%、50%、25%负荷的时间份额依次为0.1、0.2、0.4和0.3，则该空调系统在整个供冷季的系统能效比(不考虑末端能耗)为(  )。</w:t>
        <w:br/>
        <w:t>A.4.5～5.0</w:t>
        <w:br/>
        <w:t>B.3.2～3.5</w:t>
        <w:br/>
        <w:t>C.2.4～2.7</w:t>
        <w:br/>
        <w:t>D.1.6～1.9</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96、某车间同时散发苯、醋酸乙酯、松节油溶剂蒸汽和余热，为稀释苯、醋酸乙酯、松节油溶剂蒸汽的散发量，所需的室外新风量分别为500000m3/h、10000m3/h、2000m3/h，满足排除余热的室外新风量为510000m3/h。则能刚满足排除苯、醋酸乙酯、松节油溶剂蒸汽和余热的最小新风量是下列何项？</w:t>
        <w:br/>
        <w:t>A.510000m3/h</w:t>
        <w:br/>
        <w:t>B.512000m3/h</w:t>
        <w:br/>
        <w:t>C.520000m3/h</w:t>
        <w:br/>
        <w:t>D.522000m3/h</w:t>
        <w:br/>
        <w:br/>
        <w:t>【答案】：B</w:t>
      </w:r>
      <w:r>
        <w:t xml:space="preserve"> </w:t>
      </w:r>
    </w:p>
    <w:p>
      <w:r>
        <w:t>97、某栋楼的空调水系统，冷水机组的阻力为100kPa，管道为异程系统，最远环路的阻力最大，其单程长度50m，比摩阻均按150Pa/m估算，局部阻力为摩擦阻力的50%，过滤器、分集水器等管道附件的阻力为80kPa，最远环路空调末端阻力为43kPa，则循环水泵的扬程应选(  )m。</w:t>
        <w:br/>
        <w:t>A.24</w:t>
        <w:br/>
        <w:t>B.26</w:t>
        <w:br/>
        <w:t>C.28</w:t>
        <w:br/>
        <w:t>D.30</w:t>
        <w:br/>
        <w:br/>
        <w:t xml:space="preserve">【答案】：C </w:t>
      </w:r>
    </w:p>
    <w:p>
      <w:r>
        <w:t>98、一建筑高度为20m的商贸楼，其不具备自然排烟条件的防烟楼梯间和前室各设置有一道1.6m×2m(h)的双扇防火门，若考虑加压房间密封程度的背压系数a=0.8，漏风附加率为b=0.15，开启门洞出口的平均风速为1.0m/s。试问：当仅防烟楼梯间送风，前室不送风时，采用门洞流速法计算的机械加压送风系统的送风量应是下列选项中的哪一项？</w:t>
        <w:br/>
        <w:t>A.14000～18000m3/h</w:t>
        <w:br/>
        <w:t>B.20000～24000m3/h</w:t>
        <w:br/>
        <w:t>C.25000～29000m3/h</w:t>
        <w:br/>
        <w:t>D.30000～35000m3/h</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99、某实验室为空调房间，为节约能耗，采用送风式通风柜，补风取自相邻房间。通风柜柜内进行有毒污染物实验，柜内有毒污染物气体发生量为0.2m3/h，通风柜工作孔面积0.2㎡，则通风柜的最小补风量应是下列哪一项？</w:t>
        <w:br/>
        <w:t>A.500～600m3/h</w:t>
        <w:br/>
        <w:t>B.680～740m3/h</w:t>
        <w:br/>
        <w:t>C.750～850m3/h</w:t>
        <w:br/>
        <w:t>D.1000～1080m3/h</w:t>
        <w:br/>
        <w:br/>
        <w:t>【答案】：B</w:t>
      </w:r>
      <w:r>
        <w:t xml:space="preserve"> </w:t>
      </w:r>
    </w:p>
    <w:p>
      <w:r>
        <w:t>100、某建筑物建筑面积为1000㎡，采用直接式太阳能集热系统向房间供暖，建筑物耗热量指标为15W/㎡，太阳能保证率为30%，采光面上的平均太阳辐照量为14，18MJ/(㎡·d)，集热器集热效率为80%，热损失率为10%，集热器面积应为(  )。</w:t>
        <w:br/>
        <w:t>A.38～39㎡</w:t>
        <w:br/>
        <w:t>B.39～40㎡</w:t>
        <w:br/>
        <w:t>C.40～41㎡</w:t>
        <w:br/>
        <w:t>D.41～42㎡</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101、某低温环境试验室的最低温度为-45℃，其相邻的控制室中有一个观察低温试验情况的观察窗，控制室的设计参数为：干球温度25℃，相对湿度60%，气压按101.3kPa计算，观察窗内、外表面的表面传热系数均按8W/(㎡·K)计算，为了以最低成本保证观察窗的观察效果，其传热系数应为(  )。</w:t>
        <w:br/>
        <w:t>A.2.00W/(㎡·K)</w:t>
        <w:br/>
        <w:t>B.0.95W/(㎡·K)</w:t>
        <w:br/>
        <w:t>C.0.50W/(㎡·K)</w:t>
        <w:br/>
        <w:t>D.0.30W/(㎡·K)</w:t>
        <w:br/>
        <w:br/>
        <w:t xml:space="preserve">【答案】：B </w:t>
      </w:r>
    </w:p>
    <w:p>
      <w:r>
        <w:t>102、某汽一水换热器的换热量为3000kW，一次热媒为表压为0.4MPa的饱和蒸汽(151.85℃)，二次热媒为95℃/70℃热水，设换热器的传热系数为2000W/(㎡·K)，水垢系数取0.9，所需要的换热面积为(  )。</w:t>
        <w:br/>
        <w:t>A.22～23㎡</w:t>
        <w:br/>
        <w:t>B.23～24㎡</w:t>
        <w:br/>
        <w:t>C.24～25㎡</w:t>
        <w:br/>
        <w:t>D.25～26㎡</w:t>
        <w:br/>
        <w:br/>
        <w:t xml:space="preserve">【答案】：C </w:t>
      </w:r>
    </w:p>
    <w:p>
      <w:r>
        <w:t>103、假设一台冷水机组在100%，75%，50%和25%负荷时的性能系数分别为4.5，4.8，5.1和5.6，对应的冷却水进水温度分别为30，26，23，19℃。其部分负荷综合性能系数为(  )。</w:t>
        <w:br/>
        <w:t>A.5.01</w:t>
        <w:br/>
        <w:t>B.4.99</w:t>
        <w:br/>
        <w:t>C.5.13</w:t>
        <w:br/>
        <w:t>D.4.87</w:t>
        <w:br/>
        <w:br/>
        <w:t xml:space="preserve">【答案】：A </w:t>
      </w:r>
    </w:p>
    <w:p>
      <w:r>
        <w:t>104、3个热水供暖并联环路，各自的计算阻力为：①环路100kPa；②环路60kPa；③环路40kPa.静态平衡阀全开状态的阻力为30kPa，哪些环路上可以配置平衡阀？(  )</w:t>
        <w:br/>
        <w:t>A.①和②环路</w:t>
        <w:br/>
        <w:t>B.②和③环路</w:t>
        <w:br/>
        <w:t>C.①和③环路</w:t>
        <w:br/>
        <w:t>D.①环路</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105、容量为700人的会议室，室内空气温度为20℃，室外空气温度为16℃。每人总发热量为110w，其中潜热量为30W，外围护结构损耗热量为7000W，所需通风量为下列哪一项？</w:t>
        <w:br/>
        <w:t>A.3～5kg/s</w:t>
        <w:br/>
        <w:t>B.11.5～12.5kg/s</w:t>
        <w:br/>
        <w:t>C.17～18kg/s</w:t>
        <w:br/>
        <w:t>D.50～52kg/s</w:t>
        <w:br/>
        <w:br/>
        <w:t>【答案】：B</w:t>
      </w:r>
      <w:r>
        <w:t xml:space="preserve"> </w:t>
      </w:r>
    </w:p>
    <w:p>
      <w:r>
        <w:t>106、某车间设有局部排风系统，局部排风量为0.56kg/s，冬季室内工作区温度为15℃，冬季通风室外计算温度为-15℃，采暖室外计算温度为-25℃(大气压为标准大气压)，空气定压比热1.01kJ(kg.℃)。围护结构耗热量为8.8kW，室内维持负压，机械进风量为排风量的90%，试求机械通风量和送风温度为下列何项？</w:t>
        <w:br/>
        <w:t>A.0.3～0.53kg/s，29～32℃</w:t>
        <w:br/>
        <w:t>B.0.54～0.65kg/s，29～32℃</w:t>
        <w:br/>
        <w:t>C.0.54～0.65kg/s，33～36.5℃</w:t>
        <w:br/>
        <w:t>D.0.3～0.53kg/s，36.6～38.5℃</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r>
        <w:t>107、某市一装配式冷库用于贮藏冻肉。装配式冷库的库板为1mm厚压花铝板夹150mm厚聚氨酯隔热层。导热系数，铝板为202.940W/(m·℃)，聚氨酯隔热材料为0.031W/(m·℃)。蓄热系数，铝板为182.59W/(㎡·℃)，聚氨酯隔热材料为0.28W/(㎡·℃)。冷藏间设计温度-18℃。该市夏季通风室外计算干球温度为33℃；夏季空调室外计算干球温度为36.5℃；夏季空调日平均温度为32.5℃。围护结构高温侧空气露点温度为27.41℃。围护结构外表面热阻为0.043㎡·℃/W。热阻修正系数为b，当围护结构热惰性指标D≤4时，b=1.2；其他围护结构，b=1.0。则该装配式冷库围护结构的最小总热阻是(</w:t>
      </w:r>
      <w:r>
        <w:t xml:space="preserve"> </w:t>
      </w:r>
    </w:p>
    <w:p>
      <w:r>
        <w:t xml:space="preserve"> )。</w:t>
        <w:br/>
        <w:t>A.0.30～0.35㎡·℃/W</w:t>
        <w:br/>
        <w:t>B.0.46～0.50㎡·℃/W</w:t>
        <w:br/>
        <w:t>C.0.51～0.55㎡·℃/W</w:t>
        <w:br/>
        <w:t>D.0.40～0.45㎡·℃/W</w:t>
        <w:br/>
        <w:br/>
        <w:t>【答案】：C</w:t>
      </w:r>
      <w:r>
        <w:t xml:space="preserve"> </w:t>
      </w:r>
    </w:p>
    <w:p>
      <w:r>
        <w:t>108、某房间冬季空调室内设计参数为：室温20℃，相对湿度35%，空调热负荷Q=lkW，室内冬季余湿为W=O.005kg/s。空调系统为直流式系统，采用湿膜加湿(按等焓加湿计算)方式，要求冬季送风温度为25℃。室外空气状态：干球温度为-6℃，相对湿度为40%。大气压力为101325Pa，计算所要求的加湿器的饱和效率。</w:t>
        <w:br/>
        <w:t>A.23%-32%</w:t>
        <w:br/>
        <w:t>B.33%～42%</w:t>
        <w:br/>
        <w:t>C.43%～52%</w:t>
        <w:br/>
        <w:t>D.53%～62%</w:t>
        <w:br/>
        <w:br/>
        <w:t xml:space="preserve">【答案】：A </w:t>
      </w:r>
    </w:p>
    <w:p>
      <w:r>
        <w:t>109、某江水源热泵系统直接使用江水，江水取水点与用水点高度差为110m，供水水管长度为420m。单位长度的江水管道的平均沿程阻力与局部阻力损失之和为0.04m，江水源热泵换热器的阻力为4.5m。江水源热泵机组使用后的回水经过城市雨水管道回流到江中，不考虑取水及回水的头部损失，该江水源热泵的江水取水泵扬程应为(  )。</w:t>
        <w:br/>
        <w:t>A.1.182～1.280MPa</w:t>
        <w:br/>
        <w:t>B.1.281～1.358MPa</w:t>
        <w:br/>
        <w:t>C.1.359～1.437MPa</w:t>
        <w:br/>
        <w:t>D.1.438～1.476MPa</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p>
    <w:p>
      <w:r>
        <w:t>110、含有剧毒物质或难闻气味物质的局部排风系统，或含有浓度较高的爆炸危险性物质的局部排风系统，排风系统排出口部设计的正确做法，应是下列哪一项？(已知：建筑物正面为迎风面，迎风面长60m、高10m)(</w:t>
      </w:r>
      <w:r>
        <w:t xml:space="preserve"> </w:t>
      </w:r>
      <w:r>
        <w:t xml:space="preserve"> )</w:t>
        <w:br/>
        <w:t>A.排至建筑物迎风面</w:t>
        <w:br/>
        <w:t>B.排至建筑物背风面3m高处</w:t>
        <w:br/>
        <w:t>C.排至建筑物两侧面3m高处</w:t>
        <w:br/>
        <w:t>D.排至建筑物背风面8m高处</w:t>
        <w:br/>
        <w:br/>
        <w:t>【答案】：D</w:t>
      </w:r>
      <w:r>
        <w:t xml:space="preserve"> </w:t>
      </w:r>
    </w:p>
    <w:p>
      <w:r>
        <w:t>111、某26层建筑的防烟楼梯间及其前室，有26个双扇疏散门，每层门的尺寸为2.0m×1.6m，采用金属风道，走道设机械排烟系统，前室不送风，防烟楼梯间加压送风量应选择(  )。</w:t>
        <w:br/>
        <w:t>A.</w:t>
        <w:br/>
        <w:t>B.</w:t>
        <w:br/>
        <w:t>C.</w:t>
        <w:br/>
        <w:t>D.</w:t>
        <w:br/>
        <w:br/>
        <w:t xml:space="preserve">【答案】：C </w:t>
      </w:r>
    </w:p>
    <w:p>
      <w:r>
        <w:t>112、某办公楼空调制冷系统拟采用冰蓄冷方式，制冷系统的白天运行10h，当地谷价电时间为23：00～7：00，计算日总冷负荷Q=53000kWh，采用部分负荷蓄冷方式(制冷机制冰时制冷能力变化率Cf=0.7)，则蓄冷装置有效容量为下列何项？(  )。</w:t>
        <w:br/>
        <w:t>A.5300～5400kW</w:t>
        <w:br/>
        <w:t>B.7500～7600kW</w:t>
        <w:br/>
        <w:t>C.19000～19100kWh</w:t>
        <w:br/>
        <w:t>D.23700～23800kWh</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p>
    <w:p>
      <w:r>
        <w:t>113、某集中供热系统采暖热负荷为50MW，采暖期天数为100天，室内计算温度为18℃，冬季室外计算温度为-5℃，采暖期室外平均温度1℃，则采暖期耗热量(GJ)约为下列何值？</w:t>
        <w:br/>
        <w:t>A.</w:t>
        <w:br/>
        <w:t>B.</w:t>
        <w:br/>
        <w:t>C.</w:t>
        <w:br/>
        <w:t>D.</w:t>
        <w:br/>
        <w:br/>
        <w:t>【答案】：A</w:t>
      </w:r>
      <w:r>
        <w:t xml:space="preserve"> </w:t>
      </w:r>
    </w:p>
    <w:p>
      <w:r>
        <w:t>114、条件同1题，如果送风量为0.33kg/s，试问送风含湿量为下列何值？</w:t>
        <w:br/>
        <w:t>A.</w:t>
        <w:br/>
        <w:t>B.</w:t>
        <w:br/>
        <w:t>C.</w:t>
        <w:br/>
        <w:t>D.</w:t>
        <w:br/>
        <w:br/>
        <w:t xml:space="preserve">【答案】：A </w:t>
      </w:r>
    </w:p>
    <w:p>
      <w:r>
        <w:t>115、一台单效溴化锂吸收式制冷机，若送往发生器的稀溶液的流量为21.9kg/s，浓度为0.575，若在发生器产生流量为1.65kg/s的水蒸气，则制冷机的循环倍率及放气范围为(  )。</w:t>
        <w:br/>
        <w:t>A.13.0～13.2，0.040～0.045</w:t>
        <w:br/>
        <w:t>B.13.2～13.4，0.040～0.045</w:t>
        <w:br/>
        <w:t>C.13.0～13.2，0.045～0.050</w:t>
        <w:br/>
        <w:t>D.13.2～13.4，0.045～0.050</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116、设计严寒地区A区某正南北朝向的九层办公楼，外轮廓尺寸为54m×15m，南外窗为16个通高竖向条形窗(每个窗宽2.1m)，整个顶层为多功能厅，顶部开设一天窗(24m×6m)。一层和顶层层高均为5.4m，中间层层高均为3.9m。问该建筑的南外窗及南外墙的传热系数[W/(㎡.K)]应当是下列哪项？</w:t>
        <w:br/>
        <w:t>A.</w:t>
        <w:br/>
        <w:t>B.</w:t>
        <w:br/>
        <w:t>C.</w:t>
        <w:br/>
        <w:t>D.</w:t>
        <w:br/>
        <w:br/>
        <w:t>【答案】：B</w:t>
      </w:r>
      <w:r>
        <w:t xml:space="preserve"> </w:t>
      </w:r>
    </w:p>
    <w:p>
      <w:r>
        <w:t>117、某中庭面积为1200㎡，净空高度16m，其设计排烟量应为(  )。</w:t>
        <w:br/>
        <w:t>A.</w:t>
        <w:br/>
        <w:t>B.</w:t>
        <w:br/>
        <w:t>C.</w:t>
        <w:br/>
        <w:t>D.</w:t>
        <w:br/>
        <w:br/>
        <w:t xml:space="preserve">【答案】：B </w:t>
      </w:r>
    </w:p>
    <w:p>
      <w:r>
        <w:t>118、锅炉房控制室长×宽×高为6m×4m×4.5m。值班人数为12人，设计新风系统的最小风量为(  )。</w:t>
        <w:br/>
        <w:t>A.</w:t>
        <w:br/>
        <w:t>B.</w:t>
        <w:br/>
        <w:t>C.</w:t>
        <w:br/>
        <w:t>D.</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r>
        <w:t>119、某建筑物拟采用冰蓄冷空调系统，选择部分蓄冰方式。已知：电价谷段时间为23：00-7：00；制冷机白天空调时段运行8h；采用三级离心制冷机，其制冰时的制冷能力变化率为0.75；设计日空调最大小时冷负荷为22293kW，设计日空调运行15h，平均负荷系数取0.80按平均法估算的该空调系统设计日总冷负荷、按部分蓄冰方式蓄冷时制冷机标定制冷量、蓄冷装置有效容量分别为(</w:t>
      </w:r>
      <w:r>
        <w:t xml:space="preserve"> </w:t>
      </w:r>
    </w:p>
    <w:p>
      <w:r>
        <w:t xml:space="preserve"> )kW·h。</w:t>
        <w:br/>
        <w:t>A.267516，19108，114618</w:t>
        <w:br/>
        <w:t>B.334395，23885，143310</w:t>
        <w:br/>
        <w:t>C.267516，16720，100320</w:t>
        <w:br/>
        <w:t>D.267516，19108，152846</w:t>
        <w:br/>
        <w:br/>
        <w:t>【答案】：A</w:t>
      </w:r>
      <w:r>
        <w:t xml:space="preserve"> </w:t>
      </w:r>
    </w:p>
    <w:p>
      <w:r>
        <w:t>120、某高压蒸汽系统，自蒸汽热源起始点到用汽设备的管路长度为500m，如比摩阻取200Pa/m，局部阻力按沿程阻力的20%取，疏水器出口压力为进口压力的40%，疏水器后冷凝水管道阻力0.01MPa，需要抬升5m至闭式凝结水箱，箱内压力为0.02MPa，蒸汽热源起始点的最小压力为(  )。</w:t>
        <w:br/>
        <w:t>A.O.2875MPa</w:t>
        <w:br/>
        <w:t>B.O.3175MPa</w:t>
        <w:br/>
        <w:t>C.O.3375MPa</w:t>
        <w:br/>
        <w:t>D.O.4025MPa</w:t>
        <w:br/>
        <w:br/>
        <w:t xml:space="preserve">【答案】：B </w:t>
      </w:r>
    </w:p>
    <w:p>
      <w:r>
        <w:t>121、有一段长度为10m、直径为600mm的金属风管，工作风压为600Pa，在该压力下漏风量的允许值为(  )。</w:t>
        <w:br/>
        <w:t>A.</w:t>
        <w:br/>
        <w:t>B.</w:t>
        <w:br/>
        <w:t>C.</w:t>
        <w:br/>
        <w:t>D.</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r>
        <w:t>122、某洁净室面积80㎡，洁净度测定的测点个数应为(  )。</w:t>
        <w:br/>
        <w:t>A.3个</w:t>
        <w:br/>
        <w:t>B.6个</w:t>
        <w:br/>
        <w:t>C.9个</w:t>
        <w:br/>
        <w:t>D.12个</w:t>
        <w:br/>
        <w:br/>
        <w:t xml:space="preserve">【答案】：C </w:t>
      </w:r>
    </w:p>
    <w:p>
      <w:r>
        <w:t>123、山西大同某住宅小区热力站供热负荷为2MW，一次热媒为110℃/70℃的热水，为小区内建筑提供80℃/60℃的供暖热水。设置3台容量相同的板式换热器，换热器传热系数为4500W/(㎡·℃)，每台换热器的换热面积为(  )。</w:t>
        <w:br/>
        <w:t>A.9.36～10.18㎡</w:t>
        <w:br/>
        <w:t>B.10.17～11.63㎡</w:t>
        <w:br/>
        <w:t>C.10.68～12.21㎡</w:t>
        <w:br/>
        <w:t>D.11.75～13.43㎡</w:t>
        <w:br/>
        <w:br/>
        <w:t xml:space="preserve">【答案】：C </w:t>
      </w:r>
    </w:p>
    <w:p>
      <w:r>
        <w:t>124、某居住小区的热源为燃煤锅炉，小区供暖热负荷为10MW，冬季生活热水的最大小时耗热量为4MW，夏季生活热水的最小小时耗热量为2.5MW，室外供热管网的输送效率为0.92，不计锅炉房的自用热。锅炉房的总设计容量以及最小锅炉容量的设计最大值应为下列何项？(生活热水的同时使用率为0.8)(  )。</w:t>
        <w:br/>
        <w:t>A.总设计容量为11～13MW，最小锅炉容量的设计最大值为5MW</w:t>
        <w:br/>
        <w:t>B.总设计容量为11～13MW，最小锅炉容量的设计最大值为8MW</w:t>
        <w:br/>
        <w:t>C.总设计容量为13.1～14.5MW，最小锅炉容量的设计最大值为5MW</w:t>
        <w:br/>
        <w:t>D.总设计容量为13.1～14.5MW，最小锅炉容量的设计最大值为8MW</w:t>
        <w:br/>
        <w:br/>
        <w:t xml:space="preserve">【答案】：C </w:t>
      </w:r>
    </w:p>
    <w:p>
      <w:pPr>
        <w:sectPr w:rsidSect="00034616">
          <w:type w:val="nextPage"/>
          <w:pgSz w:w="12240" w:h="15840"/>
          <w:pgMar w:top="1440" w:right="1800" w:bottom="1440" w:left="1800" w:header="720" w:footer="720" w:gutter="0"/>
          <w:pgNumType w:start="42"/>
          <w:cols w:space="720"/>
          <w:titlePg w:val="0"/>
          <w:docGrid w:linePitch="360"/>
        </w:sectPr>
      </w:pPr>
    </w:p>
    <w:p>
      <w:r>
        <w:t>125、某大楼内无人值班的通讯机房，计算显热冷负荷为30kW。室内空气参数为干球温度为27℃、相对湿度为60%。采用专用空调机组，其送风相对湿度为90%。试问该机房的计算送风量为下列何值？注：当地大气压力为101325Pa，空气密度为1.2kg/m3。</w:t>
        <w:br/>
        <w:t>A.11000～12000m3/h</w:t>
        <w:br/>
        <w:t>B.12500～13500m3/h</w:t>
        <w:br/>
        <w:t>C.14000～15000m3/h</w:t>
        <w:br/>
        <w:t>D.15500～16500m3/h</w:t>
        <w:br/>
        <w:br/>
        <w:t>【答案】：B</w:t>
      </w:r>
      <w:r>
        <w:t xml:space="preserve"> </w:t>
      </w:r>
    </w:p>
    <w:p>
      <w:r>
        <w:t>126、某民用建筑的全面通风系统，系统计算总风量为10000m3/h，系统计算总压力损失300Pa，当地大气压力为101.3kPa，假设空气温度为20℃。若选用风系统全压效率为0.65、机械效率为0.98，在选择确定通风机时，风机的配用电机容量至少应为下列何项？(风机风量按计算风量附加5%，风压按计算阻力附加10%)</w:t>
        <w:br/>
        <w:t>A.1.25～1.4kW</w:t>
        <w:br/>
        <w:t>B.1.45～1.50kW</w:t>
        <w:br/>
        <w:t>C.1.6～1.75kW</w:t>
        <w:br/>
        <w:t>D.1.85～2.OkW</w:t>
        <w:br/>
        <w:br/>
        <w:t xml:space="preserve">【答案】：D </w:t>
      </w:r>
    </w:p>
    <w:p>
      <w:r>
        <w:t>127、已知水源热泵机组的制热性能系数COP=4.3，机组制热量为500kW，从水源侧获得的热量为(  )。</w:t>
        <w:br/>
        <w:t>A.516kW</w:t>
        <w:br/>
        <w:t>B.500kW</w:t>
        <w:br/>
        <w:t>C.384kW</w:t>
        <w:br/>
        <w:t>D.364kW</w:t>
        <w:br/>
        <w:br/>
        <w:t xml:space="preserve">【答案】：C </w:t>
      </w:r>
    </w:p>
    <w:p>
      <w:pPr>
        <w:sectPr w:rsidSect="00034616">
          <w:type w:val="nextPage"/>
          <w:pgSz w:w="12240" w:h="15840"/>
          <w:pgMar w:top="1440" w:right="1800" w:bottom="1440" w:left="1800" w:header="720" w:footer="720" w:gutter="0"/>
          <w:pgNumType w:start="43"/>
          <w:cols w:space="720"/>
          <w:titlePg w:val="0"/>
          <w:docGrid w:linePitch="360"/>
        </w:sectPr>
      </w:pPr>
      <w:r>
        <w:t>128、某吸收式溴化锂制冷机组的热力系数为1.1，冷却水进出水温差为6℃，若制冷量为1200kW，则计算的冷却水量为多少？(  )。</w:t>
        <w:br/>
        <w:t>A.</w:t>
        <w:br/>
        <w:t>B.</w:t>
        <w:br/>
        <w:t>C.</w:t>
        <w:br/>
        <w:t>D.</w:t>
        <w:br/>
        <w:br/>
        <w:t xml:space="preserve">【答案】：B </w:t>
      </w:r>
    </w:p>
    <w:p>
      <w:r>
        <w:t>129、北京某建筑原设计采用散热器供暖，南向中间层一房间室内设计温度为20℃，南外墙基本耗热量为200W，南外窗基本耗热量为300W，冷风渗透耗热量为500W，南向修正率为-15%。现改变设计方案，改为地板辐射供暖，则房间辐射供暖设计热负荷为(  )。</w:t>
        <w:br/>
        <w:t>A.990～1000W</w:t>
        <w:br/>
        <w:t>B.920～930W</w:t>
        <w:br/>
        <w:t>C.830～860W</w:t>
        <w:br/>
        <w:t>D.800～830W</w:t>
        <w:br/>
        <w:br/>
        <w:t xml:space="preserve">【答案】：C </w:t>
      </w:r>
    </w:p>
    <w:p>
      <w:r>
        <w:t>130、对面积为1500㎡、高3m的地下汽车库，下列(  )防排烟方案是合理的。</w:t>
        <w:br/>
        <w:t>A.</w:t>
        <w:br/>
        <w:t>B.可不设机械排烟</w:t>
        <w:br/>
        <w:t>C.</w:t>
        <w:br/>
        <w:t>D.</w:t>
        <w:br/>
        <w:br/>
        <w:t xml:space="preserve">【答案】：B </w:t>
      </w:r>
    </w:p>
    <w:p>
      <w:r>
        <w:t>131、某溴化锂吸收式机组，其发生器出口溶液浓度为57%，吸收器出口溶液浓度为53%，问循环倍率为下列哪一项？(  )</w:t>
        <w:br/>
        <w:t>A.13～13.15</w:t>
        <w:br/>
        <w:t>B.13.2～13.3</w:t>
        <w:br/>
        <w:t>C.13.5～14.1</w:t>
        <w:br/>
        <w:t>D.14.2～14.3</w:t>
        <w:br/>
        <w:br/>
        <w:t xml:space="preserve">【答案】：D </w:t>
      </w:r>
    </w:p>
    <w:p>
      <w:pPr>
        <w:sectPr w:rsidSect="00034616">
          <w:type w:val="nextPage"/>
          <w:pgSz w:w="12240" w:h="15840"/>
          <w:pgMar w:top="1440" w:right="1800" w:bottom="1440" w:left="1800" w:header="720" w:footer="720" w:gutter="0"/>
          <w:pgNumType w:start="44"/>
          <w:cols w:space="720"/>
          <w:titlePg w:val="0"/>
          <w:docGrid w:linePitch="360"/>
        </w:sectPr>
      </w:pPr>
    </w:p>
    <w:p>
      <w:r>
        <w:t>132、4000㎡的洁净室，高效空气过滤器的布满率为64.8%，如果过滤器的尺寸为1200mm×1200mm，试问需要的过滤器数量为下列何值？</w:t>
        <w:br/>
        <w:t>A.750台</w:t>
        <w:br/>
        <w:t>B.1500台</w:t>
        <w:br/>
        <w:t>C.1800台</w:t>
        <w:br/>
        <w:t>D.2160台</w:t>
        <w:br/>
        <w:br/>
        <w:t>【答案】：C</w:t>
      </w:r>
      <w:r>
        <w:t xml:space="preserve"> </w:t>
      </w:r>
    </w:p>
    <w:p>
      <w:r>
        <w:t>133、某办公楼会议室采暖负荷为5500W，采用铸铁四柱640型散热器，采暖热水为85/60℃，会议室为独立环路。办公室进行围护结构节能改造后，该会议室的采暖热负荷降至3800W，若原设计的散热器片数与有关修正系数不变，要保持室内温度为18℃(不超过21℃)，供回水温度应是下列哪一项？</w:t>
        <w:br/>
        <w:t>A.75/55℃</w:t>
        <w:br/>
        <w:t>B.70/50℃</w:t>
        <w:br/>
        <w:t>C.65/45℃</w:t>
        <w:br/>
        <w:t>D.60/40℃</w:t>
        <w:br/>
        <w:br/>
        <w:t xml:space="preserve">【答案】：B </w:t>
      </w:r>
    </w:p>
    <w:p>
      <w:r>
        <w:t>134、风机铭牌功率为40kW，用在大气压B=91.17kPa，温度t=20℃的地方，则风机功率变化为(  )。</w:t>
        <w:br/>
        <w:t>A.增加1.6～2.0kW</w:t>
        <w:br/>
        <w:t>B.增加3.8～4.2kW</w:t>
        <w:br/>
        <w:t>C.减少1.6～2.0kW</w:t>
        <w:br/>
        <w:t>D.减少3.8～4.2kW</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https://d.book118.com/795341200321011103</w:t>
        </w:r>
      </w:hyperlink>
    </w:p>
    <w:p/>
    <w:sectPr w:rsidSect="00034616">
      <w:type w:val="nextPage"/>
      <w:pgSz w:w="12240" w:h="15840"/>
      <w:pgMar w:top="1440" w:right="1800" w:bottom="1440" w:left="1800" w:header="720" w:footer="720" w:gutter="0"/>
      <w:pgNumType w:start="4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9534120032101110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