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关于公司客服工作总结范文（32篇）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关于公司客服工作总结范文（精选32篇）</w:t>
      </w:r>
      <w:r>
        <w:rPr>
          <w:lang w:eastAsia="zh-CN"/>
        </w:rPr>
        <w:br/>
      </w:r>
      <w:r>
        <w:rPr>
          <w:lang w:eastAsia="zh-CN"/>
        </w:rPr>
        <w:t xml:space="preserve">    关于公司客服工作总结范文 篇1 </w:t>
      </w:r>
      <w:r>
        <w:rPr>
          <w:lang w:eastAsia="zh-CN"/>
        </w:rPr>
        <w:br/>
      </w:r>
      <w:r>
        <w:rPr>
          <w:lang w:eastAsia="zh-CN"/>
        </w:rPr>
        <w:t>　　时间过得真快，上半年很快就成为过去，可是我们的工作并没有结束，上半年结束了在这期间对它做个总结。</w:t>
      </w:r>
      <w:r>
        <w:rPr>
          <w:lang w:eastAsia="zh-CN"/>
        </w:rPr>
        <w:br/>
      </w:r>
      <w:r>
        <w:rPr>
          <w:lang w:eastAsia="zh-CN"/>
        </w:rPr>
        <w:t>　　一、遵守员工守则，加强精神建设</w:t>
      </w:r>
      <w:r>
        <w:rPr>
          <w:lang w:eastAsia="zh-CN"/>
        </w:rPr>
        <w:br/>
      </w:r>
      <w:r>
        <w:rPr>
          <w:lang w:eastAsia="zh-CN"/>
        </w:rPr>
        <w:t>　　在这半年里，我时刻要求自我，从未有半点放松。因为我明白我身为客户服务人员，业主客户们有疑问第一时间就会向我咨询，而代表着公司门面的我如何表现才能让客户对我们物业公司满意，这是一门高深的学问。所以我不断地利用空闲时间来阅读相关书籍为自我的大脑充电，应对镜子练习自我的言谈举止，对于公司的员工守则我更是烂熟于心，一举一动都尽量贴合公司的标准，力求为业主客户供给最优质的服务。</w:t>
      </w:r>
      <w:r>
        <w:rPr>
          <w:lang w:eastAsia="zh-CN"/>
        </w:rPr>
        <w:br/>
      </w:r>
      <w:r>
        <w:rPr>
          <w:lang w:eastAsia="zh-CN"/>
        </w:rPr>
        <w:t>　　二、认真工作，不忘初心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工作上我始终不忘自我成为优秀客户服务人员的本心，在今年里获得了业主客户_个五星好评，_个差评，为客户解决难题_次。因为事情处理迅速而使得物业公司在小区内口碑极佳，可是这些也离不开各个部门的协调，是属于我们整个物业公司通力合作的成果，而我作为客服人员只是能够在最短的.时间内将客户所需所求准确而细致的上报而已。_月份在物业部的那次茅盾冲突事件也是最终被我调解成功，没有从口角冲突演变成肢体冲突，充分展示了我的职业素养和为业主客户服务的真心。</w:t>
      </w:r>
      <w:r>
        <w:rPr>
          <w:lang w:eastAsia="zh-CN"/>
        </w:rPr>
        <w:br/>
      </w:r>
      <w:r>
        <w:rPr>
          <w:lang w:eastAsia="zh-CN"/>
        </w:rPr>
        <w:t>　　三、工作上的不足与缺点</w:t>
      </w:r>
      <w:r>
        <w:rPr>
          <w:lang w:eastAsia="zh-CN"/>
        </w:rPr>
        <w:br/>
      </w:r>
      <w:r>
        <w:rPr>
          <w:lang w:eastAsia="zh-CN"/>
        </w:rPr>
        <w:t>　　身为客服人员，虽然努力以高素质高要求来约束自我，可是平时工作中还是有一些失误与失职。就像这半年里我总共迟到了_次，平均每月迟到_次，实在是有违一名优秀员工的素质。并且在_月份因为我的一时误操作，导致公司电脑内的文件发生了损坏，影响了一些工作的展开。这些问题虽然都没有造成太坏的影响，可是依旧是我没能做好自我本职工作的证明，表现了我在工作中有着心不在焉的状况。可是经过我的努力纠正，在这个月月初到目前，我没有一次迟到，充分表现了我改正的良好结果是喜人的，努力是有效的。</w:t>
      </w:r>
      <w:r>
        <w:rPr>
          <w:lang w:eastAsia="zh-CN"/>
        </w:rPr>
        <w:br/>
      </w:r>
      <w:r>
        <w:rPr>
          <w:lang w:eastAsia="zh-CN"/>
        </w:rPr>
        <w:t>　　四、做好服务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客服就要服务好客户，让客户满意才能够获得客户的认同，无论是售前售后我们做客服的态度都要坚持一致，始终要微笑，真诚的去给客户服务，让客户明白我们是十分重视他们，让他们感受到，体会到，让客户满意是最好的。我在工作的时候与客户沟通的时候都会十分友好的与客户共同，经过沟通了解客户的需要，并针对客户的情景给予客户合理的提议，不损害客户的利益，不做伤害客户的事情，把服务放在第一位，客户回电话及时接听，无论在什么时候都会做好这样的工作，让客户感到满意，用自我的真诚去打动客户。重视客户是不变的，客户的任何意见想法都会给予解答在投诉时认真倾听客户的问题，想方设法先让客户的情绪稳定，然后在给予客户满意的回复，注重售后的服务手段，时刻关注客户的问题。</w:t>
      </w:r>
      <w:r>
        <w:rPr>
          <w:lang w:eastAsia="zh-CN"/>
        </w:rPr>
        <w:br/>
      </w:r>
      <w:r>
        <w:rPr>
          <w:lang w:eastAsia="zh-CN"/>
        </w:rPr>
        <w:t>　　我的服务态度始终是热情和友好，用自我的热情感染客户，对待客户时把客户当做朋友，拉近与客户的距离让客户感到亲切感到我的真诚，在客户生气的时候去耐心的解释，客户冷漠的时候始终坚持热情，客户高兴得时候为客户而高兴，用真挚的服务让客会理解我们。</w:t>
      </w:r>
      <w:r>
        <w:rPr>
          <w:lang w:eastAsia="zh-CN"/>
        </w:rPr>
        <w:br/>
      </w:r>
      <w:r>
        <w:rPr>
          <w:lang w:eastAsia="zh-CN"/>
        </w:rPr>
        <w:t>　　五、对自我的工作负责</w:t>
      </w:r>
      <w:r>
        <w:rPr>
          <w:lang w:eastAsia="zh-CN"/>
        </w:rPr>
        <w:br/>
      </w:r>
      <w:r>
        <w:rPr>
          <w:lang w:eastAsia="zh-CN"/>
        </w:rPr>
        <w:t>　　不管在什么岗位职责是离不开的，就算是客服也一样，既然来到了客服岗位，我们就要把客服工作做好，不管自我有没有做过客服工作都要用认真的态度去工作，都要把工作放在心上，不把工作当成是一件难事，我们来到公司担任这个岗位，不只是因为自我，更是因为公司对我们的认可，每一份工作都是十分宝贵的，宝贵的工作就需要我们去珍惜，去呵护，在工作中我会努力做好公司安排的工作，把每一天的任务做完，做好，把遇到的问题及时向领导汇报，并统计下来，对待任何事情都充满热情，让自我的工作更欢乐，去适应工作环境，去增强自我的工作技能，让自我能够更好的工作下去，不浪费工作的时间，用行动去实践，用努力去付出做好自我该做的职责。</w:t>
      </w:r>
      <w:r>
        <w:rPr>
          <w:lang w:eastAsia="zh-CN"/>
        </w:rPr>
        <w:br/>
      </w:r>
      <w:r>
        <w:rPr>
          <w:lang w:eastAsia="zh-CN"/>
        </w:rPr>
        <w:t>　　六、工作的不足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工作总我还存在很多的不足之处，在与客户沟通的时候不能够很好的和客户沟通，不能够把握住客户的意图，没有丰富的经验很多时候处理事情全靠胡乱解决，这样解决的效率十分低，而起也十分还时间，我们都明白每一分每一秒都是十分珍贵的，所以浪费时间是不好的，不能够给予客户满意的答复不会一些方法技巧，对待工作终掌握的知识不够全面这些都是我在工作最终到的一些问题，让我在工作的时候感到了十分的不适，可是再多的不足都是要改正的。在今后的工作中我会努力学习，多练习，多向其他同事学习这样提高自我的基本技能让自我工作不断提高。</w:t>
      </w:r>
      <w:r>
        <w:rPr>
          <w:lang w:eastAsia="zh-CN"/>
        </w:rPr>
        <w:br/>
      </w:r>
      <w:r>
        <w:rPr>
          <w:lang w:eastAsia="zh-CN"/>
        </w:rPr>
        <w:t>　　上半年的工作结束了，下半年的工作开始了经过上半年的工作收获了很多的经验相信在下半年中我回去的好成绩。</w:t>
      </w:r>
      <w:r>
        <w:rPr>
          <w:lang w:eastAsia="zh-CN"/>
        </w:rPr>
        <w:br/>
      </w:r>
      <w:r>
        <w:rPr>
          <w:lang w:eastAsia="zh-CN"/>
        </w:rPr>
        <w:t>　　最终，我在这半年内充实了很多，也经历了一些事情，思想上自然变得更加成熟，想法也比之去年要理智许多。在今年下半年中，我必须会再接再厉地将我身上的缺点进一步改正，将我身上的优势更大的发挥出来，为我们客服部创造新的辉煌。</w:t>
      </w:r>
      <w:r>
        <w:rPr>
          <w:lang w:eastAsia="zh-CN"/>
        </w:rPr>
        <w:br/>
      </w:r>
      <w:r>
        <w:rPr>
          <w:lang w:eastAsia="zh-CN"/>
        </w:rPr>
        <w:t xml:space="preserve">    关于公司客服工作总结范文 篇2 </w:t>
      </w:r>
      <w:r>
        <w:rPr>
          <w:lang w:eastAsia="zh-CN"/>
        </w:rPr>
        <w:br/>
      </w:r>
      <w:r>
        <w:rPr>
          <w:lang w:eastAsia="zh-CN"/>
        </w:rPr>
        <w:t>　　回首20__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r>
        <w:rPr>
          <w:lang w:eastAsia="zh-CN"/>
        </w:rPr>
        <w:br/>
      </w:r>
      <w:r>
        <w:rPr>
          <w:lang w:eastAsia="zh-CN"/>
        </w:rPr>
        <w:t>　　回顾一年来的客服工作，有得有失。现将一年来的客服工作总结如下：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一、深化落实公司各项规章制度和客服部各项制度</w:t>
      </w:r>
      <w:r>
        <w:rPr>
          <w:lang w:eastAsia="zh-CN"/>
        </w:rPr>
        <w:br/>
      </w:r>
      <w:r>
        <w:rPr>
          <w:lang w:eastAsia="zh-CN"/>
        </w:rPr>
        <w:t>　　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r>
        <w:rPr>
          <w:lang w:eastAsia="zh-CN"/>
        </w:rPr>
        <w:br/>
      </w:r>
      <w:r>
        <w:rPr>
          <w:lang w:eastAsia="zh-CN"/>
        </w:rPr>
        <w:t>　　二、理论联系实际，积极开展客服人员的培训工作</w:t>
      </w:r>
      <w:r>
        <w:rPr>
          <w:lang w:eastAsia="zh-CN"/>
        </w:rPr>
        <w:br/>
      </w:r>
      <w:r>
        <w:rPr>
          <w:lang w:eastAsia="zh-CN"/>
        </w:rPr>
        <w:t>　　利用每周五的客服部例会时间，加强对本部门人员的培训工作。培训工作是根据一周来在工作当中遇到的实际问题展开的，这样就做到了理论与实际的结合，使每位客服人员对＂服务理念＂的认识更加的深刻。</w:t>
      </w:r>
      <w:r>
        <w:rPr>
          <w:lang w:eastAsia="zh-CN"/>
        </w:rPr>
        <w:br/>
      </w:r>
      <w:r>
        <w:rPr>
          <w:lang w:eastAsia="zh-CN"/>
        </w:rPr>
        <w:t>　　三、日常报修的处理</w:t>
      </w:r>
      <w:r>
        <w:rPr>
          <w:lang w:eastAsia="zh-CN"/>
        </w:rPr>
        <w:br/>
      </w:r>
      <w:r>
        <w:rPr>
          <w:lang w:eastAsia="zh-CN"/>
        </w:rPr>
        <w:t>　　据每周末的工作量统计，＂日接待＂各种形式的报修均达十余次。根据报修内容的不同积极进行派工，争取在最短的时间内将问题解决。同时，根据报修的完成情况及时地进行回访。</w:t>
      </w:r>
      <w:r>
        <w:rPr>
          <w:lang w:eastAsia="zh-CN"/>
        </w:rPr>
        <w:br/>
      </w:r>
      <w:r>
        <w:rPr>
          <w:lang w:eastAsia="zh-CN"/>
        </w:rPr>
        <w:t>　　四、物业费的收缴工作</w:t>
      </w:r>
      <w:r>
        <w:rPr>
          <w:lang w:eastAsia="zh-CN"/>
        </w:rPr>
        <w:br/>
      </w:r>
      <w:r>
        <w:rPr>
          <w:lang w:eastAsia="zh-CN"/>
        </w:rPr>
        <w:t>　　根据年初公司下达的收费指标，积极开展、__区物业费的收缴工作。最终在物业经理、书记及其它各部门的支持下，完成了公司下达的收费指标。</w:t>
      </w:r>
      <w:r>
        <w:rPr>
          <w:lang w:eastAsia="zh-CN"/>
        </w:rPr>
        <w:br/>
      </w:r>
      <w:r>
        <w:rPr>
          <w:lang w:eastAsia="zh-CN"/>
        </w:rPr>
        <w:t>　　五、能源费的收缴工作</w:t>
      </w:r>
      <w:r>
        <w:rPr>
          <w:lang w:eastAsia="zh-CN"/>
        </w:rPr>
        <w:br/>
      </w:r>
      <w:r>
        <w:rPr>
          <w:lang w:eastAsia="zh-CN"/>
        </w:rPr>
        <w:t>　　如期完成__区每季度入户抄水表收费工作的同时，又完成了公司布置的新的任务——__区首次入户抄水表收费工作。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六、底商的招租工作</w:t>
      </w:r>
      <w:r>
        <w:rPr>
          <w:lang w:eastAsia="zh-CN"/>
        </w:rPr>
        <w:br/>
      </w:r>
      <w:r>
        <w:rPr>
          <w:lang w:eastAsia="zh-CN"/>
        </w:rPr>
        <w:t>　　制定了底商的招租方案，并在下半年成功的引进了＂超市、药店＂项目。</w:t>
      </w:r>
      <w:r>
        <w:rPr>
          <w:lang w:eastAsia="zh-CN"/>
        </w:rPr>
        <w:br/>
      </w:r>
      <w:r>
        <w:rPr>
          <w:lang w:eastAsia="zh-CN"/>
        </w:rPr>
        <w:t>　　七、部分楼宇的收楼工作</w:t>
      </w:r>
      <w:r>
        <w:rPr>
          <w:lang w:eastAsia="zh-CN"/>
        </w:rPr>
        <w:br/>
      </w:r>
      <w:r>
        <w:rPr>
          <w:lang w:eastAsia="zh-CN"/>
        </w:rPr>
        <w:t>　　在_月份，完成了、收楼工作；</w:t>
      </w:r>
      <w:r>
        <w:rPr>
          <w:lang w:eastAsia="zh-CN"/>
        </w:rPr>
        <w:br/>
      </w:r>
      <w:r>
        <w:rPr>
          <w:lang w:eastAsia="zh-CN"/>
        </w:rPr>
        <w:t>　　同时，又完成了部分__区回迁楼（_—1、2单元）收楼工作。</w:t>
      </w:r>
      <w:r>
        <w:rPr>
          <w:lang w:eastAsia="zh-CN"/>
        </w:rPr>
        <w:br/>
      </w:r>
      <w:r>
        <w:rPr>
          <w:lang w:eastAsia="zh-CN"/>
        </w:rPr>
        <w:t>　　八、节日期间园区的装点布置工作</w:t>
      </w:r>
      <w:r>
        <w:rPr>
          <w:lang w:eastAsia="zh-CN"/>
        </w:rPr>
        <w:br/>
      </w:r>
      <w:r>
        <w:rPr>
          <w:lang w:eastAsia="zh-CN"/>
        </w:rPr>
        <w:t>　　积极完成各节日期间园区内的装点布置工作，今年公司加大了对圣诞节（倍受年轻人关注的节日）期间园区装点布置的力度，在小区门及__区各大堂内购置了圣诞树及其各种装饰品。</w:t>
      </w:r>
      <w:r>
        <w:rPr>
          <w:lang w:eastAsia="zh-CN"/>
        </w:rPr>
        <w:br/>
      </w:r>
      <w:r>
        <w:rPr>
          <w:lang w:eastAsia="zh-CN"/>
        </w:rPr>
        <w:t>　　九、业主座谈会</w:t>
      </w:r>
      <w:r>
        <w:rPr>
          <w:lang w:eastAsia="zh-CN"/>
        </w:rPr>
        <w:br/>
      </w:r>
      <w:r>
        <w:rPr>
          <w:lang w:eastAsia="zh-CN"/>
        </w:rPr>
        <w:t>　　在春节前夕，组织进行了一年一度的业主座谈会。邀请来的各位业主在会上积极发言，对物业公司的服务工作给了充分的肯定并提出了合理的建议。</w:t>
      </w:r>
      <w:r>
        <w:rPr>
          <w:lang w:eastAsia="zh-CN"/>
        </w:rPr>
        <w:br/>
      </w:r>
      <w:r>
        <w:rPr>
          <w:lang w:eastAsia="zh-CN"/>
        </w:rPr>
        <w:t>　　总之，在20__年的工作基础上，20__年我们满怀信心与希望，在新的一年里我们坚信，只要我们勤奋工作，努力工作，积极探索，勇于进取，我们一定能以＂的努力＂完成公司下达的各项工作指标。</w:t>
      </w:r>
      <w:r>
        <w:rPr>
          <w:lang w:eastAsia="zh-CN"/>
        </w:rPr>
        <w:br/>
      </w:r>
      <w:r>
        <w:rPr>
          <w:lang w:eastAsia="zh-CN"/>
        </w:rPr>
        <w:t>　　伴随着20__年度总结工作的开展，本年度的各项工作到此告一段落。在本年度的工作中，物业客服部在公司领导的关心、指导下，客户服务工作本着：＂专业、务实、高效＂的服务理念，为业主创造＂星级酒店式物业管理服务＂的宗旨，各项物业管理服务取得了阶段性的工作成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为客户提供了专业、满意的咨询服务，为销售工作提供良好的服务支持，高标准的完成了楼宇销售时期的物业服务保障工作；</w:t>
      </w:r>
      <w:r>
        <w:rPr>
          <w:lang w:eastAsia="zh-CN"/>
        </w:rPr>
        <w:br/>
      </w:r>
      <w:r>
        <w:rPr>
          <w:lang w:eastAsia="zh-CN"/>
        </w:rPr>
        <w:t xml:space="preserve">    关于公司客服工作总结范文 篇3 </w:t>
      </w:r>
      <w:r>
        <w:rPr>
          <w:lang w:eastAsia="zh-CN"/>
        </w:rPr>
        <w:br/>
      </w:r>
      <w:r>
        <w:rPr>
          <w:lang w:eastAsia="zh-CN"/>
        </w:rPr>
        <w:t>　　一、遵守公司制度，积极参加活动</w:t>
      </w:r>
      <w:r>
        <w:rPr>
          <w:lang w:eastAsia="zh-CN"/>
        </w:rPr>
        <w:br/>
      </w:r>
      <w:r>
        <w:rPr>
          <w:lang w:eastAsia="zh-CN"/>
        </w:rPr>
        <w:t>　　“没有规矩不能成方圆”，一个企业的规章制度是否完善，直接关系到企业的形象和文化氛围，而这个制度更需要每一个个体成员去有效执行。在公司工作的四个月时间里，作为一名客服人员，我没有出现无故请假的情况，在此期间很好的完成了工作任务。积极参加公司组织的各项活动，比如：拓展训练、地坛展会、每周五值日。在活动中，同事间增进了了解，团队间增进了合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在新的一年里，客服工作也需要有新的工作思路，首先是做好本职工作，管理好现有客户资料，定期对已购买客户进行回访，让其在感受药品良好效果的同时，也感受到桂龙药业专业的售后服务。对现有的其他客户资料也要定期进行回访，对其失眠情况进行跟踪，随时向其传达桂龙堂治疗失眠的独特理念。其次，根据公司的推广情况，随时在沟通技巧和专业水平上作出改善，协助完善公司的推广工作。再次，提高自己的专业水平，总结不同的客户失眠情况，随时在失眠与抑郁的知识、沟通技巧、心理咨询知识各方面提高自己的水平。自己会在新的一年里和领导协调沟通，和同事友善合作，无论是在知识水平及做人做事的水平上都要有一个新的提高。假如说一个企业需要两只脚才能稳步前行，那么一只脚是高质量的产品，另一只脚则是完善的服务，公司产品可以创出名牌，其服务也可以进行尝试去创造品牌。一个企业，也只有依托高质量的产品和完善的服务体系，才能在竞争中立于不败之地。在新的一年里，希望在领导的带领下，在同事的帮助下，自己的成绩能够更上一层楼，为公司的发展贡献自己的一份力量。</w:t>
      </w:r>
      <w:r>
        <w:rPr>
          <w:lang w:eastAsia="zh-CN"/>
        </w:rPr>
        <w:br/>
      </w:r>
      <w:r>
        <w:rPr>
          <w:lang w:eastAsia="zh-CN"/>
        </w:rPr>
        <w:t>　　二、值班经理业务技能及专业化水平的提升</w:t>
      </w:r>
      <w:r>
        <w:rPr>
          <w:lang w:eastAsia="zh-CN"/>
        </w:rPr>
        <w:br/>
      </w:r>
      <w:r>
        <w:rPr>
          <w:lang w:eastAsia="zh-CN"/>
        </w:rPr>
        <w:t>　　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r>
        <w:rPr>
          <w:lang w:eastAsia="zh-CN"/>
        </w:rPr>
        <w:br/>
      </w:r>
      <w:r>
        <w:rPr>
          <w:lang w:eastAsia="zh-CN"/>
        </w:rPr>
        <w:t>　　三、白银店工作</w:t>
      </w:r>
      <w:r>
        <w:rPr>
          <w:lang w:eastAsia="zh-CN"/>
        </w:rPr>
        <w:br/>
      </w:r>
      <w:r>
        <w:rPr>
          <w:lang w:eastAsia="zh-CN"/>
        </w:rPr>
        <w:t>　　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整理：对白银店服务办值班经理我们也是严格要求，要求他们必须按照总店的管理水平去管理，虽然现在分店的管理和总店还有差距，但我们有信心把分店的管理抓上去。</w:t>
      </w:r>
      <w:r>
        <w:rPr>
          <w:lang w:eastAsia="zh-CN"/>
        </w:rPr>
        <w:br/>
      </w:r>
      <w:r>
        <w:rPr>
          <w:lang w:eastAsia="zh-CN"/>
        </w:rPr>
        <w:t>　　四、积极配合公司完成各项工作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从参与者、执行者、策划者到组织者在公司各项大型活动中，处处都有服务办值班经理的身影，对公司提出的各项工作都能及时、全面、保质保量的完成，并取得了一定成效，受到公司领导和人力资源部领导的认可与肯定。总结_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__年第四季度——__年一季度我会努力提升我部人员素质，提升工作效率，在兰州率先提倡并实施“特色化服务”，大打特打服务牌，使顾客不但可以享受到国芳百盛的品牌文化，更能享受到国芳百盛的服务文化。</w:t>
      </w:r>
      <w:r>
        <w:rPr>
          <w:lang w:eastAsia="zh-CN"/>
        </w:rPr>
        <w:br/>
      </w:r>
      <w:r>
        <w:rPr>
          <w:lang w:eastAsia="zh-CN"/>
        </w:rPr>
        <w:t xml:space="preserve">    关于公司客服工作总结范文 篇4 </w:t>
      </w:r>
      <w:r>
        <w:rPr>
          <w:lang w:eastAsia="zh-CN"/>
        </w:rPr>
        <w:br/>
      </w:r>
      <w:r>
        <w:rPr>
          <w:lang w:eastAsia="zh-CN"/>
        </w:rPr>
        <w:t>　　时光转瞬即逝，不知不觉来到公司已经一年，忙忙碌碌中时光已近年末。回顾过去工作中的点点滴滴，才发现自己真的收益良多，作为公司的一名售后客服，我也深知自己所肩负的责任，以下是自己今年的工作总结。</w:t>
      </w:r>
      <w:r>
        <w:rPr>
          <w:lang w:eastAsia="zh-CN"/>
        </w:rPr>
        <w:br/>
      </w:r>
      <w:r>
        <w:rPr>
          <w:lang w:eastAsia="zh-CN"/>
        </w:rPr>
        <w:t>　　一、发货问题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当我们的产品卖出时，势必会派人员到现场进行安装服务，而这种看似简单的工作，却有着其重要性。根据客户的需求，我们一般提前发货至工地，这时也有人员随货同往，当服务人员随货同往时，务必确认联系人和联系方式，要提前半天与客户联系，商量如何接货，以做好提前安排，以确保在这期间客户做好时间调整。</w:t>
      </w:r>
      <w:r>
        <w:rPr>
          <w:lang w:eastAsia="zh-CN"/>
        </w:rPr>
        <w:br/>
      </w:r>
      <w:r>
        <w:rPr>
          <w:lang w:eastAsia="zh-CN"/>
        </w:rPr>
        <w:t>　　因为时间对大家来说，都很宝贵，而且中途也可能出现其他的安排。所以与客户交流时，可把时间说的退后一点。如果对方也很忙，或者对此地不熟悉，不能来接你，你也不必懊恼，你可以详细的问清楚地址。如果路程比较远，所开销的费用在安装调试结束后可向对方提起。但不与客户争执。</w:t>
      </w:r>
      <w:r>
        <w:rPr>
          <w:lang w:eastAsia="zh-CN"/>
        </w:rPr>
        <w:br/>
      </w:r>
      <w:r>
        <w:rPr>
          <w:lang w:eastAsia="zh-CN"/>
        </w:rPr>
        <w:t>　　二、现场安装</w:t>
      </w:r>
      <w:r>
        <w:rPr>
          <w:lang w:eastAsia="zh-CN"/>
        </w:rPr>
        <w:br/>
      </w:r>
      <w:r>
        <w:rPr>
          <w:lang w:eastAsia="zh-CN"/>
        </w:rPr>
        <w:t>　　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让客户参与，使对方懂得如何安装，不要一声不吭的自己做事!当然你说了以后，他不安排，是另一回事。</w:t>
      </w:r>
      <w:r>
        <w:rPr>
          <w:lang w:eastAsia="zh-CN"/>
        </w:rPr>
        <w:br/>
      </w:r>
      <w:r>
        <w:rPr>
          <w:lang w:eastAsia="zh-CN"/>
        </w:rPr>
        <w:t>　　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r>
        <w:rPr>
          <w:lang w:eastAsia="zh-CN"/>
        </w:rPr>
        <w:br/>
      </w:r>
      <w:r>
        <w:rPr>
          <w:lang w:eastAsia="zh-CN"/>
        </w:rPr>
        <w:t>　　三、安装调试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安装结束后，要对仪器和设备进行调试。务必做到仪器正常工作，设备安装正常。期间会遇到一些问题，需要我们解决。仪器调试后发现参数不稳，这个时候，要检查一下，一个还是两个?还是整体?还是路面有什么影响?如自己不能解决，要及时电话反映给领导。不要把不好的产品交给用户。即使有一点点问题，也要解决!以免留下不必要的“隐患”。</w:t>
      </w:r>
      <w:r>
        <w:rPr>
          <w:lang w:eastAsia="zh-CN"/>
        </w:rPr>
        <w:br/>
      </w:r>
      <w:r>
        <w:rPr>
          <w:lang w:eastAsia="zh-CN"/>
        </w:rPr>
        <w:t>　　安装设备中，我们经常会遇到安装不匹配的问题，有的时候是产品本身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w:t>
      </w:r>
      <w:r>
        <w:rPr>
          <w:lang w:eastAsia="zh-CN"/>
        </w:rPr>
        <w:br/>
      </w:r>
      <w:r>
        <w:rPr>
          <w:lang w:eastAsia="zh-CN"/>
        </w:rPr>
        <w:t xml:space="preserve">    关于公司客服工作总结范文 篇5 </w:t>
      </w:r>
      <w:r>
        <w:rPr>
          <w:lang w:eastAsia="zh-CN"/>
        </w:rPr>
        <w:br/>
      </w:r>
      <w:r>
        <w:rPr>
          <w:lang w:eastAsia="zh-CN"/>
        </w:rPr>
        <w:t>　　时光如箭，岁月如梭，转眼我已经做客服快一年了。在这一年里有欢乐也有悲伤，有成功也有失败。在欢乐与悲伤、成功与失败的交错中，我逐渐的成长起来，业务技术水平也不断提升，理论知识得到充分实践。</w:t>
      </w:r>
      <w:r>
        <w:rPr>
          <w:lang w:eastAsia="zh-CN"/>
        </w:rPr>
        <w:br/>
      </w:r>
      <w:r>
        <w:rPr>
          <w:lang w:eastAsia="zh-CN"/>
        </w:rPr>
        <w:t>　　客服的工作相对其他岗位有点琐碎。看起来很简单的工作，有时候也会出现错误，这就要求我们对工作认真负责，细致入微。</w:t>
      </w:r>
      <w:r>
        <w:rPr>
          <w:lang w:eastAsia="zh-CN"/>
        </w:rPr>
        <w:br/>
      </w:r>
      <w:r>
        <w:rPr>
          <w:lang w:eastAsia="zh-CN"/>
        </w:rPr>
        <w:t>　　在嘀嘀嗒嗒的闹铃声中醒来，洗刷之后，新的一天开始了。打完卡和同事打完招呼后就开启电脑，然后就到传真机那里看看前一天有没有我的传真，拿到传真或其他资料后分轻重缓急分类处理。每一天按照备件和坏件的变化做出前一天的《货品出入库报表》。</w:t>
      </w:r>
      <w:r>
        <w:rPr>
          <w:lang w:eastAsia="zh-CN"/>
        </w:rPr>
        <w:br/>
      </w:r>
      <w:r>
        <w:rPr>
          <w:lang w:eastAsia="zh-CN"/>
        </w:rPr>
        <w:t>　　做《货品出入库报表》要注意的以下几点：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首先，要找到相对应的《客服本部入库单》，《神舟发货清单》《清点科出库单》《神舟电脑客户服务维修单》《销售保用单》等单据。认真核实单据信息和自己清点时记录的数据信息是否一致，如不一致立即认真复检一次，如发现问题及时和相关领导反映，把问题在第一时间解决掉，不留后患。</w:t>
      </w:r>
      <w:r>
        <w:rPr>
          <w:lang w:eastAsia="zh-CN"/>
        </w:rPr>
        <w:br/>
      </w:r>
      <w:r>
        <w:rPr>
          <w:lang w:eastAsia="zh-CN"/>
        </w:rPr>
        <w:t>　　第二，要注意的是开单上报表的时候要查看下前一天上过的报表。按照先后顺序上报表，持续单号的连续性，以便将来查找的时候能够立刻找到。还有是在一些特殊的单号和明细后面添加备注或用我们公司规定的统一字符标识。</w:t>
      </w:r>
      <w:r>
        <w:rPr>
          <w:lang w:eastAsia="zh-CN"/>
        </w:rPr>
        <w:br/>
      </w:r>
      <w:r>
        <w:rPr>
          <w:lang w:eastAsia="zh-CN"/>
        </w:rPr>
        <w:t>　　第三，要注意的是在统计金额的时候最好用求和公式加以验证，要保证数据的正确性。在上完《货品出入库报表》后千万要注意写上自己的大名和日期，再去找财务和经理签字。财务和经理签完字后，立刻就传真给经管二部和备件科。并通知对方查收。第四，要注意的是在传完之后要立即拿着《货品出入库报表》、《神舟客户服务维修单》、《销售保用单》等单据上对应的账本。我们公司的备件账本有5个，他们分别是《好、坏件库存帐》《备件往来帐》《欠人坏件账》《人欠坏件账》《在途账》。另外，在上账的时候要个性注意当总部发给你的备件总部没有开单前或者你还没有收到总部发来的备件就先不上账。但是要夹子保存好。当收到总部备件和《神舟发货清单》后，就要立即上账。</w:t>
      </w:r>
      <w:r>
        <w:rPr>
          <w:lang w:eastAsia="zh-CN"/>
        </w:rPr>
        <w:br/>
      </w:r>
      <w:r>
        <w:rPr>
          <w:lang w:eastAsia="zh-CN"/>
        </w:rPr>
        <w:t>　　当你接到服务站送来的货品时应注意：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首先，检查货品的外包装是否有被挤压破损的痕迹，开箱时要求物流或者货运人员一齐开箱查看，如有问题立即联系服务站进行核实，协商解决。</w:t>
      </w:r>
      <w:r>
        <w:rPr>
          <w:lang w:eastAsia="zh-CN"/>
        </w:rPr>
        <w:br/>
      </w:r>
      <w:r>
        <w:rPr>
          <w:lang w:eastAsia="zh-CN"/>
        </w:rPr>
        <w:t>　　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忙查找原因、寻求解决方案。</w:t>
      </w:r>
      <w:r>
        <w:rPr>
          <w:lang w:eastAsia="zh-CN"/>
        </w:rPr>
        <w:br/>
      </w:r>
      <w:r>
        <w:rPr>
          <w:lang w:eastAsia="zh-CN"/>
        </w:rPr>
        <w:t>　　第三，当你清点货品时先找到相应的《经销商发货清单》和与物品一齐的《分公司退换货申请表》，同时做好《货品记录跟踪表》的记录工作。</w:t>
      </w:r>
      <w:r>
        <w:rPr>
          <w:lang w:eastAsia="zh-CN"/>
        </w:rPr>
        <w:br/>
      </w:r>
      <w:r>
        <w:rPr>
          <w:lang w:eastAsia="zh-CN"/>
        </w:rPr>
        <w:t>　　第四，当我们发现有变形、露皮、缺件等现象时，立即联系服务站或经销商说明状况，共同查清原因，妥善处理。</w:t>
      </w:r>
      <w:r>
        <w:rPr>
          <w:lang w:eastAsia="zh-CN"/>
        </w:rPr>
        <w:br/>
      </w:r>
      <w:r>
        <w:rPr>
          <w:lang w:eastAsia="zh-CN"/>
        </w:rPr>
        <w:t>　　第五，在清点整机和显示器的时候，我们不但要做好相应的记录，还要录入我们的《工厂管理系统》。在录入信息的时候千万要细致认真，不能出一点差错。这个是我们日常工作中理解客户咨询和机器查询的有力保障。必须要保证它的准确性，及时性，连贯性。</w:t>
      </w:r>
      <w:r>
        <w:rPr>
          <w:lang w:eastAsia="zh-CN"/>
        </w:rPr>
        <w:br/>
      </w:r>
      <w:r>
        <w:rPr>
          <w:lang w:eastAsia="zh-CN"/>
        </w:rPr>
        <w:t>　　关于服务站申请备件发放及安全的注意事项：</w:t>
      </w:r>
      <w:r>
        <w:rPr>
          <w:lang w:eastAsia="zh-CN"/>
        </w:rPr>
        <w:br/>
      </w:r>
      <w:r>
        <w:rPr>
          <w:lang w:eastAsia="zh-CN"/>
        </w:rPr>
        <w:t>　　第一，分公司客服务必持续自己库存的剩余量，及时申请备件，并确保常用备件充足，以防服务站急需时没有备件可发。</w:t>
      </w:r>
      <w:r>
        <w:rPr>
          <w:lang w:eastAsia="zh-CN"/>
        </w:rPr>
        <w:br/>
      </w:r>
      <w:r>
        <w:rPr>
          <w:lang w:eastAsia="zh-CN"/>
        </w:rPr>
        <w:t>　　第二，分公司客服至少一周内清点一下实物，持续一个月和服务站对账2次，以保证我们的账目与实物一一对应。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第三，分公司客服切记公司财产安全大于一切，平时就多注意防火节电。货物分类、有序摆放，库房严禁烟火，下班及时关掉电源，节约用电。</w:t>
      </w:r>
      <w:r>
        <w:rPr>
          <w:lang w:eastAsia="zh-CN"/>
        </w:rPr>
        <w:br/>
      </w:r>
      <w:r>
        <w:rPr>
          <w:lang w:eastAsia="zh-CN"/>
        </w:rPr>
        <w:t>　　第四，分公司客服不仅仅要注意公司的财产安全，还要持续良好的心态和敏锐的洞察力，保证工作高效有序。</w:t>
      </w:r>
      <w:r>
        <w:rPr>
          <w:lang w:eastAsia="zh-CN"/>
        </w:rPr>
        <w:br/>
      </w:r>
      <w:r>
        <w:rPr>
          <w:lang w:eastAsia="zh-CN"/>
        </w:rPr>
        <w:t>　　关于异常处理的注意事项：</w:t>
      </w:r>
      <w:r>
        <w:rPr>
          <w:lang w:eastAsia="zh-CN"/>
        </w:rPr>
        <w:br/>
      </w:r>
      <w:r>
        <w:rPr>
          <w:lang w:eastAsia="zh-CN"/>
        </w:rPr>
        <w:t>　　异常处理千万不要拖时间，因为我们的客户都期望自己的电脑能尽快修复、使用。这时候救需要我们基本业务的熟练，有效的沟通，减少异常处理时间，为用户带给贴心的服务。</w:t>
      </w:r>
      <w:r>
        <w:rPr>
          <w:lang w:eastAsia="zh-CN"/>
        </w:rPr>
        <w:br/>
      </w:r>
      <w:r>
        <w:rPr>
          <w:lang w:eastAsia="zh-CN"/>
        </w:rPr>
        <w:t>　　有很多异常是关于磨损的。最常见的是外壳划伤和屏划伤，这就要求我们服务站的前台工作人员在接收客户的机器时，仔细检查机器的外观，与用户核对清楚，并加强保护措施，尽量避免此类现象发生，让用户放心。</w:t>
      </w:r>
      <w:r>
        <w:rPr>
          <w:lang w:eastAsia="zh-CN"/>
        </w:rPr>
        <w:br/>
      </w:r>
      <w:r>
        <w:rPr>
          <w:lang w:eastAsia="zh-CN"/>
        </w:rPr>
        <w:t>　　总之，不管自己在哪，不管在那个岗位，都要认认真真踏踏实实地工作。敬业是我们的传统美德，更是我们的职业道德。养成良好的习惯，将会受用终身。态度决定一切，不管你是否能做好，进自己最大的潜力去做。不仅仅是对自己潜力的检测，还能不断地增加信心。</w:t>
      </w:r>
      <w:r>
        <w:rPr>
          <w:lang w:eastAsia="zh-CN"/>
        </w:rPr>
        <w:br/>
      </w:r>
      <w:r>
        <w:rPr>
          <w:lang w:eastAsia="zh-CN"/>
        </w:rPr>
        <w:t xml:space="preserve">    关于公司客服工作总结范文 篇6 </w:t>
      </w:r>
      <w:r>
        <w:rPr>
          <w:lang w:eastAsia="zh-CN"/>
        </w:rPr>
        <w:br/>
      </w:r>
      <w:r>
        <w:rPr>
          <w:lang w:eastAsia="zh-CN"/>
        </w:rPr>
        <w:t>　　__年的工作已接近尾声，一年来，在公司经理室的正确领导下，各部门同仁齐心协力，共同努力，客服工作取得了一定的成绩。下面就本人一年来的工作做一个工作总结：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r>
        <w:rPr>
          <w:lang w:eastAsia="zh-CN"/>
        </w:rPr>
        <w:br/>
      </w:r>
      <w:r>
        <w:rPr>
          <w:lang w:eastAsia="zh-CN"/>
        </w:rPr>
        <w:t>　　一、在制度建设方面，继续加强客户服务基础管理工作，进一步完善相关管理制度</w:t>
      </w:r>
      <w:r>
        <w:rPr>
          <w:lang w:eastAsia="zh-CN"/>
        </w:rPr>
        <w:br/>
      </w:r>
      <w:r>
        <w:rPr>
          <w:lang w:eastAsia="zh-CN"/>
        </w:rPr>
        <w:t>　　主要从“内强素质、外树形象”着手，通过狠抓公司各岗位人员素质，进一步提高客户满意度，树立公司良好的对外形象。</w:t>
      </w:r>
      <w:r>
        <w:rPr>
          <w:lang w:eastAsia="zh-CN"/>
        </w:rPr>
        <w:br/>
      </w:r>
      <w:r>
        <w:rPr>
          <w:lang w:eastAsia="zh-CN"/>
        </w:rPr>
        <w:t>　　一个优秀的团队须有一个素质、技术过硬的服务队伍，我部着重从完善制度着手，通过加大制度的执行力不断加大服务考核力度，以进一步提高客服人员综合素质。</w:t>
      </w:r>
      <w:r>
        <w:rPr>
          <w:lang w:eastAsia="zh-CN"/>
        </w:rPr>
        <w:br/>
      </w:r>
      <w:r>
        <w:rPr>
          <w:lang w:eastAsia="zh-CN"/>
        </w:rPr>
        <w:t>　　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__年6月，总公司举行了全国柜面人员上岗资格考试，我部全体人员13人参加，合格9人，持证率达70%。此次全国系统的柜面人员考试，加强了客服人员对专业知识的学习，也提升了客户服务部的服务质量。</w:t>
      </w:r>
      <w:r>
        <w:rPr>
          <w:lang w:eastAsia="zh-CN"/>
        </w:rPr>
        <w:br/>
      </w:r>
      <w:r>
        <w:rPr>
          <w:lang w:eastAsia="zh-CN"/>
        </w:rPr>
        <w:t>　　二、强化业务制度学习，树立执行理念，确保制度执行力全面有效开展</w:t>
      </w:r>
      <w:r>
        <w:rPr>
          <w:lang w:eastAsia="zh-CN"/>
        </w:rPr>
        <w:br/>
      </w:r>
      <w:r>
        <w:rPr>
          <w:lang w:eastAsia="zh-CN"/>
        </w:rPr>
        <w:t>　　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r>
        <w:rPr>
          <w:lang w:eastAsia="zh-CN"/>
        </w:rPr>
        <w:br/>
      </w:r>
      <w:r>
        <w:rPr>
          <w:lang w:eastAsia="zh-CN"/>
        </w:rPr>
        <w:t>　　三、以服务为本，促进销售，把日常业务处理和服务工作相结合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r>
        <w:rPr>
          <w:lang w:eastAsia="zh-CN"/>
        </w:rPr>
        <w:br/>
      </w:r>
      <w:r>
        <w:rPr>
          <w:lang w:eastAsia="zh-CN"/>
        </w:rPr>
        <w:t>　　四、从服务的本身出发，“一切为了客户着想”，不断创新服务内容</w:t>
      </w:r>
      <w:r>
        <w:rPr>
          <w:lang w:eastAsia="zh-CN"/>
        </w:rPr>
        <w:br/>
      </w:r>
      <w:r>
        <w:rPr>
          <w:lang w:eastAsia="zh-CN"/>
        </w:rPr>
        <w:t>　　积极配合分公司做好vip客户工作。</w:t>
      </w:r>
      <w:r>
        <w:rPr>
          <w:lang w:eastAsia="zh-CN"/>
        </w:rPr>
        <w:br/>
      </w:r>
      <w:r>
        <w:rPr>
          <w:lang w:eastAsia="zh-CN"/>
        </w:rPr>
        <w:t>　　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r>
        <w:rPr>
          <w:lang w:eastAsia="zh-CN"/>
        </w:rPr>
        <w:br/>
      </w:r>
      <w:r>
        <w:rPr>
          <w:lang w:eastAsia="zh-CN"/>
        </w:rPr>
        <w:t xml:space="preserve">    关于公司客服工作总结范文 篇7 </w:t>
      </w:r>
      <w:r>
        <w:rPr>
          <w:lang w:eastAsia="zh-CN"/>
        </w:rPr>
        <w:br/>
      </w:r>
      <w:r>
        <w:rPr>
          <w:lang w:eastAsia="zh-CN"/>
        </w:rPr>
        <w:t>　　转眼间，已经过去，迎来崭新的20__年，在药业公司一年来的经历更多是收获。回首我在刚刚进入公司对各个方面都还不是很了解。在这一年里我有成绩，有失败，有快乐，有无助，可就是经历这方方面面的事情后最终得到是收获。在公司里工作也给我改善了很多，有条件的改善，也有个人成长的改善。通过这一年的磨合我对我自己以后的发展也有了很明确的目标。是一个不平凡的一年。现在这一个不平凡的一年已经过去。我也要对自己做一个很好的总结。一个总结的结束就意味着一个全新的开始。这次终结我分为三大块商业、客服和20__的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一、全年的客服工作取得成就和不足</w:t>
      </w:r>
      <w:r>
        <w:rPr>
          <w:lang w:eastAsia="zh-CN"/>
        </w:rPr>
        <w:br/>
      </w:r>
      <w:r>
        <w:rPr>
          <w:lang w:eastAsia="zh-CN"/>
        </w:rPr>
        <w:t>　　1、__年我刚刚进入公司，公司就对客服模式做出全新的改革，公司对以前被动的营销改成主动营销以客服做为龙头重点对__年全力冲刺。在打造全新的服务中心。在进入公司我的首要任务就是建立完善的服务中心。我在进入公司的一个月后严格按照公司规定建立好。也是第一个合格的服务中心。</w:t>
      </w:r>
      <w:r>
        <w:rPr>
          <w:lang w:eastAsia="zh-CN"/>
        </w:rPr>
        <w:br/>
      </w:r>
      <w:r>
        <w:rPr>
          <w:lang w:eastAsia="zh-CN"/>
        </w:rPr>
        <w:t>　　在建立服务中心的过程中也入到不少的困难。因为对这个城市不熟导致工作进度有点慢。买的材料也买错过。但是我知道服务中心的重要性。如果服务中心建设不好就会影响以后的工作。选择地点也是非常的慎重。正因为自己的工作态度在老服务中心一直都是稳定。当然也有不足在我建里第2个服务中心时，因为自己对自己放松要求细节也不很仔细导致第2个服务中心在__年的失败。在这里我也认识到细节在于品质，也就是我在建立第2个服务中心放松一点点。可是出现的结果却是完全不一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2、对人员的建立。服务中心的人员招聘这是一个很关键的。服务中心的人员是直接影响服务中心的销售，虽然我们是一个治疗机构可是对人员的选则不光要有很好的专业技能同时也要有很好沟通能力。还要有责任态度。我__年我的人员招收也非艰难，一开始有很多人不理解我们的工作方式。也对公司有很多的顾虑、我也是通过长期的招聘也成功招到很优秀的员工，如方意勤，罗谷英，文春兰。但是走的也很多，有一段时间让我很烦的事。刚刚培训出来的员工一下子要离开。也许我在工作很多地方照顾的不好。这给公司造成的看不出的损失。说明我的管理也出现很大的问题。也让我明白铁打的营盘流水的兵。只有加强自己的能力。才能给公司带来更多的好员工。</w:t>
      </w:r>
      <w:r>
        <w:rPr>
          <w:lang w:eastAsia="zh-CN"/>
        </w:rPr>
        <w:br/>
      </w:r>
      <w:r>
        <w:rPr>
          <w:lang w:eastAsia="zh-CN"/>
        </w:rPr>
        <w:t>　　3、__年里，因为我也是刚刚上岗，员工也是刚刚进来。对专业知识的也是非常的缺乏，虽然在一年里公司组织大规模的培训，但是对这刚刚上岗的人员吸收的太慢，在工作中边学习边摸索。这样也导致了治疗的患者出现很多失误。也给工作出了不少的阻扰。我也发现我自身的知识缺乏。在一年里我对专业做出强化学习。加快自身学习速度。为20__年打下扎实的基础。通过自我的学习，感化员工学习的积极性。只要付出就会有回报，我们全年治疗好的患者也到达几十人。得到患者的认可。还有就是不光是专业的学习。对患者的管理，对患者的沟通也要学习。还有对促销活动的学习。__年是我们__人员学习的一年。在服务中心完善的一年。这一年过去。今年的服务中心已经是个紧握的拳头已经具备强大的力量。</w:t>
      </w:r>
      <w:r>
        <w:rPr>
          <w:lang w:eastAsia="zh-CN"/>
        </w:rPr>
        <w:br/>
      </w:r>
      <w:r>
        <w:rPr>
          <w:lang w:eastAsia="zh-CN"/>
        </w:rPr>
        <w:t>　　4、促销活动的开展，我为什么把促销单独列一条，因为在这一年里。促销活动给我们带来太多的欢喜和辛苦。在公司进行改革。全新的销售模式推行。对走出服务中心主动寻找患者。我们在做促销的是面对自己太多的挑战。当我们站在大路上、商城里、车站里、药店门口。面对过往的人群就我们这群人为了自己的生活，在喧闹的城市人的异样的眼光。就我们这样一群人最后改变人们对我们的认识。从异样到敬畏从敬畏到崇拜。人呀不能感动得认真。我从中得到让我从没有感到过的震撼。也通过我们自己的努力证明呢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二、全年的商业工作取得成就和不足</w:t>
      </w:r>
      <w:r>
        <w:rPr>
          <w:lang w:eastAsia="zh-CN"/>
        </w:rPr>
        <w:br/>
      </w:r>
      <w:r>
        <w:rPr>
          <w:lang w:eastAsia="zh-CN"/>
        </w:rPr>
        <w:t>　　1、商业终端，我在工作中接触最多。也是我的主要任务，一个商业是我们的根基也是一个人与人的交通。一个长期的工作。终端是我们产品直接变成业绩的工作。终端是最基础最重要的环节，一个终端的好坏直接导致你在这市场里能不能立足。在我也认识到终端的重要性。在服务中心的建设的同时，我也积极对各个药房的走访。建立终端信息表，对各个药店进行了解，调查各个药店对我们产品的态度。通过一系列的工作。了解到很多的问题。很多都是赠品的发放问题。导致很多药房不愿意买我们的产品。有的都出现抵触心理。态度极其不好，再就是长期没有服务中心，很多患者买了药得不到全方面的治疗。很多人对亮甲疗效产生了质疑，很多药房的卖不出去。加上假的，仿的亮甲多。对市场的冲击那是相当的严重。说实话我从了解这些事情后，我的内心动摇过。不过我相信只要自己去做总会有点收获的付出和回报，一定是成正比。在这一年里我不断的在各个药房进行走访，自己贴钱买礼物。以真心的和他们交朋友。经过这一年的努力也有很多药房的认可。在价格维护也很好，铺卡也全面的展开。当然这些远远不够。因为几次商业检查我都付出了惨痛的代价。我需要学习，对各个处理事情方面我还进一步的完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2、对商业单位的开展。__年我一共谈了4个商业单位。分别是为民医药、双鹤医药、康尔医药、同安医药。对这几家医药公司的洽谈也让我碰了无数的壁，大多数多是因为供货价格的问题让我无比的艰难的谈价。还有货源控制也对我产生很大的阻碍。让我听的最多的就是话就是“反正我们不在你这里拿货我们也能拿得到”也许是我自己的不熟悉，各个方面缺乏理解导致我都不知道说什么。这也是我最薄弱的方面。</w:t>
      </w:r>
      <w:r>
        <w:rPr>
          <w:lang w:eastAsia="zh-CN"/>
        </w:rPr>
        <w:br/>
      </w:r>
      <w:r>
        <w:rPr>
          <w:lang w:eastAsia="zh-CN"/>
        </w:rPr>
        <w:t>　　三、计划</w:t>
      </w:r>
      <w:r>
        <w:rPr>
          <w:lang w:eastAsia="zh-CN"/>
        </w:rPr>
        <w:br/>
      </w:r>
      <w:r>
        <w:rPr>
          <w:lang w:eastAsia="zh-CN"/>
        </w:rPr>
        <w:t>　　1、20__年我想是我们收获的一年，因为__年的种子已经播种好了交好了水。当然也要有改善因为公司的政策在改。我也不能以__年的标准来衡量今年。要有突破要有创新今年我给自己订的计划，首先我要更完善终端，终端绝对是重中之重。想要求突破就要从终端开始。因为我觉得只有终端才能决定商业和客服的发展性，也是最最基础工作</w:t>
      </w:r>
      <w:r>
        <w:rPr>
          <w:lang w:eastAsia="zh-CN"/>
        </w:rPr>
        <w:br/>
      </w:r>
      <w:r>
        <w:rPr>
          <w:lang w:eastAsia="zh-CN"/>
        </w:rPr>
        <w:t>　　2、商业公司的发展，20__要有增加商业单位，保证商业回款</w:t>
      </w:r>
      <w:r>
        <w:rPr>
          <w:lang w:eastAsia="zh-CN"/>
        </w:rPr>
        <w:br/>
      </w:r>
      <w:r>
        <w:rPr>
          <w:lang w:eastAsia="zh-CN"/>
        </w:rPr>
        <w:t>　　3、服务中心的建设，要把第2家服务中心从新选址，认真的办起来</w:t>
      </w:r>
      <w:r>
        <w:rPr>
          <w:lang w:eastAsia="zh-CN"/>
        </w:rPr>
        <w:br/>
      </w:r>
      <w:r>
        <w:rPr>
          <w:lang w:eastAsia="zh-CN"/>
        </w:rPr>
        <w:t>　　4、服务中心的人员学习和自我的知识提高，让服务中心的治愈提高。保证口碑良性发展</w:t>
      </w:r>
      <w:r>
        <w:rPr>
          <w:lang w:eastAsia="zh-CN"/>
        </w:rPr>
        <w:br/>
      </w:r>
      <w:r>
        <w:rPr>
          <w:lang w:eastAsia="zh-CN"/>
        </w:rPr>
        <w:t>　　5、促销活动要继续进行，要有更高的要求展现自己的价值。</w:t>
      </w:r>
      <w:r>
        <w:rPr>
          <w:lang w:eastAsia="zh-CN"/>
        </w:rPr>
        <w:br/>
      </w:r>
      <w:r>
        <w:rPr>
          <w:lang w:eastAsia="zh-CN"/>
        </w:rPr>
        <w:t>　　以上就我的全年总结，有很多的细节可能没有写。但总结就是提高，新的开始新的认识自己下面该做什么，有什么做的不好的、不足的望领导给于严厉的批评和鞭策。顺便祝乐泰的员工新年快乐，工作顺利。</w:t>
      </w:r>
      <w:r>
        <w:rPr>
          <w:lang w:eastAsia="zh-CN"/>
        </w:rPr>
        <w:br/>
      </w:r>
      <w:r>
        <w:rPr>
          <w:lang w:eastAsia="zh-CN"/>
        </w:rPr>
        <w:t xml:space="preserve">    关于公司客服工作总结范文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时光转瞬即逝，不知不觉来到公司已经_年，忙忙碌碌中时光已近年末。回顾过去工作中的点点滴滴，才发现自己真的受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r>
        <w:rPr>
          <w:lang w:eastAsia="zh-CN"/>
        </w:rPr>
        <w:br/>
      </w:r>
      <w:r>
        <w:rPr>
          <w:lang w:eastAsia="zh-CN"/>
        </w:rPr>
        <w:t>　　在我所从事的工作中涉及到聊售后__和处理各种售后交接问题，在过去一年里我学到了很多，对于__回复话术和电话沟通技巧都有了一定的积累，对于很多工作都能有效的去完成。在_月份的时候处理的交接数据，我们小组当月处理的交接数据达到了____多个，平时也都能尽职尽责的去完成自己的本职工作，算是没有辜负公司领导的期望。为了更好的完成本职工作，为公司创造更多的效益，特将今年的工作经验作工作总结如下：</w:t>
      </w:r>
      <w:r>
        <w:rPr>
          <w:lang w:eastAsia="zh-CN"/>
        </w:rPr>
        <w:br/>
      </w:r>
      <w:r>
        <w:rPr>
          <w:lang w:eastAsia="zh-CN"/>
        </w:rPr>
        <w:t>　　一、塑造店铺良好形象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__文字与顾客交流，面对电脑顾客也看不到我们的表情，在与顾客交流的时候我们一定要保持良好的态度，言辞要委婉，多用礼貌用语和生动的语句，搭配一些动态诙谐的图片，这样可能带给顾客的就是另外一种体验了。</w:t>
      </w:r>
      <w:r>
        <w:rPr>
          <w:lang w:eastAsia="zh-CN"/>
        </w:rPr>
        <w:br/>
      </w:r>
      <w:r>
        <w:rPr>
          <w:lang w:eastAsia="zh-CN"/>
        </w:rPr>
        <w:t>　　二、学会换位思考</w:t>
      </w:r>
      <w:r>
        <w:rPr>
          <w:lang w:eastAsia="zh-CN"/>
        </w:rPr>
        <w:br/>
      </w:r>
      <w:r>
        <w:rPr>
          <w:lang w:eastAsia="zh-CN"/>
        </w:rPr>
        <w:t>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r>
        <w:rPr>
          <w:lang w:eastAsia="zh-CN"/>
        </w:rPr>
        <w:br/>
      </w:r>
      <w:r>
        <w:rPr>
          <w:lang w:eastAsia="zh-CN"/>
        </w:rPr>
        <w:t>　　三、熟悉公司产品和产品相关知识</w:t>
      </w:r>
      <w:r>
        <w:rPr>
          <w:lang w:eastAsia="zh-CN"/>
        </w:rPr>
        <w:br/>
      </w:r>
      <w:r>
        <w:rPr>
          <w:lang w:eastAsia="zh-CN"/>
        </w:rPr>
        <w:t>　　公司作为一个从事__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四、有效的完成本职工作</w:t>
      </w:r>
      <w:r>
        <w:rPr>
          <w:lang w:eastAsia="zh-CN"/>
        </w:rPr>
        <w:br/>
      </w:r>
      <w:r>
        <w:rPr>
          <w:lang w:eastAsia="zh-CN"/>
        </w:rPr>
        <w:t>　　__是我们与顾客沟通的工具之一，在__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r>
        <w:rPr>
          <w:lang w:eastAsia="zh-CN"/>
        </w:rPr>
        <w:br/>
      </w:r>
      <w:r>
        <w:rPr>
          <w:lang w:eastAsia="zh-CN"/>
        </w:rPr>
        <w:t>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在过去的一年中我收获了很多，但是我知道自己还有不足之处。给我印象较深的是__培训演练，通过模拟__沟通买卖的场景，将产品推销给顾客。如果客服熟知了自己产品，理解一些__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r>
        <w:rPr>
          <w:lang w:eastAsia="zh-CN"/>
        </w:rPr>
        <w:br/>
      </w:r>
      <w:r>
        <w:rPr>
          <w:lang w:eastAsia="zh-CN"/>
        </w:rPr>
        <w:t>　　在新的一年里我会吸取过去的教训，积极参加公司的培训，以饱满的精神状态迎接新的挑战，向先进学习，向同事学习，取长补短，共同进步，为公司的明天而尽心尽责。</w:t>
      </w:r>
      <w:r>
        <w:rPr>
          <w:lang w:eastAsia="zh-CN"/>
        </w:rPr>
        <w:br/>
      </w:r>
      <w:r>
        <w:rPr>
          <w:lang w:eastAsia="zh-CN"/>
        </w:rPr>
        <w:t xml:space="preserve">    关于公司客服工作总结范文 篇9 </w:t>
      </w:r>
      <w:r>
        <w:rPr>
          <w:lang w:eastAsia="zh-CN"/>
        </w:rPr>
        <w:br/>
      </w:r>
      <w:r>
        <w:rPr>
          <w:lang w:eastAsia="zh-CN"/>
        </w:rPr>
        <w:t>　　对于一个客服代表来说，做客服工作的感受就象是一个学会了吃辣椒的人，整个过程感受最多的只有一个字：辣。如果到有一天你已经习惯了这种味道，不再被这种味道呛得咳嗽或是摸鼻涕流眼泪的时候就说明你已经是一个十分有经验的老员工了。我是从一线员工上来的，所以深谙这种味道。作为一个班长，在接近两年的班长工作中，我就一向在不断地探索，企图能够找到另外一种味道，能够化解和消融前台因用户所产生的这种“辣”味，这就是话务员情绪管理。毕竟大多数的人需要对自我的情绪进行管理、控制和调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带给切实有效地咨询和帮忙，这是愉快工作的前提之一。然后，在为用户带给咨询时要认真倾听用户的问题而不是去关注用户的态度，这样才会持续冷静，细细为之分析引导，熄灭用户情绪上的怒火，防止因服务态度问题火上烧油引起用户更大的投诉。</w:t>
      </w:r>
      <w:r>
        <w:rPr>
          <w:lang w:eastAsia="zh-CN"/>
        </w:rPr>
        <w:br/>
      </w:r>
      <w:r>
        <w:rPr>
          <w:lang w:eastAsia="zh-CN"/>
        </w:rPr>
        <w:t>　　另外，在平常的话务管理中，我一向在人性化管理与制度化管理这两种管理模式之间寻找一种平衡。为了防止员工因违反规章制度而受到处罚时情绪波动，影响服务态度，一种比较有效的处理方式是在处罚前找员工沟通，最好的方式是推己及人，感觉自我就是在错误中不断成长起来的，一个人只要用必须的心胸和气魄勇敢应对和承担自我因错误而带来的后果，就没有过不去的关。俗语云：知错能改，善莫大焉。所以没有必要为自我所范下的错误长久的消沉和逃避，“风物长宜放眼量”，于工作于生活，这都是最理性的选取，同时这也是处理与员工关系最好的一种润滑剂，唯有这样，才会消除与前台的隔阂，营造一种简单的氛围，稳定员工情绪及持续良好的服务态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当然，在不断地将自我以上的经验和想法得以实施并取得必须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我最大的努力去做好份内事情的过程当中，对团队二字体会个性深刻。以前被这样一个故事感动：</w:t>
      </w:r>
      <w:r>
        <w:rPr>
          <w:lang w:eastAsia="zh-CN"/>
        </w:rPr>
        <w:br/>
      </w:r>
      <w:r>
        <w:rPr>
          <w:lang w:eastAsia="zh-CN"/>
        </w:rPr>
        <w:t>　　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齐。那么平静，那么悲壮------于是，我开始为此而努力：一个有凝聚力的团队，就应象在遇险境时能迅速抱成一团产生出惊人的力量而最终脱离险境的“蚁球”，在我们呼叫中心全体员工的互帮互助与精诚团结下，不惧用户的无理纠缠，不惊投诉者的古怪刁钻，嗬，一大堆骚扰用户又何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很幸运的是，我们呼叫中心本身就是一个充满了激情和活力的团队，而且每一个身处其中的人在“逆水行舟，不进则退”的动力支持中用心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留意谨慎，唯恐因处理不好而引起越级投诉。而每每遇到难以决定或影响较大的投诉时总少不了上级领导的帮忙和引导，这在很大程度上为班长的工作减轻了压力，那是一种“天塌下来有人一齐扛着”的踏实感。记忆中有好几起这样的投诉，但都有惊无险，最终成为锻造我们潜力的经历而不断丰富着我们的客服生涯。</w:t>
      </w:r>
      <w:r>
        <w:rPr>
          <w:lang w:eastAsia="zh-CN"/>
        </w:rPr>
        <w:br/>
      </w:r>
      <w:r>
        <w:rPr>
          <w:lang w:eastAsia="zh-CN"/>
        </w:rPr>
        <w:t>　　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用心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所以不管以后的工作将会发生什么样的变化，我都不敢有丝毫的松懈，并且将更加的认真地做好自我份内的事，努力克服个性和年龄的弱点，推开障碍和阻力，抛弃“小我”，简单上阵。我相信自我不管受岁月如何地磨砾而产生变化，但是追求完美、永不言败的个性永不会变。</w:t>
      </w:r>
      <w:r>
        <w:rPr>
          <w:lang w:eastAsia="zh-CN"/>
        </w:rPr>
        <w:br/>
      </w:r>
      <w:r>
        <w:rPr>
          <w:lang w:eastAsia="zh-CN"/>
        </w:rPr>
        <w:t xml:space="preserve">    关于公司客服工作总结范文 篇10 </w:t>
      </w:r>
      <w:r>
        <w:rPr>
          <w:lang w:eastAsia="zh-CN"/>
        </w:rPr>
        <w:br/>
      </w:r>
      <w:r>
        <w:rPr>
          <w:lang w:eastAsia="zh-CN"/>
        </w:rPr>
        <w:t>　　__年对于##公司物业部来说，可以说是发展的一年，我们在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业户至上，诚信做人，用心做事”的理念深深烙入每一位客服工作人员的脑海，新年将至，回顾一年来的客服工作，有得有失。现将一年来的客服工作</w:t>
      </w:r>
      <w:r>
        <w:rPr>
          <w:lang w:eastAsia="zh-CN"/>
        </w:rPr>
        <w:br/>
      </w:r>
      <w:r>
        <w:rPr>
          <w:lang w:eastAsia="zh-CN"/>
        </w:rPr>
        <w:t>　　一、深化落实公司各项规章制度和物业部各项制度</w:t>
      </w:r>
      <w:r>
        <w:rPr>
          <w:lang w:eastAsia="zh-CN"/>
        </w:rPr>
        <w:br/>
      </w:r>
      <w:r>
        <w:rPr>
          <w:lang w:eastAsia="zh-CN"/>
        </w:rPr>
        <w:t>　　在__年初步完善的各项规章制度的基础上，__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r>
        <w:rPr>
          <w:lang w:eastAsia="zh-CN"/>
        </w:rPr>
        <w:br/>
      </w:r>
      <w:r>
        <w:rPr>
          <w:lang w:eastAsia="zh-CN"/>
        </w:rPr>
        <w:t>　　二、理论联系实际，积极开展客服人员的培训工作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一个好的客服管理及服务，人员的专业性和工作态度起决定性的作用，针对__年客服工作中人员的理论知识不足的问题，__年着重对客服人员进行了大量的培训：</w:t>
      </w:r>
      <w:r>
        <w:rPr>
          <w:lang w:eastAsia="zh-CN"/>
        </w:rPr>
        <w:br/>
      </w:r>
      <w:r>
        <w:rPr>
          <w:lang w:eastAsia="zh-CN"/>
        </w:rPr>
        <w:t>　　1、培训形式多种多样，比如：理论讲解、实操、讨论等，从根本上使客服人员的综合素质上了一个台阶。</w:t>
      </w:r>
      <w:r>
        <w:rPr>
          <w:lang w:eastAsia="zh-CN"/>
        </w:rPr>
        <w:br/>
      </w:r>
      <w:r>
        <w:rPr>
          <w:lang w:eastAsia="zh-CN"/>
        </w:rPr>
        <w:t>　　2、本着走出去，请进来的思想，我们组织人员对仲量联行等兄弟企业的参观学习，使我们的视野更加的开阔，管理的理念更能跟上行业发展的步伐。</w:t>
      </w:r>
      <w:r>
        <w:rPr>
          <w:lang w:eastAsia="zh-CN"/>
        </w:rPr>
        <w:br/>
      </w:r>
      <w:r>
        <w:rPr>
          <w:lang w:eastAsia="zh-CN"/>
        </w:rPr>
        <w:t>　　3、积极应对新出台的法律、法规，__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__年冬季的供暖工作做了充分的理论准备，确保了冬季供暖工作的顺利开展，截止__年底未出现因供暖工作造成的投诉。</w:t>
      </w:r>
      <w:r>
        <w:rPr>
          <w:lang w:eastAsia="zh-CN"/>
        </w:rPr>
        <w:br/>
      </w:r>
      <w:r>
        <w:rPr>
          <w:lang w:eastAsia="zh-CN"/>
        </w:rPr>
        <w:t>　　三、__年物业收费标准和停车费收费标准的年审工作如期完成</w:t>
      </w:r>
      <w:r>
        <w:rPr>
          <w:lang w:eastAsia="zh-CN"/>
        </w:rPr>
        <w:br/>
      </w:r>
      <w:r>
        <w:rPr>
          <w:lang w:eastAsia="zh-CN"/>
        </w:rPr>
        <w:t>　　一个规范化的物业管理企业，必须做到收费工作和服务工作有法可依，严格按照物价管理部门的标准进行收费，__年4月份，积极准备了相关的资料，将蔚蓝国际大厦物业管理收费的标准进行了年审，坚决杜绝乱收费现象，维护业主的合法权益。</w:t>
      </w:r>
      <w:r>
        <w:rPr>
          <w:lang w:eastAsia="zh-CN"/>
        </w:rPr>
        <w:br/>
      </w:r>
      <w:r>
        <w:rPr>
          <w:lang w:eastAsia="zh-CN"/>
        </w:rPr>
        <w:t>　　四、积极应对突发事件，认真做好震后维修解释工作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为了增强大家处理已经突发事件的能力，物业部客服申请购买了《陕西省公众应急指南》分发给广大业主，使大家学习应变各类突发事件的能力。</w:t>
      </w:r>
      <w:r>
        <w:rPr>
          <w:lang w:eastAsia="zh-CN"/>
        </w:rPr>
        <w:br/>
      </w:r>
      <w:r>
        <w:rPr>
          <w:lang w:eastAsia="zh-CN"/>
        </w:rPr>
        <w:t>　　五、响应国家号召，积极在写字楼宣传节能降耗</w:t>
      </w:r>
      <w:r>
        <w:rPr>
          <w:lang w:eastAsia="zh-CN"/>
        </w:rPr>
        <w:br/>
      </w:r>
      <w:r>
        <w:rPr>
          <w:lang w:eastAsia="zh-CN"/>
        </w:rPr>
        <w:t>　　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r>
        <w:rPr>
          <w:lang w:eastAsia="zh-CN"/>
        </w:rPr>
        <w:br/>
      </w:r>
      <w:r>
        <w:rPr>
          <w:lang w:eastAsia="zh-CN"/>
        </w:rPr>
        <w:t>　　六、后期零星交房工作有条不紊的进行</w:t>
      </w:r>
      <w:r>
        <w:rPr>
          <w:lang w:eastAsia="zh-CN"/>
        </w:rPr>
        <w:br/>
      </w:r>
      <w:r>
        <w:rPr>
          <w:lang w:eastAsia="zh-CN"/>
        </w:rPr>
        <w:t>　　截止__年底，国际大厦写字间累计交房180套，其中a座46套，b座134套。办理装修176户，随着像等大型企业的强势进驻，__地区的商务氛围更加的浓厚，而国际的知名度也不断提升。</w:t>
      </w:r>
      <w:r>
        <w:rPr>
          <w:lang w:eastAsia="zh-CN"/>
        </w:rPr>
        <w:br/>
      </w:r>
      <w:r>
        <w:rPr>
          <w:lang w:eastAsia="zh-CN"/>
        </w:rPr>
        <w:t>　　七、物业收费工作逐渐步入正轨，各项费用指标按期完成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__年的欠费用户进行了积极的催收工作，除一些接房未装修户人在外地暂时无法收取外，其他均已清缴。</w:t>
      </w:r>
      <w:r>
        <w:rPr>
          <w:lang w:eastAsia="zh-CN"/>
        </w:rPr>
        <w:br/>
      </w:r>
      <w:r>
        <w:rPr>
          <w:lang w:eastAsia="zh-CN"/>
        </w:rPr>
        <w:t xml:space="preserve">    关于公司客服工作总结范文 篇11 </w:t>
      </w:r>
      <w:r>
        <w:rPr>
          <w:lang w:eastAsia="zh-CN"/>
        </w:rPr>
        <w:br/>
      </w:r>
      <w:r>
        <w:rPr>
          <w:lang w:eastAsia="zh-CN"/>
        </w:rPr>
        <w:t>　　我从20__年6月1日西苑物业正式成立后，接管西苑物业客服部客服领班工作，负责客服组、清洁组、维修组的管理工作。历时7个月，从摸索到熟悉，边做边学，在我前进的每一步中，都得到了公司领导和同事的热情相助，得到了大多数住户的支持与认可。</w:t>
      </w:r>
      <w:r>
        <w:rPr>
          <w:lang w:eastAsia="zh-CN"/>
        </w:rPr>
        <w:br/>
      </w:r>
      <w:r>
        <w:rPr>
          <w:lang w:eastAsia="zh-CN"/>
        </w:rPr>
        <w:t>　　在这7个月来，我们应对了很多压力，克服了很多困难，但我们却十分愉快和充实。因为我们有一只高素质的队伍，有一群热情、愿奉献的物业管理人。我们扎实工作，勤奋敬业，协调各方，周到服务，完成了各级领导交办的工作任务。</w:t>
      </w:r>
      <w:r>
        <w:rPr>
          <w:lang w:eastAsia="zh-CN"/>
        </w:rPr>
        <w:br/>
      </w:r>
      <w:r>
        <w:rPr>
          <w:lang w:eastAsia="zh-CN"/>
        </w:rPr>
        <w:t>　　具体状况</w:t>
      </w:r>
      <w:r>
        <w:rPr>
          <w:lang w:eastAsia="zh-CN"/>
        </w:rPr>
        <w:br/>
      </w:r>
      <w:r>
        <w:rPr>
          <w:lang w:eastAsia="zh-CN"/>
        </w:rPr>
        <w:t>　　一、规范行为。强化内部管理，自身建设质量提高。</w:t>
      </w:r>
      <w:r>
        <w:rPr>
          <w:lang w:eastAsia="zh-CN"/>
        </w:rPr>
        <w:br/>
      </w:r>
      <w:r>
        <w:rPr>
          <w:lang w:eastAsia="zh-CN"/>
        </w:rPr>
        <w:t>　　1.管理处员工统一着装，挂牌上岗。</w:t>
      </w:r>
      <w:r>
        <w:rPr>
          <w:lang w:eastAsia="zh-CN"/>
        </w:rPr>
        <w:br/>
      </w:r>
      <w:r>
        <w:rPr>
          <w:lang w:eastAsia="zh-CN"/>
        </w:rPr>
        <w:t>　　2.对住户、客户服务按中心要求规程操作，贯彻礼貌待人、化解矛盾、微笑服务，适时赞美等工作规程。</w:t>
      </w:r>
      <w:r>
        <w:rPr>
          <w:lang w:eastAsia="zh-CN"/>
        </w:rPr>
        <w:br/>
      </w:r>
      <w:r>
        <w:rPr>
          <w:lang w:eastAsia="zh-CN"/>
        </w:rPr>
        <w:t>　　3.员工按时上下班，打考勤，请假需经班组及主管批准。</w:t>
      </w:r>
      <w:r>
        <w:rPr>
          <w:lang w:eastAsia="zh-CN"/>
        </w:rPr>
        <w:br/>
      </w:r>
      <w:r>
        <w:rPr>
          <w:lang w:eastAsia="zh-CN"/>
        </w:rPr>
        <w:t>　　4.员工分工明确，工作资料落实到人，熟知岗位职责、工作标准、工作规程。</w:t>
      </w:r>
      <w:r>
        <w:rPr>
          <w:lang w:eastAsia="zh-CN"/>
        </w:rPr>
        <w:br/>
      </w:r>
      <w:r>
        <w:rPr>
          <w:lang w:eastAsia="zh-CN"/>
        </w:rPr>
        <w:t>　　二、规范服务。</w:t>
      </w:r>
      <w:r>
        <w:rPr>
          <w:lang w:eastAsia="zh-CN"/>
        </w:rPr>
        <w:br/>
      </w:r>
      <w:r>
        <w:rPr>
          <w:lang w:eastAsia="zh-CN"/>
        </w:rPr>
        <w:t>　　1.认真书写各项工作日志，文件、记录清楚。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2.建立了清洁、维修日巡检表，落实_工作记录本。</w:t>
      </w:r>
      <w:r>
        <w:rPr>
          <w:lang w:eastAsia="zh-CN"/>
        </w:rPr>
        <w:br/>
      </w:r>
      <w:r>
        <w:rPr>
          <w:lang w:eastAsia="zh-CN"/>
        </w:rPr>
        <w:t>　　3.客服组每周二下午召开一次周例会，在员工汇报工作的基础上，小结、点评、总结前一阶段完成的工作任务，同时布置新的工作任务，宣传中心例会规定，提出明确要求，及时上报主管，请示工作。</w:t>
      </w:r>
      <w:r>
        <w:rPr>
          <w:lang w:eastAsia="zh-CN"/>
        </w:rPr>
        <w:br/>
      </w:r>
      <w:r>
        <w:rPr>
          <w:lang w:eastAsia="zh-CN"/>
        </w:rPr>
        <w:t>　　4.每月对住户来电来访进行月统计。接待来电来访共计2385件，其中住户咨询155件，意见推荐43件，住户投诉69件，公共维修752件，居家维修740件，其它服务626件，表扬23件。</w:t>
      </w:r>
      <w:r>
        <w:rPr>
          <w:lang w:eastAsia="zh-CN"/>
        </w:rPr>
        <w:br/>
      </w:r>
      <w:r>
        <w:rPr>
          <w:lang w:eastAsia="zh-CN"/>
        </w:rPr>
        <w:t>　　5.办理小区ID门禁卡4571张，车卡380张，非机动车张。</w:t>
      </w:r>
      <w:r>
        <w:rPr>
          <w:lang w:eastAsia="zh-CN"/>
        </w:rPr>
        <w:br/>
      </w:r>
      <w:r>
        <w:rPr>
          <w:lang w:eastAsia="zh-CN"/>
        </w:rPr>
        <w:t>　　6.建立完善的档案管理制度，对收集各类资料等文件分类归档完整，有检索目录，共计23盒。同时，初步实施了电子化管理，各种公告、通知、报告、物业费、业主信息资料，并同步建立电子档案，可随时调阅。</w:t>
      </w:r>
      <w:r>
        <w:rPr>
          <w:lang w:eastAsia="zh-CN"/>
        </w:rPr>
        <w:br/>
      </w:r>
      <w:r>
        <w:rPr>
          <w:lang w:eastAsia="zh-CN"/>
        </w:rPr>
        <w:t>　　三、房屋管理深入细致。</w:t>
      </w:r>
      <w:r>
        <w:rPr>
          <w:lang w:eastAsia="zh-CN"/>
        </w:rPr>
        <w:br/>
      </w:r>
      <w:r>
        <w:rPr>
          <w:lang w:eastAsia="zh-CN"/>
        </w:rPr>
        <w:t>　　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r>
        <w:rPr>
          <w:lang w:eastAsia="zh-CN"/>
        </w:rPr>
        <w:br/>
      </w:r>
      <w:r>
        <w:rPr>
          <w:lang w:eastAsia="zh-CN"/>
        </w:rPr>
        <w:t>　　四、对房屋管理维护。</w:t>
      </w:r>
      <w:r>
        <w:rPr>
          <w:lang w:eastAsia="zh-CN"/>
        </w:rPr>
        <w:br/>
      </w:r>
      <w:r>
        <w:rPr>
          <w:lang w:eastAsia="zh-CN"/>
        </w:rPr>
        <w:t>　　1.对正在装修的房屋，我们严格按房屋装修规定，督促户主按规定进行装修，装修申请、装修人员实施AB卡的管理，杜绝违章状况的发生。.</w:t>
      </w:r>
      <w:r>
        <w:rPr>
          <w:lang w:eastAsia="zh-CN"/>
        </w:rPr>
        <w:br/>
      </w:r>
      <w:r>
        <w:rPr>
          <w:lang w:eastAsia="zh-CN"/>
        </w:rPr>
        <w:t>　　2.对小区已装修业主发生房屋渗漏等状况，管理处采取几种方式帮忙住户排忧解难，一方面打报告由学校集中处理，一方面报学校修建中心，一方面用心联系施工单位。针对住户反映的问题，落实维修。</w:t>
      </w:r>
      <w:r>
        <w:rPr>
          <w:lang w:eastAsia="zh-CN"/>
        </w:rPr>
        <w:br/>
      </w:r>
      <w:r>
        <w:rPr>
          <w:lang w:eastAsia="zh-CN"/>
        </w:rPr>
        <w:t>　　五、日常设施养护。</w:t>
      </w:r>
      <w:r>
        <w:rPr>
          <w:lang w:eastAsia="zh-CN"/>
        </w:rPr>
        <w:br/>
      </w:r>
      <w:r>
        <w:rPr>
          <w:lang w:eastAsia="zh-CN"/>
        </w:rPr>
        <w:t>　　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r>
        <w:rPr>
          <w:lang w:eastAsia="zh-CN"/>
        </w:rPr>
        <w:br/>
      </w:r>
      <w:r>
        <w:rPr>
          <w:lang w:eastAsia="zh-CN"/>
        </w:rPr>
        <w:t>　　六、规范保洁服务过程，满足清洁舒适的要求。</w:t>
      </w:r>
      <w:r>
        <w:rPr>
          <w:lang w:eastAsia="zh-CN"/>
        </w:rPr>
        <w:br/>
      </w:r>
      <w:r>
        <w:rPr>
          <w:lang w:eastAsia="zh-CN"/>
        </w:rPr>
        <w:t>　　监督指导小区保洁工作，制定标准操作监督流程，落实分区负责制度，定人、定岗、定工作资料，每周定期检查制度，有效地调动其用心性，促进内部和谐竞争，提升小区环境质量。</w:t>
      </w:r>
      <w:r>
        <w:rPr>
          <w:lang w:eastAsia="zh-CN"/>
        </w:rPr>
        <w:br/>
      </w:r>
      <w:r>
        <w:rPr>
          <w:lang w:eastAsia="zh-CN"/>
        </w:rPr>
        <w:t>　　七、绿化工作。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生活垃圾日产日清，装修垃圾每周一次落实清理。园林绿化工人坚持每月对小区树木进行修剪、补苗、病虫除害、施肥施水等工作。目前树木长势良好，保证小区内的绿化养护质量。</w:t>
      </w:r>
      <w:r>
        <w:rPr>
          <w:lang w:eastAsia="zh-CN"/>
        </w:rPr>
        <w:br/>
      </w:r>
      <w:r>
        <w:rPr>
          <w:lang w:eastAsia="zh-CN"/>
        </w:rPr>
        <w:t>　　八、账目管理详实清晰</w:t>
      </w:r>
      <w:r>
        <w:rPr>
          <w:lang w:eastAsia="zh-CN"/>
        </w:rPr>
        <w:br/>
      </w:r>
      <w:r>
        <w:rPr>
          <w:lang w:eastAsia="zh-CN"/>
        </w:rPr>
        <w:t>　　根据财务的分类规则，对于每一笔进出帐，分门别类记录在册。同时认真核实收据、钱、票记录，做好票据管理，及时上交，领用。短短7个月以来，领用收据51本，已上交42本，正使用4本，备用5本。上交现金共计：50031.70元，其中_制卡为11236.00元，维修费5509.00元，自缴物业费23910.7元，管理费9178.00元，垃圾清运费198.00元。在工资中造表扣款7-12月物业费合计：437376.85元。无一例漏报、错报、错钱的现象。</w:t>
      </w:r>
      <w:r>
        <w:rPr>
          <w:lang w:eastAsia="zh-CN"/>
        </w:rPr>
        <w:br/>
      </w:r>
      <w:r>
        <w:rPr>
          <w:lang w:eastAsia="zh-CN"/>
        </w:rPr>
        <w:t xml:space="preserve">    关于公司客服工作总结范文 篇12 </w:t>
      </w:r>
      <w:r>
        <w:rPr>
          <w:lang w:eastAsia="zh-CN"/>
        </w:rPr>
        <w:br/>
      </w:r>
      <w:r>
        <w:rPr>
          <w:lang w:eastAsia="zh-CN"/>
        </w:rPr>
        <w:t>　　成为公司的售后服务的客服人员以来，我努力工作，完成了全年的所有任务。现在对一年来的工作总结如下：</w:t>
      </w:r>
      <w:r>
        <w:rPr>
          <w:lang w:eastAsia="zh-CN"/>
        </w:rPr>
        <w:br/>
      </w:r>
      <w:r>
        <w:rPr>
          <w:lang w:eastAsia="zh-CN"/>
        </w:rPr>
        <w:t>　　一、学好本专业的技术</w:t>
      </w:r>
      <w:r>
        <w:rPr>
          <w:lang w:eastAsia="zh-CN"/>
        </w:rPr>
        <w:br/>
      </w:r>
      <w:r>
        <w:rPr>
          <w:lang w:eastAsia="zh-CN"/>
        </w:rPr>
        <w:t>　　无论从事什么样的工作，专业技术永远是立足之本。学好技术是重中之重，先立足，在讲发展，可持续发展。打扎实基建，才能建得起高楼大夏。不过，这些工控自动化产品的技术要想学好也不是那么的容易，很枯燥，涉及的很广泛，还必须有一个对技术有欲望的心。特别是售后客服这块，不只是只知道本产品的，还要了解它所应用在什么方面，是什么机械，带动它的是什么系统等。</w:t>
      </w:r>
      <w:r>
        <w:rPr>
          <w:lang w:eastAsia="zh-CN"/>
        </w:rPr>
        <w:br/>
      </w:r>
      <w:r>
        <w:rPr>
          <w:lang w:eastAsia="zh-CN"/>
        </w:rPr>
        <w:t>　　二、学会与人沟通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良好的沟通能力可能会事半工倍。因为客户的心情不能确定，买了我们的产品出了故障对他造成一定的损失，所以抗压能力也要强。在这个时候只能小心谨慎的应付了。还有出门在外，说话也要小心，尽量的从客户的心理出发，态度要好，绝对不能顶撞人家。在与客户沟通时，对你从事的技术要求也是很高，一般在沟通时问的最多的也是技术性的问题。</w:t>
      </w:r>
      <w:r>
        <w:rPr>
          <w:lang w:eastAsia="zh-CN"/>
        </w:rPr>
        <w:br/>
      </w:r>
      <w:r>
        <w:rPr>
          <w:lang w:eastAsia="zh-CN"/>
        </w:rPr>
        <w:t>　　有时碰到一些不懂的技术问题就很纠结。先从自己会的入手，尽量的转移到别的地方去，反正能帮他解决问题就可以了。要不然客户会产生怀疑，也会对公司的形象造成损失，所以在沟通时要么赶紧解决故障，要么就尽量的往自己知道的领域沟通。</w:t>
      </w:r>
      <w:r>
        <w:rPr>
          <w:lang w:eastAsia="zh-CN"/>
        </w:rPr>
        <w:br/>
      </w:r>
      <w:r>
        <w:rPr>
          <w:lang w:eastAsia="zh-CN"/>
        </w:rPr>
        <w:t>　　三、事前准备事后总结</w:t>
      </w:r>
      <w:r>
        <w:rPr>
          <w:lang w:eastAsia="zh-CN"/>
        </w:rPr>
        <w:br/>
      </w:r>
      <w:r>
        <w:rPr>
          <w:lang w:eastAsia="zh-CN"/>
        </w:rPr>
        <w:t>　　在接到客户电话时，必须先了解情况，能否电话解决，如果要到现场去的话，完成任务之后，做一下总结，把现场的情况记下来，一个人的旅途总是那么寂寞孤独。还要忍得住孤寂、耐得住枯燥。这些都是售后客服人员的基本要求。毕竟公司里还有那么多的伙伴支持着呢!都说售后服务是一个营销的过程，也是营销的开始，我想我会努力的去维护好公司的品牌形象为公司争取的利益。</w:t>
      </w:r>
      <w:r>
        <w:rPr>
          <w:lang w:eastAsia="zh-CN"/>
        </w:rPr>
        <w:br/>
      </w:r>
      <w:r>
        <w:rPr>
          <w:lang w:eastAsia="zh-CN"/>
        </w:rPr>
        <w:t xml:space="preserve">    关于公司客服工作总结范文 篇13 </w:t>
      </w:r>
      <w:r>
        <w:rPr>
          <w:lang w:eastAsia="zh-CN"/>
        </w:rPr>
        <w:br/>
      </w:r>
      <w:r>
        <w:rPr>
          <w:lang w:eastAsia="zh-CN"/>
        </w:rPr>
        <w:t>　　我念一个人只要经由不停勤奋，不停斗争，能力与胜本身的缺陷，能力不停超出自我，完成抱负与人生的代价。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正在公司理的带领高，背责欢迎德律风营业，用高尺度宽格请求本身，不停进修、耐劳逃求，增强本身素养与品格的教养，进步本身才能，做好客服工作。固然工作有许多中央做的不敷到位，然则我会正在今后的工作中忠诚实行职责，不停自查、检讨本身，不停开辟进与，把本身满身心肠投进到各项工作理论中。我的疑念是“只需本身可以胜任本职工作，就是称职的。”现将__月的重要工作状况述职以下：</w:t>
      </w:r>
      <w:r>
        <w:rPr>
          <w:lang w:eastAsia="zh-CN"/>
        </w:rPr>
        <w:br/>
      </w:r>
      <w:r>
        <w:rPr>
          <w:lang w:eastAsia="zh-CN"/>
        </w:rPr>
        <w:t>　　一、天天高班之前永久记着：客户满足第一；客户永久是对的；假如客户错了，任然记着客户永久是对的。</w:t>
      </w:r>
      <w:r>
        <w:rPr>
          <w:lang w:eastAsia="zh-CN"/>
        </w:rPr>
        <w:br/>
      </w:r>
      <w:r>
        <w:rPr>
          <w:lang w:eastAsia="zh-CN"/>
        </w:rPr>
        <w:t>　　二、抓紧跟踪车辆止驶地位，做到效劳客户最优化，让主人不管正在什么时候何地只需查货品地位，我们总能正在第一时光正确无误的问复主人，要感觉掉视。</w:t>
      </w:r>
      <w:r>
        <w:rPr>
          <w:lang w:eastAsia="zh-CN"/>
        </w:rPr>
        <w:br/>
      </w:r>
      <w:r>
        <w:rPr>
          <w:lang w:eastAsia="zh-CN"/>
        </w:rPr>
        <w:t>　　三、为了货品可以定时的抵达客户手中，实时的检查到车货品直达状况，努力做到让客户挨德律风催货品。</w:t>
      </w:r>
      <w:r>
        <w:rPr>
          <w:lang w:eastAsia="zh-CN"/>
        </w:rPr>
        <w:br/>
      </w:r>
      <w:r>
        <w:rPr>
          <w:lang w:eastAsia="zh-CN"/>
        </w:rPr>
        <w:t>　　四、实时上报货益，让收货公司第一时光晓得货品的状况。</w:t>
      </w:r>
      <w:r>
        <w:rPr>
          <w:lang w:eastAsia="zh-CN"/>
        </w:rPr>
        <w:br/>
      </w:r>
      <w:r>
        <w:rPr>
          <w:lang w:eastAsia="zh-CN"/>
        </w:rPr>
        <w:t>　　五、高低班时光盘点库房的货存。</w:t>
      </w:r>
      <w:r>
        <w:rPr>
          <w:lang w:eastAsia="zh-CN"/>
        </w:rPr>
        <w:br/>
      </w:r>
      <w:r>
        <w:rPr>
          <w:lang w:eastAsia="zh-CN"/>
        </w:rPr>
        <w:t>　　六、每个德律风皆关系到我们的事迹，做好德律风纪录，客户疑问纪录。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回想以往的工作，我感觉有所得也有所掉，不敷之重要浮现以下几个圆点：起首，正在工作中，工作方式曩昔简略，不敷片点详尽，办事不敷岑寂。其次，正在欢迎客户德律风才能上另有待于进一步进步。那些不敷以中，有待于鄙人步工作中减以与胜与改善。是以，鄙人一步的工作中，我要谦虚向带领与其他同事进修管理与工作履历，鉴戒好的工作方式，勤奋进修，进步本身的素养。要进一步进修相干的理论常识，与理论履历相分离，有用的完成各项聘请目标，工作要驾轻就熟，有把握全局的才能。加强工作认识、关怀、爱惜同事，我们是一向强盛的集团，必然能够做的更好，最好。我必然能够做到营业中勤应当具有最根本的素养：有猛烈的奇迹心与工作感。</w:t>
      </w:r>
      <w:r>
        <w:rPr>
          <w:lang w:eastAsia="zh-CN"/>
        </w:rPr>
        <w:br/>
      </w:r>
      <w:r>
        <w:rPr>
          <w:lang w:eastAsia="zh-CN"/>
        </w:rPr>
        <w:t>　　以上讲述，请带领斧正评论，迎接对我的工作多提名贵定见，并借此机遇，向一向关怀、撑持与赞助我的列位带领透露表现真挚的谢意。</w:t>
      </w:r>
      <w:r>
        <w:rPr>
          <w:lang w:eastAsia="zh-CN"/>
        </w:rPr>
        <w:br/>
      </w:r>
      <w:r>
        <w:rPr>
          <w:lang w:eastAsia="zh-CN"/>
        </w:rPr>
        <w:t xml:space="preserve">    关于公司客服工作总结范文 篇14 </w:t>
      </w:r>
      <w:r>
        <w:rPr>
          <w:lang w:eastAsia="zh-CN"/>
        </w:rPr>
        <w:br/>
      </w:r>
      <w:r>
        <w:rPr>
          <w:lang w:eastAsia="zh-CN"/>
        </w:rPr>
        <w:t>　　时光如梭，转眼间20__年工作即将结束，在公司领导的大力支持和各部门的紧密配合下，基本完成了这半年中各个阶段的工作目标和工作计划。项目交付以来，客服部始终贯穿着____前期物业管理工作的要求，加强了部门内部管理工作，强化了物业服务水平。部门各项工作有了明显的提高和改善，员工工作的积极性和责任心得到大幅度提高。</w:t>
      </w:r>
      <w:r>
        <w:rPr>
          <w:lang w:eastAsia="zh-CN"/>
        </w:rPr>
        <w:br/>
      </w:r>
      <w:r>
        <w:rPr>
          <w:lang w:eastAsia="zh-CN"/>
        </w:rPr>
        <w:t>　　一、本年度部门各项工作如下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1、规范内部管理，增强员工责任心和主动性自____客服部成立以来，客服人员的专业知识参差不一：对物业管理的概念较模糊、团队合作意识较薄弱、工作主动性和责任心不强。针对上述问题，本人制定了客服助理的具体职责和样板房管理规定，明确了部门日常工作的具体要求和标准。对其进行了物业管理基础的培训，并定期进行考核。加强与员工的沟通，了解员工的内心想法和要求，并针对不同的人员采取不同的方法激励员工的工作积极性。目前，部门员工已经从原来的被动、办事拖拉的转变为较主动的、积极的工作状态。</w:t>
      </w:r>
      <w:r>
        <w:rPr>
          <w:lang w:eastAsia="zh-CN"/>
        </w:rPr>
        <w:br/>
      </w:r>
      <w:r>
        <w:rPr>
          <w:lang w:eastAsia="zh-CN"/>
        </w:rPr>
        <w:t>　　2、严抓客服人员的礼节礼貌，提高服务意识客服部是服务中心与外界联系的窗口，客服人员的服务意识和服务素质直接影响着客服部的整体工作。这半年本人制定了较全面的物业管理礼节礼貌规范，每日上岗前部门员工对着装、礼仪进行自检、互检。加强客服员语言、礼节、沟通及处理问题的技巧培训，部门始终贯穿“热情、周到、微笑、细致”的服务思想，大幅度的提高了客服人员的服务意识和服务素质。</w:t>
      </w:r>
      <w:r>
        <w:rPr>
          <w:lang w:eastAsia="zh-CN"/>
        </w:rPr>
        <w:br/>
      </w:r>
      <w:r>
        <w:rPr>
          <w:lang w:eastAsia="zh-CN"/>
        </w:rPr>
        <w:t>　　3、圆满完成皇庭玺园从施工阶段到开盘阶段的工作，我部门主要工作是协助开发商销售楼盘，严格按照开发商制定的日常接待流程进行操作。</w:t>
      </w:r>
      <w:r>
        <w:rPr>
          <w:lang w:eastAsia="zh-CN"/>
        </w:rPr>
        <w:br/>
      </w:r>
      <w:r>
        <w:rPr>
          <w:lang w:eastAsia="zh-CN"/>
        </w:rPr>
        <w:t>　　4、密切配合各部门的其他工作，做到内外协调一致，并监管了服务中心员工宿舍的房屋租赁事宜。</w:t>
      </w:r>
      <w:r>
        <w:rPr>
          <w:lang w:eastAsia="zh-CN"/>
        </w:rPr>
        <w:br/>
      </w:r>
      <w:r>
        <w:rPr>
          <w:lang w:eastAsia="zh-CN"/>
        </w:rPr>
        <w:t>　　二、20__年工作计划要点</w:t>
      </w:r>
      <w:r>
        <w:rPr>
          <w:lang w:eastAsia="zh-CN"/>
        </w:rPr>
        <w:br/>
      </w:r>
      <w:r>
        <w:rPr>
          <w:lang w:eastAsia="zh-CN"/>
        </w:rPr>
        <w:t>　　1、继续加强客服人员的整体服务水平和服务质量，根据前期物业管理不同阶段制定相应的培训计划。</w:t>
      </w:r>
      <w:r>
        <w:rPr>
          <w:lang w:eastAsia="zh-CN"/>
        </w:rPr>
        <w:br/>
      </w:r>
      <w:r>
        <w:rPr>
          <w:lang w:eastAsia="zh-CN"/>
        </w:rPr>
        <w:t>　　2、协助开发公司销售楼盘，着手准备前期物业管理的接管验收工作和入伙工作。</w:t>
      </w:r>
      <w:r>
        <w:rPr>
          <w:lang w:eastAsia="zh-CN"/>
        </w:rPr>
        <w:br/>
      </w:r>
      <w:r>
        <w:rPr>
          <w:lang w:eastAsia="zh-CN"/>
        </w:rPr>
        <w:t>　　3、完善客服部制度和流程，部门基本实现制度化管理。</w:t>
      </w:r>
      <w:r>
        <w:rPr>
          <w:lang w:eastAsia="zh-CN"/>
        </w:rPr>
        <w:br/>
      </w:r>
      <w:r>
        <w:rPr>
          <w:lang w:eastAsia="zh-CN"/>
        </w:rPr>
        <w:t>　　4、切配合各部门的其他工作，完成上级领导交代的各项任务。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尽管本部门工作成绩在整体上显著提高，但仍存在一些问题：客服人员由于从事前期物业管理时间不长，整体的业务水平和专业素质偏低，在处理问题的技巧和方法不够成熟，应对突发事件的经验不足，在服务中的职业素养不是很高，接到问题后未及时进行跟进和反馈。为了进一步做好来年的工作，我部门全体员工将团结一致、齐心协力的去实现公司目标，为公司贡献一份绵薄之力。</w:t>
      </w:r>
      <w:r>
        <w:rPr>
          <w:lang w:eastAsia="zh-CN"/>
        </w:rPr>
        <w:br/>
      </w:r>
      <w:r>
        <w:rPr>
          <w:lang w:eastAsia="zh-CN"/>
        </w:rPr>
        <w:t xml:space="preserve">    关于公司客服工作总结范文 篇15 </w:t>
      </w:r>
      <w:r>
        <w:rPr>
          <w:lang w:eastAsia="zh-CN"/>
        </w:rPr>
        <w:br/>
      </w:r>
      <w:r>
        <w:rPr>
          <w:lang w:eastAsia="zh-CN"/>
        </w:rPr>
        <w:t>　　时光一晃而过，10月份又要进入到末尾，我的这一段的客服工作也将结束，在这个月里，我在工作上有不少的收获，让我在客服这个岗位上有了新的感受。现在对我10月份的工作做以下的总结：</w:t>
      </w:r>
      <w:r>
        <w:rPr>
          <w:lang w:eastAsia="zh-CN"/>
        </w:rPr>
        <w:br/>
      </w:r>
      <w:r>
        <w:rPr>
          <w:lang w:eastAsia="zh-CN"/>
        </w:rPr>
        <w:t>　　一、认真回复客户的电话</w:t>
      </w:r>
      <w:r>
        <w:rPr>
          <w:lang w:eastAsia="zh-CN"/>
        </w:rPr>
        <w:br/>
      </w:r>
      <w:r>
        <w:rPr>
          <w:lang w:eastAsia="zh-CN"/>
        </w:rPr>
        <w:t>　　本月里，我每天接听电话___个，打出电话___个，对于这些电话，我每天都会认真的去回复每一个客户的来电，回电亦是礼貌的。对待客户的问题，我会给出良好的答复，让客户能够感受到我们客服的诚意和对工作的认真。有时候客户会问到一些比较难的问题，我也是很认真的查询之后，给出比较规范的答复，给客户一个尽量满意的答案。客户是我们要去忠实拥护的上帝，为他们提供客服服务我们是认真负责的。</w:t>
      </w:r>
      <w:r>
        <w:rPr>
          <w:lang w:eastAsia="zh-CN"/>
        </w:rPr>
        <w:br/>
      </w:r>
      <w:r>
        <w:rPr>
          <w:lang w:eastAsia="zh-CN"/>
        </w:rPr>
        <w:t>　　二、认真学习客服知识，提高能力</w:t>
      </w:r>
      <w:r>
        <w:rPr>
          <w:lang w:eastAsia="zh-CN"/>
        </w:rPr>
        <w:br/>
      </w:r>
    </w:p>
    <w:p w:rsidR="001B1F19" w14:textId="27C3F48A">
      <w:pPr>
        <w:rPr>
          <w:rFonts w:hint="eastAsia"/>
          <w:lang w:eastAsia="zh-CN"/>
        </w:rPr>
      </w:pPr>
      <w:r>
        <w:rPr>
          <w:lang w:eastAsia="zh-CN"/>
        </w:rPr>
        <w:t>　　本月里，我参加了公司举办的客服培训会，在会上认真的做笔记，跟着培训老师学习客服知识，不断的补充客服知识，不断的提高自己的客服服务能力，让自己吸收更多的客服专业知识和技能，帮助的工作更好的进行。同时，也不断的向各位前辈学习，吸收好的经验，也去寻找自己的不足，努力改正并进一步的提高自己的工作能力。在客服的岗位上把自己的学到的知识运用上去，让工作越加的方便。</w:t>
      </w:r>
      <w:r>
        <w:rPr>
          <w:lang w:eastAsia="zh-CN"/>
        </w:rPr>
        <w:br/>
      </w:r>
      <w:r>
        <w:rPr>
          <w:lang w:eastAsia="zh-CN"/>
        </w:rPr>
        <w:t>　　三、回访老客户，保持联系</w:t>
      </w:r>
      <w:r>
        <w:rPr>
          <w:lang w:eastAsia="zh-CN"/>
        </w:rPr>
        <w:br/>
      </w:r>
      <w:r>
        <w:rPr>
          <w:lang w:eastAsia="zh-CN"/>
        </w:rPr>
        <w:t>　　在10月份，我做了一份老客户的电话联系表，并对表上每一位老客户进行了电话回访，跟踪老客户最新的动态，并认真的记录老客户的近期信息，及时更新他们的信息。表上也有个别的客户的联系方式进行了更换，这样一来我在回访的时候，把联系方式记录下来，更新了客户的联系方式，这方便了我下一次与客户的联系。本月对每一个老客户都保持了畅通的联系，努力的把这些老客户维系了感情，这对公司与他们的合作提供了更大的便利。</w:t>
      </w:r>
      <w:r>
        <w:rPr>
          <w:lang w:eastAsia="zh-CN"/>
        </w:rPr>
        <w:br/>
      </w:r>
      <w:r>
        <w:rPr>
          <w:lang w:eastAsia="zh-CN"/>
        </w:rPr>
        <w:t>　　本月的工作当然也会有做的不好的方面，但是我在这个过程中，慢慢的寻找出来，然后一点点的改进。虽然还是有一些不足，但发现的不晚，我将在下个月把这些不足都改正过来吗，让客服这工作更加顺利。本月工作中的教训会成为我下个月的经验，我相信自己一定可以把自己的工作做满意，把公司的客户都服务好的。</w:t>
      </w:r>
      <w:r>
        <w:rPr>
          <w:lang w:eastAsia="zh-CN"/>
        </w:rPr>
        <w:br/>
      </w:r>
      <w:r>
        <w:rPr>
          <w:lang w:eastAsia="zh-CN"/>
        </w:rPr>
        <w:t xml:space="preserve">    关于公司客服工作总结范文 篇16 </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https://d.book118.com/796105130113010055</w:t>
        </w:r>
      </w:hyperlink>
    </w:p>
    <w:p w:rsidR="001B1F19">
      <w:pPr>
        <w:rPr>
          <w:rFonts w:hint="eastAsia"/>
          <w:lang w:eastAsia="zh-CN"/>
        </w:rPr>
      </w:pPr>
    </w:p>
    <w:sectPr>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9610513011301005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