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厨师长个人年终工作总结（30篇）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厨师长个人年终工作总结（精选30篇）</w:t>
      </w:r>
      <w:r>
        <w:rPr>
          <w:lang w:eastAsia="zh-CN"/>
        </w:rPr>
        <w:br/>
      </w:r>
      <w:r>
        <w:rPr>
          <w:lang w:eastAsia="zh-CN"/>
        </w:rPr>
        <w:t xml:space="preserve">    厨师长个人年终工作总结 篇1 </w:t>
      </w:r>
      <w:r>
        <w:rPr>
          <w:lang w:eastAsia="zh-CN"/>
        </w:rPr>
        <w:br/>
      </w:r>
      <w:r>
        <w:rPr>
          <w:lang w:eastAsia="zh-CN"/>
        </w:rPr>
        <w:t>　　尊敬的各位领导、各位同事：</w:t>
      </w:r>
      <w:r>
        <w:rPr>
          <w:lang w:eastAsia="zh-CN"/>
        </w:rPr>
        <w:br/>
      </w:r>
      <w:r>
        <w:rPr>
          <w:lang w:eastAsia="zh-CN"/>
        </w:rPr>
        <w:t>　　我是餐饮部厨师长。伴着圣诞节的喜庆和元旦的气息即将到来，20__年的钟声即将敲响。首先，我预祝大家新年快乐、工作顺利！回首20__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r>
        <w:rPr>
          <w:lang w:eastAsia="zh-CN"/>
        </w:rPr>
        <w:br/>
      </w:r>
      <w:r>
        <w:rPr>
          <w:lang w:eastAsia="zh-CN"/>
        </w:rPr>
        <w:t>　　一、食品安全方面</w:t>
      </w:r>
      <w:r>
        <w:rPr>
          <w:lang w:eastAsia="zh-CN"/>
        </w:rPr>
        <w:br/>
      </w:r>
      <w:r>
        <w:rPr>
          <w:lang w:eastAsia="zh-CN"/>
        </w:rPr>
        <w:t>　　食品安全是厨房工作的头等大事，为把好食品加工的各个环节，保证安全生产。我给厨房里每位员工划分了卫生责任区，要求他们对各自的卫生区、食品原料、存放容器等负责，并由我和食品检验员进行不定期检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其次，加强食品原料的分类管理督导工作。对食品原材料的进出使用；将厨房用具在固定位置分类管理，并粘贴胶条加以定位；对厨房、保鲜柜、冷冻箱等原料存放地定期清理、定期温度和湿度测量。</w:t>
      </w:r>
      <w:r>
        <w:rPr>
          <w:lang w:eastAsia="zh-CN"/>
        </w:rPr>
        <w:br/>
      </w:r>
      <w:r>
        <w:rPr>
          <w:lang w:eastAsia="zh-CN"/>
        </w:rPr>
        <w:t>　　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r>
        <w:rPr>
          <w:lang w:eastAsia="zh-CN"/>
        </w:rPr>
        <w:br/>
      </w:r>
      <w:r>
        <w:rPr>
          <w:lang w:eastAsia="zh-CN"/>
        </w:rPr>
        <w:t>　　二、经营方面</w:t>
      </w:r>
      <w:r>
        <w:rPr>
          <w:lang w:eastAsia="zh-CN"/>
        </w:rPr>
        <w:br/>
      </w:r>
      <w:r>
        <w:rPr>
          <w:lang w:eastAsia="zh-CN"/>
        </w:rPr>
        <w:t>　　我在各位领导的指导下、制定较合理的经营计划。如：根据季节性原料供应特点，和园餐厅推出春、夏、秋、冬季节菜，和一些特价菜和创新菜，例如针对市场所有原料价格都在上涨，但是菜品的销售价格还要保持原来的价格，所以我们精心研发，利用普通的原料做出色、香、味、意、型的低价位菜品，如：石锅木耳白菜月销量屡居榜首。</w:t>
      </w:r>
      <w:r>
        <w:rPr>
          <w:lang w:eastAsia="zh-CN"/>
        </w:rPr>
        <w:br/>
      </w:r>
      <w:r>
        <w:rPr>
          <w:lang w:eastAsia="zh-CN"/>
        </w:rPr>
        <w:t>　　咖啡厅也针对市场所有原料价格都在上涨，利用自助餐没有用完的香蕉做出大家备受喜爱的香蕉包等等。还有员工餐是为员工提供服务，在市场原材料都上涨的情况下也推出很多荤素搭配的健康美食。</w:t>
      </w:r>
      <w:r>
        <w:rPr>
          <w:lang w:eastAsia="zh-CN"/>
        </w:rPr>
        <w:br/>
      </w:r>
      <w:r>
        <w:rPr>
          <w:lang w:eastAsia="zh-CN"/>
        </w:rPr>
        <w:t>　　三、管理方面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有更大的发展，还有每天能让员工吃到美味可可的饭菜，员工就会有种家的感觉，才会更的为园区服务。现在回想这严格要求没有白费，让我们到现在看到的的是一支良好的厨师团队。</w:t>
      </w:r>
      <w:r>
        <w:rPr>
          <w:lang w:eastAsia="zh-CN"/>
        </w:rPr>
        <w:br/>
      </w:r>
      <w:r>
        <w:rPr>
          <w:lang w:eastAsia="zh-CN"/>
        </w:rPr>
        <w:t>　　四、出品控制方面</w:t>
      </w:r>
      <w:r>
        <w:rPr>
          <w:lang w:eastAsia="zh-CN"/>
        </w:rPr>
        <w:br/>
      </w:r>
      <w:r>
        <w:rPr>
          <w:lang w:eastAsia="zh-CN"/>
        </w:rPr>
        <w:t>　　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自助餐、桌餐标准菜单有针对性的进行修改，好让经常来用餐的老客户享受到不同口味的新菜品。完成以上工作后，我在餐饮部指导下对明年和园餐厅带照片的新菜单进行再次整理和研发，确保体现不断吸纳当今餐饮业的诸多新元素的经营特色，以此形成我们中关新园独特的餐饮品牌，确保回头客每次都可以尝到新口味的美食。</w:t>
      </w:r>
      <w:r>
        <w:rPr>
          <w:lang w:eastAsia="zh-CN"/>
        </w:rPr>
        <w:br/>
      </w:r>
      <w:r>
        <w:rPr>
          <w:lang w:eastAsia="zh-CN"/>
        </w:rPr>
        <w:t>　　五、成本方面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在保证出品质量的情况下，降低成本，让利顾客，始终是我们追求的一个重要目标。身为厨师长，我也总结出一些降低成本的新方法。如：经常去市场询价，已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最大化。</w:t>
      </w:r>
      <w:r>
        <w:rPr>
          <w:lang w:eastAsia="zh-CN"/>
        </w:rPr>
        <w:br/>
      </w:r>
      <w:r>
        <w:rPr>
          <w:lang w:eastAsia="zh-CN"/>
        </w:rPr>
        <w:t>　　辞旧迎新之际，我们将在20__年的基础上，继续加强经营管理、质量卫生监控和成本控制，同时要改进自己的工作思路，考察新的菜品，加快菜肴的创新，从而寻求在20__年创造更好的经济效益和社会效益。与此同时我相信在各位领导和大家的指导和帮助下，我们的团队一定能够抓住机遇，迎接挑战，走向一个收获的20__！</w:t>
      </w:r>
      <w:r>
        <w:rPr>
          <w:lang w:eastAsia="zh-CN"/>
        </w:rPr>
        <w:br/>
      </w:r>
      <w:r>
        <w:rPr>
          <w:lang w:eastAsia="zh-CN"/>
        </w:rPr>
        <w:t>　　我的报告完毕，谢谢大家！</w:t>
      </w:r>
      <w:r>
        <w:rPr>
          <w:lang w:eastAsia="zh-CN"/>
        </w:rPr>
        <w:br/>
      </w:r>
      <w:r>
        <w:rPr>
          <w:lang w:eastAsia="zh-CN"/>
        </w:rPr>
        <w:t xml:space="preserve">    厨师长个人年终工作总结 篇2 </w:t>
      </w:r>
      <w:r>
        <w:rPr>
          <w:lang w:eastAsia="zh-CN"/>
        </w:rPr>
        <w:br/>
      </w:r>
      <w:r>
        <w:rPr>
          <w:lang w:eastAsia="zh-CN"/>
        </w:rPr>
        <w:t>　　尊敬的各位领导、各位同事：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是餐饮部厨师长陈。伴着圣诞节的喜庆和元旦的气息即将到来，20__年的钟声即将敲响。首先，我预祝大家新年快乐、工作顺利!回首20__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r>
        <w:rPr>
          <w:lang w:eastAsia="zh-CN"/>
        </w:rPr>
        <w:br/>
      </w:r>
      <w:r>
        <w:rPr>
          <w:lang w:eastAsia="zh-CN"/>
        </w:rPr>
        <w:t>　　一、食品安全方面</w:t>
      </w:r>
      <w:r>
        <w:rPr>
          <w:lang w:eastAsia="zh-CN"/>
        </w:rPr>
        <w:br/>
      </w:r>
      <w:r>
        <w:rPr>
          <w:lang w:eastAsia="zh-CN"/>
        </w:rPr>
        <w:t>　　食品安全是厨房工作的头等大事，为把好食品加工的各个环节，保证安全生产。我给厨房里每位员工划分了卫生责任区，要求他们对各自的卫生区、食品原料、存放容器等负责，并由我和食品检验员进行不定期检查。</w:t>
      </w:r>
      <w:r>
        <w:rPr>
          <w:lang w:eastAsia="zh-CN"/>
        </w:rPr>
        <w:br/>
      </w:r>
      <w:r>
        <w:rPr>
          <w:lang w:eastAsia="zh-CN"/>
        </w:rPr>
        <w:t>　　其次，加强食品原料的分类管理督导工作。对食品原材料的进出使用;将厨房用具在固定位置分类管理，并粘贴胶条加以定位;对厨房、保鲜柜、冷冻箱等原料存放地定期清理、定期温度和湿度测量。</w:t>
      </w:r>
      <w:r>
        <w:rPr>
          <w:lang w:eastAsia="zh-CN"/>
        </w:rPr>
        <w:br/>
      </w:r>
      <w:r>
        <w:rPr>
          <w:lang w:eastAsia="zh-CN"/>
        </w:rPr>
        <w:t>　　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r>
        <w:rPr>
          <w:lang w:eastAsia="zh-CN"/>
        </w:rPr>
        <w:br/>
      </w:r>
      <w:r>
        <w:rPr>
          <w:lang w:eastAsia="zh-CN"/>
        </w:rPr>
        <w:t>　　二、经营方面</w:t>
      </w:r>
      <w:r>
        <w:rPr>
          <w:lang w:eastAsia="zh-CN"/>
        </w:rPr>
        <w:br/>
      </w:r>
      <w:r>
        <w:rPr>
          <w:lang w:eastAsia="zh-CN"/>
        </w:rPr>
        <w:t>　　我在各位领导的指导下、制定较合理的经营计划。如：根据季节性原料供应特点，和园餐厅推出春、夏、秋、冬季节菜，和一些特价菜和创新菜，例如针对市场所有原料价格都在上涨，但是菜品的销售价格还要保持原来的价格，所以我们精心研发，利用普通的原料做出色、香、味、意、型的低价位菜品，如：石锅木耳白菜月销量屡居榜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咖啡厅也针对市场所有原料价格都在上涨，利用自助餐没有用完的香蕉做出大家备受喜爱的香蕉包等等。还有员工餐是为员工提供服务，在市场原材料都上涨的情况下也推出很多荤素搭配的健康美食。</w:t>
      </w:r>
      <w:r>
        <w:rPr>
          <w:lang w:eastAsia="zh-CN"/>
        </w:rPr>
        <w:br/>
      </w:r>
      <w:r>
        <w:rPr>
          <w:lang w:eastAsia="zh-CN"/>
        </w:rPr>
        <w:t>　　三、管理方面</w:t>
      </w:r>
      <w:r>
        <w:rPr>
          <w:lang w:eastAsia="zh-CN"/>
        </w:rPr>
        <w:br/>
      </w:r>
      <w:r>
        <w:rPr>
          <w:lang w:eastAsia="zh-CN"/>
        </w:rPr>
        <w:t>　　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有更大的发展，还有每天能让员工吃到美味可可的饭菜，员工就会有种家的感觉，才会更的为园区服务。现在回想这严格要求没有白费，让我们到现在看到的的是一支良好的厨师团队。</w:t>
      </w:r>
      <w:r>
        <w:rPr>
          <w:lang w:eastAsia="zh-CN"/>
        </w:rPr>
        <w:br/>
      </w:r>
      <w:r>
        <w:rPr>
          <w:lang w:eastAsia="zh-CN"/>
        </w:rPr>
        <w:t>　　四、出品控制方面：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自助餐、桌餐标准菜单有针对性的进行修改，好让经常来用餐的老客户享受到不同口味的新菜品。完成以上工作后，我在餐饮部指导下对明年和园餐厅带照片的新菜单进行再次整理和研发，确保体现不断吸纳当今餐饮业的诸多新元素的经营特色，以此形成我们中关新园独特的餐饮品牌，确保回头客每次都可以尝到新口味的美食。</w:t>
      </w:r>
      <w:r>
        <w:rPr>
          <w:lang w:eastAsia="zh-CN"/>
        </w:rPr>
        <w:br/>
      </w:r>
      <w:r>
        <w:rPr>
          <w:lang w:eastAsia="zh-CN"/>
        </w:rPr>
        <w:t>　　五、成本方面</w:t>
      </w:r>
      <w:r>
        <w:rPr>
          <w:lang w:eastAsia="zh-CN"/>
        </w:rPr>
        <w:br/>
      </w:r>
      <w:r>
        <w:rPr>
          <w:lang w:eastAsia="zh-CN"/>
        </w:rPr>
        <w:t>　　在保证出品质量的情况下，降低成本，让利顾客，始终是我们追求的一个重要目标。身为厨师长，我也总结出一些降低成本的新方法。如：经常去市场询价，已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最大化。</w:t>
      </w:r>
      <w:r>
        <w:rPr>
          <w:lang w:eastAsia="zh-CN"/>
        </w:rPr>
        <w:br/>
      </w:r>
      <w:r>
        <w:rPr>
          <w:lang w:eastAsia="zh-CN"/>
        </w:rPr>
        <w:t>　　六、得与失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这近一年里，我同时管理着三个厨房的厨师、厨工，在5至10月份用餐较多情况下，由于我们三个厨房人员都配备不足，在这段期间我们大家加班加点，用自己的辛勤和汗水圆满完成了一次又一次重大接待任务，在大家坚持不懈的努力和园餐厅的这个品牌得到了学校领导、园区领导和顾客的认可，还有我们厨房在今年有两名员工很荣幸地得到外出学习高级营养配餐员的机会，并获得了劳动社会保障部颁发的证书，这给我们以后营养配餐打下了扎实的基础。</w:t>
      </w:r>
      <w:r>
        <w:rPr>
          <w:lang w:eastAsia="zh-CN"/>
        </w:rPr>
        <w:br/>
      </w:r>
      <w:r>
        <w:rPr>
          <w:lang w:eastAsia="zh-CN"/>
        </w:rPr>
        <w:t>　　我个人方面虽然失去了很多很多的休息甚至家人来北京2、3个月也没有好好陪过她们，但是我的付出换来了我在中关新园的诸多进步和领导对我工作的认可，我觉得是超值。由于我们现在和园餐厅经营的特性没有太多高档的菜品，但对酷爱烹饪，酷爱新厨艺的我来说我从来也没有放弃学习新厨艺，在当今餐饮发展迅速的时代，从最早的八大菜系到当今的融合菜及国外先进的分子厨艺和今年最受消费者喜爱的中国意境菜，说到意境菜大家可能不太熟悉，简单给大家介绍一下，意境菜就是以菜品为媒介，运用中国绘画的写意技法和中国盆景的拼装技法反映了中国古典文学的意境之美。今年九月份我也得到了学习中国意境菜的机会，短暂的学习期使我受益匪浅，学完后在我们遇到重要接待时，也运用了一些，给前来就餐的宾客全新的视觉、嗅觉、触觉、味觉的享受。在客人享受的同时我想我要把我学到的这些传受给我的厨师团队，让大家在这里有更大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综上所述，在本年度，通过团队的共同努力，我们在厨房经营管理方面取得了显著成效;在菜品创新、菜肴质量、成本控制、员工素质提高等方面都取得较好的成绩。当然，我们也还存在不足，比如我们最关心的营业收入，我们需研制更加物美价廉的佳肴来招揽顾客，最大程度的增加年收入，从而达到为园区增收效果。从这个角度来说，我深感肩负工作的挑战性与创新性。今后，我一定会带领我的团队不断接受挑战、勇于创新，烹饪更精美的菜肴。</w:t>
      </w:r>
      <w:r>
        <w:rPr>
          <w:lang w:eastAsia="zh-CN"/>
        </w:rPr>
        <w:br/>
      </w:r>
      <w:r>
        <w:rPr>
          <w:lang w:eastAsia="zh-CN"/>
        </w:rPr>
        <w:t>　　辞旧迎新之际，我们将在20__年的基础上，继续加强经营管理、质量卫生监控和成本控制，同时要改进自己的工作思路，考察新的菜品，加快菜肴的创新，从而寻求在20__年创造更好的经济效益和社会效益。与此同时我相信在各位领导和大家的指导和帮助下，我们的团队一定能够抓住机遇，迎接挑战，走向一个收获的20__!</w:t>
      </w:r>
      <w:r>
        <w:rPr>
          <w:lang w:eastAsia="zh-CN"/>
        </w:rPr>
        <w:br/>
      </w:r>
      <w:r>
        <w:rPr>
          <w:lang w:eastAsia="zh-CN"/>
        </w:rPr>
        <w:t>　　我的报告完毕，谢谢大家!</w:t>
      </w:r>
      <w:r>
        <w:rPr>
          <w:lang w:eastAsia="zh-CN"/>
        </w:rPr>
        <w:br/>
      </w:r>
      <w:r>
        <w:rPr>
          <w:lang w:eastAsia="zh-CN"/>
        </w:rPr>
        <w:t xml:space="preserve">    厨师长个人年终工作总结 篇3 </w:t>
      </w:r>
      <w:r>
        <w:rPr>
          <w:lang w:eastAsia="zh-CN"/>
        </w:rPr>
        <w:br/>
      </w:r>
      <w:r>
        <w:rPr>
          <w:lang w:eastAsia="zh-CN"/>
        </w:rPr>
        <w:t>　　回首这一年，自己在厨师生涯中曾走过不少“弯路”，耗费了不少时间和尽力，现对20__年个人工作总结如下；</w:t>
      </w:r>
      <w:r>
        <w:rPr>
          <w:lang w:eastAsia="zh-CN"/>
        </w:rPr>
        <w:br/>
      </w:r>
      <w:r>
        <w:rPr>
          <w:lang w:eastAsia="zh-CN"/>
        </w:rPr>
        <w:t>　　一、过于迷信平台大小</w:t>
      </w:r>
      <w:r>
        <w:rPr>
          <w:lang w:eastAsia="zh-CN"/>
        </w:rPr>
        <w:br/>
      </w:r>
      <w:r>
        <w:rPr>
          <w:lang w:eastAsia="zh-CN"/>
        </w:rPr>
        <w:t>　　之前的我心比天高，总想找到一个大的平台，总以为大树底下好乘凉。选择大平台就可以前程无忧。于是一次次在寻找。然而事实却不同，发现每个企业都有自己的优势和某方面还不健全的地方，无论身处大企业或小企业我们都要去学习他们的优势，从而与企业一起面对困难，因为工作是靠自己努力坚持去做的。总是坐这山看那山，永远都会一事无成的。平台的大小，绝不是影响一个人成功的绝对因素，关键是自己在现处的平台中怎么去努力，怎么去做好自己本职工作和永无止境的学习钻研。现在我坚信，选平台不如做好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二、遇事不淡定</w:t>
      </w:r>
      <w:r>
        <w:rPr>
          <w:lang w:eastAsia="zh-CN"/>
        </w:rPr>
        <w:br/>
      </w:r>
      <w:r>
        <w:rPr>
          <w:lang w:eastAsia="zh-CN"/>
        </w:rPr>
        <w:t>　　想想自己最大的缺点就是不够成熟。自己做事有点感情用事，常把生活中的情绪带到工作中来。易冲动，不够淡定。喜欢在冲动时做决定。以至于做出后悔的决定。习惯形成性格，性格决定命运。自己在以后道路上改掉这个致命的臭毛病，凡事三思而后行。</w:t>
      </w:r>
      <w:r>
        <w:rPr>
          <w:lang w:eastAsia="zh-CN"/>
        </w:rPr>
        <w:br/>
      </w:r>
      <w:r>
        <w:rPr>
          <w:lang w:eastAsia="zh-CN"/>
        </w:rPr>
        <w:t>　　三、适应能力差，不坚持选择</w:t>
      </w:r>
      <w:r>
        <w:rPr>
          <w:lang w:eastAsia="zh-CN"/>
        </w:rPr>
        <w:br/>
      </w:r>
      <w:r>
        <w:rPr>
          <w:lang w:eastAsia="zh-CN"/>
        </w:rPr>
        <w:t>　　环境适应能力差。不坚持选择。常被外界因素所干扰。不好意思和刚认识的伙伴打成一片。自己思想过于沉重，种子春天播撒，秋天才有收获。只有在一个地方长期好好干下去，公司才会重用你，自己才能得到更好的发展。如果工作就像打游击战一样，这里工作一个月那里工作一个月，是不会得到很好的结果的，那样纯属于缺钱打零工。所以告诉自己要坚持选择。</w:t>
      </w:r>
      <w:r>
        <w:rPr>
          <w:lang w:eastAsia="zh-CN"/>
        </w:rPr>
        <w:br/>
      </w:r>
      <w:r>
        <w:rPr>
          <w:lang w:eastAsia="zh-CN"/>
        </w:rPr>
        <w:t>　　“路漫漫其修远兮，吾将上下而求索。”在总结本年度经验教训的基础上，我将以更端正的态度和更高的热情去迎接下年度工作的到来，争取在下年度工作取得更大的进步。</w:t>
      </w:r>
      <w:r>
        <w:rPr>
          <w:lang w:eastAsia="zh-CN"/>
        </w:rPr>
        <w:br/>
      </w:r>
      <w:r>
        <w:rPr>
          <w:lang w:eastAsia="zh-CN"/>
        </w:rPr>
        <w:t xml:space="preserve">    厨师长个人年终工作总结 篇4 </w:t>
      </w:r>
      <w:r>
        <w:rPr>
          <w:lang w:eastAsia="zh-CN"/>
        </w:rPr>
        <w:br/>
      </w:r>
      <w:r>
        <w:rPr>
          <w:lang w:eastAsia="zh-CN"/>
        </w:rPr>
        <w:t>　　伴随着圣诞节的喜庆和元旦的气息，20__年的钟声又将敲响。首先，我祝你们新年快乐、身体健康，工作顺利！回首20__年，我已不知不觉在东恒盛工作了半年多的时间，在你们的指导下，在各位同事的支持下，作为一名西厨厨师长，我有必要对我们西厨的工作做出总结和反省，</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对工作中出现的问题作出正确分析和及时改正，同时也要对明年的工作有所展望和初步规划。能在新的一年里做出更好的成绩</w:t>
      </w:r>
      <w:r>
        <w:rPr>
          <w:lang w:eastAsia="zh-CN"/>
        </w:rPr>
        <w:t xml:space="preserve"> ，呈现在你们面前。总结如下：</w:t>
      </w:r>
      <w:r>
        <w:rPr>
          <w:lang w:eastAsia="zh-CN"/>
        </w:rPr>
        <w:br/>
      </w:r>
      <w:r>
        <w:rPr>
          <w:lang w:eastAsia="zh-CN"/>
        </w:rPr>
        <w:t>　　一、经营方面：</w:t>
      </w:r>
      <w:r>
        <w:rPr>
          <w:lang w:eastAsia="zh-CN"/>
        </w:rPr>
        <w:br/>
      </w:r>
      <w:r>
        <w:rPr>
          <w:lang w:eastAsia="zh-CN"/>
        </w:rPr>
        <w:t>　　我在你们的指导下，改变了一些出品的要求、制定了一些较合理的出品经营计划。</w:t>
      </w:r>
      <w:r>
        <w:rPr>
          <w:lang w:eastAsia="zh-CN"/>
        </w:rPr>
        <w:br/>
      </w:r>
      <w:r>
        <w:rPr>
          <w:lang w:eastAsia="zh-CN"/>
        </w:rPr>
        <w:t>　　1、根据顾客的消费心理，我们也增加了和经常变换了一些档口。</w:t>
      </w:r>
      <w:r>
        <w:rPr>
          <w:lang w:eastAsia="zh-CN"/>
        </w:rPr>
        <w:br/>
      </w:r>
      <w:r>
        <w:rPr>
          <w:lang w:eastAsia="zh-CN"/>
        </w:rPr>
        <w:t>　　2、根据季节性天气和原料供应的特点，出品也随之变化，等等。</w:t>
      </w:r>
      <w:r>
        <w:rPr>
          <w:lang w:eastAsia="zh-CN"/>
        </w:rPr>
        <w:br/>
      </w:r>
      <w:r>
        <w:rPr>
          <w:lang w:eastAsia="zh-CN"/>
        </w:rPr>
        <w:t>　　二、管理方面：</w:t>
      </w:r>
      <w:r>
        <w:rPr>
          <w:lang w:eastAsia="zh-CN"/>
        </w:rPr>
        <w:br/>
      </w:r>
      <w:r>
        <w:rPr>
          <w:lang w:eastAsia="zh-CN"/>
        </w:rPr>
        <w:t>　　以人为本，我结合员工实际情况加强素质教育，每天都对员工进行有针对性的厨艺培训和讲解，并经常激励他们把工作看作是自己的事业。经过努力，员工整体素质得以提高，如注重仪表、遵守厨房规章制度等。</w:t>
      </w:r>
      <w:r>
        <w:rPr>
          <w:lang w:eastAsia="zh-CN"/>
        </w:rPr>
        <w:br/>
      </w:r>
      <w:r>
        <w:rPr>
          <w:lang w:eastAsia="zh-CN"/>
        </w:rPr>
        <w:t>　　三、质量方面：</w:t>
      </w:r>
      <w:r>
        <w:rPr>
          <w:lang w:eastAsia="zh-CN"/>
        </w:rPr>
        <w:br/>
      </w:r>
      <w:r>
        <w:rPr>
          <w:lang w:eastAsia="zh-CN"/>
        </w:rPr>
        <w:t>　　自助餐菜肴出品质量是西餐厅得以生存发展的核心竞争力。作为厨师长，我严把质量关。 做菜出品时严格按照标准执行，确保每道菜的色、香、味稳定；我们还认真听取厅面员工意见及宾客反馈，总结每日出品问题，及时改进不足；</w:t>
      </w:r>
      <w:r>
        <w:rPr>
          <w:lang w:eastAsia="zh-CN"/>
        </w:rPr>
        <w:br/>
      </w:r>
      <w:r>
        <w:rPr>
          <w:lang w:eastAsia="zh-CN"/>
        </w:rPr>
        <w:t>　　四、卫生方面：</w:t>
      </w:r>
      <w:r>
        <w:rPr>
          <w:lang w:eastAsia="zh-CN"/>
        </w:rPr>
        <w:br/>
      </w:r>
      <w:r>
        <w:rPr>
          <w:lang w:eastAsia="zh-CN"/>
        </w:rPr>
        <w:t>　　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也认真听取你们给我们的意见。</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我们利用一切可以利用的力量，确保食品质量、卫生安全，防止顾客投诉和食物中毒，造成不必要的后果。</w:t>
      </w:r>
      <w:r>
        <w:rPr>
          <w:lang w:eastAsia="zh-CN"/>
        </w:rPr>
        <w:br/>
      </w:r>
      <w:r>
        <w:rPr>
          <w:lang w:eastAsia="zh-CN"/>
        </w:rPr>
        <w:t>　　五、成本方面：</w:t>
      </w:r>
      <w:r>
        <w:rPr>
          <w:lang w:eastAsia="zh-CN"/>
        </w:rPr>
        <w:br/>
      </w:r>
      <w:r>
        <w:rPr>
          <w:lang w:eastAsia="zh-CN"/>
        </w:rPr>
        <w:t>　　在保证菜肴质量的情况下，降低成本，把浪费减低到最小程度，让利顾客，始终是我们追求的一个重要目标。作为厨师长，我也总结出一些降低成本的新方法。</w:t>
      </w:r>
      <w:r>
        <w:rPr>
          <w:lang w:eastAsia="zh-CN"/>
        </w:rPr>
        <w:br/>
      </w:r>
      <w:r>
        <w:rPr>
          <w:lang w:eastAsia="zh-CN"/>
        </w:rPr>
        <w:t>　　1、掌握库存状况，坚决执行“先进先出”原则，把存货时间较长的原料尽快销售出去。</w:t>
      </w:r>
      <w:r>
        <w:rPr>
          <w:lang w:eastAsia="zh-CN"/>
        </w:rPr>
        <w:br/>
      </w:r>
      <w:r>
        <w:rPr>
          <w:lang w:eastAsia="zh-CN"/>
        </w:rPr>
        <w:t>　　2、研制无成本菜品，把主菜的剩余边角料做成托式菜品，以降低成本；如牛肉的边角料，我们把它制成肉酱和咖喱牛肉等等。</w:t>
      </w:r>
      <w:r>
        <w:rPr>
          <w:lang w:eastAsia="zh-CN"/>
        </w:rPr>
        <w:br/>
      </w:r>
      <w:r>
        <w:rPr>
          <w:lang w:eastAsia="zh-CN"/>
        </w:rPr>
        <w:t>　　3、还让每位员工都知道自己所用原料的单价，每日估算所用原料的价值，这样就把成本控制落实到每个员工身上，使所有厨房员工都关心成本、了解成本控制。</w:t>
      </w:r>
      <w:r>
        <w:rPr>
          <w:lang w:eastAsia="zh-CN"/>
        </w:rPr>
        <w:br/>
      </w:r>
      <w:r>
        <w:rPr>
          <w:lang w:eastAsia="zh-CN"/>
        </w:rPr>
        <w:t>　　当然我们也有存在的不足之处，见以下几个方面：</w:t>
      </w:r>
      <w:r>
        <w:rPr>
          <w:lang w:eastAsia="zh-CN"/>
        </w:rPr>
        <w:br/>
      </w:r>
      <w:r>
        <w:rPr>
          <w:lang w:eastAsia="zh-CN"/>
        </w:rPr>
        <w:t>　　1、对产品知识把握不足，准备不够充分。</w:t>
      </w:r>
      <w:r>
        <w:rPr>
          <w:lang w:eastAsia="zh-CN"/>
        </w:rPr>
        <w:br/>
      </w:r>
      <w:r>
        <w:rPr>
          <w:lang w:eastAsia="zh-CN"/>
        </w:rPr>
        <w:t>　　2、对市场不够敏感，造成客人对菜肴出品变换不及时，品种结构单一。</w:t>
      </w:r>
      <w:r>
        <w:rPr>
          <w:lang w:eastAsia="zh-CN"/>
        </w:rPr>
        <w:br/>
      </w:r>
      <w:r>
        <w:rPr>
          <w:lang w:eastAsia="zh-CN"/>
        </w:rPr>
        <w:t>　　3、员工对管理、卫生、出品思想意识不强、执行力度不够，培训不到位。</w:t>
      </w:r>
      <w:r>
        <w:rPr>
          <w:lang w:eastAsia="zh-CN"/>
        </w:rPr>
        <w:br/>
      </w:r>
      <w:r>
        <w:rPr>
          <w:lang w:eastAsia="zh-CN"/>
        </w:rPr>
        <w:t>　　4、员工对能源设施、设备保养、损耗存在一定的不清楚，需加强培训。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以上所述，在这半年多的时间里，通过团队的共同努力，我们在厨房管理，在菜品创新、菜肴质量、成本控制、厨房卫生、员工素质提高等方面都取得了一点点成绩。当然，我们也存在些不足，</w:t>
      </w:r>
      <w:r>
        <w:rPr>
          <w:lang w:eastAsia="zh-CN"/>
        </w:rPr>
        <w:t xml:space="preserve"> 我也深感我肩负工作的挑战性与创新性。今后，我一定会带领我的团队不断努力、勇于创新，做出更好的自助餐菜肴出品，让我们的顾客满意。</w:t>
      </w:r>
      <w:r>
        <w:rPr>
          <w:lang w:eastAsia="zh-CN"/>
        </w:rPr>
        <w:br/>
      </w:r>
      <w:r>
        <w:rPr>
          <w:lang w:eastAsia="zh-CN"/>
        </w:rPr>
        <w:t>　　我们将在20__年的基础上，继续加强厨房管理、出品质量、卫生监督和成本控制，</w:t>
      </w:r>
      <w:r>
        <w:rPr>
          <w:lang w:eastAsia="zh-CN"/>
        </w:rPr>
        <w:br/>
      </w:r>
      <w:r>
        <w:rPr>
          <w:lang w:eastAsia="zh-CN"/>
        </w:rPr>
        <w:t>　　同时要改进自己的工作思路，借鉴好的思想和意见，考察和学习其他酒店自助餐的菜品和摆放，加快菜肴的创新，从而寻求在20__年创造更好的经济效益和社会口碑。</w:t>
      </w:r>
      <w:r>
        <w:rPr>
          <w:lang w:eastAsia="zh-CN"/>
        </w:rPr>
        <w:br/>
      </w:r>
      <w:r>
        <w:rPr>
          <w:lang w:eastAsia="zh-CN"/>
        </w:rPr>
        <w:t xml:space="preserve">    厨师长个人年终工作总结 篇5 </w:t>
      </w:r>
      <w:r>
        <w:rPr>
          <w:lang w:eastAsia="zh-CN"/>
        </w:rPr>
        <w:br/>
      </w:r>
      <w:r>
        <w:rPr>
          <w:lang w:eastAsia="zh-CN"/>
        </w:rPr>
        <w:t>　　时光飞逝，转眼间20__年已经过去。食堂作为服务窗口，要安排好单位内部员工的餐食，尽管是件“众口难调”的事，但是本着从卫生、营养、科学的配餐为出发点，为了员工的健康，与行领导一起根据季节变化，在市场允许的前提下，尽可能安排适合员工口味的营养餐食谱。让员工吃得卫生、营养、吃出健康。现将本人具体工作情况汇报如下：</w:t>
      </w:r>
      <w:r>
        <w:rPr>
          <w:lang w:eastAsia="zh-CN"/>
        </w:rPr>
        <w:br/>
      </w:r>
      <w:r>
        <w:rPr>
          <w:lang w:eastAsia="zh-CN"/>
        </w:rPr>
        <w:t>　　一、经营方面：我在各位领导的指导下集思广益、制定较合理的经营计划。如：根据顾客的消费心理，我们推出一些绿色食品和野生食品；根据季节性原料供应特点，我们推出一些特价菜。等等。本年度食堂主要以口味清淡、爽口的农家小菜、绿色蔬菜为主，以高档菜肴为辅，虽然经营收入上没有很大突破，但是让员工吃得舒心、放心是我工作的第一出发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管理方面：以人为本，我结合员工实际情况加强素质教育，每天都对员工进行有针对性的厨艺培训，并经常激励他们把工作看作是自己的事业。经过努力，员工整体素质得以提高的方案，如注重仪表、遵守厨房规章制度等；有些员工甚至还开始自己琢磨新菜谱。现在，我们已经形成了一个和谐、高效、创新的团队。</w:t>
      </w:r>
      <w:r>
        <w:rPr>
          <w:lang w:eastAsia="zh-CN"/>
        </w:rPr>
        <w:br/>
      </w:r>
      <w:r>
        <w:rPr>
          <w:lang w:eastAsia="zh-CN"/>
        </w:rPr>
        <w:t>　　三、质量方面：作为厨师长，我严把质量关。我们对每道菜都制作了一个投料标准及制作程序单，做菜时严格按照标准执行，确保每道菜的色、香、味稳定；在菜肴的出品把关上，采用四层把关制，一关否定制，即配菜厨师把关、炉台厨师把关、传菜员把关、服务员把关，一关发现有问题，都有退回的权力。我们还认真听取各方面的意见和反馈，总结每日出品问题，并及时改进不足；我们还经常更新菜谱，动脑筋、想办法、变花样，确保就餐职工经常可以尝到新口味。</w:t>
      </w:r>
      <w:r>
        <w:rPr>
          <w:lang w:eastAsia="zh-CN"/>
        </w:rPr>
        <w:br/>
      </w:r>
      <w:r>
        <w:rPr>
          <w:lang w:eastAsia="zh-CN"/>
        </w:rPr>
        <w:t>　　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严格执行规范操作程序，预防各类事故的发生，做到安全生产，警钟长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五、成本方面：在保证菜肴质量的情况下，降低成本，让利职工，始终是我们追求的一个重要目标。作为厨师长，我也总结出一些降低成本的新方法。如：掌握库存状况，坚决执行“先进先出”原则，把存货时间较长的原料尽快销售出去；研制无成本菜品，把主菜的剩余原料做成托式菜品，以降低成本；厨师知道自己所用原料的单价，每日估算所用原料的价值，这样就把成本控制落实到食堂员工身上，使所有厨房员工都关心成本，从而达到效益化。</w:t>
      </w:r>
      <w:r>
        <w:rPr>
          <w:lang w:eastAsia="zh-CN"/>
        </w:rPr>
        <w:br/>
      </w:r>
      <w:r>
        <w:rPr>
          <w:lang w:eastAsia="zh-CN"/>
        </w:rPr>
        <w:t>　　六、在菜品定位上，依照建行整体的战略规划来开发规划菜品，根据餐厅菜点经营状况和就餐职工的市场调查，来不断地改进和提升产品形象。根据来食堂消费的团体会议，零点散客，宴会接待，三大块消费群体的需求，来不断丰富产品，使之能逐渐形成一组有针对性的风格化的产品创新菜品。</w:t>
      </w:r>
      <w:r>
        <w:rPr>
          <w:lang w:eastAsia="zh-CN"/>
        </w:rPr>
        <w:br/>
      </w:r>
      <w:r>
        <w:rPr>
          <w:lang w:eastAsia="zh-CN"/>
        </w:rPr>
        <w:t>　　20__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r>
        <w:rPr>
          <w:lang w:eastAsia="zh-CN"/>
        </w:rPr>
        <w:br/>
      </w:r>
      <w:r>
        <w:rPr>
          <w:lang w:eastAsia="zh-CN"/>
        </w:rPr>
        <w:t>　　展望20__年，作为一名厨师长，我将各位领导的指导下，在广大同事的支持下，始终坚持以身作则，高标准、严要求，团结和带领广大食堂员工，为顾客提供精美的菜肴和优质的服务；为实现食堂经济利益和社会效益，勤勤恳恳、兢兢业业。</w:t>
      </w:r>
      <w:r>
        <w:rPr>
          <w:lang w:eastAsia="zh-CN"/>
        </w:rPr>
        <w:br/>
      </w:r>
      <w:r>
        <w:rPr>
          <w:lang w:eastAsia="zh-CN"/>
        </w:rPr>
        <w:t xml:space="preserve">    厨师长个人年终工作总结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科学决策，齐心协力是我们今年取得成绩的重要原因。根据公司的要求，年初我以及三店厨师长即制定了全年工作计划，提出了指导各项工作开展的总体工作思路，总体思路决定着科学决策，指导着全年各项工作的开展。有目的有计划工作思路才会清晰，工作处理起来也就有条不紊。</w:t>
      </w:r>
      <w:r>
        <w:rPr>
          <w:lang w:eastAsia="zh-CN"/>
        </w:rPr>
        <w:br/>
      </w:r>
      <w:r>
        <w:rPr>
          <w:lang w:eastAsia="zh-CN"/>
        </w:rPr>
        <w:t>　　1、出品方面：坚持公司理念，做市民厨房。依然重视选用本土食材制作海南风味传统菜肴，所用果蔬、肉类多为农村绿色食材 ，还专门找人配送无公害有机蔬菜以保证产品品质。在保持我们拳头产品如文昌鸡、温泉鹅、猪脚煲、鱼煲等不变的情况下适当推出新菜并根据时令创制季节性产品，如在冬春季出风味小火锅，义龙的龙凤煲。夏季推的杂鱼煲、金银煲、白萝卜煲等。根据市场需要南昌店推出了海南粉、义龙店新出的产品有海白豆角、菠菜煲，南沙店新推的有羊脚白萝卜煲、鲍汁鹅爪、鹅翅等都取得不错效果，得到顾客认同也带来营业额的提升。而且出品质量得到很好控制，产品投诉明显下降。</w:t>
      </w:r>
      <w:r>
        <w:rPr>
          <w:lang w:eastAsia="zh-CN"/>
        </w:rPr>
        <w:br/>
      </w:r>
      <w:r>
        <w:rPr>
          <w:lang w:eastAsia="zh-CN"/>
        </w:rPr>
        <w:t>　　产品结构调整。原来我们产品种类相当多。很多产品流程复杂，销量少，如以前卖的鱼香肉丝、水煮肉片等。毛利低而且销量不大的产品像烧鸭、烧鹅等。经过对比筛选后产品得以精简，只留下三十多个主打产品，蔬菜也随季节变化搭配。这样就省去很多备货的麻烦、同时由于餐前提前定量备好货也使得出品更加标准化 、出品时间方面得到提高。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对出品毛利的把握。在这方面义龙店做得很好。全年每个月营业额与毛利均达到公司规定标准，在原材料的选用、保管、量化方面都做得很到位。南沙店和去年相比增长了1.76个点，涨幅比较大。南昌店也能做到优化控制。各厨师长还经常走访市场了解原料行价，及时与供货商反馈。在10月份遭遇罕水灾菜价上涨的情况下更加注意对原料选用和保管利用，注意增加对批发菜的运用，齐心协力度过难关。虽然今年以来，物价在不断上涨，在这种情况下各店也做出相应对策，一方面加强自身管理。杜绝原料的不正常使用，找方法进行控制。另一方面在不损公司与顾客的条件下经过考察对部分产品进行价格调整，对于我们的举动顾客并没出现不满情况。</w:t>
      </w:r>
      <w:r>
        <w:rPr>
          <w:lang w:eastAsia="zh-CN"/>
        </w:rPr>
        <w:br/>
      </w:r>
      <w:r>
        <w:rPr>
          <w:lang w:eastAsia="zh-CN"/>
        </w:rPr>
        <w:t>　　此外，在今年11月份以来我们还制定出了每日原料申购单与盘点表，让每天进的货和销卖的产品如实反映在表单上，做到每日盘点，明确每天的原料使用情况，这能够起到杜绝浪费、货物积压的作用，让我们的毛利精确到天上来。</w:t>
      </w:r>
      <w:r>
        <w:rPr>
          <w:lang w:eastAsia="zh-CN"/>
        </w:rPr>
        <w:br/>
      </w:r>
      <w:r>
        <w:rPr>
          <w:lang w:eastAsia="zh-CN"/>
        </w:rPr>
        <w:t>　　我们还建立了出品估清、急推供应制度。为了最大限度降底估清品种及点错单的情况，把时间长的产品及时销卖出去,协调各分部门做好出品供应工作,要求各厨师长做好每天早、午、晚市检查出品供应估清情况,对当市估清的品种及需要急推的产品设专薄记录,交楼面负责人分配到各服务人员身上。这样让服务人员也参与其中明确目的，工作效率得到提高，原料浪费减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重视食品卫生与食品安全，抓好安全防火工作。在年初发生的“地沟油”等一系列食品卫生问题曝光后，我们及时采取措施，把我们用的油、酱料等般上展台陈列在顾客眼前让他们用餐无后顾之忧，取得的效果也不错。在南昌店蒸杂炸油起火以及蒸饭没关煤气事件发生后，我们对此相当重视，</w:t>
      </w:r>
      <w:r>
        <w:rPr>
          <w:lang w:eastAsia="zh-CN"/>
        </w:rPr>
        <w:t xml:space="preserve"> 把责任人做开除处理引以为戒。并加大消防检查力度，增加厨房灭火栓，并且在会议中不断强调安全问题。对于存在的安全隐患及时排除。</w:t>
      </w:r>
      <w:r>
        <w:rPr>
          <w:lang w:eastAsia="zh-CN"/>
        </w:rPr>
        <w:br/>
      </w:r>
      <w:r>
        <w:rPr>
          <w:lang w:eastAsia="zh-CN"/>
        </w:rPr>
        <w:t xml:space="preserve">    厨师长个人年终工作总结 篇7 </w:t>
      </w:r>
      <w:r>
        <w:rPr>
          <w:lang w:eastAsia="zh-CN"/>
        </w:rPr>
        <w:br/>
      </w:r>
      <w:r>
        <w:rPr>
          <w:lang w:eastAsia="zh-CN"/>
        </w:rPr>
        <w:t>　　我是__店厨师长，紧张而忙碌的已经结束了，回顾这一年的工作有许多收获和体会。为了今年的工作更上一层楼，总结一下去年工作中的得失很有必要，下面对我的工作进行一下总结：</w:t>
      </w:r>
      <w:r>
        <w:rPr>
          <w:lang w:eastAsia="zh-CN"/>
        </w:rPr>
        <w:br/>
      </w:r>
      <w:r>
        <w:rPr>
          <w:lang w:eastAsia="zh-CN"/>
        </w:rPr>
        <w:t>　　一、工作的整体回顾</w:t>
      </w:r>
      <w:r>
        <w:rPr>
          <w:lang w:eastAsia="zh-CN"/>
        </w:rPr>
        <w:br/>
      </w:r>
      <w:r>
        <w:rPr>
          <w:lang w:eastAsia="zh-CN"/>
        </w:rPr>
        <w:t>　　作为企业赢利是她的第一目标《需要解释的是目标不是目的》，只有实现了赢利才可能实现一年里四次加薪，才能履行企业对员工对社会的承诺和责任，赢利也是企业生存的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的努力降低成本，安排安全培训，我们深知只有安全才能生产，节约下来的每分钱都是企业的利润同时也是我们自己的。</w:t>
      </w:r>
      <w:r>
        <w:rPr>
          <w:lang w:eastAsia="zh-CN"/>
        </w:rPr>
        <w:br/>
      </w:r>
      <w:r>
        <w:rPr>
          <w:lang w:eastAsia="zh-CN"/>
        </w:rPr>
        <w:t>　　二、__年我完成了以下工作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顺利接手华天厨师长的工作。__年4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r>
        <w:rPr>
          <w:lang w:eastAsia="zh-CN"/>
        </w:rPr>
        <w:br/>
      </w:r>
      <w:r>
        <w:rPr>
          <w:lang w:eastAsia="zh-CN"/>
        </w:rPr>
        <w:t>　　2、对编制内员工的轮岗培训。现厨部除一人外，其余人最少能熟练操作生产区的两个工作岗位《不包括水吧》。</w:t>
      </w:r>
      <w:r>
        <w:rPr>
          <w:lang w:eastAsia="zh-CN"/>
        </w:rPr>
        <w:br/>
      </w:r>
      <w:r>
        <w:rPr>
          <w:lang w:eastAsia="zh-CN"/>
        </w:rPr>
        <w:t>　　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脑灌输做人和与人相处的自我调控和隐忍法则。着重强化安全培训，迄今为止还没出现我处培训的新员工发生安全事故上报公司的。</w:t>
      </w:r>
      <w:r>
        <w:rPr>
          <w:lang w:eastAsia="zh-CN"/>
        </w:rPr>
        <w:br/>
      </w:r>
      <w:r>
        <w:rPr>
          <w:lang w:eastAsia="zh-CN"/>
        </w:rPr>
        <w:t>　　4、分店所有能自行处理的工程维修除煤气外，均自行处理，保证分店正常的供需和不因为自己的工作而给别人添麻烦。</w:t>
      </w:r>
      <w:r>
        <w:rPr>
          <w:lang w:eastAsia="zh-CN"/>
        </w:rPr>
        <w:br/>
      </w:r>
      <w:r>
        <w:rPr>
          <w:lang w:eastAsia="zh-CN"/>
        </w:rPr>
        <w:t>　　三、由于各种原因是，使我的工作中存在着一些问题</w:t>
      </w:r>
      <w:r>
        <w:rPr>
          <w:lang w:eastAsia="zh-CN"/>
        </w:rPr>
        <w:br/>
      </w:r>
      <w:r>
        <w:rPr>
          <w:lang w:eastAsia="zh-CN"/>
        </w:rPr>
        <w:t>　　1、容易将个人情绪带到工作中，心情好时运作顺畅，卫士满意，充满激情，不高兴时有所怠慢，以后在工作中尽可能克服这些状况。</w:t>
      </w:r>
      <w:r>
        <w:rPr>
          <w:lang w:eastAsia="zh-CN"/>
        </w:rPr>
        <w:br/>
      </w:r>
      <w:r>
        <w:rPr>
          <w:lang w:eastAsia="zh-CN"/>
        </w:rPr>
        <w:t>　　2、员工的卫生意识还需要提高，洗消和厨杂炉头的源头卫生正在进行中。</w:t>
      </w:r>
      <w:r>
        <w:rPr>
          <w:lang w:eastAsia="zh-CN"/>
        </w:rPr>
        <w:br/>
      </w:r>
      <w:r>
        <w:rPr>
          <w:lang w:eastAsia="zh-CN"/>
        </w:rPr>
        <w:t>　　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四、关于我的计划是</w:t>
      </w:r>
      <w:r>
        <w:rPr>
          <w:lang w:eastAsia="zh-CN"/>
        </w:rPr>
        <w:br/>
      </w:r>
      <w:r>
        <w:rPr>
          <w:lang w:eastAsia="zh-CN"/>
        </w:rPr>
        <w:t>　　1、认真做好每一天每一项的工作；</w:t>
      </w:r>
      <w:r>
        <w:rPr>
          <w:lang w:eastAsia="zh-CN"/>
        </w:rPr>
        <w:br/>
      </w:r>
      <w:r>
        <w:rPr>
          <w:lang w:eastAsia="zh-CN"/>
        </w:rPr>
        <w:t>　　2、细化安全，出品，卫生措施，提高顾客满意度；</w:t>
      </w:r>
      <w:r>
        <w:rPr>
          <w:lang w:eastAsia="zh-CN"/>
        </w:rPr>
        <w:br/>
      </w:r>
      <w:r>
        <w:rPr>
          <w:lang w:eastAsia="zh-CN"/>
        </w:rPr>
        <w:t>　　3、加强教育培训，强化员工素质，尽可能的实现——新员工一对一培训；</w:t>
      </w:r>
      <w:r>
        <w:rPr>
          <w:lang w:eastAsia="zh-CN"/>
        </w:rPr>
        <w:br/>
      </w:r>
      <w:r>
        <w:rPr>
          <w:lang w:eastAsia="zh-CN"/>
        </w:rPr>
        <w:t>　　4、约束自我，规范管理，不断调整员工岗位轮训；</w:t>
      </w:r>
      <w:r>
        <w:rPr>
          <w:lang w:eastAsia="zh-CN"/>
        </w:rPr>
        <w:br/>
      </w:r>
      <w:r>
        <w:rPr>
          <w:lang w:eastAsia="zh-CN"/>
        </w:rPr>
        <w:t>　　5、本月底针对节约煤气和，毛利控制的详细计划上交分店经理共同商讨执行；</w:t>
      </w:r>
      <w:r>
        <w:rPr>
          <w:lang w:eastAsia="zh-CN"/>
        </w:rPr>
        <w:br/>
      </w:r>
      <w:r>
        <w:rPr>
          <w:lang w:eastAsia="zh-CN"/>
        </w:rPr>
        <w:t>　　6、多学习其他东西，充实自己。</w:t>
      </w:r>
      <w:r>
        <w:rPr>
          <w:lang w:eastAsia="zh-CN"/>
        </w:rPr>
        <w:br/>
      </w:r>
      <w:r>
        <w:rPr>
          <w:lang w:eastAsia="zh-CN"/>
        </w:rPr>
        <w:t>　　实践证明，随着市场竞争的不断加剧，我们不能只停留在过去的十年和亚运成绩，首先要革新观念，随着员工年龄层次的变化而改变策略和改变自己适应社会，期望在明年的此时大家都踏上一个新的台阶更上一层楼，最后衷心希望能跟大家一起抗战二十年，谢谢！</w:t>
      </w:r>
      <w:r>
        <w:rPr>
          <w:lang w:eastAsia="zh-CN"/>
        </w:rPr>
        <w:br/>
      </w:r>
      <w:r>
        <w:rPr>
          <w:lang w:eastAsia="zh-CN"/>
        </w:rPr>
        <w:t xml:space="preserve">    厨师长个人年终工作总结 篇8 </w:t>
      </w:r>
      <w:r>
        <w:rPr>
          <w:lang w:eastAsia="zh-CN"/>
        </w:rPr>
        <w:br/>
      </w:r>
      <w:r>
        <w:rPr>
          <w:lang w:eastAsia="zh-CN"/>
        </w:rPr>
        <w:t>　　我于20__年11月正式到_酒店工作，当时正是酒店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情况初步确定菜品的定位，制定菜谱。争取定位准确，能为下一步的经营奠定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_大酒店在倍受领导的关注与关怀下开始了试营业，餐饮部厨房在努力完成上级下达的各项任务的同时，在菜品上随着客人的要求不断改进，以求菜品能更加适应市场。</w:t>
      </w:r>
      <w:r>
        <w:rPr>
          <w:lang w:eastAsia="zh-CN"/>
        </w:rPr>
        <w:br/>
      </w:r>
      <w:r>
        <w:rPr>
          <w:lang w:eastAsia="zh-CN"/>
        </w:rPr>
        <w:t>　　试营业以来，接待对象有团体会议、婚宴、以及各种规格的宴会接待和零点客人(主要集中在12月下旬)。营收达19万余元。试营业中，厨部的工作也出现了如：菜品的定位不准确，菜品设计没根据客人的要求而定，等一些问题。带着种种问题和努力改变提升产品形象的决心迎来了新的一年。现将_年汇报如下：</w:t>
      </w:r>
      <w:r>
        <w:rPr>
          <w:lang w:eastAsia="zh-CN"/>
        </w:rPr>
        <w:br/>
      </w:r>
      <w:r>
        <w:rPr>
          <w:lang w:eastAsia="zh-CN"/>
        </w:rPr>
        <w:t>　　一、在菜品定位上，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r>
        <w:rPr>
          <w:lang w:eastAsia="zh-CN"/>
        </w:rPr>
        <w:br/>
      </w:r>
      <w:r>
        <w:rPr>
          <w:lang w:eastAsia="zh-CN"/>
        </w:rPr>
        <w:t>　　二、在厨政管理方面，以系统化整合核心竞争力，以规范化提升管理水平，以现代信息手段提高市场竞争力，以效益化为目标指导厨政管理工作。</w:t>
      </w:r>
      <w:r>
        <w:rPr>
          <w:lang w:eastAsia="zh-CN"/>
        </w:rPr>
        <w:br/>
      </w:r>
      <w:r>
        <w:rPr>
          <w:lang w:eastAsia="zh-CN"/>
        </w:rPr>
        <w:t>　　三、在人员方面，进行专业技能考核，优胜劣汰，采用请进来走出去和定期培训的办法来提高人员的业务技能和专业素养。在结合实际的前提下，进一步完善厨房内部的各种规章制度。</w:t>
      </w:r>
      <w:r>
        <w:rPr>
          <w:lang w:eastAsia="zh-CN"/>
        </w:rPr>
        <w:br/>
      </w:r>
      <w:r>
        <w:rPr>
          <w:lang w:eastAsia="zh-CN"/>
        </w:rPr>
        <w:t>　　四、在菜肴的出品把关上，采用四层把关制，一关否定制，即配菜厨师把关、炉台厨师把关、传菜员把关、服务员把关，一关发现有问题，都有退回的权力。否则都得承担相应的责任。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五、在原材料的验收和使用方面，做到严把原材料质量关，提高原材料的使用率，争取把最大的利益让给顾客。</w:t>
      </w:r>
      <w:r>
        <w:rPr>
          <w:lang w:eastAsia="zh-CN"/>
        </w:rPr>
        <w:br/>
      </w:r>
      <w:r>
        <w:rPr>
          <w:lang w:eastAsia="zh-CN"/>
        </w:rPr>
        <w:t>　　六、在食品卫生安全、消防安全方面</w:t>
      </w:r>
      <w:r>
        <w:rPr>
          <w:lang w:eastAsia="zh-CN"/>
        </w:rPr>
        <w:br/>
      </w:r>
      <w:r>
        <w:rPr>
          <w:lang w:eastAsia="zh-CN"/>
        </w:rPr>
        <w:t>　　严格执行《食品卫生法》。抓好厨房卫生安全工作。严格执行规范操作程序，预防各类事故的发生，做到安全生产，警钟长鸣!</w:t>
      </w:r>
      <w:r>
        <w:rPr>
          <w:lang w:eastAsia="zh-CN"/>
        </w:rPr>
        <w:br/>
      </w:r>
      <w:r>
        <w:rPr>
          <w:lang w:eastAsia="zh-CN"/>
        </w:rPr>
        <w:t xml:space="preserve">    厨师长个人年终工作总结 篇9 </w:t>
      </w:r>
      <w:r>
        <w:rPr>
          <w:lang w:eastAsia="zh-CN"/>
        </w:rPr>
        <w:br/>
      </w:r>
      <w:r>
        <w:rPr>
          <w:lang w:eastAsia="zh-CN"/>
        </w:rPr>
        <w:t>　　我是_店厨师长_，紧张而忙碌的_已经结束了，回顾这一年的工作有许多收获和体会。为了今年的工作更上一层楼，总结一下去年工作中的得失很有必要，下面对我的工作进行一下总结：</w:t>
      </w:r>
      <w:r>
        <w:rPr>
          <w:lang w:eastAsia="zh-CN"/>
        </w:rPr>
        <w:br/>
      </w:r>
      <w:r>
        <w:rPr>
          <w:lang w:eastAsia="zh-CN"/>
        </w:rPr>
        <w:t>　　一、工作的整体回顾</w:t>
      </w:r>
      <w:r>
        <w:rPr>
          <w:lang w:eastAsia="zh-CN"/>
        </w:rPr>
        <w:br/>
      </w:r>
      <w:r>
        <w:rPr>
          <w:lang w:eastAsia="zh-CN"/>
        </w:rPr>
        <w:t>　　作为企业赢利是她的第一目标《需要解释的是目标不是目的》，只有实现了赢利才可能实现一年里四次加薪，才能履行企业对员工对社会的承诺和责任，赢利也是企业生存的唯一法则。做为一个服务性部门为顾客提供——安全，清洁，可口的食品是我们的首要工作，但同时我们还担负着为企业创收，节支的责任，一年来经过分店全体员工和领导的共同努力，我店实现了双达标。在努力创收的同时我们也不忘节约和安全教育，部门全年都把安全和节约工作贯穿始终，在保证工作质量，不影响对客服务和员工工作·休息的情况下，尽最大的努力降低成本，安排安全培训，我们深知只有安全才能生产，节约下来的每分钱都是企业的利润同时也是我们自己的。</w:t>
      </w:r>
      <w:r>
        <w:rPr>
          <w:lang w:eastAsia="zh-CN"/>
        </w:rPr>
        <w:br/>
      </w:r>
      <w:r>
        <w:rPr>
          <w:lang w:eastAsia="zh-CN"/>
        </w:rPr>
        <w:t>　　二、20__年我完成了以下工作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1、顺利接手厨师长的工作。_年4月正式接手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r>
        <w:rPr>
          <w:lang w:eastAsia="zh-CN"/>
        </w:rPr>
        <w:br/>
      </w:r>
      <w:r>
        <w:rPr>
          <w:lang w:eastAsia="zh-CN"/>
        </w:rPr>
        <w:t>　　2、对编制内员工的轮岗培训。现厨部除一人外，其余人最少能熟练操作生产区的两个工作岗位《不包括水吧》。</w:t>
      </w:r>
      <w:r>
        <w:rPr>
          <w:lang w:eastAsia="zh-CN"/>
        </w:rPr>
        <w:br/>
      </w:r>
      <w:r>
        <w:rPr>
          <w:lang w:eastAsia="zh-CN"/>
        </w:rPr>
        <w:t>　　3、对新入职员工的培训。自去年4月起到9月底，以接待培训各店新入职新员工25人，在领导的帮助下按照《新员工培训程序》逐一逐条并尽可能安排熟手员工一对一进行培训，同时也注意给新员工一个好的第一映像，并寻求时机给其洗_灌输做人和与人相处的自我调控和隐忍法则。着重强化安全培训，迄今为止还没出现我处培训的新员工发生安全事故上报公司的。</w:t>
      </w:r>
      <w:r>
        <w:rPr>
          <w:lang w:eastAsia="zh-CN"/>
        </w:rPr>
        <w:br/>
      </w:r>
      <w:r>
        <w:rPr>
          <w:lang w:eastAsia="zh-CN"/>
        </w:rPr>
        <w:t>　　4、分店所有能自行处理的工程维修除煤气外，均自行处理，保证分店正常的供需和不因为自己的工作而给别人添麻烦。</w:t>
      </w:r>
      <w:r>
        <w:rPr>
          <w:lang w:eastAsia="zh-CN"/>
        </w:rPr>
        <w:br/>
      </w:r>
      <w:r>
        <w:rPr>
          <w:lang w:eastAsia="zh-CN"/>
        </w:rPr>
        <w:t>　　三、由于各种原因是，使我的工作中存在着一些问题</w:t>
      </w:r>
      <w:r>
        <w:rPr>
          <w:lang w:eastAsia="zh-CN"/>
        </w:rPr>
        <w:br/>
      </w:r>
      <w:r>
        <w:rPr>
          <w:lang w:eastAsia="zh-CN"/>
        </w:rPr>
        <w:t>　　1、容易将个人情绪带到工作中，心情好时运作顺畅，卫士满意，充满激情，不高兴时有所怠慢，以后在工作中尽可能克服这些状况。</w:t>
      </w:r>
      <w:r>
        <w:rPr>
          <w:lang w:eastAsia="zh-CN"/>
        </w:rPr>
        <w:br/>
      </w:r>
      <w:r>
        <w:rPr>
          <w:lang w:eastAsia="zh-CN"/>
        </w:rPr>
        <w:t>　　2、员工的卫生意识还需要提高，洗消和厨杂炉头的源头卫生正在进行中。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自控力差。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r>
        <w:rPr>
          <w:lang w:eastAsia="zh-CN"/>
        </w:rPr>
        <w:br/>
      </w:r>
      <w:r>
        <w:rPr>
          <w:lang w:eastAsia="zh-CN"/>
        </w:rPr>
        <w:t>　　四、关于_我的计划是</w:t>
      </w:r>
      <w:r>
        <w:rPr>
          <w:lang w:eastAsia="zh-CN"/>
        </w:rPr>
        <w:br/>
      </w:r>
      <w:r>
        <w:rPr>
          <w:lang w:eastAsia="zh-CN"/>
        </w:rPr>
        <w:t>　　1、认真做好每一天每一项的工作;</w:t>
      </w:r>
      <w:r>
        <w:rPr>
          <w:lang w:eastAsia="zh-CN"/>
        </w:rPr>
        <w:br/>
      </w:r>
      <w:r>
        <w:rPr>
          <w:lang w:eastAsia="zh-CN"/>
        </w:rPr>
        <w:t>　　2、细化安全，出品，卫生措施，提高顾客满意度;</w:t>
      </w:r>
      <w:r>
        <w:rPr>
          <w:lang w:eastAsia="zh-CN"/>
        </w:rPr>
        <w:br/>
      </w:r>
      <w:r>
        <w:rPr>
          <w:lang w:eastAsia="zh-CN"/>
        </w:rPr>
        <w:t>　　3、加强教育培训，强化员工素质，尽可能的实现——新员工一对一培训;</w:t>
      </w:r>
      <w:r>
        <w:rPr>
          <w:lang w:eastAsia="zh-CN"/>
        </w:rPr>
        <w:br/>
      </w:r>
      <w:r>
        <w:rPr>
          <w:lang w:eastAsia="zh-CN"/>
        </w:rPr>
        <w:t>　　4、约束自我，规范管理，不断调整员工岗位轮训;</w:t>
      </w:r>
      <w:r>
        <w:rPr>
          <w:lang w:eastAsia="zh-CN"/>
        </w:rPr>
        <w:br/>
      </w:r>
      <w:r>
        <w:rPr>
          <w:lang w:eastAsia="zh-CN"/>
        </w:rPr>
        <w:t>　　5、本月底针对节约煤气和，毛利控制的详细计划上交分店经理共同商讨执行;</w:t>
      </w:r>
      <w:r>
        <w:rPr>
          <w:lang w:eastAsia="zh-CN"/>
        </w:rPr>
        <w:br/>
      </w:r>
      <w:r>
        <w:rPr>
          <w:lang w:eastAsia="zh-CN"/>
        </w:rPr>
        <w:t>　　6、多学习其他东西，充实自己。</w:t>
      </w:r>
      <w:r>
        <w:rPr>
          <w:lang w:eastAsia="zh-CN"/>
        </w:rPr>
        <w:br/>
      </w:r>
      <w:r>
        <w:rPr>
          <w:lang w:eastAsia="zh-CN"/>
        </w:rPr>
        <w:t>　　实践证明，随着市场竞争的不断加剧，我们不能只停留在过去的十年，首先要革新观念，随着员工年龄层次的变化而改变策略和改变自己适应社会，期望在明年的此时大家都踏上一个新的台阶更上一层楼，最后衷心希望能跟大家一起抗战20__年，谢谢!</w:t>
      </w:r>
      <w:r>
        <w:rPr>
          <w:lang w:eastAsia="zh-CN"/>
        </w:rPr>
        <w:br/>
      </w:r>
      <w:r>
        <w:rPr>
          <w:lang w:eastAsia="zh-CN"/>
        </w:rPr>
        <w:t xml:space="preserve">    厨师长个人年终工作总结 篇10 </w:t>
      </w:r>
      <w:r>
        <w:rPr>
          <w:lang w:eastAsia="zh-CN"/>
        </w:rPr>
        <w:br/>
      </w:r>
      <w:r>
        <w:rPr>
          <w:lang w:eastAsia="zh-CN"/>
        </w:rPr>
        <w:t>　　大家好！伴着圣诞节的喜庆和元旦的气息，20__年的钟声即将敲响。首先，我预祝大家新年快乐、工作顺利！回首 20__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一、经营方面：我在各位领导的指导下集思广益、制定较合理的经营计划。如：根据顾客的消费心理，我们推出一些绿色食品和野生食品；根据季节性原料供应特点，我们推出一些特价菜。等等。</w:t>
      </w:r>
      <w:r>
        <w:rPr>
          <w:lang w:eastAsia="zh-CN"/>
        </w:rPr>
        <w:br/>
      </w:r>
      <w:r>
        <w:rPr>
          <w:lang w:eastAsia="zh-CN"/>
        </w:rPr>
        <w:t>　　二、管理方面：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r>
        <w:rPr>
          <w:lang w:eastAsia="zh-CN"/>
        </w:rPr>
        <w:br/>
      </w:r>
      <w:r>
        <w:rPr>
          <w:lang w:eastAsia="zh-CN"/>
        </w:rPr>
        <w:t>　　三、质量方面：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r>
        <w:rPr>
          <w:lang w:eastAsia="zh-CN"/>
        </w:rPr>
        <w:br/>
      </w:r>
      <w:r>
        <w:rPr>
          <w:lang w:eastAsia="zh-CN"/>
        </w:rPr>
        <w:t>　　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五、成本方面：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最大化。</w:t>
      </w:r>
      <w:r>
        <w:rPr>
          <w:lang w:eastAsia="zh-CN"/>
        </w:rPr>
        <w:br/>
      </w:r>
      <w:r>
        <w:rPr>
          <w:lang w:eastAsia="zh-CN"/>
        </w:rPr>
        <w:t>　　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最大程度的增加年收入，从而达到转危为机的良好效果。从这个事件上，我也深感我肩负工作的挑战性与创新性。今后，我一定会带领我的团队不断接受挑战、勇于创新，烹饪更精美的菜肴。</w:t>
      </w:r>
      <w:r>
        <w:rPr>
          <w:lang w:eastAsia="zh-CN"/>
        </w:rPr>
        <w:br/>
      </w:r>
      <w:r>
        <w:rPr>
          <w:lang w:eastAsia="zh-CN"/>
        </w:rPr>
        <w:t>　　辞旧迎新之际，我们将在20__年的基础上，继续加强经营管理、质量卫生监控和成本控制，同时要改进自己的工作思路，考察新的菜品，加快菜肴的创新，从而寻求在20__年创造更好的经济效益和社会效益。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上海世博会将会给我们带来又一次的发展机遇。与此同时，周边酒楼和饭店的与日俱增也使得20__年餐饮业的竞争更加白热化。但是，我相信，在各位领导和同仁的指导和帮助下，我们的团队一定能够抓住机遇，迎接挑战，走向一个收获的20__！</w:t>
      </w:r>
      <w:r>
        <w:rPr>
          <w:lang w:eastAsia="zh-CN"/>
        </w:rPr>
        <w:br/>
      </w:r>
      <w:r>
        <w:rPr>
          <w:lang w:eastAsia="zh-CN"/>
        </w:rPr>
        <w:t xml:space="preserve">    厨师长个人年终工作总结 篇11 </w:t>
      </w:r>
      <w:r>
        <w:rPr>
          <w:lang w:eastAsia="zh-CN"/>
        </w:rPr>
        <w:br/>
      </w:r>
      <w:r>
        <w:rPr>
          <w:lang w:eastAsia="zh-CN"/>
        </w:rPr>
        <w:t>　　我于20__年_月正式到宾馆工作，当时正是宾馆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情况初步确定菜品的定位，制定菜谱。争取定位准确，能为下一步的经营奠定基础。</w:t>
      </w:r>
      <w:r>
        <w:rPr>
          <w:lang w:eastAsia="zh-CN"/>
        </w:rPr>
        <w:br/>
      </w:r>
      <w:r>
        <w:rPr>
          <w:lang w:eastAsia="zh-CN"/>
        </w:rPr>
        <w:t>　　__大酒店在倍受领导的关注与关怀下开始了试营业，餐饮部厨房在努力完成上级下达的各项任务的同时，在菜品上随着客人的要求不断改进，以求菜品能更加适应市场。</w:t>
      </w:r>
      <w:r>
        <w:rPr>
          <w:lang w:eastAsia="zh-CN"/>
        </w:rPr>
        <w:br/>
      </w:r>
      <w:r>
        <w:rPr>
          <w:lang w:eastAsia="zh-CN"/>
        </w:rPr>
        <w:t>　　试营业以来，接待对象有团体会议、婚宴、以及各种规格的宴会接待和零点客人(主要集中在_月下旬)。营收达万余元。试营业中，厨部的工作也出现了如：菜品的定位不准确，菜品设计没根据客人的要求而定，等一些问题。带着种种问题和努力改变提升产品形象的决心迎来了新的一年。现将20__年工作计划汇报如下：</w:t>
      </w:r>
      <w:r>
        <w:rPr>
          <w:lang w:eastAsia="zh-CN"/>
        </w:rPr>
        <w:br/>
      </w:r>
      <w:r>
        <w:rPr>
          <w:lang w:eastAsia="zh-CN"/>
        </w:rPr>
        <w:t>　　一、在菜品定位上，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r>
        <w:rPr>
          <w:lang w:eastAsia="zh-CN"/>
        </w:rPr>
        <w:br/>
      </w:r>
      <w:r>
        <w:rPr>
          <w:lang w:eastAsia="zh-CN"/>
        </w:rPr>
        <w:t>　　二、在厨政管理方面，以系统化整合核心竞争力，以规范化提升管理水平，以现代信息手段提高市场竞争力，以效益化为目标指导厨政管理工作。</w:t>
      </w:r>
      <w:r>
        <w:rPr>
          <w:lang w:eastAsia="zh-CN"/>
        </w:rPr>
        <w:br/>
      </w:r>
      <w:r>
        <w:rPr>
          <w:lang w:eastAsia="zh-CN"/>
        </w:rPr>
        <w:t>　　三、在人员方面，进行专业技能考核，优胜劣汰，采用请进来走出去和定期培训的办法来提高人员的业务技能和专业素养。在结合实际的前提下，进一步完善厨房内部的各种规章制度。</w:t>
      </w:r>
      <w:r>
        <w:rPr>
          <w:lang w:eastAsia="zh-CN"/>
        </w:rPr>
        <w:br/>
      </w:r>
      <w:r>
        <w:rPr>
          <w:lang w:eastAsia="zh-CN"/>
        </w:rPr>
        <w:t>　　“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_元/张，钥匙袋_元/个，每天团队房都间以上，一年可节约一笔较大的费用);商务中心用过期报表来打印草稿纸;督促住宿的员工节约用水电;控制好办公用品，用好每一张纸、每一支笔。通过这些控制，为酒店创收做出前厅部应有的贡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时间过的可真快，转眼一年的时间过去了，在安华里幼儿园的园长领导下，各位老师的帮助下，通过自己的努力，使我在一年的实习生活里进步很大。我总结了以下四点：</w:t>
      </w:r>
      <w:r>
        <w:rPr>
          <w:lang w:eastAsia="zh-CN"/>
        </w:rPr>
        <w:br/>
      </w:r>
      <w:r>
        <w:rPr>
          <w:lang w:eastAsia="zh-CN"/>
        </w:rPr>
        <w:t>　　四、在菜肴的出品把关上，采用四层把关制，一关否定制，即配菜厨师把关、炉台厨师把关、传菜员把关、服务员把关，一关发现有问题，都有退回的权力。否则都得承担相应的责任。</w:t>
      </w:r>
      <w:r>
        <w:rPr>
          <w:lang w:eastAsia="zh-CN"/>
        </w:rPr>
        <w:br/>
      </w:r>
      <w:r>
        <w:rPr>
          <w:lang w:eastAsia="zh-CN"/>
        </w:rPr>
        <w:t>　　五、在原材料的验收和使用方面，做到严把原材料质量关，提高原材料的使用率，争取把最大的利益让给顾客。</w:t>
      </w:r>
      <w:r>
        <w:rPr>
          <w:lang w:eastAsia="zh-CN"/>
        </w:rPr>
        <w:br/>
      </w:r>
      <w:r>
        <w:rPr>
          <w:lang w:eastAsia="zh-CN"/>
        </w:rPr>
        <w:t>　　积极发展分销商：20__年最后一季度推出“飞扬眼镜兼职销售员”以来，成绩还算可以，究其原因，是因为策略比较符合当代学生的想法——自由，零风险，高回报。不足之处是奖励机制步态完善，如何挖掘销售员的潜力，大力提高其主观能动性，尚缺乏具体的激励机制。</w:t>
      </w:r>
      <w:r>
        <w:rPr>
          <w:lang w:eastAsia="zh-CN"/>
        </w:rPr>
        <w:br/>
      </w:r>
      <w:r>
        <w:rPr>
          <w:lang w:eastAsia="zh-CN"/>
        </w:rPr>
        <w:t>　　六、在食品卫生安全、消防安全方面</w:t>
      </w:r>
      <w:r>
        <w:rPr>
          <w:lang w:eastAsia="zh-CN"/>
        </w:rPr>
        <w:br/>
      </w:r>
      <w:r>
        <w:rPr>
          <w:lang w:eastAsia="zh-CN"/>
        </w:rPr>
        <w:t>　　严格执行《食品卫生法》。抓好厨房卫生安全工作。</w:t>
      </w:r>
      <w:r>
        <w:rPr>
          <w:lang w:eastAsia="zh-CN"/>
        </w:rPr>
        <w:br/>
      </w:r>
      <w:r>
        <w:rPr>
          <w:lang w:eastAsia="zh-CN"/>
        </w:rPr>
        <w:t>　　严格执行规范操作程序，预防各类事故的发生，做到安全生产，警钟长鸣!</w:t>
      </w:r>
      <w:r>
        <w:rPr>
          <w:lang w:eastAsia="zh-CN"/>
        </w:rPr>
        <w:br/>
      </w:r>
      <w:r>
        <w:rPr>
          <w:lang w:eastAsia="zh-CN"/>
        </w:rPr>
        <w:t xml:space="preserve">    厨师长个人年终工作总结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我于20__年_月正式到_酒店工作，当时正是酒店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情况初步确定菜品的定位，制定菜谱。争取定位准确，能为下一步的经营奠定基础。</w:t>
      </w:r>
      <w:r>
        <w:rPr>
          <w:lang w:eastAsia="zh-CN"/>
        </w:rPr>
        <w:br/>
      </w:r>
      <w:r>
        <w:rPr>
          <w:lang w:eastAsia="zh-CN"/>
        </w:rPr>
        <w:t>　　月宝大酒店在倍受领导的关注与关怀下开始了试营业，餐饮部厨房在努力完成上级下达的各项任务的同时，在菜品上随着客人的要求不断改进，以求菜品能更加适应市场。</w:t>
      </w:r>
      <w:r>
        <w:rPr>
          <w:lang w:eastAsia="zh-CN"/>
        </w:rPr>
        <w:br/>
      </w:r>
      <w:r>
        <w:rPr>
          <w:lang w:eastAsia="zh-CN"/>
        </w:rPr>
        <w:t>　　试营业以来，接待对象有团体会议、婚宴、以及各种规格的宴会接待和零点客人(主要集中在12月下旬)。营收达19万余元。试营业中，厨部的工作也出现了如：菜品的定位不准确，菜品设计没根据客人的要求而定，等一些问题。带着种.种问题和努力改变提升产品形象的决心迎来了新的一年。现将20__年工作计划汇报如下：</w:t>
      </w:r>
      <w:r>
        <w:rPr>
          <w:lang w:eastAsia="zh-CN"/>
        </w:rPr>
        <w:br/>
      </w:r>
      <w:r>
        <w:rPr>
          <w:lang w:eastAsia="zh-CN"/>
        </w:rPr>
        <w:t>　　一、在菜品定位上</w:t>
      </w:r>
      <w:r>
        <w:rPr>
          <w:lang w:eastAsia="zh-CN"/>
        </w:rPr>
        <w:br/>
      </w:r>
      <w:r>
        <w:rPr>
          <w:lang w:eastAsia="zh-CN"/>
        </w:rPr>
        <w:t>　　依照酒店整体的战略规划来开发规划菜品，根据餐厅菜点经营状况和市场客户调查，来不断地改进和提升产品形象。根据来酒店消费的团体会议，零点散客，宴会接待，三大块消费群体的需求，来不断丰富产品，使之能逐渐形成一组有针对性的风格化的产品。使产品在发展变化中树立自己的品牌。</w:t>
      </w:r>
      <w:r>
        <w:rPr>
          <w:lang w:eastAsia="zh-CN"/>
        </w:rPr>
        <w:br/>
      </w:r>
      <w:r>
        <w:rPr>
          <w:lang w:eastAsia="zh-CN"/>
        </w:rPr>
        <w:t>　　二、在厨政管理方面</w:t>
      </w:r>
      <w:r>
        <w:rPr>
          <w:lang w:eastAsia="zh-CN"/>
        </w:rPr>
        <w:br/>
      </w:r>
      <w:r>
        <w:rPr>
          <w:lang w:eastAsia="zh-CN"/>
        </w:rPr>
        <w:t>　　以系统化整合核心竞争力，以规范化提升管理水平，以现代信息手段提高市场竞争力，以效益化为目标指导厨政管理工作。</w:t>
      </w:r>
      <w:r>
        <w:rPr>
          <w:lang w:eastAsia="zh-CN"/>
        </w:rPr>
        <w:br/>
      </w:r>
      <w:r>
        <w:rPr>
          <w:lang w:eastAsia="zh-CN"/>
        </w:rPr>
        <w:t>　　三、在人员方面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进行专业技能考核，优胜劣汰，采用请进来走出去和定期培训的办法来提高人员的业务技能和专业素养。在结合实际的前提下，进一步完善厨房内部的各种规章制度。</w:t>
      </w:r>
      <w:r>
        <w:rPr>
          <w:lang w:eastAsia="zh-CN"/>
        </w:rPr>
        <w:br/>
      </w:r>
      <w:r>
        <w:rPr>
          <w:lang w:eastAsia="zh-CN"/>
        </w:rPr>
        <w:t>　　四、在菜肴的出品把关上</w:t>
      </w:r>
      <w:r>
        <w:rPr>
          <w:lang w:eastAsia="zh-CN"/>
        </w:rPr>
        <w:br/>
      </w:r>
      <w:r>
        <w:rPr>
          <w:lang w:eastAsia="zh-CN"/>
        </w:rPr>
        <w:t>　　采用四层把关制，一关否定制，即配菜厨师把关、炉台厨师把关、传菜员把关、服务员把关，一关发现有问题，都有退回的权力。否则都得承担相应的责任。</w:t>
      </w:r>
      <w:r>
        <w:rPr>
          <w:lang w:eastAsia="zh-CN"/>
        </w:rPr>
        <w:br/>
      </w:r>
      <w:r>
        <w:rPr>
          <w:lang w:eastAsia="zh-CN"/>
        </w:rPr>
        <w:t>　　五、在原材料的验收和使用方面</w:t>
      </w:r>
      <w:r>
        <w:rPr>
          <w:lang w:eastAsia="zh-CN"/>
        </w:rPr>
        <w:br/>
      </w:r>
      <w:r>
        <w:rPr>
          <w:lang w:eastAsia="zh-CN"/>
        </w:rPr>
        <w:t>　　做到严把原材料质量关，提高原材料的使用率，争取把最大的利益让给顾客。</w:t>
      </w:r>
      <w:r>
        <w:rPr>
          <w:lang w:eastAsia="zh-CN"/>
        </w:rPr>
        <w:br/>
      </w:r>
      <w:r>
        <w:rPr>
          <w:lang w:eastAsia="zh-CN"/>
        </w:rPr>
        <w:t>　　六、在食品卫生安全、消防安全方面</w:t>
      </w:r>
      <w:r>
        <w:rPr>
          <w:lang w:eastAsia="zh-CN"/>
        </w:rPr>
        <w:br/>
      </w:r>
      <w:r>
        <w:rPr>
          <w:lang w:eastAsia="zh-CN"/>
        </w:rPr>
        <w:t>　　严格执行《食品卫生法》。抓好厨房卫生安全工作。</w:t>
      </w:r>
      <w:r>
        <w:rPr>
          <w:lang w:eastAsia="zh-CN"/>
        </w:rPr>
        <w:br/>
      </w:r>
      <w:r>
        <w:rPr>
          <w:lang w:eastAsia="zh-CN"/>
        </w:rPr>
        <w:t>　　严格执行规范操作程序，预防各类事故的发生，做到安全生产，警钟长鸣!</w:t>
      </w:r>
      <w:r>
        <w:rPr>
          <w:lang w:eastAsia="zh-CN"/>
        </w:rPr>
        <w:br/>
      </w:r>
      <w:r>
        <w:rPr>
          <w:lang w:eastAsia="zh-CN"/>
        </w:rPr>
        <w:t xml:space="preserve">    厨师长个人年终工作总结 篇13 </w:t>
      </w:r>
      <w:r>
        <w:rPr>
          <w:lang w:eastAsia="zh-CN"/>
        </w:rPr>
        <w:br/>
      </w:r>
      <w:r>
        <w:rPr>
          <w:lang w:eastAsia="zh-CN"/>
        </w:rPr>
        <w:t>　　1，顺利接手华天厨师长的工作。20__年4月正式接手华天厨部的工作，因为我自己个性较强，渴望军事化的管理凡事都希望别人能服从自己，还有洁癖，所以自己还是有点担心，不过我相信自己最终在领导的帮助下，自己努力的付出融入和同事的配合下顺利的完成了交接工作，前三月人员，营收，毛利都保持平稳。</w:t>
      </w:r>
      <w:r>
        <w:rPr>
          <w:lang w:eastAsia="zh-CN"/>
        </w:rPr>
        <w:br/>
      </w:r>
      <w:r>
        <w:rPr>
          <w:lang w:eastAsia="zh-CN"/>
        </w:rPr>
        <w:t>　　2，对编制内员工的轮岗培训。现厨部除一人外，其余人最少能熟练操作生产区的两个工作岗位不包括水吧。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3，对新入职员工的培训20__年厨师长半年工作总结20__年厨师长半年工作总结。自去年4月起到9月底，以接待培训各店新入职新员工25人，在领导的帮助下按照《新员工培训程序》逐一逐条并尽可能安排熟手员工一对一进行培训，同时也注意给新员工一个好的第一映像，并寻求时机给其灌输做人和与人相处的自我调控和隐忍法则。着重强化安全培训，迄今为止还没出现我处培训的新员工发生安全事故上报公司的。</w:t>
      </w:r>
      <w:r>
        <w:rPr>
          <w:lang w:eastAsia="zh-CN"/>
        </w:rPr>
        <w:br/>
      </w:r>
      <w:r>
        <w:rPr>
          <w:lang w:eastAsia="zh-CN"/>
        </w:rPr>
        <w:t>　　4，分店所有能自行处理的工程维修除煤气外，均自行处理，保证分店正常的供需和不因为自己的工作而给别人添麻烦。</w:t>
      </w:r>
      <w:r>
        <w:rPr>
          <w:lang w:eastAsia="zh-CN"/>
        </w:rPr>
        <w:br/>
      </w:r>
      <w:r>
        <w:rPr>
          <w:lang w:eastAsia="zh-CN"/>
        </w:rPr>
        <w:t>　　由于各种原因是，使我的工作中存在着一些问题</w:t>
      </w:r>
      <w:r>
        <w:rPr>
          <w:lang w:eastAsia="zh-CN"/>
        </w:rPr>
        <w:br/>
      </w:r>
      <w:r>
        <w:rPr>
          <w:lang w:eastAsia="zh-CN"/>
        </w:rPr>
        <w:t>　　1，容易将个人情绪带到工作中，心情好时运作顺畅，卫士满意，充满激情，不高兴时有所怠慢，以后在工作中尽可能克服这些状况</w:t>
      </w:r>
      <w:r>
        <w:rPr>
          <w:lang w:eastAsia="zh-CN"/>
        </w:rPr>
        <w:br/>
      </w:r>
      <w:r>
        <w:rPr>
          <w:lang w:eastAsia="zh-CN"/>
        </w:rPr>
        <w:t>　　2，员工的卫生意识还需要提高，洗消和厨杂炉头的源头卫生正在进行中。</w:t>
      </w:r>
      <w:r>
        <w:rPr>
          <w:lang w:eastAsia="zh-CN"/>
        </w:rPr>
        <w:br/>
      </w:r>
      <w:r>
        <w:rPr>
          <w:lang w:eastAsia="zh-CN"/>
        </w:rPr>
        <w:t>　　3，自控力差20__年厨师长半年工作总结工作总结。还记得洪少跟我说过一句话：要做好管理就要管好自己。公司的培训课程，拓展训练里所表现的所希望我们明白的，可以说我都知道，都明白，也都理解，只是太多的时候我放纵了自己，没有约束自己，在以后的工作和生活中管好自己。</w:t>
      </w:r>
      <w:r>
        <w:rPr>
          <w:lang w:eastAsia="zh-CN"/>
        </w:rPr>
        <w:br/>
      </w:r>
      <w:r>
        <w:rPr>
          <w:lang w:eastAsia="zh-CN"/>
        </w:rPr>
        <w:t>　　关于20__我的计划是</w:t>
      </w:r>
      <w:r>
        <w:rPr>
          <w:lang w:eastAsia="zh-CN"/>
        </w:rPr>
        <w:br/>
      </w:r>
      <w:r>
        <w:rPr>
          <w:lang w:eastAsia="zh-CN"/>
        </w:rPr>
        <w:t>　　1，认真做好每一天每一项的工作;</w:t>
      </w:r>
      <w:r>
        <w:rPr>
          <w:lang w:eastAsia="zh-CN"/>
        </w:rPr>
        <w:br/>
      </w:r>
      <w:r>
        <w:rPr>
          <w:lang w:eastAsia="zh-CN"/>
        </w:rPr>
        <w:t>　　2，细化安全，出品，卫生措施，提高顾客满意度;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3，加强教育培训，强化员工素质，尽可能的实现--新员工一对一培训;</w:t>
      </w:r>
      <w:r>
        <w:rPr>
          <w:lang w:eastAsia="zh-CN"/>
        </w:rPr>
        <w:br/>
      </w:r>
      <w:r>
        <w:rPr>
          <w:lang w:eastAsia="zh-CN"/>
        </w:rPr>
        <w:t>　　4，约束自我，规范管理，不断调整员工岗位轮训;</w:t>
      </w:r>
      <w:r>
        <w:rPr>
          <w:lang w:eastAsia="zh-CN"/>
        </w:rPr>
        <w:br/>
      </w:r>
      <w:r>
        <w:rPr>
          <w:lang w:eastAsia="zh-CN"/>
        </w:rPr>
        <w:t>　　5，本月底针对节约煤气和，毛利控制的详细计划上交分店经理共同商讨执行;</w:t>
      </w:r>
      <w:r>
        <w:rPr>
          <w:lang w:eastAsia="zh-CN"/>
        </w:rPr>
        <w:br/>
      </w:r>
      <w:r>
        <w:rPr>
          <w:lang w:eastAsia="zh-CN"/>
        </w:rPr>
        <w:t>　　6，多学习其他东西，充实自己。</w:t>
      </w:r>
      <w:r>
        <w:rPr>
          <w:lang w:eastAsia="zh-CN"/>
        </w:rPr>
        <w:br/>
      </w:r>
      <w:r>
        <w:rPr>
          <w:lang w:eastAsia="zh-CN"/>
        </w:rPr>
        <w:t>　　实践证明，随着市场竞争的不断加剧，我们不能只停留在过去的十年和亚运成绩，首先要革新观念，随着员工年龄层次的变化而改变策略和改变自己适应社会，期望在明年的此时大家都踏上一个新的台阶更上一层楼，最后衷心希望能跟大家一起抗战二十年，谢谢!</w:t>
      </w:r>
      <w:r>
        <w:rPr>
          <w:lang w:eastAsia="zh-CN"/>
        </w:rPr>
        <w:br/>
      </w:r>
      <w:r>
        <w:rPr>
          <w:lang w:eastAsia="zh-CN"/>
        </w:rPr>
        <w:t xml:space="preserve">    厨师长个人年终工作总结 篇14 </w:t>
      </w:r>
      <w:r>
        <w:rPr>
          <w:lang w:eastAsia="zh-CN"/>
        </w:rPr>
        <w:br/>
      </w:r>
      <w:r>
        <w:rPr>
          <w:lang w:eastAsia="zh-CN"/>
        </w:rPr>
        <w:t>　　时光飞逝，转眼间20_年已经过去。食堂作为服务窗口，要安排好单位内部员工的餐食，尽管是件“众口难调”的事，但是本着从卫生、营养、科学的配餐为出发点，为了员工的健康，与行领导一起根据季节变化，在市场允许的前提下，尽可能安排适合员工口味的营养餐食谱。让员工吃得卫生、营养、吃出健康。现将本人具体工作情况汇报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一、经营方面：我在各位领导的指导下集思广益、制定较合理的经营计划。如：根据顾客的消费心理，我们推出一些绿色食品和野生食品;根据季节性原料供应特点，我们推出一些特价菜。等等。本年度食堂主要以口味清淡、爽口的农家小菜、绿色蔬菜为主，以高档菜肴为辅，虽然经营收入上没有很大突破，但是让员工吃得舒心、放心是我工作的第一出发点。</w:t>
      </w:r>
      <w:r>
        <w:rPr>
          <w:lang w:eastAsia="zh-CN"/>
        </w:rPr>
        <w:br/>
      </w:r>
      <w:r>
        <w:rPr>
          <w:lang w:eastAsia="zh-CN"/>
        </w:rPr>
        <w:t>　　二、管理方面：以人为本，我结合员工实际情况加强素质教育，每天都对员工进行有针对性的厨艺培训，并经常激励他们把工作看作是自己的事业。经过努力，员工整体素质得以提高的方案，如注重仪表、遵守厨房规章制度等;有些员工甚至还开始自己琢磨新菜谱。现在，我们已经形成了一个和谐、高效、创新的团队。</w:t>
      </w:r>
      <w:r>
        <w:rPr>
          <w:lang w:eastAsia="zh-CN"/>
        </w:rPr>
        <w:br/>
      </w:r>
      <w:r>
        <w:rPr>
          <w:lang w:eastAsia="zh-CN"/>
        </w:rPr>
        <w:t>　　三、质量方面：作为厨师长，我严把质量关。我们对每道菜都制作了一个投料标准及制作程序单，做菜时严格按照标准执行，确保每道菜的色、香、味稳定;在菜肴的出品把关上，采用四层把关制，一关否定制，即配菜厨师把关、炉台厨师把关、传菜员把关、服务员把关，一关发现有问题，都有退回的权力。我们还认真听取各方面的意见和反馈，总结每日出品问题，并及时改进不足;我们还经常更新菜谱，动脑筋、想办法、变花样，确保就餐职工经常可以尝到新口味。</w:t>
      </w:r>
      <w:r>
        <w:rPr>
          <w:lang w:eastAsia="zh-CN"/>
        </w:rPr>
        <w:br/>
      </w:r>
      <w:r>
        <w:rPr>
          <w:lang w:eastAsia="zh-CN"/>
        </w:rPr>
        <w:t>　　四、卫生方面：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严格执行规范操作程序，预防各类事故的发生，做到安全生产，警钟长鸣!</w:t>
      </w:r>
      <w:r>
        <w:rPr>
          <w:lang w:eastAsia="zh-CN"/>
        </w:rPr>
        <w:br/>
      </w:r>
    </w:p>
    <w:p w:rsidR="001B1F19" w14:textId="27C3F48A">
      <w:pPr>
        <w:rPr>
          <w:rFonts w:hint="eastAsia"/>
          <w:lang w:eastAsia="zh-CN"/>
        </w:rPr>
      </w:pPr>
      <w:r>
        <w:rPr>
          <w:lang w:eastAsia="zh-CN"/>
        </w:rPr>
        <w:t>　　五、成本方面：在保证菜肴质量的情况下，降低成本，让利职工，始终是我们追求的一个重要目标。作为厨师长，我也总结出一些降低成本的新方法。如：掌握库存状况，坚决执行“先进先出”原则，把存货时间较长的原料尽快销售出去;研制无成本菜品，把主菜的剩余原料做成托式菜品，以降低成本;厨师知道自己所用原料的单价，每日估算所用原料的价值，这样就把成本控制落实到食堂员工身上，使所有厨房员工都关心成本，从而达到效益化。</w:t>
      </w:r>
      <w:r>
        <w:rPr>
          <w:lang w:eastAsia="zh-CN"/>
        </w:rPr>
        <w:br/>
      </w:r>
      <w:r>
        <w:rPr>
          <w:lang w:eastAsia="zh-CN"/>
        </w:rPr>
        <w:t>　　六、在菜品定位上，依照建行整体的战略规划来开发规划菜品，根据餐厅菜点经营状况和就餐职工的市场调查，来不断地改进和提升产品形象。根据来食堂消费的团体会议，零点散客，宴会接待，三大块消费群体的需求，来不断丰富产品，使之能逐渐形成一组有针对性的风格化的产品创新菜品。</w:t>
      </w:r>
      <w:r>
        <w:rPr>
          <w:lang w:eastAsia="zh-CN"/>
        </w:rPr>
        <w:br/>
      </w:r>
      <w:r>
        <w:rPr>
          <w:lang w:eastAsia="zh-CN"/>
        </w:rPr>
        <w:t>　　20_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r>
        <w:rPr>
          <w:lang w:eastAsia="zh-CN"/>
        </w:rPr>
        <w:br/>
      </w:r>
      <w:r>
        <w:rPr>
          <w:lang w:eastAsia="zh-CN"/>
        </w:rPr>
        <w:t>　　展望20_年，作为一名厨师长，我将各位领导的指导下，在广大同事的支持下，始终坚持以身作则，高标准、严要求，团结和带领广大食堂员工，为顾客提供精美的菜肴和优质的服务;为实现食堂经济利益和社会效益，勤勤恳恳、兢兢业业。</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https://d.book118.com/796113004013010100</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96113004013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