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《傅雷家书》读书心得体会800字以上（30篇）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《傅雷家书》读书心得体会800字以上（精选30篇）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篇1 </w:t>
      </w:r>
      <w:r>
        <w:rPr>
          <w:lang w:eastAsia="zh-CN"/>
        </w:rPr>
        <w:br/>
      </w:r>
      <w:r>
        <w:rPr>
          <w:lang w:eastAsia="zh-CN"/>
        </w:rPr>
        <w:t>　　终于，我用了一个月的零碎时间看完了这本《傅雷家书》，这本书让我受益匪浅。</w:t>
      </w:r>
      <w:r>
        <w:rPr>
          <w:lang w:eastAsia="zh-CN"/>
        </w:rPr>
        <w:br/>
      </w:r>
      <w:r>
        <w:rPr>
          <w:lang w:eastAsia="zh-CN"/>
        </w:rPr>
        <w:t>　　当要回头写读后感时，我觉得很不容易。因为全书收录的这些家书，可谓篇篇精彩，字字珠玑，做笔记或任何总结概括都有可能损害这部经典之作。所以，在这里我只是记录一些一读该书后的重要印象，以及我所理解的作者所表达的重要思想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首先，从形式方面看，《家书》让我了解了什么是细致入微，无微不至，严谨认真……相信所有读过家书的读者对这些特点都深有感触吧。根据自己很少的经验，我觉得，之所以能够如此，很大程度因了书信这种表达、交流或写作方式。只有通过这样的方式，才能有如此涉及广泛、自然舒畅的作品诞生。他不仅谈艺术学习，还谈生活、恋爱，谈做人，谈修养，甚至于儿子写错字，父亲也会“郑重其事”地指出并耐心分析、纠正。也正是这种方式而不是其他方式(如论文，译作)，使得我们可以直截地清楚地感受到，著名文艺评论家、文学翻译家傅雷先生做人、做学问的细致、严谨、认真的态度和作风。如果说《傅雷家书》是一部‘最好的艺术学徒修养读物”或者经典的“教子篇”，那么，我想首先而最具这种意义的应当是这种态度和作风。但绝不仅限于此，还有，傅雷先生由于自己的学识、思想而能将任何大事小事阐发出深刻但绝不艰涩的道理，从而给人以启发。</w:t>
      </w:r>
      <w:r>
        <w:rPr>
          <w:lang w:eastAsia="zh-CN"/>
        </w:rPr>
        <w:br/>
      </w:r>
      <w:r>
        <w:rPr>
          <w:lang w:eastAsia="zh-CN"/>
        </w:rPr>
        <w:t>　　当然，我不认为它仅仅是“最好的艺术学徒修养读物”或者“教子篇”，对于像我这样并非艺术学徒(狭义)的读者，这些家书仍不失其伟大。书中处处闪耀着智慧的光芒，时时给人深刻的开导。其中贯穿始终，我以为最重要的一点，就是关于做人、修养以及学问的关系实为一体的思想。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篇2 </w:t>
      </w:r>
      <w:r>
        <w:rPr>
          <w:lang w:eastAsia="zh-CN"/>
        </w:rPr>
        <w:br/>
      </w:r>
      <w:r>
        <w:rPr>
          <w:lang w:eastAsia="zh-CN"/>
        </w:rPr>
        <w:t>　　每个人都有着自己伟大的父亲，无论这个父亲是知识渊博的或只是一个只会下地耕作的农民，他们一样的伟大。在读傅雷家书的时候，字里行间都洋溢着浓浓的亲情，读着读着就让人对这么一份父子情钦佩。他们虽身隔万里，但父亲却通过儿子的信，深入地了解儿子，写下感人的信。信中有对儿子学业的指导，更多的是对儿子人生的指引。信中的话充满着父爱，蕴涵着真理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傅雷先生在信上不仅谈艺术学习，还谈生活、恋爱，谈做人，谈修养，甚至于儿子写错字，父亲也会郑重其事地指出并耐心分析、纠正。我们又何曾如此跟家里的长辈提及过这些问题?在学校的生活，父母不知道，也不想让父母知道，更别说恋爱。不否认，我们曾经都是乖乖孩子，也曾认认真真地听着妈妈的话，按照着父亲的指导去做事去学习，但是越长大越需要有自己的私人空间，有时候总觉得父辈们都是老一代的思想，不能理解我们的想法，说了也白说或着遭到批评，或许也是我们太任性。</w:t>
      </w:r>
      <w:r>
        <w:rPr>
          <w:lang w:eastAsia="zh-CN"/>
        </w:rPr>
        <w:br/>
      </w:r>
      <w:r>
        <w:rPr>
          <w:lang w:eastAsia="zh-CN"/>
        </w:rPr>
        <w:t>　　很多时候我们都是按着自己的意思与心情去做事，尽管每次都会撞得一鼻子灰甚至是遍体鳞伤，但是不论我们是多么的任性，不论我们曾经是多么地伤害了父亲，他总是一如既往地关心着我们，从不因我们的一时不懂事而丢弃我们，这种感情也叫父爱。无论我们走得多远，总有那么一根线，牵着我们，一头系在家的门前，另一头系在我们的心上，无论我们在外面生活得多累、多疲倦，总有那么一个港湾，让我们的发动机有着驱动的能量，这是家的力量，也是因为家里的那一根顶梁柱父亲。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篇3 </w:t>
      </w:r>
      <w:r>
        <w:rPr>
          <w:lang w:eastAsia="zh-CN"/>
        </w:rPr>
        <w:br/>
      </w:r>
      <w:r>
        <w:rPr>
          <w:lang w:eastAsia="zh-CN"/>
        </w:rPr>
        <w:t>　　《傅雷家书》是我国文学艺术翻译家傅雷1954&amp;1966年间写给孩子傅聪、傅敏的家信摘编，编入了家书180多封，它不仅仅是家书，更是傅雷对远在万里之外的傅聪的教育的文字篇本，是一部充满着爱的苦心孤诣、呕心沥血的教子篇。傅雷夫妇作为中国父母的典范，一生苦心孤诣，呕心沥血培养的两个孩子：傅聪是世界著名的钢琴大师，傅敏成为英语特级教师。作为文学翻译家的傅雷, 他写给家人的书信以其真挚的情感、深邃的哲理、独到的艺术见解深深打动了每一位读者的心。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《傅雷家书》无处不体现了浓浓的父爱了，或许每个父亲对他的孩子都疼爱有加，但在疼爱的同时，傅雷不忘对其儿子进行音乐、美术、哲学、历史、文学乃至健康等等全方位教育的，纵使以如此之大的中国，能够达到此种地步的，未知能有几人，因为这确实需要充足的条件，父亲要学贯中西，儿子也要知书达理，而父子之间更要在相互尊重和爱护的基础上达成充分的默契。</w:t>
      </w:r>
      <w:r>
        <w:rPr>
          <w:lang w:eastAsia="zh-CN"/>
        </w:rPr>
        <w:br/>
      </w:r>
      <w:r>
        <w:rPr>
          <w:lang w:eastAsia="zh-CN"/>
        </w:rPr>
        <w:t>　　傅聪至海外留学，与父亲的联系自然只能依靠书信，于是父子之情便在一封封家书中表露无疑。他们通过书信一起讨论艺术，研究乐曲的内涵，交流对事物的看法，虽然没有母子通信时那种嘘寒问暖，但他们之间的默契却是其他无论什么都无可代替的。掩卷后对书回想起来，最大的感触就是傅雷对艺术甚深的造诣。傅雷对于艺术尤其是乐曲的领会，颇有一番自己的见解。书中不仅论及音乐，同时涉及教育、文学、爱情、人生等各方面，且不是浅尝辄止，很多都是极有深度的见解。在这本书信集里，随处可见一个父亲的慈爱、对孩子的厚望及骄傲，深厚的艺术造诣、渊博的学识涵养在书中各个角落闪光，所有的这些无不体现着作者的博学和睿智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而正是由于这么一位苦心孤诣的父亲，受其陶冶与教导，使傅聪在海外的孤独环境中，汲取到勇气和力量。父母的鼓励鞭策更让他明确艺术道路上的前进方向。傅聪在异国漂流，但父母仿佛仍在他的身边，时时给他指导、鼓励和鞭策，使他有勇气和力量去战胜各种各样的魔障和阻力，踏上自己正当成长的道路。通过这些书信，不仅儿子和亲人之间，建立了牢固的纽带，也通过这一条纽带，也使傅聪与远离的祖国牢牢地建立了心的结合。后来的事实证明不管国内家庭所受到的残酷遭遇，不管他自己所蒙受的恶名，他始终没有背弃他的祖国，不受祖国敌对者多方的威胁利诱，没有说过或做过有损祖国尊严的言行，这就是一个父亲对一个儿子的熏陶，这与父亲在数万里外，给儿子殷切的爱国主义教育是分不开的。</w:t>
      </w:r>
      <w:r>
        <w:rPr>
          <w:lang w:eastAsia="zh-CN"/>
        </w:rPr>
        <w:br/>
      </w:r>
      <w:r>
        <w:rPr>
          <w:lang w:eastAsia="zh-CN"/>
        </w:rPr>
        <w:t>　　而今，七旬的傅聪已是闻名世界的音乐家，艺术造诣举世公认。被寓为钢琴诗人的他应该也会时常地想念父亲对自己的言传身教吧。傅雷把培养孩子同样当作他对社会、对国家所应尽的一项神圣义务和责任。不是每个家长都能把教育上升到这种认识层次，但对于孩子的关爱和培养，我想是人的本性。在阅读的过程中，看着傅雷的谆谆教导，远方的父亲轮廓渐渐清晰，仿佛近在咫尺、触手可及，时常想念、时常感动。</w:t>
      </w:r>
      <w:r>
        <w:rPr>
          <w:lang w:eastAsia="zh-CN"/>
        </w:rPr>
        <w:br/>
      </w:r>
      <w:r>
        <w:rPr>
          <w:lang w:eastAsia="zh-CN"/>
        </w:rPr>
        <w:t>　　《傅雷家书》是老师的教导，是长者的叮嘱，是父母对儿女的关切，是诗人对生活的热爱。那一封封家书，就像一次次珍贵的谈心，拉近了我同书中人物的距离，给予我心灵的荡涤，思想的启发。我在感受着，聆听着，用心铭记着。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篇4 </w:t>
      </w:r>
      <w:r>
        <w:rPr>
          <w:lang w:eastAsia="zh-CN"/>
        </w:rPr>
        <w:br/>
      </w:r>
      <w:r>
        <w:rPr>
          <w:lang w:eastAsia="zh-CN"/>
        </w:rPr>
        <w:t>　　人教版九年级语文上册第二单元选编了《傅雷家书》两则，在这两则信中，字里行间流露出作者对儿子的爱。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第一封家书写作的时间是当儿子精神消沉的时候，第二封家书写作的时间是当儿子欣喜成功的时候。这两封家书从两个方面表达了父亲对儿子的那一份动人的舐犊之情。傅雷和傅聪两父子不仅是生活中的朋友，而且是艺术上的知音。傅雷以自己深厚的学养、真挚的父爱，倾听着万里之外儿子的每一次心跳，预想着儿子前进道路上可能出现的各种困难，传颂着自己的惦念和祖国的声音。</w:t>
      </w:r>
      <w:r>
        <w:rPr>
          <w:lang w:eastAsia="zh-CN"/>
        </w:rPr>
        <w:br/>
      </w:r>
      <w:r>
        <w:rPr>
          <w:lang w:eastAsia="zh-CN"/>
        </w:rPr>
        <w:t>　　《博雷家书》是一部充满着父爱的苦心孤诣、呕心沥血的教子篇;也是现代中国影响最大的家训。傅雷以一个过来人的身份，把自己人生的智慧，生活的经验，艺术的感悟，毫无保留地贡献出来。“我们并没为你前信感到什么烦恼或是不安。我在第八封信中还对你预告，这种精神消沉的情形，以后还是会有的。”这真是知子莫如父，傅雷似乎早就预料到儿子的这种情绪了。紧接着又说“我是过来人，决不至于大惊小怪。你也不必为此担心，更不必硬压在肚里不告诉我们。心中的苦闷不在家信中发泄，又哪里去发泄呢?孩子不向父母诉苦向谁诉呢?我们不来安慰你，又该谁来安慰你呢?”安慰儿子，向父母诉苦是人之常情，遭遇挫折是人生的必修课，谁也难免的。作为父亲不能教条主义地说，这不能，那不能，连用了几个形象的比喻，告诫儿子，不要过分悲伤、消沉。如“人一辈子都在高潮，低潮中浮沉，惟有庸碌的人，生活才如死水一般;或者要有极高的修养，方能廓然无累，真正的解脱。只要高潮不过分使你紧张，低潮不过分使你颓废，就好了。太阳太强烈，会把五谷晒焦;雨水太猛，也会淹死庄稼。”这就是朋友式的父亲，对儿子的爱，比山还高大，比海还宽阔。还用了克利斯朵夫的经历鼓励儿子正视现实和挫折，勇敢地战胜它。从而教育儿子要学会坚强，这才是生活的强者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从书中我体会了父母对我含辛茹苦的养育，他们辛辛苦苦的工作，为我营造一个良好的学习环境，让我在一个舒适的场所学习，用功努力，能为将来创造一个良好的生活环境，我想，我们应该理解父母的苦心，努力学习，回报他们!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篇5 </w:t>
      </w:r>
      <w:r>
        <w:rPr>
          <w:lang w:eastAsia="zh-CN"/>
        </w:rPr>
        <w:br/>
      </w:r>
      <w:r>
        <w:rPr>
          <w:lang w:eastAsia="zh-CN"/>
        </w:rPr>
        <w:t>　　《傅雷家书》中的内容蛮简单，主要都是傅雷以书信给两个儿子在艺术，学习，生活，等方面进行指导。一步步见证孩子的成长与成功。</w:t>
      </w:r>
      <w:r>
        <w:rPr>
          <w:lang w:eastAsia="zh-CN"/>
        </w:rPr>
        <w:br/>
      </w:r>
      <w:r>
        <w:rPr>
          <w:lang w:eastAsia="zh-CN"/>
        </w:rPr>
        <w:t>　　正因为全书的书信，刚开始读时是真的枯燥无聊，里面既无跌宕起伏的故事，也很少极大煽情。不过，看着看着，也就慢慢习惯了。大概是因为看久了，就觉得顺眼多了。</w:t>
      </w:r>
      <w:r>
        <w:rPr>
          <w:lang w:eastAsia="zh-CN"/>
        </w:rPr>
        <w:br/>
      </w:r>
      <w:r>
        <w:rPr>
          <w:lang w:eastAsia="zh-CN"/>
        </w:rPr>
        <w:t>　　在这部书中，傅雷用作为学者，父亲两个身份写信。既有对儿子的愧疚，又会表达自己强烈的思儿心情;既会跟儿子谈美妙的艺术，又会论博大精深的中华文化。面对儿子的情绪，感情，都以开明，理性，乐观的态度去指导儿子。也是嘴硬心软，现实平静，信中表达自己的爱儿心切。是个优秀，理想的好爸爸，好教师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对此，我也不禁想到我的父亲。他虽然没有傅雷一样高深的文化，也不会专业的述语，但他会用最平凡的一切给我极大的温暖。之前，我对于自家老爸对我高谈大学，高中的事较为不满，当时心里只想着当下，对爸爸这种话题即是烦躁。后来，一回，家里亲戚和爸妈在谈孩子的话题，这个话题总会使大多父母孩子敏感。他那时爸爸的一句话让我记忆犹新：“我知道她现在有压力，她也长大了，要自由，会叛逆，所以对她的成绩，我不去计较。”就是这句话使我对爸爸一向形象改观。以前只觉得极好的高中，大学都是爸爸对我的必须，之后我才真正明白，这只是期望与动力。这就是爸爸给我的一个教导。</w:t>
      </w:r>
      <w:r>
        <w:rPr>
          <w:lang w:eastAsia="zh-CN"/>
        </w:rPr>
        <w:br/>
      </w:r>
      <w:r>
        <w:rPr>
          <w:lang w:eastAsia="zh-CN"/>
        </w:rPr>
        <w:t>　　通过这本书，我懂了，父母心底最深沉的爱，从来都是毫不掩饰的给予孩子。用自己的经历，理解给孩子上无数堂有意义的课，他们是我们人生中最重要的老师，用淳朴，平凡为孩子铺设自由的未来。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篇6 </w:t>
      </w:r>
      <w:r>
        <w:rPr>
          <w:lang w:eastAsia="zh-CN"/>
        </w:rPr>
        <w:br/>
      </w:r>
      <w:r>
        <w:rPr>
          <w:lang w:eastAsia="zh-CN"/>
        </w:rPr>
        <w:t>　　傅雷是我国著名文学翻译家、文艺评论家，他是一个博学，睿智，正直的学者，极富个性。不得不说，《傅雷家书》无疑是一部极亲切、极写实的作品，无论是作为一名读者，还是对当时的傅雷一家来说，很享受其中的温馨。</w:t>
      </w:r>
      <w:r>
        <w:rPr>
          <w:lang w:eastAsia="zh-CN"/>
        </w:rPr>
        <w:br/>
      </w:r>
      <w:r>
        <w:rPr>
          <w:lang w:eastAsia="zh-CN"/>
        </w:rPr>
        <w:t>　　品读完家书，无论对谁来说，傅先生是一位十分负责，有自省能力的父亲。在《傅雷家书》中，我看到了一位父亲对孩子的谆谆教诲，字里行间，流露出傅雷对儿子强烈的父爱。这种爱使人震撼，使我对傅雷爱子教子的精神所深深打动。信中细腻入微、诚心诚意的文笔，无不充满着对孩子的'爱。从开始的致歉，到后来的嘘寒问暖，他随着孩子的长大，自己也不断的改变着，这是十分难得的。傅雷用另一种方式诠释对儿子的爱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人自爱其子，是一种自然的规律。生命有限，而傅雷却通过自己的儿女来延续自己的生命，让儿女学会对社会、对祖国、对世界负起责任来。在傅雷的文字之中，他高度负责的精神可见一斑。傅聪在异国漂流的生活中，他从父亲的书信里得到了无尽的精神养料，好像父母仍在身边，给他力量，突破冲重重的阻力，踏上一条完美的成长道路。</w:t>
      </w:r>
      <w:r>
        <w:rPr>
          <w:lang w:eastAsia="zh-CN"/>
        </w:rPr>
        <w:br/>
      </w:r>
      <w:r>
        <w:rPr>
          <w:lang w:eastAsia="zh-CN"/>
        </w:rPr>
        <w:t>　　在这位父亲的信中，有一句令人难以忘怀，他说，人是感情动物，展示了父亲感性的一面，人就是这样的，生而为人，我们为么特殊于其他生物？就在于我们有更多的情感。无论痛苦、快乐，这都是我们一份难能可贵的经历。为什么总那么理性呢？享受这些独特的情感，将人生变得多彩些，才不负此生！</w:t>
      </w:r>
      <w:r>
        <w:rPr>
          <w:lang w:eastAsia="zh-CN"/>
        </w:rPr>
        <w:br/>
      </w:r>
      <w:r>
        <w:rPr>
          <w:lang w:eastAsia="zh-CN"/>
        </w:rPr>
        <w:t>　　读《傅雷家书》，感受的是一颗纯洁、正直、真诚、高尚的灵魂。父子之间的感情因为艺术的崇高而得以升华，成为一份取之不尽的人类精神的养料。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篇7 </w:t>
      </w:r>
      <w:r>
        <w:rPr>
          <w:lang w:eastAsia="zh-CN"/>
        </w:rPr>
        <w:br/>
      </w:r>
      <w:r>
        <w:rPr>
          <w:lang w:eastAsia="zh-CN"/>
        </w:rPr>
        <w:t>　　近期，我阅读了《傅雷家书》，这本书是傅雷夫妇于1945至1966年写给儿子傅聪及儿媳弥拉的家书。充满了对儿子真挚的爱和期盼，以及热爱祖国的高尚情感，令我感触很深。</w:t>
      </w:r>
      <w:r>
        <w:rPr>
          <w:lang w:eastAsia="zh-CN"/>
        </w:rPr>
        <w:br/>
      </w:r>
      <w:r>
        <w:rPr>
          <w:lang w:eastAsia="zh-CN"/>
        </w:rPr>
        <w:t>　　儿子傅雷年幼时便离开父母到国外学习，难免会遇到迷茫和困惑。傅雷先生的家书，就像一盏指路明灯，指引着傅雷沿着“德艺具备、人格卓越的艺术家”之路砥砺前行。他在书中与儿子谈人性、价值观、修养、爱情、学业等内容，在文字中传递着相隔千山万水的亲情。都说父爱如山，母爱如水，虽然纸短情长，但傅雷家书却奔赴千里，终究见字如见面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进一步阅读本书后发现，书信的文字真挚淳朴，真切自然。傅雷夫妇是真正的理解孩子，能够读透孩子的内心，如同孩子的良师益友!比如傅雷在家书中主动剖析自己，在子女面前勇于承认错误，从自身的经历中循循善诱的给出子女建议。而这正是现在许多父母所欠缺的教子之道。</w:t>
      </w:r>
      <w:r>
        <w:rPr>
          <w:lang w:eastAsia="zh-CN"/>
        </w:rPr>
        <w:br/>
      </w:r>
      <w:r>
        <w:rPr>
          <w:lang w:eastAsia="zh-CN"/>
        </w:rPr>
        <w:t>　　而另一方面，傅雷对傅聪的要求还是非常严厉的，严厉中包含着望子成龙的期盼。傅雷适时对儿子的教导甚至训斥，使得傅聪锻炼出一颗坚韧的心，所以他才能经得住考验，敢于面对困难，勇敢追梦，成为一名优秀的钢琴家，走上了世界之巅。所以，在父母严格要求我们的时候，不要心烦意乱甚至出言顶撞，请静下心想一想，父母的严厉，都是为了让我们为未来打下坚固的磐石。要学会彼此体谅，学会爱。</w:t>
      </w:r>
      <w:r>
        <w:rPr>
          <w:lang w:eastAsia="zh-CN"/>
        </w:rPr>
        <w:br/>
      </w:r>
      <w:r>
        <w:rPr>
          <w:lang w:eastAsia="zh-CN"/>
        </w:rPr>
        <w:t>　　当然，傅雷作为著名的文学家、教育家、翻译家，他的爱绝不囿于家长里短，还包含着美好的人性、高尚的道德准则、优良的行为操守与拳拳的爱国热情。比如，傅雷先生一直劝诫傅聪要有一颗“赤子之心”，他说过：“赤子便是不知道孤独的。赤子孤独了,会创造一个世界,创造许多心灵的朋友!”赤子之心便是远离世俗，心无杂念，用心去感受生活。</w:t>
      </w:r>
      <w:r>
        <w:rPr>
          <w:lang w:eastAsia="zh-CN"/>
        </w:rPr>
        <w:br/>
      </w:r>
      <w:r>
        <w:rPr>
          <w:lang w:eastAsia="zh-CN"/>
        </w:rPr>
        <w:t>　　爱是世界上最美的语言，即使时间、空间的限制，也都不是阻挡传递真挚爱意的绊脚石。纵使相距再远，爱仍然为你牵肠挂肚;纵使经年累月，爱仍然为你到天荒地老。这就是父母的爱子之情，在我看来，此书无别意，只因爱一字。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篇8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《傅雷家书》真是教育子女的一本好书，同时也应该是作子女的了解父母的一本好书。子女可以通过这本书了解自己的父母，父母可以通过这本书了解自己的子女，傅雷在信中所写的每字每句已经成为经典，永垂不朽的经典。</w:t>
      </w:r>
      <w:r>
        <w:rPr>
          <w:lang w:eastAsia="zh-CN"/>
        </w:rPr>
        <w:br/>
      </w:r>
      <w:r>
        <w:rPr>
          <w:lang w:eastAsia="zh-CN"/>
        </w:rPr>
        <w:t>　　傅雷不愧是好父亲，能以如此的心态和耐心来教育孩子。傅雷究竟是如何有这种力量呢?这种伟大的父爱可以说影响了傅聪的一生，为傅聪走向未来做出了铺垫，打下了坚实的基础。因此，傅雷所写的这些书信也就是非常重要的，给傅聪上了一堂人生课，让他知道如何在这个世界上生活。</w:t>
      </w:r>
      <w:r>
        <w:rPr>
          <w:lang w:eastAsia="zh-CN"/>
        </w:rPr>
        <w:br/>
      </w:r>
      <w:r>
        <w:rPr>
          <w:lang w:eastAsia="zh-CN"/>
        </w:rPr>
        <w:t>　　傅雷作为父亲，对子女的情感是十分丰富的，他对子女从不苛刻。而且他对傅聪的音乐事业十分的重视。傅聪事业的点点滴滴都非常的在乎，这让傅聪十分的感动。</w:t>
      </w:r>
      <w:r>
        <w:rPr>
          <w:lang w:eastAsia="zh-CN"/>
        </w:rPr>
        <w:br/>
      </w:r>
      <w:r>
        <w:rPr>
          <w:lang w:eastAsia="zh-CN"/>
        </w:rPr>
        <w:t>　　其实，我们身边的父亲也跟傅雷一样的平凡与伟大。我们的父亲也是经常为我们的生计，为了我们的学习，为了我们能上一个好的学校，为了我们能拥有好的成绩，使得自己的头发都白了，费尽了心血，这是真正的伟大，这才是真正的父亲!傅雷可以说是千千万万个父亲中的一个杰出的代表，他的对子女的充满爱心的心理使得他的子女可以健康的成长。</w:t>
      </w:r>
      <w:r>
        <w:rPr>
          <w:lang w:eastAsia="zh-CN"/>
        </w:rPr>
        <w:br/>
      </w:r>
      <w:r>
        <w:rPr>
          <w:lang w:eastAsia="zh-CN"/>
        </w:rPr>
        <w:t>　　傅聪的母亲在信中也扮演了重要的角色，她也给她的儿女写了好几封信。信中充满了对子女的关心和怜爱。同样，她对于傅聪的音乐事业也非常的在乎，这也同样让傅聪十分的感动，他也明白了母亲的爱对他有多重要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这本《傅雷家书》真的让我懂得了非常多的道理，也让我更加了解父母的心理都在想着什么，这让我可以更好的和父母沟通。</w:t>
      </w:r>
      <w:r>
        <w:rPr>
          <w:lang w:eastAsia="zh-CN"/>
        </w:rPr>
        <w:br/>
      </w:r>
      <w:r>
        <w:rPr>
          <w:lang w:eastAsia="zh-CN"/>
        </w:rPr>
        <w:t>　　我太感谢这本书了，真正的父母的爱之书!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篇9 </w:t>
      </w:r>
      <w:r>
        <w:rPr>
          <w:lang w:eastAsia="zh-CN"/>
        </w:rPr>
        <w:br/>
      </w:r>
      <w:r>
        <w:rPr>
          <w:lang w:eastAsia="zh-CN"/>
        </w:rPr>
        <w:t>　　微风拂晓的时候，阳光正好，坐在窗边，读了那《傅雷家书》，我才意识到自己以前所忽略的。</w:t>
      </w:r>
      <w:r>
        <w:rPr>
          <w:lang w:eastAsia="zh-CN"/>
        </w:rPr>
        <w:br/>
      </w:r>
      <w:r>
        <w:rPr>
          <w:lang w:eastAsia="zh-CN"/>
        </w:rPr>
        <w:t>　　“这封长信写了五六个钟”，“跌跤后，腿力尚未恢复……替你翻译，都是忍着腰酸背痛来做的。”</w:t>
      </w:r>
      <w:r>
        <w:rPr>
          <w:lang w:eastAsia="zh-CN"/>
        </w:rPr>
        <w:br/>
      </w:r>
      <w:r>
        <w:rPr>
          <w:lang w:eastAsia="zh-CN"/>
        </w:rPr>
        <w:t>　　父亲身体上出了问题，依旧要顾及儿子的钢琴学业，技巧训练，心态变化，情感问题等等，甚至连细微的事情也一一上心。为儿子忙前顾后，工作繁忙之余还要挤出时间为儿子抄写翻译，到底来，父亲到底只是是希望儿子的学习生涯是能够顺顺利利学成归来。母亲在做完家务之余，分担着父亲的工作也常常对待儿子总是嘘寒问暖。父亲自己常在深更半夜，夜深人静之际，强忍着腰酸，顶着背痛，撑着疲劳，默默地在空白的信纸上写下一字一句，成段成篇，小心翼翼地叠好，整齐，带着殷切的希望装进薄薄的信封，等待着儿子的回信，只为儿子一切安好……信寄出去后，连回信日期也预估好了，收不到回信，父亲会心急如焚，寝食难安，提早收到了信，高兴得像个得到糖果的小孩子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试问自己，如果生活在以前，我会花五六个钟，顶着疲惫去给父亲写上一封信吗?我想我肯定是难以做到。我或许可能只会抽出十来二十分钟去问一声是否安好，但是我相信我的父亲也一定，必定会像文中的父亲一样，当我需要时一声不吭，帮我打理好一切。一次，我让爸爸帮我打印一份照片资料，转头就跑出去玩了，回来玩累了也就忘了。谁想为了让我看得更加清晰，把照片的文字逐字逐字打印出来，他本来就不太熟电脑，到我手里的时候，我惊喜地问，弄了多久，他摆摆手说没多久。后来，妈妈告诉我说你爸爸打字就打老半天，打印机太久没用忘记了，就在那敲敲打打，弄到凌晨才搞好……</w:t>
      </w:r>
      <w:r>
        <w:rPr>
          <w:lang w:eastAsia="zh-CN"/>
        </w:rPr>
        <w:br/>
      </w:r>
      <w:r>
        <w:rPr>
          <w:lang w:eastAsia="zh-CN"/>
        </w:rPr>
        <w:t>　　社会上，有许多的人，认为父母的付出是理所应当的，忽略了这份朴素而深沉的爱。甚至会误解扭曲这份爱，嫌弃他们啰嗦多事，跟不上时代潮流，不理解年轻人的生活，总是指手画脚的。</w:t>
      </w:r>
      <w:r>
        <w:rPr>
          <w:lang w:eastAsia="zh-CN"/>
        </w:rPr>
        <w:br/>
      </w:r>
      <w:r>
        <w:rPr>
          <w:lang w:eastAsia="zh-CN"/>
        </w:rPr>
        <w:t>　　我看过《时文选萃》里一篇洛阳晚报的文章。女儿上高中了，开始离家寄宿了，少了女儿平日里的吵嚷，少了女儿的嫌弃，父母应该高兴，可却是装了满怀了落寂。周末没到，父亲叫妻子买多点好菜，妻子说早就备好了，就等女儿回来了。</w:t>
      </w:r>
      <w:r>
        <w:rPr>
          <w:lang w:eastAsia="zh-CN"/>
        </w:rPr>
        <w:br/>
      </w:r>
      <w:r>
        <w:rPr>
          <w:lang w:eastAsia="zh-CN"/>
        </w:rPr>
        <w:t>　　也许天下父母都是一样的，不管子女如何，始终将心底十分的爱，无声的付出去了。父母之爱，难以报答，但我们更应该尽己所能，多体谅，多陪伴。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篇10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有那么一本书，它如山间那潺潺的清溪，如碧空中那舒卷的白云，如海上那自由翱翔的海鸥，如那无瑕的白璧那透明的结晶体。它的感情是那样纯真，那样挚朴，那样深情。没有半点虚伪，用不着半点装作势。它，就是《傅雷家书》。它的意义，已经远远超过了傅雷个人家庭的范围。</w:t>
      </w:r>
      <w:r>
        <w:rPr>
          <w:lang w:eastAsia="zh-CN"/>
        </w:rPr>
        <w:br/>
      </w:r>
      <w:r>
        <w:rPr>
          <w:lang w:eastAsia="zh-CN"/>
        </w:rPr>
        <w:t>　　1966年9月2日深夜，连日遭受批判的傅雷夫妇坦坦荡荡地选择了死亡，选择了离开。以生命为代价，来以此捍卫了他们人格的尊严，离开了他们最爱的孩子，永远地告别了这个他们曾经认真生活的世界。在《傅雷家书》中我们看到了傅雷先生对人生、文学、艺术的侃侃而谈，也感受到了傅雷先生贯穿一生的独立自由之人格，体会到了他那严厉却又不失仁慈的父爱。</w:t>
      </w:r>
      <w:r>
        <w:rPr>
          <w:lang w:eastAsia="zh-CN"/>
        </w:rPr>
        <w:br/>
      </w:r>
      <w:r>
        <w:rPr>
          <w:lang w:eastAsia="zh-CN"/>
        </w:rPr>
        <w:t>　　“赤子之心”是《傅雷家书》贯穿全书的精神，同时也是傅雷先生做人的出发点和立足点。正如傅雷挚友楼适夷先生所言：“《傅雷家书》是一部充满父爱的苦心孤诣，呕心沥血的教子篇。”傅雷先生虽然家教严格，但他的教育方式也在时间流逝中不断地调整，父子关系愈发和谐，他们在对艺术的切磋交流中成了知心朋友，他在孩子面前从没自恃身份而高高在上。他是一个性情中人，他的感情总是寓于生活的细节之中。同许多父亲一样，爱子之心犹如大海，澎湃而又深沉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这一本书是把打开智慧之门，启迪心灵之窗的钥匙。我们不要只限于浮光掠影地浏览，而是要去深刻领略这一艺术瑰宝。从法国大文豪巴尔扎克的小说中窥视到法国的旧社会；在罗曼。罗兰的小说中，学会正视现实、错误，彻底感悟，终不至于被回忆侵蚀；品味陶渊明、李杜的诗词歌赋；聆听如大海般宁静，包容的巴赫作品，欣赏恬淡平和，寂静幽澜的肖邦作品，在古典音乐的世界中徜徉；欣赏富有中国风格的山水画作。若有机会，我们大可不必拘束于书本、家中，可快步走进自然，感受生活之美好……正如傅雷先生所说：“世界上最高的纯洁的欢乐，莫过于欣赏艺术。”</w:t>
      </w:r>
      <w:r>
        <w:rPr>
          <w:lang w:eastAsia="zh-CN"/>
        </w:rPr>
        <w:br/>
      </w:r>
      <w:r>
        <w:rPr>
          <w:lang w:eastAsia="zh-CN"/>
        </w:rPr>
        <w:t>　　现在，当我读完这本书，我的灵魂进行了一次升华，它使我蓦然间清醒。我想，人还是要有自己的信仰，人还是要对崇高的东西有所追求，人还是要让自己的心灵干干净净。人活一场，还是要认真地活过，就像傅雷先生有过的认真一样……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篇11 </w:t>
      </w:r>
      <w:r>
        <w:rPr>
          <w:lang w:eastAsia="zh-CN"/>
        </w:rPr>
        <w:br/>
      </w:r>
      <w:r>
        <w:rPr>
          <w:lang w:eastAsia="zh-CN"/>
        </w:rPr>
        <w:t>　　《傅雷家书》给了我许多影响，傅雷的严谨作风和深遂的思想潜移默化地教导了我;我喜爱这本书，敬佩傅雷为人与学识，羡慕他和一家的相亲相爱，感动于文字间的深情，又为傅雷和其夫人和自杀感到难过。下面是读书时作和一些摘抄，我喜爱像傅雷这样一位长辈的谆谆教导。(摘抄如下，读后感略)。</w:t>
      </w:r>
      <w:r>
        <w:rPr>
          <w:lang w:eastAsia="zh-CN"/>
        </w:rPr>
        <w:br/>
      </w:r>
      <w:r>
        <w:rPr>
          <w:lang w:eastAsia="zh-CN"/>
        </w:rPr>
        <w:t>　　一位纯洁、正直、真诚和灵魂有时会遭到意想不到的磨难、污辱、迫害、陷入到似乎不齿于人群的绝境，而最后真实的光芒不能永远淹灭，还是要为大家所认识，使它的光焰照彻人间，得到它应该得到的尊敬和爱。</w:t>
      </w:r>
      <w:r>
        <w:rPr>
          <w:lang w:eastAsia="zh-CN"/>
        </w:rPr>
        <w:br/>
      </w:r>
      <w:r>
        <w:rPr>
          <w:lang w:eastAsia="zh-CN"/>
        </w:rPr>
        <w:t>　　一个人孤独了思想集中了所发的感情都是真心实意。你所赏识的李太白、白居易、苏东坡、辛稼轩等各大诗人了是我们喜欢的，一切都有同感，亦是一乐也，等到你有什么苦闷、寂寞的时候，多多接触我们祖国的伟大诗人，可以为你遣兴解忧，给你温暖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把自己的思想写下来，比着光在脑中空想是大不同的。写下来需要正确精密的思想，所以与在纸上的自我检讨，格外深刻，对自己也印象深刻。这也证明你的感受力极快。但天下事有利有弊，有长必有短，往往感受快的不能沉浸得深，不能保持得久。但你至少得承认，你的不容易牢固执着是事实。我现在特别提醒你，希望你时时警惕，对你新感受的东西不要让它浮在感觉的表面，而要仔细分析，究竟新感受的东西和你原来的观念情绪表达方式有何不同。这是需要冷静而强有力的智力，才能分析清楚的。慢慢的你会养成另外一种心情对付过去的事，后是能够想到而不是惊心动魄，能够从容客观的立场分析前因后果，做将来的借鉴，以免重蹈覆辙。一个人难有敢于正视现实、正视错误，用理智分析，彻底感悟，终不至于被回忆侵蚀我以前在信中和你提过感情，就是要你把这件事当做心灵的灰烬看，看的时候不免感触万端，但不要刻骨铭心地伤害自己，而要像对着古战场一般的存着凭吊的心怀。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篇12 </w:t>
      </w:r>
      <w:r>
        <w:rPr>
          <w:lang w:eastAsia="zh-CN"/>
        </w:rPr>
        <w:br/>
      </w:r>
      <w:r>
        <w:rPr>
          <w:lang w:eastAsia="zh-CN"/>
        </w:rPr>
        <w:t>　　无意间再读《傅雷家书》，不禁发出一声感慨：年少无知，一本曾不屑一顾而错过的好书。</w:t>
      </w:r>
      <w:r>
        <w:rPr>
          <w:lang w:eastAsia="zh-CN"/>
        </w:rPr>
        <w:br/>
      </w:r>
      <w:r>
        <w:rPr>
          <w:lang w:eastAsia="zh-CN"/>
        </w:rPr>
        <w:t>　　初次接触傅雷先生的信是一本杂志上的节选，不是关于家庭细碎，而是谈论着艺术的种种。读罢，了然无味，倘若是我该把《傅雷家书》束之高阁吧。不禁认为别人是在附庸风雅。</w:t>
      </w:r>
      <w:r>
        <w:rPr>
          <w:lang w:eastAsia="zh-CN"/>
        </w:rPr>
        <w:br/>
      </w:r>
      <w:r>
        <w:rPr>
          <w:lang w:eastAsia="zh-CN"/>
        </w:rPr>
        <w:t>　　再见到它便是不久前了，在图书馆遇到后翻看几页引起了我的兴趣。乍一看，挺厚的一本书，抱着能读多少是多少的心态我把它给借走了。此刻的感觉是：十年间，父子二人丢失的那么多书信，究竟还会有多少我们看不见的情真意切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对于傅聪而言，傅雷先生亦父、亦师、亦友。相隔千万里，傅雷以不一样身份谈论着关于彼此的事情。作为父亲，收到傅聪信时，他欣喜、宽慰;无信时，心生失望无奈。傅雷先生似乎从来不会为向儿子表示自我父爱的脆弱而感到羞耻，请求傅聪不要吝啬自我的笔墨多多来信。作为学者，他对傅聪叮嘱道“多多介绍国外风土人情，莫要让我落后于这个时代”，期望能够成为他艺术领域的一个对手，赤诚之心现于纸上。</w:t>
      </w:r>
      <w:r>
        <w:rPr>
          <w:lang w:eastAsia="zh-CN"/>
        </w:rPr>
        <w:br/>
      </w:r>
      <w:r>
        <w:rPr>
          <w:lang w:eastAsia="zh-CN"/>
        </w:rPr>
        <w:t>　　傅雷先生谈论初恋，告诫傅聪“期望热情能永久持续简直是愚妄”;讨论人生，叹息到“不知珍惜是人之常情，但不能因为是人之常情而宽恕自我的这种愚蠢”;提及家教，先生坦诚“我过去的错误要是能使你避免同样的错误，我的罪过也能够减轻几分;你受过的痛苦不在不再施之于他人，你也不算白白吃苦”;想到年迈体衰，坦然说到“草木零落，有兔死狐悲之感，而你们年富力强，蓓蕾初放，私心艳羡，岂笔墨所能尽宣。”</w:t>
      </w:r>
      <w:r>
        <w:rPr>
          <w:lang w:eastAsia="zh-CN"/>
        </w:rPr>
        <w:br/>
      </w:r>
      <w:r>
        <w:rPr>
          <w:lang w:eastAsia="zh-CN"/>
        </w:rPr>
        <w:t>　　人父，所能做的莫过于此吧。而当父母年迈，心有余而力不足时，他们期望将自我的孩子交给他们的人生伴侣，渴望亲眼见证下一代的成长，然后变成爷爷、奶奶。傅雷先生亦如此，怀着感动为孙子想好了名字，却未能与之有哪怕一面之缘，不幸在危难的摧残中随着历史逝去了。</w:t>
      </w:r>
      <w:r>
        <w:rPr>
          <w:lang w:eastAsia="zh-CN"/>
        </w:rPr>
        <w:br/>
      </w:r>
      <w:r>
        <w:rPr>
          <w:lang w:eastAsia="zh-CN"/>
        </w:rPr>
        <w:t>　　一份份家书写于病榻中、写于书桌上、写于火车上，为了能漂洋过海寄去相思。这些日常笔墨却无意打动了我们。</w:t>
      </w:r>
      <w:r>
        <w:rPr>
          <w:lang w:eastAsia="zh-CN"/>
        </w:rPr>
        <w:br/>
      </w:r>
      <w:r>
        <w:rPr>
          <w:lang w:eastAsia="zh-CN"/>
        </w:rPr>
        <w:t>　　“赤子孤独了，会创造一个世界。”愿先生在另一个世界安好。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《傅雷家书》读书心得体会800字以上 篇13 </w:t>
      </w:r>
      <w:r>
        <w:rPr>
          <w:lang w:eastAsia="zh-CN"/>
        </w:rPr>
        <w:br/>
      </w:r>
      <w:r>
        <w:rPr>
          <w:lang w:eastAsia="zh-CN"/>
        </w:rPr>
        <w:t>　　这是一部充满了父爱与谆谆教诲的教育的书信集.在这部作品中,傅雷不仅仅是作为一名关爱儿子的父亲,关注着儿子的一举一动,也作为一个过来人的长辈,对儿子即将遇到的各种各样的事情做推测,更作为一个指路人,为儿子设计好应对即将到来的事的办法,保持一个平和的心态,也保持一个冷静的头脑,理智的分析,帮助儿子吸取经验,让他引以为戒.</w:t>
      </w:r>
      <w:r>
        <w:rPr>
          <w:lang w:eastAsia="zh-CN"/>
        </w:rPr>
        <w:br/>
      </w:r>
      <w:r>
        <w:rPr>
          <w:lang w:eastAsia="zh-CN"/>
        </w:rPr>
        <w:t>　　这是一部很好的艺术学徒修养作品，也是一部充满父爱的苦心孤诣，呕心沥血的教子篇.傅雷的艺术造诣极为深厚，对无论是古今中外的文学，绘画，音乐等各个领域，都有极为渊博的知识.即使儿子远在千里之外，正在准备一场极为重要的音乐演出，而他却好象在对待即将赴考的孩子一样，殷切的关注着他的没一个举动，设身处地的预想他要在去的路上会遇到的各种可能的情景，并替他设计好应该如何去应对，傅雷在这儿所透露出来的，不仅仅是他高深的艺术造诣，更是他作为一个父亲对儿子应有的关爱.</w:t>
      </w:r>
      <w:r>
        <w:rPr>
          <w:lang w:eastAsia="zh-CN"/>
        </w:rPr>
        <w:br/>
      </w:r>
      <w:r>
        <w:rPr>
          <w:lang w:eastAsia="zh-CN"/>
        </w:rPr>
        <w:t>　　1955年1月16日的那封家书，是写在儿子成功之时，作者的儿子在那时刚刚取得了音乐会的成功，边寄了一封家书给父亲，傅雷在受到家书的时候，一方面为儿子所取得的巨大成就感到骄傲，真心的为儿子感到高兴，另一方面，也不忘告诫儿子，不要为胜利而冲昏了头脑，要儿子不管在什么时候，都要保持一颗赤子之心.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傅雷对儿子的祝福，表现了他作为父亲对儿子的关爱，但他在祝福儿子的同时也不忘教育儿子，却体现了他最为一个长辈对晚辈的严厉要求.</w:t>
      </w:r>
      <w:r>
        <w:rPr>
          <w:lang w:eastAsia="zh-CN"/>
        </w:rPr>
        <w:br/>
      </w:r>
      <w:r>
        <w:rPr>
          <w:lang w:eastAsia="zh-CN"/>
        </w:rPr>
        <w:t>　　人的生命是有限的，但是人的事业却是无限的，通过亲生儿女，来延续希望，也延续与发展一个人为社会，为祖国，为人类所能尽的力量，因此，培育儿女也是一项为人父母所应尽的义务.从傅雷的行为中，也不难看出，他是一个以高度负责任的态度，在对社会，对祖国，对人类，对世界负责任的.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篇14 </w:t>
      </w:r>
      <w:r>
        <w:rPr>
          <w:lang w:eastAsia="zh-CN"/>
        </w:rPr>
        <w:br/>
      </w:r>
      <w:r>
        <w:rPr>
          <w:lang w:eastAsia="zh-CN"/>
        </w:rPr>
        <w:t>　　第一封家书写作的时间是当儿子精神消沉的时候，第二封家书写作的时间是当儿子欣喜成功的时候。这两封家书从两个方面表达了父亲对儿子的那一份动人的舐犊之情。傅雷和傅聪两父子不仅是生活中的朋友，而且是艺术上的知音。傅雷以自己深厚的学养、真挚的父爱，倾听着万里之外儿子的每一次心跳，预想着儿子前进道路上可能出现的各种困难，传颂着自己的惦念和祖国的声音。《博雷家书》是一部充满着父爱的苦心孤诣、呕心沥血的教子篇;也是现代中国影响的家训。傅雷以一个过来人的身份，把自己人生的智慧，生活的经验，艺术的感悟，毫无保留地贡献出来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“我们并没为你前信感到什么烦恼或是不安。我在第八封信中还对你预告，这种精神消沉的情形，以后还是会有的。”这真是知子莫如父，傅雷似乎早就预料到儿子的这种情绪了。紧接着又说“我是过来人，决不至于大惊小怪。你也不必为此担心，更不必硬压在肚里不告诉我们。心中的苦闷不在家信中发泄，又哪里去发泄呢?孩子不向父母诉苦向谁诉呢?我们不来安慰你，又该谁来安慰你呢?”安慰儿子，向父母诉苦是人之常情，遭遇挫折是人生的必修课，谁也难免的。作为父亲不能教条主义地说，这不能，那不能，连用了几个形象的比喻，告诫儿子，不要过分悲伤、消沉。如“人一辈子都在高潮——低潮中浮沉，惟有庸碌的人，生活才如死水一般;或者要有极高的修养，方能廓然无累，真正的解脱。只要高潮不过分使你紧张，低潮不过分使你颓废，就好了。太阳太强烈，会把五谷晒焦;雨水太猛，也会淹死庄稼。”这就是朋友式的父亲，对儿子的爱，比山还高大，比海还宽阔。还用了克利斯朵夫的经历鼓励儿子正视现实和挫折，勇敢地战胜它。从而教育儿子要学会坚强，这才是生活的强者。</w:t>
      </w:r>
      <w:r>
        <w:rPr>
          <w:lang w:eastAsia="zh-CN"/>
        </w:rPr>
        <w:br/>
      </w:r>
      <w:r>
        <w:rPr>
          <w:lang w:eastAsia="zh-CN"/>
        </w:rPr>
        <w:t xml:space="preserve">    《傅雷家书》读书心得体会800字以上 篇15 </w:t>
      </w:r>
      <w:r>
        <w:rPr>
          <w:lang w:eastAsia="zh-CN"/>
        </w:rPr>
        <w:br/>
      </w:r>
      <w:r>
        <w:rPr>
          <w:lang w:eastAsia="zh-CN"/>
        </w:rPr>
        <w:t>　　秋风已去,寒冬已至,但似乎阅读完《傅雷家书》后,我的心有一阵暖意,暖透心头。</w:t>
      </w:r>
      <w:r>
        <w:rPr>
          <w:lang w:eastAsia="zh-CN"/>
        </w:rPr>
        <w:br/>
      </w:r>
      <w:r>
        <w:rPr>
          <w:lang w:eastAsia="zh-CN"/>
        </w:rPr>
        <w:t>　　一间温暖的大衣胜不过一句亲切的问候,一个热热的暖炉暖不过一本充满着温馨与亲情的好书,而《傅雷家书》就是这本满是温馨与亲情的书,寄托着傅雷夫妇对儿子傅聪,傅敏充满着暖意的爱,在深秋中滋润着儿子们的心,在寒冬中呵护着儿子们的魂,让流落在外的儿子傅聪感受得到家庭那份深深的爱意。像是一个无形的身影,时时刻刻都教导着，鼓励着傅聪一步一步地前进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https://d.book118.com/796221223024010050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622122302401005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30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