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销售部门年度计划（33篇）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销售部门年度计划（通用33篇）</w:t>
      </w:r>
      <w:r>
        <w:rPr>
          <w:lang w:eastAsia="zh-CN"/>
        </w:rPr>
        <w:br/>
      </w:r>
      <w:r>
        <w:rPr>
          <w:lang w:eastAsia="zh-CN"/>
        </w:rPr>
        <w:t xml:space="preserve">    销售部门年度计划 篇1 </w:t>
      </w:r>
      <w:r>
        <w:rPr>
          <w:lang w:eastAsia="zh-CN"/>
        </w:rPr>
        <w:br/>
      </w:r>
      <w:r>
        <w:rPr>
          <w:lang w:eastAsia="zh-CN"/>
        </w:rPr>
        <w:t>　　一个产品的寿命是有限的，不断的补充新产品，一方面显示出公司的实力，一方面显示出公司的活力。淘汰无利润和不适应市场的产品。结合公司业务人员专业素质，产品要往三个有利于方面调整：有利于公司的发展、有利于业务人员的销售、有利于客户的需求。</w:t>
      </w:r>
      <w:r>
        <w:rPr>
          <w:lang w:eastAsia="zh-CN"/>
        </w:rPr>
        <w:br/>
      </w:r>
      <w:r>
        <w:rPr>
          <w:lang w:eastAsia="zh-CN"/>
        </w:rPr>
        <w:t>　　为了提高公司产品的销售量和影响力，扩大公司的生产规模，稳固和提高市场占有率，积极争取圆满完成销售任务，延安市蓝辉印务有限公司销售部特制定以下销售目标及方向。</w:t>
      </w:r>
      <w:r>
        <w:rPr>
          <w:lang w:eastAsia="zh-CN"/>
        </w:rPr>
        <w:br/>
      </w:r>
      <w:r>
        <w:rPr>
          <w:lang w:eastAsia="zh-CN"/>
        </w:rPr>
        <w:t>　　一、计划拟定</w:t>
      </w:r>
      <w:r>
        <w:rPr>
          <w:lang w:eastAsia="zh-CN"/>
        </w:rPr>
        <w:br/>
      </w:r>
      <w:r>
        <w:rPr>
          <w:lang w:eastAsia="zh-CN"/>
        </w:rPr>
        <w:t>　　1、年销售目标</w:t>
      </w:r>
      <w:r>
        <w:rPr>
          <w:lang w:eastAsia="zh-CN"/>
        </w:rPr>
        <w:br/>
      </w:r>
      <w:r>
        <w:rPr>
          <w:lang w:eastAsia="zh-CN"/>
        </w:rPr>
        <w:t>　　1)作业本年销售目标300万元/年。</w:t>
      </w:r>
      <w:r>
        <w:rPr>
          <w:lang w:eastAsia="zh-CN"/>
        </w:rPr>
        <w:br/>
      </w:r>
      <w:r>
        <w:rPr>
          <w:lang w:eastAsia="zh-CN"/>
        </w:rPr>
        <w:t>　　以每年10%_20%的销售额递增。</w:t>
      </w:r>
      <w:r>
        <w:rPr>
          <w:lang w:eastAsia="zh-CN"/>
        </w:rPr>
        <w:br/>
      </w:r>
      <w:r>
        <w:rPr>
          <w:lang w:eastAsia="zh-CN"/>
        </w:rPr>
        <w:t>　　2)笔记本年销售目标200万元/年。</w:t>
      </w:r>
      <w:r>
        <w:rPr>
          <w:lang w:eastAsia="zh-CN"/>
        </w:rPr>
        <w:br/>
      </w:r>
      <w:r>
        <w:rPr>
          <w:lang w:eastAsia="zh-CN"/>
        </w:rPr>
        <w:t>　　以每年10%_60%的销售额递增</w:t>
      </w:r>
      <w:r>
        <w:rPr>
          <w:lang w:eastAsia="zh-CN"/>
        </w:rPr>
        <w:br/>
      </w:r>
      <w:r>
        <w:rPr>
          <w:lang w:eastAsia="zh-CN"/>
        </w:rPr>
        <w:t>　　2、销售方向</w:t>
      </w:r>
      <w:r>
        <w:rPr>
          <w:lang w:eastAsia="zh-CN"/>
        </w:rPr>
        <w:br/>
      </w:r>
      <w:r>
        <w:rPr>
          <w:lang w:eastAsia="zh-CN"/>
        </w:rPr>
        <w:t>　　1、本地市场，以延安市为根基，向周边县级市场拓展业务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1)延安市区各批发市场发展经销商，每个批发市场必须发展一名以上经销商(长青路批发市场除外)其他市场尽量全面发展客户。</w:t>
      </w:r>
      <w:r>
        <w:rPr>
          <w:lang w:eastAsia="zh-CN"/>
        </w:rPr>
        <w:br/>
      </w:r>
      <w:r>
        <w:rPr>
          <w:lang w:eastAsia="zh-CN"/>
        </w:rPr>
        <w:t>　　2)延安市区及郊区的文化用品零售店展开地毯式拓展。公司许配合零售文具店配货和配送。</w:t>
      </w:r>
      <w:r>
        <w:rPr>
          <w:lang w:eastAsia="zh-CN"/>
        </w:rPr>
        <w:br/>
      </w:r>
      <w:r>
        <w:rPr>
          <w:lang w:eastAsia="zh-CN"/>
        </w:rPr>
        <w:t>　　3)延安市区及郊区各学校以及学校内商店也需大力发展，潜力较大。</w:t>
      </w:r>
      <w:r>
        <w:rPr>
          <w:lang w:eastAsia="zh-CN"/>
        </w:rPr>
        <w:br/>
      </w:r>
      <w:r>
        <w:rPr>
          <w:lang w:eastAsia="zh-CN"/>
        </w:rPr>
        <w:t>　　4)延安地区每个县城的批发门市须努力开发，若县城批发门市无法做到客户资源意向可开发零售商，必须达到每个县城都多少有蓝辉印务有限公司的产品，或了解蓝辉印务有限公司的产品。</w:t>
      </w:r>
      <w:r>
        <w:rPr>
          <w:lang w:eastAsia="zh-CN"/>
        </w:rPr>
        <w:br/>
      </w:r>
      <w:r>
        <w:rPr>
          <w:lang w:eastAsia="zh-CN"/>
        </w:rPr>
        <w:t>　　2、外地市场</w:t>
      </w:r>
      <w:r>
        <w:rPr>
          <w:lang w:eastAsia="zh-CN"/>
        </w:rPr>
        <w:br/>
      </w:r>
      <w:r>
        <w:rPr>
          <w:lang w:eastAsia="zh-CN"/>
        </w:rPr>
        <w:t>　　1)陕西省周围各省一级批发市场全力以赴发展代理商或经销商，暂时包括以下地区西安、郑州、洛阳、太原、呼和浩特、银川、兰州、西宁、成都、重庆。</w:t>
      </w:r>
      <w:r>
        <w:rPr>
          <w:lang w:eastAsia="zh-CN"/>
        </w:rPr>
        <w:br/>
      </w:r>
      <w:r>
        <w:rPr>
          <w:lang w:eastAsia="zh-CN"/>
        </w:rPr>
        <w:t>　　2)每个省一级批发市场至少发展一名代理商或2_3名经销商，暂且根据市场客户的实力、信誉，对本产品的认识积极性等以及一些客观性情况而定。</w:t>
      </w:r>
      <w:r>
        <w:rPr>
          <w:lang w:eastAsia="zh-CN"/>
        </w:rPr>
        <w:br/>
      </w:r>
      <w:r>
        <w:rPr>
          <w:lang w:eastAsia="zh-CN"/>
        </w:rPr>
        <w:t>　　3)如果各省的'一级批发市场，暂时很难做到市场的投入或投入后效果不明显，可以在其省内二级(地市级)批发市场发展经销商，使二级市场成熟之后包围一级市场，但二级市场至少做2_3家经销商，从而达到我们的销售目的，完成销售目标。</w:t>
      </w:r>
      <w:r>
        <w:rPr>
          <w:lang w:eastAsia="zh-CN"/>
        </w:rPr>
        <w:br/>
      </w:r>
      <w:r>
        <w:rPr>
          <w:lang w:eastAsia="zh-CN"/>
        </w:rPr>
        <w:t>　　二、客户回访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目前在国内市场笔记本种类偏多，技术方面不相上下，为稳固和拓展市场，务必加强与客户的交流，协调与客户之间的关系</w:t>
      </w:r>
      <w:r>
        <w:rPr>
          <w:lang w:eastAsia="zh-CN"/>
        </w:rPr>
        <w:br/>
      </w:r>
      <w:r>
        <w:rPr>
          <w:lang w:eastAsia="zh-CN"/>
        </w:rPr>
        <w:t>　　1)关系维护</w:t>
      </w:r>
      <w:r>
        <w:rPr>
          <w:lang w:eastAsia="zh-CN"/>
        </w:rPr>
        <w:br/>
      </w:r>
      <w:r>
        <w:rPr>
          <w:lang w:eastAsia="zh-CN"/>
        </w:rPr>
        <w:t>　　为与客户加强信息交流，增进感情，对一级客户每两月拜访一次;对于二级客户根据实际际情况另行安排拜访时间。</w:t>
      </w:r>
      <w:r>
        <w:rPr>
          <w:lang w:eastAsia="zh-CN"/>
        </w:rPr>
        <w:br/>
      </w:r>
      <w:r>
        <w:rPr>
          <w:lang w:eastAsia="zh-CN"/>
        </w:rPr>
        <w:t>　　2)售后协调</w:t>
      </w:r>
      <w:r>
        <w:rPr>
          <w:lang w:eastAsia="zh-CN"/>
        </w:rPr>
        <w:br/>
      </w:r>
      <w:r>
        <w:rPr>
          <w:lang w:eastAsia="zh-CN"/>
        </w:rPr>
        <w:t>　　目前情况下，我公司应以卖产品不如卖服务，在下一步工作中，我们要增强责任感，不断强化优质服务。用户使用我们的产品如同享受我们提供的服务，从稳固市场、长远合作的角度，我们务必强化为客户负责的意识，把握每一次与客户接触的机会，提供热情详细周到的售后服务，给公司增加一个制胜的筹码。</w:t>
      </w:r>
      <w:r>
        <w:rPr>
          <w:lang w:eastAsia="zh-CN"/>
        </w:rPr>
        <w:br/>
      </w:r>
      <w:r>
        <w:rPr>
          <w:lang w:eastAsia="zh-CN"/>
        </w:rPr>
        <w:t>　　三、价格政策</w:t>
      </w:r>
      <w:r>
        <w:rPr>
          <w:lang w:eastAsia="zh-CN"/>
        </w:rPr>
        <w:br/>
      </w:r>
      <w:r>
        <w:rPr>
          <w:lang w:eastAsia="zh-CN"/>
        </w:rPr>
        <w:t>　　1、定价原则</w:t>
      </w:r>
      <w:r>
        <w:rPr>
          <w:lang w:eastAsia="zh-CN"/>
        </w:rPr>
        <w:br/>
      </w:r>
      <w:r>
        <w:rPr>
          <w:lang w:eastAsia="zh-CN"/>
        </w:rPr>
        <w:t>　　1)拉大批零差价，调动代理积极性;</w:t>
      </w:r>
      <w:r>
        <w:rPr>
          <w:lang w:eastAsia="zh-CN"/>
        </w:rPr>
        <w:br/>
      </w:r>
      <w:r>
        <w:rPr>
          <w:lang w:eastAsia="zh-CN"/>
        </w:rPr>
        <w:t>　　2)结合批量，鼓励大量多批;</w:t>
      </w:r>
      <w:r>
        <w:rPr>
          <w:lang w:eastAsia="zh-CN"/>
        </w:rPr>
        <w:br/>
      </w:r>
      <w:r>
        <w:rPr>
          <w:lang w:eastAsia="zh-CN"/>
        </w:rPr>
        <w:t>　　3)以成本为基础，以同类产品价格为参考，使价格具有竞争力;</w:t>
      </w:r>
      <w:r>
        <w:rPr>
          <w:lang w:eastAsia="zh-CN"/>
        </w:rPr>
        <w:br/>
      </w:r>
      <w:r>
        <w:rPr>
          <w:lang w:eastAsia="zh-CN"/>
        </w:rPr>
        <w:t>　　4)顺应市场变化，及时灵活调整。</w:t>
      </w:r>
      <w:r>
        <w:rPr>
          <w:lang w:eastAsia="zh-CN"/>
        </w:rPr>
        <w:br/>
      </w:r>
      <w:r>
        <w:rPr>
          <w:lang w:eastAsia="zh-CN"/>
        </w:rPr>
        <w:t>　　2、目的</w:t>
      </w:r>
      <w:r>
        <w:rPr>
          <w:lang w:eastAsia="zh-CN"/>
        </w:rPr>
        <w:br/>
      </w:r>
      <w:r>
        <w:rPr>
          <w:lang w:eastAsia="zh-CN"/>
        </w:rPr>
        <w:t>　　1)树立蓝辉印务有限公司的产品标准形象，扩大其影响;</w:t>
      </w:r>
      <w:r>
        <w:rPr>
          <w:lang w:eastAsia="zh-CN"/>
        </w:rPr>
        <w:br/>
      </w:r>
      <w:r>
        <w:rPr>
          <w:lang w:eastAsia="zh-CN"/>
        </w:rPr>
        <w:t>　　2)作为奖励代理的一种方式，刺激代理商的积极性。</w:t>
      </w:r>
      <w:r>
        <w:rPr>
          <w:lang w:eastAsia="zh-CN"/>
        </w:rPr>
        <w:br/>
      </w:r>
      <w:r>
        <w:rPr>
          <w:lang w:eastAsia="zh-CN"/>
        </w:rPr>
        <w:t>　　四、开拓创新，建立灵活的激励销售机制。开拓市场，争取客源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销售部将配合公司整体新的销售体制，制定完善市场销售任务计划及业绩考核管理实施细则，提高销售代表的工资待遇，激发、调动销售人员的积极性。销售人员实行工作日记志。以月度销售任务完成情况及工作日记志综合考核销售人员。督促销售人员，通过各种方式争取团体和零散客户，稳定老客户，开展新客户，并在拜访中及时了解收集宾客意见及建议，反馈给有关部门及总经理室。</w:t>
      </w:r>
      <w:r>
        <w:rPr>
          <w:lang w:eastAsia="zh-CN"/>
        </w:rPr>
        <w:br/>
      </w:r>
      <w:r>
        <w:rPr>
          <w:lang w:eastAsia="zh-CN"/>
        </w:rPr>
        <w:t>　　五、密切合作，主动协调</w:t>
      </w:r>
      <w:r>
        <w:rPr>
          <w:lang w:eastAsia="zh-CN"/>
        </w:rPr>
        <w:br/>
      </w:r>
      <w:r>
        <w:rPr>
          <w:lang w:eastAsia="zh-CN"/>
        </w:rPr>
        <w:t>　　与公司其他部门接好业务结合工作，密切配合，根据宾客的需求，主动与公司其他部门密切联系，互相配合，充分发挥公司的整体销售活力，创造效益。加强有关宣传，充分利用多种广告形式推荐公司产品，宣传公司，努力提高公司知名度。</w:t>
      </w:r>
      <w:r>
        <w:rPr>
          <w:lang w:eastAsia="zh-CN"/>
        </w:rPr>
        <w:br/>
      </w:r>
      <w:r>
        <w:rPr>
          <w:lang w:eastAsia="zh-CN"/>
        </w:rPr>
        <w:t xml:space="preserve">    销售部门年度计划 篇2 </w:t>
      </w:r>
      <w:r>
        <w:rPr>
          <w:lang w:eastAsia="zh-CN"/>
        </w:rPr>
        <w:br/>
      </w:r>
      <w:r>
        <w:rPr>
          <w:lang w:eastAsia="zh-CN"/>
        </w:rPr>
        <w:t>　　尊敬的各位领导，各位同仁，大家好！时光荏苒，光阴似箭。不知不觉中，20__年就要与我们挥手告别了，回想这一年多的时间里，自身经历了挫折，也收获到成长；自身的心理也从感觉工作的一成不变，到彷徨、不解，到找回自信。我从一个普通的销售人员有幸被领导提升为销售部经理，从那时起就觉得自己肩上的担子不自觉地就加重了许多，同时也慢慢地去适应，在这期间离不开领导和同事的帮助和指点，我要感谢公司每一个人，让我在锻炼中不断成长，在此谢谢你们。有你们每一个人的支持和鼓励，我才能有信心坚持下来。现在我将本年度我的销售情况作一总结，希望对于即将到来的20__年有更好的指导作用。</w:t>
      </w:r>
      <w:r>
        <w:rPr>
          <w:lang w:eastAsia="zh-CN"/>
        </w:rPr>
        <w:br/>
      </w:r>
      <w:r>
        <w:rPr>
          <w:lang w:eastAsia="zh-CN"/>
        </w:rPr>
        <w:t>　　一、20__年销售情况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20__年我们公司在网络上大力推广后，公司的产品已经有一定的知名度，国内外的客户对我们的产品都有了一定的认识和了解。这也给我们公司产品销售提供一个产单率的优越条件。20__年度公司领导给我定下240万元的销售额，全年累计销售总额还不到100万元，完成率很差，真是惭愧。我希望在20__年自己个人能突破200万。</w:t>
      </w:r>
      <w:r>
        <w:rPr>
          <w:lang w:eastAsia="zh-CN"/>
        </w:rPr>
        <w:br/>
      </w:r>
      <w:r>
        <w:rPr>
          <w:lang w:eastAsia="zh-CN"/>
        </w:rPr>
        <w:t>　　二、加强业务培训，提高综合素质。</w:t>
      </w:r>
      <w:r>
        <w:rPr>
          <w:lang w:eastAsia="zh-CN"/>
        </w:rPr>
        <w:br/>
      </w:r>
      <w:r>
        <w:rPr>
          <w:lang w:eastAsia="zh-CN"/>
        </w:rPr>
        <w:t>　　销售部门经理肩负的是公司全部产品的销售，责任之重大、任务之艰巨，除了完成自己的工作外，还要配合其他销售完成他们的工作，可想而知。一个公司要建立一支能征善战的高素质的销售团队对完成公司年度销售任务至关重要。俗话说：“工欲善其事，先利其器”，本着提高销售人员综合业务素质这一目标，我认为：公司销售部全体人员必须开展职业技能培训，只有这样才能使每一个销售业务知识得以进一步提高。也只有这样，销售具备了公司统一的销售方法后才能提升市场拓展率和成功率。从整个市场来看，最重要的还是公司老板，因为老板是率领销售部的最高领导者，在这一块希望领导加强对我们员工的监督、批评和专业指导，让我们销售人员学习更多的专业知识，提升技术职能和自我增值。20__年，无论是商务交流、技术知识都让我学到了很多，同时利用学习到的方法在工作中充分实践，其显示效果还算满意。但还远远不够，学习这一块是永远的。我个人觉得是永远学不完，时刻提醒自己每天进步一点点。这样才有利于自己在工作稳中求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培训是公司的核心部分，在20__年公司基本上每周都有培训，但执行率还远远不够，在接下来20__年里，我觉得培训一定要放在重点，“练家兵打野丈”，只有公司每一个销售培训好了，才有助于工作的开展、才能提高销售人员的工作效率。</w:t>
      </w:r>
      <w:r>
        <w:rPr>
          <w:lang w:eastAsia="zh-CN"/>
        </w:rPr>
        <w:br/>
      </w:r>
      <w:r>
        <w:rPr>
          <w:lang w:eastAsia="zh-CN"/>
        </w:rPr>
        <w:t>　　根据上周开会时分工来看，我的主要工作任务是：</w:t>
      </w:r>
      <w:r>
        <w:rPr>
          <w:lang w:eastAsia="zh-CN"/>
        </w:rPr>
        <w:br/>
      </w:r>
      <w:r>
        <w:rPr>
          <w:lang w:eastAsia="zh-CN"/>
        </w:rPr>
        <w:t>　　（1）负责公司每一个销售人员的培训和指导配合；</w:t>
      </w:r>
      <w:r>
        <w:rPr>
          <w:lang w:eastAsia="zh-CN"/>
        </w:rPr>
        <w:br/>
      </w:r>
      <w:r>
        <w:rPr>
          <w:lang w:eastAsia="zh-CN"/>
        </w:rPr>
        <w:t>　　（2）配合李总做市场（除了自己工作外）；</w:t>
      </w:r>
      <w:r>
        <w:rPr>
          <w:lang w:eastAsia="zh-CN"/>
        </w:rPr>
        <w:br/>
      </w:r>
      <w:r>
        <w:rPr>
          <w:lang w:eastAsia="zh-CN"/>
        </w:rPr>
        <w:t>　　（3）配合谭总（除了自己工作外）；</w:t>
      </w:r>
      <w:r>
        <w:rPr>
          <w:lang w:eastAsia="zh-CN"/>
        </w:rPr>
        <w:br/>
      </w:r>
      <w:r>
        <w:rPr>
          <w:lang w:eastAsia="zh-CN"/>
        </w:rPr>
        <w:t>　　（4）做好真正部门经理的管理工作。</w:t>
      </w:r>
      <w:r>
        <w:rPr>
          <w:lang w:eastAsia="zh-CN"/>
        </w:rPr>
        <w:br/>
      </w:r>
      <w:r>
        <w:rPr>
          <w:lang w:eastAsia="zh-CN"/>
        </w:rPr>
        <w:t>　　20__年，我会全力以赴，把更多的'精力放在工作上，在工作中我要不断学习业务知识，通过多看、多问、多学、多练来不断的提高自己的各项业务技能。学无止境，时代的发展瞬息万变，各种学科知识日新月异。我将坚持不懈地努力学习各种知识，并用于指导实践。在今后工作中，要努力做好部门经理应该做的工作，把自己的工作做好做扎实，为公司发展贡献自己的力量，无论工作有多艰难、多艰辛，相信我一定做得更好、更出色。当然我本人也有很多不足的地方，在今后的工作中，我希望领导多多给我指出和指导。有时候自己犯错自己是不知道的，人往往都是无形中出现错，就是因为一些细节导致自己感觉不到，所以只有得到领导的正确指导，自己才能提高，才能让自己在工作中少走些弯路。</w:t>
      </w:r>
      <w:r>
        <w:rPr>
          <w:lang w:eastAsia="zh-CN"/>
        </w:rPr>
        <w:br/>
      </w:r>
      <w:r>
        <w:rPr>
          <w:lang w:eastAsia="zh-CN"/>
        </w:rPr>
        <w:t>　　三、构建营销网络，培育销售典型。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光系列产品销售是我公司产品销售部的工作重点，销售形势的好坏将直接影响公司经济效益的高低。一年来，产品销售人员坚持巩固老市场、培育新市场、发展市场空间、挖掘潜在市场，利用我公司的品牌网络推广带动了产品销售，建成了以广东省为主体，同时也辐射全国的销售网络格局。在这一块，我公司在20__年还要重点抓网络推广，同时也要走传统模式，要做到线上线下相结合，无论是网络推广，还是传统模式都不能忽略。对于我公司目前的情况，网络推广只是其中的一个途径，线下还要有更多相关的销售人员去推广，只有这样，才能有助于提供公司的发展速度。</w:t>
      </w:r>
      <w:r>
        <w:rPr>
          <w:lang w:eastAsia="zh-CN"/>
        </w:rPr>
        <w:br/>
      </w:r>
      <w:r>
        <w:rPr>
          <w:lang w:eastAsia="zh-CN"/>
        </w:rPr>
        <w:t>　　四、关注行业动态，把握市场信息。</w:t>
      </w:r>
      <w:r>
        <w:rPr>
          <w:lang w:eastAsia="zh-CN"/>
        </w:rPr>
        <w:br/>
      </w:r>
      <w:r>
        <w:rPr>
          <w:lang w:eastAsia="zh-CN"/>
        </w:rPr>
        <w:t>　　随着电子产品行业之间日趋严酷的市场竞争局面，信息在市场营销过程中所起的作用越来越重要，信息就是效益。销售密切关注市场动态，把握商机，向信息要效益，并把市场调研和信息的收集、分析、整理工作制度化、规范化、经常化。产品销售通过市场调查、业务洽谈、报刊杂志、行业协会、朋友介绍以及计算机网络等方式与途径建立了稳定可靠的信息渠道，密切关注行业发展趋势；建立客户档案，努力作好基础信息的收集；要根据市场情况积极做好市场动态的跟踪把握。</w:t>
      </w:r>
      <w:r>
        <w:rPr>
          <w:lang w:eastAsia="zh-CN"/>
        </w:rPr>
        <w:br/>
      </w:r>
      <w:r>
        <w:rPr>
          <w:lang w:eastAsia="zh-CN"/>
        </w:rPr>
        <w:t>　　五、再接再厉，迎接新的挑战。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回首一年来，我们销售人员吃苦耐劳，积极进取，团结协作取得了良好的销售业绩。成绩属于过去，展望未来，摆在我们面前的路更长，困难更大，任务更艰巨。我们销售全体业务人员一致表示，一定要在20__年发挥工作的积极性、主动性、创造性，履行好自己的岗位职责，全力以赴做好20__年度的销售工作，要深入了解光缆行业动态，要进一步开拓和巩固国内市场，为公司创造更高的销售业绩。</w:t>
      </w:r>
      <w:r>
        <w:rPr>
          <w:lang w:eastAsia="zh-CN"/>
        </w:rPr>
        <w:br/>
      </w:r>
      <w:r>
        <w:rPr>
          <w:lang w:eastAsia="zh-CN"/>
        </w:rPr>
        <w:t>　　兔年到，嘱咐到，在这里我代表我们每一个销售人员祝我们广州鹏睿信息科技有限公司在20__年的销售业绩更上一层楼，走在光缆行业的尖端，向我们的理想靠拢。感谢公司的培养，感谢我的上级对我们言传身教的悉心指导，我一定会以积极主动，自信，充满激情的心态去工作。</w:t>
      </w:r>
      <w:r>
        <w:rPr>
          <w:lang w:eastAsia="zh-CN"/>
        </w:rPr>
        <w:br/>
      </w:r>
      <w:r>
        <w:rPr>
          <w:lang w:eastAsia="zh-CN"/>
        </w:rPr>
        <w:t>　　为了公司将来的发展，我个人提点小小建议：我们公司正处于企业转型后的成长期，虽然转型后也有两三年，但这也是一个非常关键的时期，这一时期应该要从管理上下功夫，企业管理的好坏，会决定企业的发展速度。</w:t>
      </w:r>
      <w:r>
        <w:rPr>
          <w:lang w:eastAsia="zh-CN"/>
        </w:rPr>
        <w:br/>
      </w:r>
      <w:r>
        <w:rPr>
          <w:lang w:eastAsia="zh-CN"/>
        </w:rPr>
        <w:t>　　首先，我个人觉得要加强思想观念的转变，加大培训力度，特别是管理干部首先要改变自己的观念，要从实干型向管理型转变。领导干部定期需要参加外培，这样不但可以开阔视野、还可以学习管理理论。把学到的东西分享给公司每一个人。</w:t>
      </w:r>
      <w:r>
        <w:rPr>
          <w:lang w:eastAsia="zh-CN"/>
        </w:rPr>
        <w:br/>
      </w:r>
      <w:r>
        <w:rPr>
          <w:lang w:eastAsia="zh-CN"/>
        </w:rPr>
        <w:t>　　其次，公司要健全管理制度、明确岗位职权、建立激励机制、完善考核方式。好的制度可以改变销售人员的行为，好的制度可以激励员工，好的制度可以强化管理。反之，就会挫败员工的信心。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第三，要做好后继人才的培养工作。要做老业务员传递新业务员的工作，把好的方法传下来，永远留在。第四，既要引进人才，还要用好人才，特别是公司内部现有的销售人员，一定要最大限度发挥各类人才的作用，也就是量身定做。</w:t>
      </w:r>
      <w:r>
        <w:rPr>
          <w:lang w:eastAsia="zh-CN"/>
        </w:rPr>
        <w:br/>
      </w:r>
      <w:r>
        <w:rPr>
          <w:lang w:eastAsia="zh-CN"/>
        </w:rPr>
        <w:t>　　我用自己的激情与努力给公司带来了财富，给自己带来了经验。作为河南地区销售主管的我，新年里自然有新的工作计划，并按照计划带领我的团队将工作做到最好。</w:t>
      </w:r>
      <w:r>
        <w:rPr>
          <w:lang w:eastAsia="zh-CN"/>
        </w:rPr>
        <w:br/>
      </w:r>
      <w:r>
        <w:rPr>
          <w:lang w:eastAsia="zh-CN"/>
        </w:rPr>
        <w:t>　　销售工作已给我公司乃至我个人带来了宝贵的经验与财富，20__年里我将继续负责河南地区的销售工作。随着河南区市场逐渐发展成熟，竞争日益激烈，机遇与考验并存。20__年，销售工作仍将是我们公司的工作重点，面对先期投入，正视现有市场，作为我河南区销售主管，我创业激情高涨，信心百倍，又深感责任重大，销售主管工作计划是我工作必不可少的重要内容。</w:t>
      </w:r>
      <w:r>
        <w:rPr>
          <w:lang w:eastAsia="zh-CN"/>
        </w:rPr>
        <w:br/>
      </w:r>
      <w:r>
        <w:rPr>
          <w:lang w:eastAsia="zh-CN"/>
        </w:rPr>
        <w:t>　　把握现在，展望未来。20__，在总经理的领导下，在销售工作中我坚持做到：突出重点维护现有市场，把握时机开发潜在客户，注重销售细节，强化优质服务，稳固和提高市场占有率，积极争取圆满完成销售任务。20__年销售部年度工作计划主要有以下四方面的内容：</w:t>
      </w:r>
      <w:r>
        <w:rPr>
          <w:lang w:eastAsia="zh-CN"/>
        </w:rPr>
        <w:br/>
      </w:r>
      <w:r>
        <w:rPr>
          <w:lang w:eastAsia="zh-CN"/>
        </w:rPr>
        <w:t>　　　　一、销量指标：</w:t>
      </w:r>
      <w:r>
        <w:rPr>
          <w:lang w:eastAsia="zh-CN"/>
        </w:rPr>
        <w:br/>
      </w:r>
      <w:r>
        <w:rPr>
          <w:lang w:eastAsia="zh-CN"/>
        </w:rPr>
        <w:t>　　至20__年12月31日，河南区销售任务560万元，销售目标700万元。</w:t>
      </w:r>
      <w:r>
        <w:rPr>
          <w:lang w:eastAsia="zh-CN"/>
        </w:rPr>
        <w:br/>
      </w:r>
      <w:r>
        <w:rPr>
          <w:lang w:eastAsia="zh-CN"/>
        </w:rPr>
        <w:t>　　二、计划拟定：</w:t>
      </w:r>
      <w:r>
        <w:rPr>
          <w:lang w:eastAsia="zh-CN"/>
        </w:rPr>
        <w:br/>
      </w:r>
      <w:r>
        <w:rPr>
          <w:lang w:eastAsia="zh-CN"/>
        </w:rPr>
        <w:t>　　1、年初拟定《年度销售工作计划》；</w:t>
      </w:r>
      <w:r>
        <w:rPr>
          <w:lang w:eastAsia="zh-CN"/>
        </w:rPr>
        <w:br/>
      </w:r>
      <w:r>
        <w:rPr>
          <w:lang w:eastAsia="zh-CN"/>
        </w:rPr>
        <w:t>　　2、年终拟定《年度销售总结》；</w:t>
      </w:r>
      <w:r>
        <w:rPr>
          <w:lang w:eastAsia="zh-CN"/>
        </w:rPr>
        <w:br/>
      </w:r>
      <w:r>
        <w:rPr>
          <w:lang w:eastAsia="zh-CN"/>
        </w:rPr>
        <w:t>　　3、月初拟定《月销售计划表》和《月访客户计划表》；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4、月末拟定《月销售统计表》和《月访客户统计表》；</w:t>
      </w:r>
      <w:r>
        <w:rPr>
          <w:lang w:eastAsia="zh-CN"/>
        </w:rPr>
        <w:br/>
      </w:r>
      <w:r>
        <w:rPr>
          <w:lang w:eastAsia="zh-CN"/>
        </w:rPr>
        <w:t>　　三、客户分类：</w:t>
      </w:r>
      <w:r>
        <w:rPr>
          <w:lang w:eastAsia="zh-CN"/>
        </w:rPr>
        <w:br/>
      </w:r>
      <w:r>
        <w:rPr>
          <w:lang w:eastAsia="zh-CN"/>
        </w:rPr>
        <w:t>　　根据08年度销售额度，对市场进行细分化，将现有客户分为VIP用户、一级用户、二级用户和其它用户四大类，并对各级用户进行全面分析。</w:t>
      </w:r>
      <w:r>
        <w:rPr>
          <w:lang w:eastAsia="zh-CN"/>
        </w:rPr>
        <w:br/>
      </w:r>
      <w:r>
        <w:rPr>
          <w:lang w:eastAsia="zh-CN"/>
        </w:rPr>
        <w:t>　　四、实施措施：</w:t>
      </w:r>
      <w:r>
        <w:rPr>
          <w:lang w:eastAsia="zh-CN"/>
        </w:rPr>
        <w:br/>
      </w:r>
      <w:r>
        <w:rPr>
          <w:lang w:eastAsia="zh-CN"/>
        </w:rPr>
        <w:t>　　1、技术交流：</w:t>
      </w:r>
      <w:r>
        <w:rPr>
          <w:lang w:eastAsia="zh-CN"/>
        </w:rPr>
        <w:br/>
      </w:r>
      <w:r>
        <w:rPr>
          <w:lang w:eastAsia="zh-CN"/>
        </w:rPr>
        <w:t>　　（1）本年度针对VIP客户的技术部、售后服务部开展一次技术交流研讨会；</w:t>
      </w:r>
      <w:r>
        <w:rPr>
          <w:lang w:eastAsia="zh-CN"/>
        </w:rPr>
        <w:br/>
      </w:r>
      <w:r>
        <w:rPr>
          <w:lang w:eastAsia="zh-CN"/>
        </w:rPr>
        <w:t>　　（2）参加相关行业展会两次，其中展会期间安排一场大型联谊座谈会；</w:t>
      </w:r>
      <w:r>
        <w:rPr>
          <w:lang w:eastAsia="zh-CN"/>
        </w:rPr>
        <w:br/>
      </w:r>
      <w:r>
        <w:rPr>
          <w:lang w:eastAsia="zh-CN"/>
        </w:rPr>
        <w:t>　　2、客户回访：</w:t>
      </w:r>
      <w:r>
        <w:rPr>
          <w:lang w:eastAsia="zh-CN"/>
        </w:rPr>
        <w:br/>
      </w:r>
      <w:r>
        <w:rPr>
          <w:lang w:eastAsia="zh-CN"/>
        </w:rPr>
        <w:t>　　目前在国内市场上流通的相似品牌有七八种之多，与我司品牌相当的有三四种，技术方面不相上下，竞争愈来愈激烈，已构成市场威胁。为稳固和拓展市场，务必加强与客户的交流，协调与客户、直接用户之间的关系。</w:t>
      </w:r>
      <w:r>
        <w:rPr>
          <w:lang w:eastAsia="zh-CN"/>
        </w:rPr>
        <w:br/>
      </w:r>
      <w:r>
        <w:rPr>
          <w:lang w:eastAsia="zh-CN"/>
        </w:rPr>
        <w:t>　　（1）为与客户加强信息交流，增近感情，对VIP客户每月拜访一次；对一级客户每两月拜访一次；对于二级客户根据实际情况另行安排拜访时间；</w:t>
      </w:r>
      <w:r>
        <w:rPr>
          <w:lang w:eastAsia="zh-CN"/>
        </w:rPr>
        <w:br/>
      </w:r>
      <w:r>
        <w:rPr>
          <w:lang w:eastAsia="zh-CN"/>
        </w:rPr>
        <w:t>　　（2）适应把握形势，销售工作已不仅仅是销货到我们的客户方即为结束，还要帮助客户出货，帮助客户做直接用户的工作，这项工作列入我20__年工作重点。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3、网络检索：</w:t>
      </w:r>
      <w:r>
        <w:rPr>
          <w:lang w:eastAsia="zh-CN"/>
        </w:rPr>
        <w:br/>
      </w:r>
      <w:r>
        <w:rPr>
          <w:lang w:eastAsia="zh-CN"/>
        </w:rPr>
        <w:t>　　充分发挥我司网站及网络资源，通过信息检索发现掌握销售信息。</w:t>
      </w:r>
      <w:r>
        <w:rPr>
          <w:lang w:eastAsia="zh-CN"/>
        </w:rPr>
        <w:br/>
      </w:r>
      <w:r>
        <w:rPr>
          <w:lang w:eastAsia="zh-CN"/>
        </w:rPr>
        <w:t>　　4、售后协调：</w:t>
      </w:r>
      <w:r>
        <w:rPr>
          <w:lang w:eastAsia="zh-CN"/>
        </w:rPr>
        <w:br/>
      </w:r>
      <w:r>
        <w:rPr>
          <w:lang w:eastAsia="zh-CN"/>
        </w:rPr>
        <w:t>　　目前情况下，我公司仍然以贸易为主，“卖产品不如卖服务”，在下一步工作中，我们要增强责任感，不断强化优质服务。</w:t>
      </w:r>
      <w:r>
        <w:rPr>
          <w:lang w:eastAsia="zh-CN"/>
        </w:rPr>
        <w:br/>
      </w:r>
      <w:r>
        <w:rPr>
          <w:lang w:eastAsia="zh-CN"/>
        </w:rPr>
        <w:t>　　用户使用我们的产品如同享受我们提供的服务，从稳固市场、长远合作的角度，我们务必强化为客户负责的意识，把握每一次与用户接触的机会，提供热情详细周到的售后服务，给公司增加一个制胜的筹码。</w:t>
      </w:r>
      <w:r>
        <w:rPr>
          <w:lang w:eastAsia="zh-CN"/>
        </w:rPr>
        <w:br/>
      </w:r>
      <w:r>
        <w:rPr>
          <w:lang w:eastAsia="zh-CN"/>
        </w:rPr>
        <w:t>　　20__年度我将严格遵守公司各项规章制度，加强业务学习，提高业务水平，努力超越工作计划。挑战已经到来，既然选择了远方，何畏风雨兼程，我相信：用心一定能赢得精彩！</w:t>
      </w:r>
      <w:r>
        <w:rPr>
          <w:lang w:eastAsia="zh-CN"/>
        </w:rPr>
        <w:br/>
      </w:r>
      <w:r>
        <w:rPr>
          <w:lang w:eastAsia="zh-CN"/>
        </w:rPr>
        <w:t xml:space="preserve">    销售部门年度计划 篇3 </w:t>
      </w:r>
      <w:r>
        <w:rPr>
          <w:lang w:eastAsia="zh-CN"/>
        </w:rPr>
        <w:br/>
      </w:r>
      <w:r>
        <w:rPr>
          <w:lang w:eastAsia="zh-CN"/>
        </w:rPr>
        <w:t>　　为了实现明年的计划目标，结合公司和市场实际情况，确定明年几项工作重点：</w:t>
      </w:r>
      <w:r>
        <w:rPr>
          <w:lang w:eastAsia="zh-CN"/>
        </w:rPr>
        <w:br/>
      </w:r>
      <w:r>
        <w:rPr>
          <w:lang w:eastAsia="zh-CN"/>
        </w:rPr>
        <w:t>　　1、扩大销售队伍，加强业务培训。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人才的引进和培养是最根本的，也是最核心的，人才是第一生产力。企业无人则止，加大人才的引进大量补充公司的新鲜血液。铁打的营盘流水的兵，所以在留着合理的人才上下功夫。在选好人，用好人，用对人。加强和公司办公室人沟通，多选拔和引进优秀销售人员，利用自己的关系，整合一部分业务人员，利用业务员转介绍的策略，多争取业务人员，加大招聘工作的力度，前期完善公司的人员配置和销售队伍的建立。另外市场上去招一些成熟的技术和业务人员。自己计划将工作重点放在榜样的树立和新榜样的培养上，一是主要做好几个榜样树立典型。因为榜样的.力量是无穷的。</w:t>
      </w:r>
      <w:r>
        <w:rPr>
          <w:lang w:eastAsia="zh-CN"/>
        </w:rPr>
        <w:br/>
      </w:r>
      <w:r>
        <w:rPr>
          <w:lang w:eastAsia="zh-CN"/>
        </w:rPr>
        <w:t>　　人是有可塑性的，并且人是有惰性的。对销售队伍的知识培训，专业知识、销售知识的培训始终不能放松。培训对业务队伍的建立和巩固是很重要的一种手段。定期开展培训，对业务员的心态塑造是很大的好处。并且根据业务人员的发展，选拔引进培养大区经理。业务人员的积极性才会更高。</w:t>
      </w:r>
      <w:r>
        <w:rPr>
          <w:lang w:eastAsia="zh-CN"/>
        </w:rPr>
        <w:br/>
      </w:r>
      <w:r>
        <w:rPr>
          <w:lang w:eastAsia="zh-CN"/>
        </w:rPr>
        <w:t>　　2、销售渠道完善，销售渠道下沉。</w:t>
      </w:r>
      <w:r>
        <w:rPr>
          <w:lang w:eastAsia="zh-CN"/>
        </w:rPr>
        <w:br/>
      </w:r>
      <w:r>
        <w:rPr>
          <w:lang w:eastAsia="zh-CN"/>
        </w:rPr>
        <w:t>　　为确保完成全年销售任务，自己平时就积极搜集信息并及时汇总，力争在新区域开发市场，以扩大产品市场占有额。合理有效的分解目标。</w:t>
      </w:r>
      <w:r>
        <w:rPr>
          <w:lang w:eastAsia="zh-CN"/>
        </w:rPr>
        <w:br/>
      </w:r>
      <w:r>
        <w:rPr>
          <w:lang w:eastAsia="zh-CN"/>
        </w:rPr>
        <w:t>　　三省，市场是公司的核心竞争区，在这三省要完善销售队伍和销售渠道。一方面的人员的配置，另一方面是客户资源的整合，客户员工化的重点区域。要在这里树立公司的榜样，并且建立样板市场。加以克隆复杂。</w:t>
      </w:r>
      <w:r>
        <w:rPr>
          <w:lang w:eastAsia="zh-CN"/>
        </w:rPr>
        <w:br/>
      </w:r>
      <w:r>
        <w:rPr>
          <w:lang w:eastAsia="zh-CN"/>
        </w:rPr>
        <w:t>　　其他省市以一部现有业务人员为主，重点寻找合作伙伴和一些大的代理商。走批发路线的公司在销售政策上适当放宽。</w:t>
      </w:r>
      <w:r>
        <w:rPr>
          <w:lang w:eastAsia="zh-CN"/>
        </w:rPr>
        <w:br/>
      </w:r>
      <w:r>
        <w:rPr>
          <w:lang w:eastAsia="zh-CN"/>
        </w:rPr>
        <w:t>　　如果业务人员自己开拓市场，公司前期从业务上去扶持，时间上一个月重点培养，后期以技术上进行扶持利用三个月的时间进行维护。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3、产品调整，产品更新。</w:t>
      </w:r>
      <w:r>
        <w:rPr>
          <w:lang w:eastAsia="zh-CN"/>
        </w:rPr>
        <w:br/>
      </w:r>
      <w:r>
        <w:rPr>
          <w:lang w:eastAsia="zh-CN"/>
        </w:rPr>
        <w:t>　　产品是企业的生命线，不是我们想买什么，而是客户想买什么。我们买的的客户想买的。找到客户的需求，才是根本。所以产品调整要与市场很好的结合起来。另外，要考虑产品的利润，无利润的产品，它就无生存空间。对客户来讲，也是一样。客户不是买产品，而是买利润，是买的产品得来的利润。追求产品利润的合理分配原则，是不变的法则。企业不是福利院，所以为企业创造价值化，就是管理的最基本要求。从发展才是硬道理到赚钱才是硬道理的转变。</w:t>
      </w:r>
      <w:r>
        <w:rPr>
          <w:lang w:eastAsia="zh-CN"/>
        </w:rPr>
        <w:br/>
      </w:r>
      <w:r>
        <w:rPr>
          <w:lang w:eastAsia="zh-CN"/>
        </w:rPr>
        <w:t xml:space="preserve">    销售部门年度计划 篇4 </w:t>
      </w:r>
      <w:r>
        <w:rPr>
          <w:lang w:eastAsia="zh-CN"/>
        </w:rPr>
        <w:br/>
      </w:r>
      <w:r>
        <w:rPr>
          <w:lang w:eastAsia="zh-CN"/>
        </w:rPr>
        <w:t>　　一、计划拟定：</w:t>
      </w:r>
      <w:r>
        <w:rPr>
          <w:lang w:eastAsia="zh-CN"/>
        </w:rPr>
        <w:br/>
      </w:r>
      <w:r>
        <w:rPr>
          <w:lang w:eastAsia="zh-CN"/>
        </w:rPr>
        <w:t>　　1、年销售目标：</w:t>
      </w:r>
      <w:r>
        <w:rPr>
          <w:lang w:eastAsia="zh-CN"/>
        </w:rPr>
        <w:br/>
      </w:r>
      <w:r>
        <w:rPr>
          <w:lang w:eastAsia="zh-CN"/>
        </w:rPr>
        <w:t>　　1)：作业本年销售目标300万元/年。 以每年10%-20%的销售额递增。 2)：笔记本年销售目标200万元/年。 以每年10%-60%的销售额递增</w:t>
      </w:r>
      <w:r>
        <w:rPr>
          <w:lang w:eastAsia="zh-CN"/>
        </w:rPr>
        <w:br/>
      </w:r>
      <w:r>
        <w:rPr>
          <w:lang w:eastAsia="zh-CN"/>
        </w:rPr>
        <w:t>　　2、销售方向：</w:t>
      </w:r>
      <w:r>
        <w:rPr>
          <w:lang w:eastAsia="zh-CN"/>
        </w:rPr>
        <w:br/>
      </w:r>
      <w:r>
        <w:rPr>
          <w:lang w:eastAsia="zh-CN"/>
        </w:rPr>
        <w:t>　　1、本地市场，以延安市为根基，向周边县级市场拓展业务：</w:t>
      </w:r>
      <w:r>
        <w:rPr>
          <w:lang w:eastAsia="zh-CN"/>
        </w:rPr>
        <w:br/>
      </w:r>
      <w:r>
        <w:rPr>
          <w:lang w:eastAsia="zh-CN"/>
        </w:rPr>
        <w:t>　　1)：延安市区各批发市场发展经销商，每个批发市场必须发展一名以上经销商(长青路批发市场除外)其他市场尽量全面发展客户。</w:t>
      </w:r>
      <w:r>
        <w:rPr>
          <w:lang w:eastAsia="zh-CN"/>
        </w:rPr>
        <w:br/>
      </w:r>
      <w:r>
        <w:rPr>
          <w:lang w:eastAsia="zh-CN"/>
        </w:rPr>
        <w:t>　　2)：延安市区及郊区的文化用品零售店展开地毯式拓展。公司许配合零售文具店配货和配送。</w:t>
      </w:r>
      <w:r>
        <w:rPr>
          <w:lang w:eastAsia="zh-CN"/>
        </w:rPr>
        <w:br/>
      </w:r>
      <w:r>
        <w:rPr>
          <w:lang w:eastAsia="zh-CN"/>
        </w:rPr>
        <w:t>　　3)：延安市区及郊区各学校以及学校内商店也需大力发展，潜力较大。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4)：延安地区每个县城的批发门市须努力开发，若县城批发门市无法做到客户资源意向可开发零售商，必须达到每个县城都多少有蓝辉印务有限公司的产品，或了解蓝辉印务有限公司的产品。</w:t>
      </w:r>
      <w:r>
        <w:rPr>
          <w:lang w:eastAsia="zh-CN"/>
        </w:rPr>
        <w:br/>
      </w:r>
      <w:r>
        <w:rPr>
          <w:lang w:eastAsia="zh-CN"/>
        </w:rPr>
        <w:t>　　2、外地市场：</w:t>
      </w:r>
      <w:r>
        <w:rPr>
          <w:lang w:eastAsia="zh-CN"/>
        </w:rPr>
        <w:br/>
      </w:r>
      <w:r>
        <w:rPr>
          <w:lang w:eastAsia="zh-CN"/>
        </w:rPr>
        <w:t>　　1)：陕西省周围各省一级批发市场全力以赴发展代理商或经销商，暂时包括以下地区：西安、郑州、洛阳、太原、呼和浩特、银川、兰州、西宁、成都、重庆。</w:t>
      </w:r>
      <w:r>
        <w:rPr>
          <w:lang w:eastAsia="zh-CN"/>
        </w:rPr>
        <w:br/>
      </w:r>
      <w:r>
        <w:rPr>
          <w:lang w:eastAsia="zh-CN"/>
        </w:rPr>
        <w:t>　　2)：每个省一级批发市场至少发展一名代理商或2-3名经销商，暂且根据市场客户的实力、信誉，对本产品的认识积极性等以及一些客观性情况而定。</w:t>
      </w:r>
      <w:r>
        <w:rPr>
          <w:lang w:eastAsia="zh-CN"/>
        </w:rPr>
        <w:br/>
      </w:r>
      <w:r>
        <w:rPr>
          <w:lang w:eastAsia="zh-CN"/>
        </w:rPr>
        <w:t>　　3)：如果各省的一级批发市场，暂时很难做到市场的投入或投入后效果不明显，可以在其省内二级(地市级)批发市场发展经销商，使二级市场成熟之后包围一级市场，但二级市场至少做2-3家经销商，从而达到我们的销售目的，完成销售目标。</w:t>
      </w:r>
      <w:r>
        <w:rPr>
          <w:lang w:eastAsia="zh-CN"/>
        </w:rPr>
        <w:br/>
      </w:r>
      <w:r>
        <w:rPr>
          <w:lang w:eastAsia="zh-CN"/>
        </w:rPr>
        <w:t>　　二、客户回访：</w:t>
      </w:r>
      <w:r>
        <w:rPr>
          <w:lang w:eastAsia="zh-CN"/>
        </w:rPr>
        <w:br/>
      </w:r>
      <w:r>
        <w:rPr>
          <w:lang w:eastAsia="zh-CN"/>
        </w:rPr>
        <w:t>　　目前在国内市场笔记本种类偏多，技术方面不相上下，为稳固和拓展市场，务必加强与客户的交流，协调与客户之间的关系：</w:t>
      </w:r>
      <w:r>
        <w:rPr>
          <w:lang w:eastAsia="zh-CN"/>
        </w:rPr>
        <w:br/>
      </w:r>
      <w:r>
        <w:rPr>
          <w:lang w:eastAsia="zh-CN"/>
        </w:rPr>
        <w:t>　　1)关系维护：</w:t>
      </w:r>
      <w:r>
        <w:rPr>
          <w:lang w:eastAsia="zh-CN"/>
        </w:rPr>
        <w:br/>
      </w:r>
      <w:r>
        <w:rPr>
          <w:lang w:eastAsia="zh-CN"/>
        </w:rPr>
        <w:t>　　为与客户加强信息交流，增进感情，对一级客户每两月拜访一次;对于二级客户根据实际际情况另行安排拜访时间。</w:t>
      </w:r>
      <w:r>
        <w:rPr>
          <w:lang w:eastAsia="zh-CN"/>
        </w:rPr>
        <w:br/>
      </w:r>
      <w:r>
        <w:rPr>
          <w:lang w:eastAsia="zh-CN"/>
        </w:rPr>
        <w:t>　　2)售后协调：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目前情况下，我公司应以：“卖产品不如卖服务”，在下一步工作中，我们要增强责任感，不断强化优质服务。用户使用我们的产品如同享受我们提供的服务，从稳固市场、长远合作的角度，我们务必强化为客户负责的意识，把握每一次与客户接触的机会，提供热情详细周到的售后服务，给公司增加一个制胜的筹码。</w:t>
      </w:r>
      <w:r>
        <w:rPr>
          <w:lang w:eastAsia="zh-CN"/>
        </w:rPr>
        <w:br/>
      </w:r>
      <w:r>
        <w:rPr>
          <w:lang w:eastAsia="zh-CN"/>
        </w:rPr>
        <w:t>　　三、价格政策：</w:t>
      </w:r>
      <w:r>
        <w:rPr>
          <w:lang w:eastAsia="zh-CN"/>
        </w:rPr>
        <w:br/>
      </w:r>
      <w:r>
        <w:rPr>
          <w:lang w:eastAsia="zh-CN"/>
        </w:rPr>
        <w:t>　　1、定价原则：</w:t>
      </w:r>
      <w:r>
        <w:rPr>
          <w:lang w:eastAsia="zh-CN"/>
        </w:rPr>
        <w:br/>
      </w:r>
      <w:r>
        <w:rPr>
          <w:lang w:eastAsia="zh-CN"/>
        </w:rPr>
        <w:t>　　1)：拉大批零差价，调动代理积极性;</w:t>
      </w:r>
      <w:r>
        <w:rPr>
          <w:lang w:eastAsia="zh-CN"/>
        </w:rPr>
        <w:br/>
      </w:r>
      <w:r>
        <w:rPr>
          <w:lang w:eastAsia="zh-CN"/>
        </w:rPr>
        <w:t>　　2)：结合批量，鼓励大量多批;</w:t>
      </w:r>
      <w:r>
        <w:rPr>
          <w:lang w:eastAsia="zh-CN"/>
        </w:rPr>
        <w:br/>
      </w:r>
      <w:r>
        <w:rPr>
          <w:lang w:eastAsia="zh-CN"/>
        </w:rPr>
        <w:t>　　3)：以成本为基础，以同类产品价格为参考，使价格具有竞争力;</w:t>
      </w:r>
      <w:r>
        <w:rPr>
          <w:lang w:eastAsia="zh-CN"/>
        </w:rPr>
        <w:br/>
      </w:r>
      <w:r>
        <w:rPr>
          <w:lang w:eastAsia="zh-CN"/>
        </w:rPr>
        <w:t>　　4)：顺应市场变化，及时灵活调整。</w:t>
      </w:r>
      <w:r>
        <w:rPr>
          <w:lang w:eastAsia="zh-CN"/>
        </w:rPr>
        <w:br/>
      </w:r>
      <w:r>
        <w:rPr>
          <w:lang w:eastAsia="zh-CN"/>
        </w:rPr>
        <w:t>　　2、目的</w:t>
      </w:r>
      <w:r>
        <w:rPr>
          <w:lang w:eastAsia="zh-CN"/>
        </w:rPr>
        <w:br/>
      </w:r>
      <w:r>
        <w:rPr>
          <w:lang w:eastAsia="zh-CN"/>
        </w:rPr>
        <w:t>　　1)：树立蓝辉印务有限公司的产品标准形象，扩大其影响;</w:t>
      </w:r>
      <w:r>
        <w:rPr>
          <w:lang w:eastAsia="zh-CN"/>
        </w:rPr>
        <w:br/>
      </w:r>
      <w:r>
        <w:rPr>
          <w:lang w:eastAsia="zh-CN"/>
        </w:rPr>
        <w:t>　　2)：作为奖励代理的一种方式，刺激代理商的积极性。</w:t>
      </w:r>
      <w:r>
        <w:rPr>
          <w:lang w:eastAsia="zh-CN"/>
        </w:rPr>
        <w:br/>
      </w:r>
      <w:r>
        <w:rPr>
          <w:lang w:eastAsia="zh-CN"/>
        </w:rPr>
        <w:t>　　四、开拓创新，建立灵活的激励销售机制。</w:t>
      </w:r>
      <w:r>
        <w:rPr>
          <w:lang w:eastAsia="zh-CN"/>
        </w:rPr>
        <w:br/>
      </w:r>
      <w:r>
        <w:rPr>
          <w:lang w:eastAsia="zh-CN"/>
        </w:rPr>
        <w:t>　　开拓市场，争取客源：</w:t>
      </w:r>
      <w:r>
        <w:rPr>
          <w:lang w:eastAsia="zh-CN"/>
        </w:rPr>
        <w:br/>
      </w:r>
      <w:r>
        <w:rPr>
          <w:lang w:eastAsia="zh-CN"/>
        </w:rPr>
        <w:t>　　销售部将配合公司整体新的销售体制，制定完善市场销售任务计划及业绩考核管理实施细则，提高销售代表的工资待遇，激发、调动销售人员的积极性。销售人员实行工作日记志。以月度销售任务完成情况及工作日记志综合考核销售人员。督促销售人员，通过各种方式争取团体和零散客户，稳定老客户，开展新客户，并在拜访中及时了解收集宾客意见及建议，反馈给有关部门及总经理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五、密切合作，主动协调：</w:t>
      </w:r>
      <w:r>
        <w:rPr>
          <w:lang w:eastAsia="zh-CN"/>
        </w:rPr>
        <w:br/>
      </w:r>
      <w:r>
        <w:rPr>
          <w:lang w:eastAsia="zh-CN"/>
        </w:rPr>
        <w:t>　　与公司其他部门接好业务结合工作，密切配合，根据宾客的需求，主动与公司其他部门密切联系，互相配合，充分发挥公司的整体销售活力，创造最佳效益。加强有关宣传，充分利用多种广告形式推荐公司产品，宣传公司，努力提高公司知名度。</w:t>
      </w:r>
      <w:r>
        <w:rPr>
          <w:lang w:eastAsia="zh-CN"/>
        </w:rPr>
        <w:br/>
      </w:r>
      <w:r>
        <w:rPr>
          <w:lang w:eastAsia="zh-CN"/>
        </w:rPr>
        <w:t>　　以上几点请各位领导多提建议与意见，为了公司的宏伟蓝图，齐心协力，共同进步，使公司走向辉煌的明天，挑战已经到来，既然选择了远方，何畏风雨兼程，我相信：用心一定能赢得精彩。</w:t>
      </w:r>
      <w:r>
        <w:rPr>
          <w:lang w:eastAsia="zh-CN"/>
        </w:rPr>
        <w:br/>
      </w:r>
      <w:r>
        <w:rPr>
          <w:lang w:eastAsia="zh-CN"/>
        </w:rPr>
        <w:t xml:space="preserve">    销售部门年度计划 篇5 </w:t>
      </w:r>
      <w:r>
        <w:rPr>
          <w:lang w:eastAsia="zh-CN"/>
        </w:rPr>
        <w:br/>
      </w:r>
      <w:r>
        <w:rPr>
          <w:lang w:eastAsia="zh-CN"/>
        </w:rPr>
        <w:t>　　一概论</w:t>
      </w:r>
      <w:r>
        <w:rPr>
          <w:lang w:eastAsia="zh-CN"/>
        </w:rPr>
        <w:br/>
      </w:r>
      <w:r>
        <w:rPr>
          <w:lang w:eastAsia="zh-CN"/>
        </w:rPr>
        <w:t>　　第一部分，人员--招人--留人--用人--考核;</w:t>
      </w:r>
      <w:r>
        <w:rPr>
          <w:lang w:eastAsia="zh-CN"/>
        </w:rPr>
        <w:br/>
      </w:r>
      <w:r>
        <w:rPr>
          <w:lang w:eastAsia="zh-CN"/>
        </w:rPr>
        <w:t>　　第二部分，工作能力--提升工作能力，熟悉运作流程，达到对项目的了解、掌握、运用、讲解;</w:t>
      </w:r>
      <w:r>
        <w:rPr>
          <w:lang w:eastAsia="zh-CN"/>
        </w:rPr>
        <w:br/>
      </w:r>
      <w:r>
        <w:rPr>
          <w:lang w:eastAsia="zh-CN"/>
        </w:rPr>
        <w:t>　　第三部分，管理能力--运用环式管理，达到平等互利、双赢共享;</w:t>
      </w:r>
      <w:r>
        <w:rPr>
          <w:lang w:eastAsia="zh-CN"/>
        </w:rPr>
        <w:br/>
      </w:r>
      <w:r>
        <w:rPr>
          <w:lang w:eastAsia="zh-CN"/>
        </w:rPr>
        <w:t>　　第四部分，培训--发挥自己的工作能力和管理能力，根据工作流程--项目卖点--找客户--沟通--释疑解惑--成交，提升员工的工作能力和自主能力，及时满足员工需求;</w:t>
      </w:r>
      <w:r>
        <w:rPr>
          <w:lang w:eastAsia="zh-CN"/>
        </w:rPr>
        <w:br/>
      </w:r>
      <w:r>
        <w:rPr>
          <w:lang w:eastAsia="zh-CN"/>
        </w:rPr>
        <w:t>　　第五部分，跟访服务，达到以客带客;</w:t>
      </w:r>
      <w:r>
        <w:rPr>
          <w:lang w:eastAsia="zh-CN"/>
        </w:rPr>
        <w:br/>
      </w:r>
      <w:r>
        <w:rPr>
          <w:lang w:eastAsia="zh-CN"/>
        </w:rPr>
        <w:t>　　第六部分，身份效应。</w:t>
      </w:r>
      <w:r>
        <w:rPr>
          <w:lang w:eastAsia="zh-CN"/>
        </w:rPr>
        <w:br/>
      </w:r>
      <w:r>
        <w:rPr>
          <w:lang w:eastAsia="zh-CN"/>
        </w:rPr>
        <w:t>　　二细则</w:t>
      </w:r>
      <w:r>
        <w:rPr>
          <w:lang w:eastAsia="zh-CN"/>
        </w:rPr>
        <w:br/>
      </w:r>
      <w:r>
        <w:rPr>
          <w:lang w:eastAsia="zh-CN"/>
        </w:rPr>
        <w:t>　　第一，二月份把人招够。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第二，三月份第一周：让员工精通项目卖点，熟悉点位情况;第二周任务：让员工达到灵活运用卖点，找到客户并进行沟通;第三周任务：让员工学会释疑解惑;第四周任务：成交并跟访。</w:t>
      </w:r>
      <w:r>
        <w:rPr>
          <w:lang w:eastAsia="zh-CN"/>
        </w:rPr>
        <w:br/>
      </w:r>
      <w:r>
        <w:rPr>
          <w:lang w:eastAsia="zh-CN"/>
        </w:rPr>
        <w:t>　　第三，四月份第一周任务：按着员工的需求和特长，找到有效方法，分配点位;第二周任务：继续;第三周任务：继续;第四周任务：继续。</w:t>
      </w:r>
      <w:r>
        <w:rPr>
          <w:lang w:eastAsia="zh-CN"/>
        </w:rPr>
        <w:br/>
      </w:r>
      <w:r>
        <w:rPr>
          <w:lang w:eastAsia="zh-CN"/>
        </w:rPr>
        <w:t>　　第四，五月份第一周任务：带领员工开发新市场，寻找新客户;第二周任务：继续;第三周任务：继续;第四周任务：继续。</w:t>
      </w:r>
      <w:r>
        <w:rPr>
          <w:lang w:eastAsia="zh-CN"/>
        </w:rPr>
        <w:br/>
      </w:r>
      <w:r>
        <w:rPr>
          <w:lang w:eastAsia="zh-CN"/>
        </w:rPr>
        <w:t>　　第五，六月份结束。</w:t>
      </w:r>
      <w:r>
        <w:rPr>
          <w:lang w:eastAsia="zh-CN"/>
        </w:rPr>
        <w:br/>
      </w:r>
      <w:r>
        <w:rPr>
          <w:lang w:eastAsia="zh-CN"/>
        </w:rPr>
        <w:t xml:space="preserve">    销售部门年度计划 篇6 </w:t>
      </w:r>
      <w:r>
        <w:rPr>
          <w:lang w:eastAsia="zh-CN"/>
        </w:rPr>
        <w:br/>
      </w:r>
      <w:r>
        <w:rPr>
          <w:lang w:eastAsia="zh-CN"/>
        </w:rPr>
        <w:t>　　一、塌实做事，认真履行本职工作。</w:t>
      </w:r>
      <w:r>
        <w:rPr>
          <w:lang w:eastAsia="zh-CN"/>
        </w:rPr>
        <w:br/>
      </w:r>
      <w:r>
        <w:rPr>
          <w:lang w:eastAsia="zh-CN"/>
        </w:rPr>
        <w:t>　　首先从产品知识入手，在了解技术知识的同时认真分析市场信息并适时制定营销方案，及时的跟进客户并对客户资料进行分析，其次自己经常同其他业务员勤沟通、勤交流，分析市场情况、存在问题及应对方案，以求共同提高。</w:t>
      </w:r>
      <w:r>
        <w:rPr>
          <w:lang w:eastAsia="zh-CN"/>
        </w:rPr>
        <w:br/>
      </w:r>
      <w:r>
        <w:rPr>
          <w:lang w:eastAsia="zh-CN"/>
        </w:rPr>
        <w:t>　　要经常开发新客户同时要不断的对手中的客户进行归类，把最有可能用到我们产品的客户作为重要的客户，把近期有项目的客户作为重点跟进客户，并根据他们的需求量来分配拜访次数。力求把单子促成，从而达到销售的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分析客户的同时，必须建立自己的客户群。根据我们产品的特点来找对客户群体是成功的关键。在这半年来我手中所成交的客户里面，有好几个都是对该行业不是很了解，也就是在这个行业上刚刚起步，技术比较薄弱，单子也比较小，但是成功率比较高，价格也可以做得高些。像这样的客户就可以列入主要客户群体里。他们一般都是从别的相关行业转行的或者是新成立接监控项目的部门的，因为他们有这方面的客户资源，有发展的前景，所以如果能维护好这部分客户，往后他们走的量也是比较可观的。</w:t>
      </w:r>
      <w:r>
        <w:rPr>
          <w:lang w:eastAsia="zh-CN"/>
        </w:rPr>
        <w:br/>
      </w:r>
      <w:r>
        <w:rPr>
          <w:lang w:eastAsia="zh-CN"/>
        </w:rPr>
        <w:t>　　二、主动积极，力求按时按量完成任务。</w:t>
      </w:r>
      <w:r>
        <w:rPr>
          <w:lang w:eastAsia="zh-CN"/>
        </w:rPr>
        <w:br/>
      </w:r>
      <w:r>
        <w:rPr>
          <w:lang w:eastAsia="zh-CN"/>
        </w:rPr>
        <w:t>　　每天主动积极的拜访客户，并确保拜访质量，回来后要认真分析信息和总结工作情况，并做好第二天的工作计划。拜访客户是销售的基础，没有拜访就没有销售，而且因为人与人都是有感情的，只有跟客户之间建立了感情基础，提高客户对我们的信任度之后方有机会销售产品给他们。</w:t>
      </w:r>
      <w:r>
        <w:rPr>
          <w:lang w:eastAsia="zh-CN"/>
        </w:rPr>
        <w:br/>
      </w:r>
      <w:r>
        <w:rPr>
          <w:lang w:eastAsia="zh-CN"/>
        </w:rPr>
        <w:t>　　主动协助客户做工作，比如帮忙查找资料，帮忙做方案，做预算，这都是让客户对我们增加信任度的方式之一，也是推我们产品给他们的机会。即使当时没有能立刻成交，但是他们会一直记得你的功劳的，往后有用到的都会主动找到我们的。</w:t>
      </w:r>
      <w:r>
        <w:rPr>
          <w:lang w:eastAsia="zh-CN"/>
        </w:rPr>
        <w:br/>
      </w:r>
      <w:r>
        <w:rPr>
          <w:lang w:eastAsia="zh-CN"/>
        </w:rPr>
        <w:t>　　三、做好售后服务。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不管是多好的产品都会有次品，都会有各种各样的问题出现，如此售后就显得尤其重要，做好售后是维护客情的重要手段，是形成再次销售的关键。当客户反应一个问题到我们这里来的时候，我们要第一时间向客户详细了解情况，并尽量找出问题的所在，如果找不出原因的，也不要着急，先稳定客户的情绪，安慰客户，然后再一定能帮他解决问题，让他放心，再把问题跟公司的技术人员反应，然后再找出解决的方案。</w:t>
      </w:r>
      <w:r>
        <w:rPr>
          <w:lang w:eastAsia="zh-CN"/>
        </w:rPr>
        <w:br/>
      </w:r>
      <w:r>
        <w:rPr>
          <w:lang w:eastAsia="zh-CN"/>
        </w:rPr>
        <w:t>　　在我成交的客户里，有反应出现问题的也不少，但是经过协调和帮忙解决以后，大多客户都对我们的服务感到很满意。很多都立刻表示要继续合作，有项目有需要采购的都立刻跟我们联系。</w:t>
      </w:r>
      <w:r>
        <w:rPr>
          <w:lang w:eastAsia="zh-CN"/>
        </w:rPr>
        <w:br/>
      </w:r>
      <w:r>
        <w:rPr>
          <w:lang w:eastAsia="zh-CN"/>
        </w:rPr>
        <w:t>　　四、坚持学习。</w:t>
      </w:r>
      <w:r>
        <w:rPr>
          <w:lang w:eastAsia="zh-CN"/>
        </w:rPr>
        <w:br/>
      </w:r>
      <w:r>
        <w:rPr>
          <w:lang w:eastAsia="zh-CN"/>
        </w:rPr>
        <w:t>　　人要不断的学习才能进步。首先要学习我们的新产品，我们的产品知识要过关；其次是学习沟通技巧来提高自身的业务能力；再有时间还可以学习一些同行的产品特点，并跟我们的作个比较，从而能了解到我们产品的优势，从而做到在客户面前扬长避短。</w:t>
      </w:r>
      <w:r>
        <w:rPr>
          <w:lang w:eastAsia="zh-CN"/>
        </w:rPr>
        <w:br/>
      </w:r>
      <w:r>
        <w:rPr>
          <w:lang w:eastAsia="zh-CN"/>
        </w:rPr>
        <w:t>　　五、多了解行业信息。</w:t>
      </w:r>
      <w:r>
        <w:rPr>
          <w:lang w:eastAsia="zh-CN"/>
        </w:rPr>
        <w:br/>
      </w:r>
      <w:r>
        <w:rPr>
          <w:lang w:eastAsia="zh-CN"/>
        </w:rPr>
        <w:t>　　了解我们的竞争对手我们的同行，了解现在市场上做得比较好的产品，了解行业里的相关政策，这些都是一个优秀的业务员必须时刻都要关心的问题。只有了解了外面的世界才不会成为坐井观天的青蛙，才能对手中掌握的信息做出正确的判断，遇到问题才能随机应变。</w:t>
      </w:r>
      <w:r>
        <w:rPr>
          <w:lang w:eastAsia="zh-CN"/>
        </w:rPr>
        <w:br/>
      </w:r>
      <w:r>
        <w:rPr>
          <w:lang w:eastAsia="zh-CN"/>
        </w:rPr>
        <w:t xml:space="preserve">    销售部门年度计划 篇7 </w:t>
      </w:r>
      <w:r>
        <w:rPr>
          <w:lang w:eastAsia="zh-CN"/>
        </w:rPr>
        <w:br/>
      </w:r>
      <w:r>
        <w:rPr>
          <w:lang w:eastAsia="zh-CN"/>
        </w:rPr>
        <w:t>　　一、公司现状分析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金立基公司从1996年进入粘合剂行业，经过10多年的发展，已经在印后包装行业这个细分市场取得了不错的成绩，但是业务的发展还是局限在珠三角尤其是广东地区。而据不完全统计整个广东省生产同类产品的厂家不下500家，而胶水行业是一个技术门槛相对较低的行业，导致了行业竞争已经呈现一种白热化状态，带来的直接后果是市场的萎缩和毛利率的下降。公司要想取得进一步扩张和规模效益，已经不能仅仅局限于珠三角市场，另外国家区域经济的振兴计划让长三角以及中西部地区的工业呈现快速增长的过程，其中当然包括印后包装行业，公司管理层在此种环境下做出走出广东、开拓全国市场的决策是非常英明的。我有幸能够参与这场抢占全国市场，塑造金立基品牌的战斗中，感到非常自豪，但是也深感任务的沉重，以下是我根据公司决策层制定的销售计划而做出的区域市场开发计划，仅作参考，希望能对公司有所帮助，请帮忙斧正！（此计划以华东区为目标区域）</w:t>
      </w:r>
      <w:r>
        <w:rPr>
          <w:lang w:eastAsia="zh-CN"/>
        </w:rPr>
        <w:br/>
      </w:r>
      <w:r>
        <w:rPr>
          <w:lang w:eastAsia="zh-CN"/>
        </w:rPr>
        <w:t>　　二、工作目标</w:t>
      </w:r>
      <w:r>
        <w:rPr>
          <w:lang w:eastAsia="zh-CN"/>
        </w:rPr>
        <w:br/>
      </w:r>
      <w:r>
        <w:rPr>
          <w:lang w:eastAsia="zh-CN"/>
        </w:rPr>
        <w:t>　　根据公司整体规划，今年6到12月份华东区6省2市（浙江省、江苏省、四川省、山东省、安徽省、湖北省、上海市、重庆市）共承担销售指标1092万，其中包括直营店3家（销售定额180万，每人每月7.5万），开发大、中型专业客户（终端）13家以上（销售定额720万，每人每月30万），开发经销商4家（销售定额192万，每家每月8万）。充分利用行业内大客户影响力和杠杆效应，带动中小客户的销售。另外通过设立直营门店以及广告宣传等方式让当地市场对金立基的产品和服务有个初步的了解，透过经销商和业务人员的努力，实现业务的快速增长和品牌形象的初步建立。</w:t>
      </w:r>
      <w:r>
        <w:rPr>
          <w:lang w:eastAsia="zh-CN"/>
        </w:rPr>
        <w:br/>
      </w:r>
      <w:r>
        <w:rPr>
          <w:lang w:eastAsia="zh-CN"/>
        </w:rPr>
        <w:t>　　三、具体执行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华东市场是金立基从来没有涉猎的空白市场，没有任何经验作为借鉴，并且今年留给我们的时间并不多，任务的艰巨程度可想而知。要想保证销售任务能顺利地完成，必须要有一个完整而细致的规划作为指导。</w:t>
      </w:r>
      <w:r>
        <w:rPr>
          <w:lang w:eastAsia="zh-CN"/>
        </w:rPr>
        <w:br/>
      </w:r>
      <w:r>
        <w:rPr>
          <w:lang w:eastAsia="zh-CN"/>
        </w:rPr>
        <w:t>　　其中尤为重要的是5月15号至6月底这一个半月的时间。不仅要做好区域办公地点以及直营门店的建设工作，还要确保实现销售指标的完成，对这一个半月我的具体安排如下，</w:t>
      </w:r>
      <w:r>
        <w:rPr>
          <w:lang w:eastAsia="zh-CN"/>
        </w:rPr>
        <w:br/>
      </w:r>
      <w:r>
        <w:rPr>
          <w:lang w:eastAsia="zh-CN"/>
        </w:rPr>
        <w:t>　　第一阶段（5月8号至6月30号）</w:t>
      </w:r>
      <w:r>
        <w:rPr>
          <w:lang w:eastAsia="zh-CN"/>
        </w:rPr>
        <w:br/>
      </w:r>
      <w:r>
        <w:rPr>
          <w:lang w:eastAsia="zh-CN"/>
        </w:rPr>
        <w:t>　　1）区域市场的进一步细分（5月8日）</w:t>
      </w:r>
      <w:r>
        <w:rPr>
          <w:lang w:eastAsia="zh-CN"/>
        </w:rPr>
        <w:br/>
      </w:r>
      <w:r>
        <w:rPr>
          <w:lang w:eastAsia="zh-CN"/>
        </w:rPr>
        <w:t>　　区域经理和营销人员一起细分区域，要把握以下几个原则：</w:t>
      </w:r>
      <w:r>
        <w:rPr>
          <w:lang w:eastAsia="zh-CN"/>
        </w:rPr>
        <w:br/>
      </w:r>
      <w:r>
        <w:rPr>
          <w:lang w:eastAsia="zh-CN"/>
        </w:rPr>
        <w:t>　　第一，为了方便区域经理的管理工作，区域办事处所在城市要由区域经理亲自负责。</w:t>
      </w:r>
      <w:r>
        <w:rPr>
          <w:lang w:eastAsia="zh-CN"/>
        </w:rPr>
        <w:br/>
      </w:r>
      <w:r>
        <w:rPr>
          <w:lang w:eastAsia="zh-CN"/>
        </w:rPr>
        <w:t>　　第二，公平原则，每个营销人员所负责区域以及承担指标成正比，指标可以根据以后市场的实际情况作适当调整，</w:t>
      </w:r>
      <w:r>
        <w:rPr>
          <w:lang w:eastAsia="zh-CN"/>
        </w:rPr>
        <w:br/>
      </w:r>
      <w:r>
        <w:rPr>
          <w:lang w:eastAsia="zh-CN"/>
        </w:rPr>
        <w:t>　　第三，自愿原则，营销人员可以根据自己的实际情况选择自己熟悉或者有优势的区域，前提是其他人员也同意。若两个营销人员选择同一个区域，则采取“抓阄”方式决定。区域一旦划定短期内将不会再做更改，营销人员必须严格遵守公司规定，不得跨区销售或报价，特殊情况需报区域经理批准方可。</w:t>
      </w:r>
      <w:r>
        <w:rPr>
          <w:lang w:eastAsia="zh-CN"/>
        </w:rPr>
        <w:br/>
      </w:r>
      <w:r>
        <w:rPr>
          <w:lang w:eastAsia="zh-CN"/>
        </w:rPr>
        <w:t>　　2）业务员spin技巧培训（5月10日上午）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1.首先，利用情况性问题（situationquestions）（例如贵司生产什么样产品？…）来了解客户的现有状况以建立背景资料库（行业、产品、目前选用哪家供应商…），从业人员透过资料的搜集，方能进一步导入正确的需求分析。此外，为避免客户产生厌烦与反感，情况性问题必须适可而止的发问。</w:t>
      </w:r>
      <w:r>
        <w:rPr>
          <w:lang w:eastAsia="zh-CN"/>
        </w:rPr>
        <w:br/>
      </w:r>
      <w:r>
        <w:rPr>
          <w:lang w:eastAsia="zh-CN"/>
        </w:rPr>
        <w:t>　　2.然后，营销人员会以难题性问题（problemsquestions）（如你的保障够吗？对目前所使用产品满意吗？…）来探索客户隐藏的需求，使客户透露出所面临的问题、困难与不满足，由技巧性的接触来引起准保户的兴趣，进而营造主导权使客户发现明确的需求。</w:t>
      </w:r>
      <w:r>
        <w:rPr>
          <w:lang w:eastAsia="zh-CN"/>
        </w:rPr>
        <w:br/>
      </w:r>
      <w:r>
        <w:rPr>
          <w:lang w:eastAsia="zh-CN"/>
        </w:rPr>
        <w:t>　　3.其次，营销人员会转问隐喻性问题（implicationquestions）使客户感受到隐藏性需求的重要与急迫性，由从业人员列出各种线索以维持准客户的兴趣，并刺激其购买欲望。</w:t>
      </w:r>
      <w:r>
        <w:rPr>
          <w:lang w:eastAsia="zh-CN"/>
        </w:rPr>
        <w:br/>
      </w:r>
      <w:r>
        <w:rPr>
          <w:lang w:eastAsia="zh-CN"/>
        </w:rPr>
        <w:t>　　4.最后，一旦客户认同需求的严重性与急迫性，且必须立即采取行动时，成功的从业人员便会提出需求－代价的问题（need－payoffquestions）让客户产生明确的需求，以鼓励客户将重点放在解决方案上，并明了解决问题的好处与购买利益。</w:t>
      </w:r>
      <w:r>
        <w:rPr>
          <w:lang w:eastAsia="zh-CN"/>
        </w:rPr>
        <w:br/>
      </w:r>
      <w:r>
        <w:rPr>
          <w:lang w:eastAsia="zh-CN"/>
        </w:rPr>
        <w:t>　　在营销人员进行客户拜访之前，要通过一对一的面谈去了解每个人的心理状态，并作出一些有针对性的培训，这样做的目的第一是消除营销人员的紧张心理提振士气，第二是解决有些新业务员对营销实战技巧方面的欠缺，保证其能够较好的完成第一次的陌生拜访。</w:t>
      </w:r>
      <w:r>
        <w:rPr>
          <w:lang w:eastAsia="zh-CN"/>
        </w:rPr>
        <w:br/>
      </w:r>
      <w:r>
        <w:rPr>
          <w:lang w:eastAsia="zh-CN"/>
        </w:rPr>
        <w:t>　　3）办事处的前期筹备工作（5月12--14日）</w:t>
      </w:r>
      <w:r>
        <w:rPr>
          <w:lang w:eastAsia="zh-CN"/>
        </w:rPr>
        <w:br/>
      </w:r>
      <w:r>
        <w:rPr>
          <w:lang w:eastAsia="zh-CN"/>
        </w:rPr>
        <w:t>　　区域经理应该在5月11号出发去上海进行办事处的前期准备工作，花不超过三天的时间物色一间合适的两房一厅或者两房两厅作为区域大本营，租房选址原则：</w:t>
      </w:r>
      <w:r>
        <w:rPr>
          <w:lang w:eastAsia="zh-CN"/>
        </w:rPr>
        <w:br/>
      </w:r>
      <w:r>
        <w:rPr>
          <w:lang w:eastAsia="zh-CN"/>
        </w:rPr>
        <w:t>　　一，环境安全、交通便利；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二，价格实惠；</w:t>
      </w:r>
      <w:r>
        <w:rPr>
          <w:lang w:eastAsia="zh-CN"/>
        </w:rPr>
        <w:br/>
      </w:r>
      <w:r>
        <w:rPr>
          <w:lang w:eastAsia="zh-CN"/>
        </w:rPr>
        <w:t>　　三，手机信号良好，</w:t>
      </w:r>
      <w:r>
        <w:rPr>
          <w:lang w:eastAsia="zh-CN"/>
        </w:rPr>
        <w:br/>
      </w:r>
      <w:r>
        <w:rPr>
          <w:lang w:eastAsia="zh-CN"/>
        </w:rPr>
        <w:t>　　四，房间最好能有少量家私（床、衣柜、办公桌、热水器等等）。要确保成本控制在公司预算范围之内。区域经理租好房后及时向公司汇报，并帮助购置办公以及居住的必用品（如电脑、电话、打印机、传真机、床、热水器等）。</w:t>
      </w:r>
      <w:r>
        <w:rPr>
          <w:lang w:eastAsia="zh-CN"/>
        </w:rPr>
        <w:br/>
      </w:r>
      <w:r>
        <w:rPr>
          <w:lang w:eastAsia="zh-CN"/>
        </w:rPr>
        <w:t>　　4）客户资料的收集以及电话预约（5月15--22日）</w:t>
      </w:r>
      <w:r>
        <w:rPr>
          <w:lang w:eastAsia="zh-CN"/>
        </w:rPr>
        <w:br/>
      </w:r>
      <w:r>
        <w:rPr>
          <w:lang w:eastAsia="zh-CN"/>
        </w:rPr>
        <w:t>　　区经理及营销人员通过网络及其它方式找出自己所属区域的目标客户（彩印厂、礼盒厂、纸袋厂、皮具箱包厂等），务必在三天时间里找到200个准客户的地址、联系人、联系电话等相关资料，并将其整理成电子文档形式存档，以方便以后的联系跟进。然后通过两天时间，对找出的目标客户进行逐一电话访问，争取获得更多信息（客户是否可以使用到我司产品，每月需求量，目前使用哪个牌子产品，什么价位等），并尽量提前预约拜访。接下来对第一次电话联系所收集的信息进行分类整理，找出有采购意向的客户进行第二次电话交谈，本次电话交流的目标是预约到30家客户接受我们到厂拜访。</w:t>
      </w:r>
      <w:r>
        <w:rPr>
          <w:lang w:eastAsia="zh-CN"/>
        </w:rPr>
        <w:br/>
      </w:r>
      <w:r>
        <w:rPr>
          <w:lang w:eastAsia="zh-CN"/>
        </w:rPr>
        <w:t xml:space="preserve">    销售部门年度计划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市场销售部是负责对外处理公共关系和销售业务的职能部门，是酒店提高声誉，树立良好公众形象的一个重要窗口，它对总经理室进行经营决策，制订营销方案起到参谋和助手的作用，它对酒店疏通营销渠道，开拓市场，提高经济效益和社会效益起到重要促进作用。</w:t>
      </w:r>
      <w:r>
        <w:rPr>
          <w:lang w:eastAsia="zh-CN"/>
        </w:rPr>
        <w:br/>
      </w:r>
      <w:r>
        <w:rPr>
          <w:lang w:eastAsia="zh-CN"/>
        </w:rPr>
        <w:t>　　针对销售部的工作职能，我们制订了市场营销部20__年工作思路，现在向大家作一个汇报：</w:t>
      </w:r>
      <w:r>
        <w:rPr>
          <w:lang w:eastAsia="zh-CN"/>
        </w:rPr>
        <w:br/>
      </w:r>
      <w:r>
        <w:rPr>
          <w:lang w:eastAsia="zh-CN"/>
        </w:rPr>
        <w:t>　　一、建立酒店营销公关通讯联络网</w:t>
      </w:r>
      <w:r>
        <w:rPr>
          <w:lang w:eastAsia="zh-CN"/>
        </w:rPr>
        <w:br/>
      </w:r>
      <w:r>
        <w:rPr>
          <w:lang w:eastAsia="zh-CN"/>
        </w:rPr>
        <w:t>　　今年重点工作之一建立完善的客户档案，对宾客按签单重点客户，会议接待客户，有发展潜力的客户等进行分类建档，详细记录客户的所在单位，联系人姓名，地址，全年消费金额及给该单位的折扣等，建立与保持同行政机关团体，各企事业单位，商人知名人士，企业家等重要客户的业务联系，为了巩固老客户和发展新客户，除了日常定期和不定期对客户进行销售访问外，在年终岁末或重大节假日及客户的生日，通过电话、发送信息等平台为客户送去我们的祝福。今年计划在适当时期召开次大型客户答谢联络会，以加强与客户的感情交流，听取客户意见。</w:t>
      </w:r>
      <w:r>
        <w:rPr>
          <w:lang w:eastAsia="zh-CN"/>
        </w:rPr>
        <w:br/>
      </w:r>
      <w:r>
        <w:rPr>
          <w:lang w:eastAsia="zh-CN"/>
        </w:rPr>
        <w:t>　　二、开拓创新，建立灵活的激励营销机制。开拓市场，争取客源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今年销售部将配合酒店整体新的营销体制，重新制订完善市场销售部销售任务计划及业绩考核管理实施细则，提高营销代表的工资待遇，激发、调动营销人员的积极性。营销代表实行工作日记志，每工作日必须完成拜访两户新客户，三户老客户，四个联络电话的二、三、四工作步骤，以月度营销任务完成情况及工作日记志综合考核营销代表。督促营销代表，通过各种方式争取团体和散客客户，稳定老客户，发展新客户，并在拜访中及时了解收集宾客意见及建议，反馈给有关部门及总经理室。</w:t>
      </w:r>
      <w:r>
        <w:rPr>
          <w:lang w:eastAsia="zh-CN"/>
        </w:rPr>
        <w:br/>
      </w:r>
      <w:r>
        <w:rPr>
          <w:lang w:eastAsia="zh-CN"/>
        </w:rPr>
        <w:t>　　强调团队精神，将部门经理及营销代表的工薪发放与整个部门总任务相结合，强调互相合作，互相帮助，营造一个和谐、积极的工作团体。</w:t>
      </w:r>
      <w:r>
        <w:rPr>
          <w:lang w:eastAsia="zh-CN"/>
        </w:rPr>
        <w:br/>
      </w:r>
      <w:r>
        <w:rPr>
          <w:lang w:eastAsia="zh-CN"/>
        </w:rPr>
        <w:t>　　三、热情接待，服务周到</w:t>
      </w:r>
      <w:r>
        <w:rPr>
          <w:lang w:eastAsia="zh-CN"/>
        </w:rPr>
        <w:br/>
      </w:r>
      <w:r>
        <w:rPr>
          <w:lang w:eastAsia="zh-CN"/>
        </w:rPr>
        <w:t>　　接待团体、会议、客户，要做到全程跟踪服务，全天侯服务，注意服务形象和仪表，热情周到，针对各类宾客进行特殊和有针对性服务，最大限度满足宾客的精神和物质需求。制作会务活动调查表，向客户征求意见，了解客户的需求，及时调整营销方案。</w:t>
      </w:r>
      <w:r>
        <w:rPr>
          <w:lang w:eastAsia="zh-CN"/>
        </w:rPr>
        <w:br/>
      </w:r>
      <w:r>
        <w:rPr>
          <w:lang w:eastAsia="zh-CN"/>
        </w:rPr>
        <w:t>　　四、做好市场调查及促销活动策划</w:t>
      </w:r>
      <w:r>
        <w:rPr>
          <w:lang w:eastAsia="zh-CN"/>
        </w:rPr>
        <w:br/>
      </w:r>
      <w:r>
        <w:rPr>
          <w:lang w:eastAsia="zh-CN"/>
        </w:rPr>
        <w:t>　　经常组织部门有关人员收集，了解旅游业，宾馆，酒店及其相应行业的信息，掌握其经营管理和接待服务动向，为酒店总经理室提供全面，真实，及时的信息，以便制定营销决策和灵活的推销方案。</w:t>
      </w:r>
      <w:r>
        <w:rPr>
          <w:lang w:eastAsia="zh-CN"/>
        </w:rPr>
        <w:br/>
      </w:r>
      <w:r>
        <w:rPr>
          <w:lang w:eastAsia="zh-CN"/>
        </w:rPr>
        <w:t>　　五、密切合作，主动协调</w:t>
      </w:r>
      <w:r>
        <w:rPr>
          <w:lang w:eastAsia="zh-CN"/>
        </w:rPr>
        <w:br/>
      </w:r>
      <w:r>
        <w:rPr>
          <w:lang w:eastAsia="zh-CN"/>
        </w:rPr>
        <w:t>　　与酒店其他部门接好业务结合工作，密切配合，根据宾客的需求，主动与酒店其他部门密切联系，互相配合，充分发挥酒店整体营销活力，创造最佳效益。</w:t>
      </w:r>
      <w:r>
        <w:rPr>
          <w:lang w:eastAsia="zh-CN"/>
        </w:rPr>
        <w:br/>
      </w:r>
      <w:r>
        <w:rPr>
          <w:lang w:eastAsia="zh-CN"/>
        </w:rPr>
        <w:t>　　加强与有关宣传新闻媒介等单位的关系，充分利多种广告形式推荐酒店，宣传酒店，努力提高酒店知名度，争取这些公众单位对酒店工作的支持和合作。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20__年，销售部将在酒店领导的正确领导下，努力完成全年销售任务，开拓创新，团结拼搏，创造营销部的新形象、新境界。</w:t>
      </w:r>
      <w:r>
        <w:rPr>
          <w:lang w:eastAsia="zh-CN"/>
        </w:rPr>
        <w:br/>
      </w:r>
      <w:r>
        <w:rPr>
          <w:lang w:eastAsia="zh-CN"/>
        </w:rPr>
        <w:t xml:space="preserve">    销售部门年度计划 篇9 </w:t>
      </w:r>
      <w:r>
        <w:rPr>
          <w:lang w:eastAsia="zh-CN"/>
        </w:rPr>
        <w:br/>
      </w:r>
      <w:r>
        <w:rPr>
          <w:lang w:eastAsia="zh-CN"/>
        </w:rPr>
        <w:t>　　为了实现明年的计划目标，结合公司和市场实际情况，确定明年工作重点，制作现销售计划：</w:t>
      </w:r>
      <w:r>
        <w:rPr>
          <w:lang w:eastAsia="zh-CN"/>
        </w:rPr>
        <w:br/>
      </w:r>
      <w:r>
        <w:rPr>
          <w:lang w:eastAsia="zh-CN"/>
        </w:rPr>
        <w:t>　　1、扩大销售队伍，加强业务培训。</w:t>
      </w:r>
      <w:r>
        <w:rPr>
          <w:lang w:eastAsia="zh-CN"/>
        </w:rPr>
        <w:br/>
      </w:r>
      <w:r>
        <w:rPr>
          <w:lang w:eastAsia="zh-CN"/>
        </w:rPr>
        <w:t>　　人才的引进和培养是最根本的`，也是最核心的，人才是第一生产力。企业无人则止，加大人才的引进大量补充公司的新鲜血液。 铁打的营盘流水的兵，所以在留着合理的人才上下功夫。在选好人，用好人，用对人。加强和公司办公室人沟通，多选拔和引进优秀销售人员，利用自己的关系，整合一部分业务人员，利用业务员转介绍的策略，多争取业务人员，加大招聘工作的力度，前期完善公司的人员配置和销售队伍的建立。另外市场上去招一些成熟的技术和业务人员。自己计划将工作重点放在榜样的树立和新榜样的培养上，一是主要做好几个榜样树立典型。因为榜样的力量是无穷的。</w:t>
      </w:r>
      <w:r>
        <w:rPr>
          <w:lang w:eastAsia="zh-CN"/>
        </w:rPr>
        <w:br/>
      </w:r>
      <w:r>
        <w:rPr>
          <w:lang w:eastAsia="zh-CN"/>
        </w:rPr>
        <w:t>　　人是有可塑性的，并且人是有惰性的。对销售队伍的知识培训，专业知识、销售知识的培训始终不能放松。培训对业务队伍的建立和巩固是很重要的一种手段。定期开展培训，对业务员的心态塑造是很大的好处。并且根据业务人员的发展，选拔引进培养大区经理。业务人员的积极性才会更高。</w:t>
      </w:r>
      <w:r>
        <w:rPr>
          <w:lang w:eastAsia="zh-CN"/>
        </w:rPr>
        <w:br/>
      </w:r>
      <w:r>
        <w:rPr>
          <w:lang w:eastAsia="zh-CN"/>
        </w:rPr>
        <w:t>　　2、销售渠道完善，销售渠道下沉。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为确保完成全年销售任务，自己平时就积极搜集信息并及时汇总，力争在新区域开发市场，以扩大产品市场占有额。合理有效的分解目标。</w:t>
      </w:r>
      <w:r>
        <w:rPr>
          <w:lang w:eastAsia="zh-CN"/>
        </w:rPr>
        <w:br/>
      </w:r>
      <w:r>
        <w:rPr>
          <w:lang w:eastAsia="zh-CN"/>
        </w:rPr>
        <w:t>　　安徽、河南、山西、陕西、河北、五省，市场是公司的核心竞争区，在这五省要完善开发出正泰、德力西电气代理合作伙伴和销售渠道。一方面的人员的配置，另一方面是客户资源的整合，客户员工化的重点区域。要在这里树立公司的榜样，并且建立样板市场。加以克隆复杂。</w:t>
      </w:r>
      <w:r>
        <w:rPr>
          <w:lang w:eastAsia="zh-CN"/>
        </w:rPr>
        <w:br/>
      </w:r>
      <w:r>
        <w:rPr>
          <w:lang w:eastAsia="zh-CN"/>
        </w:rPr>
        <w:t>　　其他省市以一部现有业务人员为主，重点寻找合作伙伴和一些更大的代理商。走批发路线的公司在销售政策上适当放宽。</w:t>
      </w:r>
      <w:r>
        <w:rPr>
          <w:lang w:eastAsia="zh-CN"/>
        </w:rPr>
        <w:br/>
      </w:r>
      <w:r>
        <w:rPr>
          <w:lang w:eastAsia="zh-CN"/>
        </w:rPr>
        <w:t>　　如果业务人员自己开拓市场，公司前期从业务上去扶持，时间上一个月重点培养，后期以技术上进行扶持利用三个月的时间进行维护。</w:t>
      </w:r>
      <w:r>
        <w:rPr>
          <w:lang w:eastAsia="zh-CN"/>
        </w:rPr>
        <w:br/>
      </w:r>
      <w:r>
        <w:rPr>
          <w:lang w:eastAsia="zh-CN"/>
        </w:rPr>
        <w:t>　　3、 产品调整，产品更新。</w:t>
      </w:r>
      <w:r>
        <w:rPr>
          <w:lang w:eastAsia="zh-CN"/>
        </w:rPr>
        <w:br/>
      </w:r>
      <w:r>
        <w:rPr>
          <w:lang w:eastAsia="zh-CN"/>
        </w:rPr>
        <w:t>　　产品是企业的生命线，所以产品调整要与市场很好的结合起来。另外，要考虑产品的利润，无利润的产品，它就无生存空间。对客户来讲，也是一样。客户不是买产品，而是买利润，是买的产品得来的利润。追求产品最大利润的合理分配原则，是唯一不变的法则。 企业不是福利院，所以为企业创造价值最大化，就是管理的最基本要求。从发展才是硬道理到赚钱才是硬道理的转变。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一个产品的寿命是有限的，不断的补充新产品，一方面显示出公司的实力，一方面显示出公司的活力。淘汰无利润和不适应市场的产品。结合公司业务人员专业素质，产品要往三个有利于方面调整：有利于公司的发展、有利于业务人员的销售、有利于客户的需求。</w:t>
      </w:r>
      <w:r>
        <w:rPr>
          <w:lang w:eastAsia="zh-CN"/>
        </w:rPr>
        <w:br/>
      </w:r>
      <w:r>
        <w:rPr>
          <w:lang w:eastAsia="zh-CN"/>
        </w:rPr>
        <w:t>　　产品要体现公司的特色，走差异化道路。一方面，要有公司的品牌产品。一个产品可以打造一个品牌。所以产品要走精细化道路。</w:t>
      </w:r>
      <w:r>
        <w:rPr>
          <w:lang w:eastAsia="zh-CN"/>
        </w:rPr>
        <w:br/>
      </w:r>
      <w:r>
        <w:rPr>
          <w:lang w:eastAsia="zh-CN"/>
        </w:rPr>
        <w:t>　　4、 长期宣传，重点促销。</w:t>
      </w:r>
      <w:r>
        <w:rPr>
          <w:lang w:eastAsia="zh-CN"/>
        </w:rPr>
        <w:br/>
      </w:r>
      <w:r>
        <w:rPr>
          <w:lang w:eastAsia="zh-CN"/>
        </w:rPr>
        <w:t>　　宣传是长久的，促销是短暂的。促销一时，宣传一世。重点的参加展会活动使产品在一个市场上树立起名气，就是品牌意思。结合市场和疫情发展变化，使产品坐庄，达到营销造势的目的。就重点产品和重点市场，因地制宜的开展各种各样的促销活动。当然最主要的工作重心还是在产品的宣传上，具办各种知识讲座。利用公司网站，把产品及时发布出去，利用互联网发布产品上市等信息</w:t>
      </w:r>
      <w:r>
        <w:rPr>
          <w:lang w:eastAsia="zh-CN"/>
        </w:rPr>
        <w:br/>
      </w:r>
      <w:r>
        <w:rPr>
          <w:lang w:eastAsia="zh-CN"/>
        </w:rPr>
        <w:t>　　5、 自我提高，快速成长。</w:t>
      </w:r>
      <w:r>
        <w:rPr>
          <w:lang w:eastAsia="zh-CN"/>
        </w:rPr>
        <w:br/>
      </w:r>
      <w:r>
        <w:rPr>
          <w:lang w:eastAsia="zh-CN"/>
        </w:rPr>
        <w:t>　　为积极配合销售，自己计划努力学习。在管理上多学习，在销售上多研究。自己在搞好销售的同时计划认真学习业务知识、管理技能及销售实战来完善自己的理论知识，力求不断提高自己的综合素质，为企业的再发展奠定人力资源基础。</w:t>
      </w:r>
      <w:r>
        <w:rPr>
          <w:lang w:eastAsia="zh-CN"/>
        </w:rPr>
        <w:br/>
      </w:r>
      <w:r>
        <w:rPr>
          <w:lang w:eastAsia="zh-CN"/>
        </w:rPr>
        <w:t>　　本人将以身作责，以实际行动来带领整个团冲击计划目标。</w:t>
      </w:r>
      <w:r>
        <w:rPr>
          <w:lang w:eastAsia="zh-CN"/>
        </w:rPr>
        <w:br/>
      </w:r>
      <w:r>
        <w:rPr>
          <w:lang w:eastAsia="zh-CN"/>
        </w:rPr>
        <w:t>　　浙江得邦智能电气有限公司</w:t>
      </w:r>
      <w:r>
        <w:rPr>
          <w:lang w:eastAsia="zh-CN"/>
        </w:rPr>
        <w:br/>
      </w:r>
      <w:r>
        <w:rPr>
          <w:lang w:eastAsia="zh-CN"/>
        </w:rPr>
        <w:t>　　销售经理：张文立</w:t>
      </w:r>
      <w:r>
        <w:rPr>
          <w:lang w:eastAsia="zh-CN"/>
        </w:rPr>
        <w:br/>
      </w:r>
      <w:r>
        <w:rPr>
          <w:lang w:eastAsia="zh-CN"/>
        </w:rPr>
        <w:t>　　20__-7-17</w:t>
      </w:r>
      <w:r>
        <w:rPr>
          <w:lang w:eastAsia="zh-CN"/>
        </w:rPr>
        <w:br/>
      </w:r>
      <w:r>
        <w:rPr>
          <w:lang w:eastAsia="zh-CN"/>
        </w:rPr>
        <w:t xml:space="preserve">    销售部门年度计划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根据我司在20__年五月份销售中所取得的成效，其实也存在着一定的问题冲突，所以在六月份的销售月工作计划中我们将这一系列问题罗列，共分成了六方面内容，请看我的6月销售工作计划：</w:t>
      </w:r>
      <w:r>
        <w:rPr>
          <w:lang w:eastAsia="zh-CN"/>
        </w:rPr>
        <w:br/>
      </w:r>
      <w:r>
        <w:rPr>
          <w:lang w:eastAsia="zh-CN"/>
        </w:rPr>
        <w:t>　　一、数据分析：</w:t>
      </w:r>
      <w:r>
        <w:rPr>
          <w:lang w:eastAsia="zh-CN"/>
        </w:rPr>
        <w:br/>
      </w:r>
      <w:r>
        <w:rPr>
          <w:lang w:eastAsia="zh-CN"/>
        </w:rPr>
        <w:t>　　1、 季度任务完成进度;</w:t>
      </w:r>
      <w:r>
        <w:rPr>
          <w:lang w:eastAsia="zh-CN"/>
        </w:rPr>
        <w:br/>
      </w:r>
      <w:r>
        <w:rPr>
          <w:lang w:eastAsia="zh-CN"/>
        </w:rPr>
        <w:t>　　2、 未按计划完成的客户网点列表;</w:t>
      </w:r>
      <w:r>
        <w:rPr>
          <w:lang w:eastAsia="zh-CN"/>
        </w:rPr>
        <w:br/>
      </w:r>
      <w:r>
        <w:rPr>
          <w:lang w:eastAsia="zh-CN"/>
        </w:rPr>
        <w:t>　　3、 特殊项目完成进度;</w:t>
      </w:r>
      <w:r>
        <w:rPr>
          <w:lang w:eastAsia="zh-CN"/>
        </w:rPr>
        <w:br/>
      </w:r>
      <w:r>
        <w:rPr>
          <w:lang w:eastAsia="zh-CN"/>
        </w:rPr>
        <w:t>　　二、6月份销售业绩分解：</w:t>
      </w:r>
      <w:r>
        <w:rPr>
          <w:lang w:eastAsia="zh-CN"/>
        </w:rPr>
        <w:br/>
      </w:r>
      <w:r>
        <w:rPr>
          <w:lang w:eastAsia="zh-CN"/>
        </w:rPr>
        <w:t>　　1、本月销量分解客户列表，并标注匹配的主要政策;</w:t>
      </w:r>
      <w:r>
        <w:rPr>
          <w:lang w:eastAsia="zh-CN"/>
        </w:rPr>
        <w:br/>
      </w:r>
      <w:r>
        <w:rPr>
          <w:lang w:eastAsia="zh-CN"/>
        </w:rPr>
        <w:t>　　2、实地拜访客户类表，并标注主要工作事项;</w:t>
      </w:r>
      <w:r>
        <w:rPr>
          <w:lang w:eastAsia="zh-CN"/>
        </w:rPr>
        <w:br/>
      </w:r>
      <w:r>
        <w:rPr>
          <w:lang w:eastAsia="zh-CN"/>
        </w:rPr>
        <w:t>　　3、促销活动安排及促销人员调用列表;</w:t>
      </w:r>
      <w:r>
        <w:rPr>
          <w:lang w:eastAsia="zh-CN"/>
        </w:rPr>
        <w:br/>
      </w:r>
      <w:r>
        <w:rPr>
          <w:lang w:eastAsia="zh-CN"/>
        </w:rPr>
        <w:t>　　4、特殊项目销售分解目标;</w:t>
      </w:r>
      <w:r>
        <w:rPr>
          <w:lang w:eastAsia="zh-CN"/>
        </w:rPr>
        <w:br/>
      </w:r>
      <w:r>
        <w:rPr>
          <w:lang w:eastAsia="zh-CN"/>
        </w:rPr>
        <w:t>　　三、问题分析：</w:t>
      </w:r>
      <w:r>
        <w:rPr>
          <w:lang w:eastAsia="zh-CN"/>
        </w:rPr>
        <w:br/>
      </w:r>
      <w:r>
        <w:rPr>
          <w:lang w:eastAsia="zh-CN"/>
        </w:rPr>
        <w:t>　　1、存在问题的销售网点列表，并标注问题点及产生的影响;</w:t>
      </w:r>
      <w:r>
        <w:rPr>
          <w:lang w:eastAsia="zh-CN"/>
        </w:rPr>
        <w:br/>
      </w:r>
      <w:r>
        <w:rPr>
          <w:lang w:eastAsia="zh-CN"/>
        </w:rPr>
        <w:t>　　2、对产生的问题是否有解决的办法;</w:t>
      </w:r>
      <w:r>
        <w:rPr>
          <w:lang w:eastAsia="zh-CN"/>
        </w:rPr>
        <w:br/>
      </w:r>
      <w:r>
        <w:rPr>
          <w:lang w:eastAsia="zh-CN"/>
        </w:rPr>
        <w:t>　　3、销售环节的问题表现，及解决建议;</w:t>
      </w:r>
      <w:r>
        <w:rPr>
          <w:lang w:eastAsia="zh-CN"/>
        </w:rPr>
        <w:br/>
      </w:r>
      <w:r>
        <w:rPr>
          <w:lang w:eastAsia="zh-CN"/>
        </w:rPr>
        <w:t>　　四、销售月工作计划</w:t>
      </w:r>
      <w:r>
        <w:rPr>
          <w:lang w:eastAsia="zh-CN"/>
        </w:rPr>
        <w:br/>
      </w:r>
      <w:r>
        <w:rPr>
          <w:lang w:eastAsia="zh-CN"/>
        </w:rPr>
        <w:t>　　中将六月重点配套工作项目计划及地区、网点、日程安排列表;</w:t>
      </w:r>
      <w:r>
        <w:rPr>
          <w:lang w:eastAsia="zh-CN"/>
        </w:rPr>
        <w:br/>
      </w:r>
      <w:r>
        <w:rPr>
          <w:lang w:eastAsia="zh-CN"/>
        </w:rPr>
        <w:t>　　五、增长点：</w:t>
      </w:r>
      <w:r>
        <w:rPr>
          <w:lang w:eastAsia="zh-CN"/>
        </w:rPr>
        <w:br/>
      </w:r>
      <w:r>
        <w:rPr>
          <w:lang w:eastAsia="zh-CN"/>
        </w:rPr>
        <w:t>　　1、销量增长网点列表及措施;</w:t>
      </w:r>
      <w:r>
        <w:rPr>
          <w:lang w:eastAsia="zh-CN"/>
        </w:rPr>
        <w:br/>
      </w:r>
      <w:r>
        <w:rPr>
          <w:lang w:eastAsia="zh-CN"/>
        </w:rPr>
        <w:t>　　2、新客户、新项目拓展地区网点类表及日程</w:t>
      </w:r>
      <w:r>
        <w:rPr>
          <w:lang w:eastAsia="zh-CN"/>
        </w:rPr>
        <w:br/>
      </w:r>
      <w:r>
        <w:rPr>
          <w:lang w:eastAsia="zh-CN"/>
        </w:rPr>
        <w:t>　　六、改进：</w:t>
      </w:r>
      <w:r>
        <w:rPr>
          <w:lang w:eastAsia="zh-CN"/>
        </w:rPr>
        <w:br/>
      </w:r>
      <w:r>
        <w:rPr>
          <w:lang w:eastAsia="zh-CN"/>
        </w:rPr>
        <w:t>　　1、对公司流程、制度的改进建议;</w:t>
      </w:r>
      <w:r>
        <w:rPr>
          <w:lang w:eastAsia="zh-CN"/>
        </w:rPr>
        <w:br/>
      </w:r>
      <w:r>
        <w:rPr>
          <w:lang w:eastAsia="zh-CN"/>
        </w:rPr>
        <w:t>　　2、政策措施、资源调配的改进建议。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xml:space="preserve">    销售部门年度计划 篇11 </w:t>
      </w:r>
      <w:r>
        <w:rPr>
          <w:lang w:eastAsia="zh-CN"/>
        </w:rPr>
        <w:br/>
      </w:r>
      <w:r>
        <w:rPr>
          <w:lang w:eastAsia="zh-CN"/>
        </w:rPr>
        <w:t>　　一、业务员的配备：</w:t>
      </w:r>
      <w:r>
        <w:rPr>
          <w:lang w:eastAsia="zh-CN"/>
        </w:rPr>
        <w:br/>
      </w:r>
      <w:r>
        <w:rPr>
          <w:lang w:eastAsia="zh-CN"/>
        </w:rPr>
        <w:t>　　1、以细分的4个区域为原则，招收4名本地员工进行业务拓展，薪酬结合当地薪酬标准、业绩、所辖市场的概况经与公司协商，进行支付。</w:t>
      </w:r>
      <w:r>
        <w:rPr>
          <w:lang w:eastAsia="zh-CN"/>
        </w:rPr>
        <w:br/>
      </w:r>
      <w:r>
        <w:rPr>
          <w:lang w:eastAsia="zh-CN"/>
        </w:rPr>
        <w:t>　　2、经销(分销)商的选择;</w:t>
      </w:r>
      <w:r>
        <w:rPr>
          <w:lang w:eastAsia="zh-CN"/>
        </w:rPr>
        <w:br/>
      </w:r>
      <w:r>
        <w:rPr>
          <w:lang w:eastAsia="zh-CN"/>
        </w:rPr>
        <w:t>　　选择经销商的总体原则应是态度决定合作：适合企业的客户不是看表面上的大与小，在具备了基本条件后，关键是看其对我方品牌的真正态度，即是否理解并认同我们公司的整体战略，企业理念、文化与品牌建设等，看其是否将主要精力和资源用在我方品牌或抽出多少资源对我方品牌进行运作(配合力度)。</w:t>
      </w:r>
      <w:r>
        <w:rPr>
          <w:lang w:eastAsia="zh-CN"/>
        </w:rPr>
        <w:br/>
      </w:r>
      <w:r>
        <w:rPr>
          <w:lang w:eastAsia="zh-CN"/>
        </w:rPr>
        <w:t>　　基本条件：主要看其是否稳健：</w:t>
      </w:r>
      <w:r>
        <w:rPr>
          <w:lang w:eastAsia="zh-CN"/>
        </w:rPr>
        <w:br/>
      </w:r>
      <w:r>
        <w:rPr>
          <w:lang w:eastAsia="zh-CN"/>
        </w:rPr>
        <w:t>　　a、有一定的资金实力;财务收支的平衡与稳定;</w:t>
      </w:r>
      <w:r>
        <w:rPr>
          <w:lang w:eastAsia="zh-CN"/>
        </w:rPr>
        <w:br/>
      </w:r>
      <w:r>
        <w:rPr>
          <w:lang w:eastAsia="zh-CN"/>
        </w:rPr>
        <w:t>　　b、有自己的营销队伍保持一定的素质和稳定性;</w:t>
      </w:r>
      <w:r>
        <w:rPr>
          <w:lang w:eastAsia="zh-CN"/>
        </w:rPr>
        <w:br/>
      </w:r>
      <w:r>
        <w:rPr>
          <w:lang w:eastAsia="zh-CN"/>
        </w:rPr>
        <w:t>　　c、有自己的销售渠道和网点，并保持发展规划布局的稳定性;</w:t>
      </w:r>
      <w:r>
        <w:rPr>
          <w:lang w:eastAsia="zh-CN"/>
        </w:rPr>
        <w:br/>
      </w:r>
      <w:r>
        <w:rPr>
          <w:lang w:eastAsia="zh-CN"/>
        </w:rPr>
        <w:t>　　d、决策者的人格健全。</w:t>
      </w:r>
      <w:r>
        <w:rPr>
          <w:lang w:eastAsia="zh-CN"/>
        </w:rPr>
        <w:br/>
      </w:r>
      <w:r>
        <w:rPr>
          <w:lang w:eastAsia="zh-CN"/>
        </w:rPr>
        <w:t>　　二、通路终端建设;</w:t>
      </w:r>
      <w:r>
        <w:rPr>
          <w:lang w:eastAsia="zh-CN"/>
        </w:rPr>
        <w:br/>
      </w:r>
      <w:r>
        <w:rPr>
          <w:lang w:eastAsia="zh-CN"/>
        </w:rPr>
        <w:t>　　在公司营销政策不设省级代理商的原则下，虽上面将全省分为两大区四小区，主要目的是为了对业务员的市场区域划分及管理。</w:t>
      </w:r>
      <w:r>
        <w:rPr>
          <w:lang w:eastAsia="zh-CN"/>
        </w:rPr>
        <w:br/>
      </w:r>
      <w:r>
        <w:rPr>
          <w:lang w:eastAsia="zh-CN"/>
        </w:rPr>
        <w:t>　　1)在全省每个区、市基本上是以设一家经销商为原则;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2)在重点区域市场，如__、__等若经销商实力或网络有限，经共同协商，再对所属市、县找数家分销商，以达到扩大终端网点的目的。</w:t>
      </w:r>
      <w:r>
        <w:rPr>
          <w:lang w:eastAsia="zh-CN"/>
        </w:rPr>
        <w:br/>
      </w:r>
      <w:r>
        <w:rPr>
          <w:lang w:eastAsia="zh-CN"/>
        </w:rPr>
        <w:t>　　3)在终端网点建设上，初步以有影响的酒店、饭店、大卖场为主，根据具体市场确定合理的布点数量。</w:t>
      </w:r>
      <w:r>
        <w:rPr>
          <w:lang w:eastAsia="zh-CN"/>
        </w:rPr>
        <w:br/>
      </w:r>
      <w:r>
        <w:rPr>
          <w:lang w:eastAsia="zh-CN"/>
        </w:rPr>
        <w:t>　　4)在初步布点完成后，再对类烟酒专卖店、中小商超进行铺货。</w:t>
      </w:r>
      <w:r>
        <w:rPr>
          <w:lang w:eastAsia="zh-CN"/>
        </w:rPr>
        <w:br/>
      </w:r>
      <w:r>
        <w:rPr>
          <w:lang w:eastAsia="zh-CN"/>
        </w:rPr>
        <w:t>　　5)在重点区域市场进行精耕细作，对小饭店、居民住宅区的小食杂店进行适灯袒酢?</w:t>
      </w:r>
      <w:r>
        <w:rPr>
          <w:lang w:eastAsia="zh-CN"/>
        </w:rPr>
        <w:br/>
      </w:r>
      <w:r>
        <w:rPr>
          <w:lang w:eastAsia="zh-CN"/>
        </w:rPr>
        <w:t>　　三、广告宣传;</w:t>
      </w:r>
      <w:r>
        <w:rPr>
          <w:lang w:eastAsia="zh-CN"/>
        </w:rPr>
        <w:br/>
      </w:r>
      <w:r>
        <w:rPr>
          <w:lang w:eastAsia="zh-CN"/>
        </w:rPr>
        <w:t>　　广告宣传应以简单、适用为主，应从宣传方式、媒体选择、方案策划、广告创意等方面整合一切资源，以达到以最小的投入获得最大的宣传效应。</w:t>
      </w:r>
      <w:r>
        <w:rPr>
          <w:lang w:eastAsia="zh-CN"/>
        </w:rPr>
        <w:br/>
      </w:r>
      <w:r>
        <w:rPr>
          <w:lang w:eastAsia="zh-CN"/>
        </w:rPr>
        <w:t>　　1)在广告宣传上应以__红酒的市场定位、目标市场为切入点，针对目标消费群进行有效宣传，有的放矢，不至于浪费资源。</w:t>
      </w:r>
      <w:r>
        <w:rPr>
          <w:lang w:eastAsia="zh-CN"/>
        </w:rPr>
        <w:br/>
      </w:r>
      <w:r>
        <w:rPr>
          <w:lang w:eastAsia="zh-CN"/>
        </w:rPr>
        <w:t>　　2)根据酒市场的一些特征，在宣传上以__红酒是___精酿的酒，是餐桌上的调养酒;引导的是一种科学、健康、自然、时尚的酒。消费新概念为基本方向。</w:t>
      </w:r>
      <w:r>
        <w:rPr>
          <w:lang w:eastAsia="zh-CN"/>
        </w:rPr>
        <w:br/>
      </w:r>
      <w:r>
        <w:rPr>
          <w:lang w:eastAsia="zh-CN"/>
        </w:rPr>
        <w:t>　　3)根据__地域、气候特征及当地居民的日常饮食习惯，应在枸杞特性味甘、性平、无毒及__红酒喝了不上火，即去火解毒的方面进行宣传。</w:t>
      </w:r>
      <w:r>
        <w:rPr>
          <w:lang w:eastAsia="zh-CN"/>
        </w:rPr>
        <w:br/>
      </w:r>
      <w:r>
        <w:rPr>
          <w:lang w:eastAsia="zh-CN"/>
        </w:rPr>
        <w:t>　　4)在市场导入期，为了扩大产品影响，在同经销商协商，选择适应电视媒体，适当时段进行广告宣传。</w:t>
      </w:r>
      <w:r>
        <w:rPr>
          <w:lang w:eastAsia="zh-CN"/>
        </w:rPr>
        <w:br/>
      </w:r>
      <w:r>
        <w:rPr>
          <w:lang w:eastAsia="zh-CN"/>
        </w:rPr>
        <w:t>　　5)在报纸宣传上把握两点：</w:t>
      </w:r>
      <w:r>
        <w:rPr>
          <w:lang w:eastAsia="zh-CN"/>
        </w:rPr>
        <w:br/>
      </w:r>
      <w:r>
        <w:rPr>
          <w:lang w:eastAsia="zh-CN"/>
        </w:rPr>
        <w:t>　　a、先以硬性广告为主，重点宣传__红是一种创新的酒;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b、随着市场的推进时间，组织一系列软广告文案，以介绍__的由来传说，__酒的特性等酒文化方面知识进行系列宣传。</w:t>
      </w:r>
      <w:r>
        <w:rPr>
          <w:lang w:eastAsia="zh-CN"/>
        </w:rPr>
        <w:br/>
      </w:r>
      <w:r>
        <w:rPr>
          <w:lang w:eastAsia="zh-CN"/>
        </w:rPr>
        <w:t>　　为了扩大报纸宣传的效果，可举行看报纸广告，回答问题，礼品奉送活动。</w:t>
      </w:r>
      <w:r>
        <w:rPr>
          <w:lang w:eastAsia="zh-CN"/>
        </w:rPr>
        <w:br/>
      </w:r>
      <w:r>
        <w:rPr>
          <w:lang w:eastAsia="zh-CN"/>
        </w:rPr>
        <w:t>　　四、在电视、报刊媒体上</w:t>
      </w:r>
      <w:r>
        <w:rPr>
          <w:lang w:eastAsia="zh-CN"/>
        </w:rPr>
        <w:br/>
      </w:r>
      <w:r>
        <w:rPr>
          <w:lang w:eastAsia="zh-CN"/>
        </w:rPr>
        <w:t>　　投放广告成本较高，只能进行适当短期的投放。而我们对__红酒的宣传应重点放在酒店、大卖场等占据消费量较大份额的人流较多的销售终端。</w:t>
      </w:r>
      <w:r>
        <w:rPr>
          <w:lang w:eastAsia="zh-CN"/>
        </w:rPr>
        <w:br/>
      </w:r>
      <w:r>
        <w:rPr>
          <w:lang w:eastAsia="zh-CN"/>
        </w:rPr>
        <w:t>　　1)在终端进行宣传，应以提高注目率为基点，即将在终端光临的顾客的目光先吸引过来，买不买__红酒是另外的一回事，先让其看一眼__红酒，如在卖场酒类专卖区的酒产品陈列架前，如何吸引顾客的目光，除了现场促销员的解说外，另外一条途径就是在终端陈列上做文章，我们设计一个精巧的，能体现出__红酒品牌形象的陈列架，陈列架不求大，以达列__红酒一现，与众不同的展示效应。同样，此展示架在些酒、饭店条件允许的情况下也可运用。</w:t>
      </w:r>
      <w:r>
        <w:rPr>
          <w:lang w:eastAsia="zh-CN"/>
        </w:rPr>
        <w:br/>
      </w:r>
      <w:r>
        <w:rPr>
          <w:lang w:eastAsia="zh-CN"/>
        </w:rPr>
        <w:t>　　2)在终端通过其它方式进行宣传吸引注目率，即pop的张贴，饮酒常识小册子的发送，巨无霸形象展示牌的设置，大型喷绘灯箱的设置。</w:t>
      </w:r>
      <w:r>
        <w:rPr>
          <w:lang w:eastAsia="zh-CN"/>
        </w:rPr>
        <w:br/>
      </w:r>
      <w:r>
        <w:rPr>
          <w:lang w:eastAsia="zh-CN"/>
        </w:rPr>
        <w:t>　　五、日常管理：</w:t>
      </w:r>
      <w:r>
        <w:rPr>
          <w:lang w:eastAsia="zh-CN"/>
        </w:rPr>
        <w:br/>
      </w:r>
      <w:r>
        <w:rPr>
          <w:lang w:eastAsia="zh-CN"/>
        </w:rPr>
        <w:t>　　作为一名省级主管，日常的管理主要应是从三方面着手：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1)业务的拓展、管理工作，亲自参予并指导业务员协同经销商作好通路终端工作，扩大__红酒在__市场的知名度，提升其市场销量。</w:t>
      </w:r>
      <w:r>
        <w:rPr>
          <w:lang w:eastAsia="zh-CN"/>
        </w:rPr>
        <w:br/>
      </w:r>
      <w:r>
        <w:rPr>
          <w:lang w:eastAsia="zh-CN"/>
        </w:rPr>
        <w:t>　　2)业务员的管理工作，作为一名业务主管，在具备一定的业务拓展、管理技能的同时，还应做到为人之君，为人之亲，为人之师的表率作用，组织加强业务员的学习工作，共同学习公司的战略规划、企业文化、品牌建设等方面的知识，组织学习业务知识，从而提高每个人的个人素质及业务能力，充分发挥每个人的主观能动性，并形成一个团结、亲和、互助、上进的团队。</w:t>
      </w:r>
      <w:r>
        <w:rPr>
          <w:lang w:eastAsia="zh-CN"/>
        </w:rPr>
        <w:br/>
      </w:r>
      <w:r>
        <w:rPr>
          <w:lang w:eastAsia="zh-CN"/>
        </w:rPr>
        <w:t>　　3)充当公司与经销商的沟通桥梁作用，业务员最基本的要求就是要勤。要勤于经销商沟通，要有创新的思维观念，在日常工作、学习中勤于思考，并有敏锐的洞察力，善于发现问题，及时解决问题，不能解决的上报公司，尽早协调处理。</w:t>
      </w:r>
      <w:r>
        <w:rPr>
          <w:lang w:eastAsia="zh-CN"/>
        </w:rPr>
        <w:br/>
      </w:r>
      <w:r>
        <w:rPr>
          <w:lang w:eastAsia="zh-CN"/>
        </w:rPr>
        <w:t xml:space="preserve">    销售部门年度计划 篇12 </w:t>
      </w:r>
      <w:r>
        <w:rPr>
          <w:lang w:eastAsia="zh-CN"/>
        </w:rPr>
        <w:br/>
      </w:r>
      <w:r>
        <w:rPr>
          <w:lang w:eastAsia="zh-CN"/>
        </w:rPr>
        <w:t>　　为了更好的从事家具行业的销售工作，提高销售家具的销售水平，现在对家具销售工作进行必要的工作计划，具体的情况如下：</w:t>
      </w:r>
      <w:r>
        <w:rPr>
          <w:lang w:eastAsia="zh-CN"/>
        </w:rPr>
        <w:br/>
      </w:r>
      <w:r>
        <w:rPr>
          <w:lang w:eastAsia="zh-CN"/>
        </w:rPr>
        <w:t>　　一、市场分析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空调市场连续几年的价格战逐步启动了。二、三级市场的低端需求，同时随着城市建设和人民生活水平的不断提高以及产品更新换代时期的到来带动了一级市场的持续增长幅度，从而带动了整体市场容量的扩张。20__年度内销总量达到1950万套，较20__年度增长11.4%。20__年度预计可达到2500万-3000万套。根据行业数据显示全球市场容量在5500万套-6000万套。中国市场容量约为3800万套，根据区域市场份额容量的划分，深圳空调市场的容量约为40万套左右，5万套的家具销售目标约占市场份额的13%。</w:t>
      </w:r>
      <w:r>
        <w:rPr>
          <w:lang w:eastAsia="zh-CN"/>
        </w:rPr>
        <w:br/>
      </w:r>
      <w:r>
        <w:rPr>
          <w:lang w:eastAsia="zh-CN"/>
        </w:rPr>
        <w:t>　　目前格兰仕在__空调市场的占有率约为2.8%左右,但根据行业数据显示近几年一直处于“洗牌”阶段，品牌市场占有率将形成高度的集中化。根据公司的实力及20__年度的产品线,公司20__年度家具销售目标完全有可能实现.20__年中国空调品牌约有400个，到20__年下降到140个左右,年均淘汰率32%.到20__年在格力、美的、海尔等一线品牌的“围剿”下，中国空调市场活跃的品牌不足50个，淘汰率达60%。20__年度lg受到美国指责倾销;科龙遇到财务问题，市场份额急剧下滑。新科、长虹、奥克斯也受到企业、品牌等方面的不良影响，市场份额也有所下滑。日资品牌如松下、三菱等品牌在20__年度受到中国人民的强烈抵日情绪的影响，市场份额下划较大。而格兰仕空调在广东市场则呈现出急速增长的趋势。但深圳市场基础比较薄弱，团队还比较年轻，品牌影响力还需要巩固与拓展。根据以上情况做以下工作规划。</w:t>
      </w:r>
      <w:r>
        <w:rPr>
          <w:lang w:eastAsia="zh-CN"/>
        </w:rPr>
        <w:br/>
      </w:r>
      <w:r>
        <w:rPr>
          <w:lang w:eastAsia="zh-CN"/>
        </w:rPr>
        <w:t>　　二、工作规划</w:t>
      </w:r>
      <w:r>
        <w:rPr>
          <w:lang w:eastAsia="zh-CN"/>
        </w:rPr>
        <w:br/>
      </w:r>
      <w:r>
        <w:rPr>
          <w:lang w:eastAsia="zh-CN"/>
        </w:rPr>
        <w:t>　　根据以上情况在20__年度计划主抓六项工作: 家具销售业绩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根据公司下达的年销任务，月家具销售任务。根据市场具体情况进行分解。分解到每月、每周、每日。以每月、每周、每日的家具销售目标分解到各个系统及各个门店，完成各个时段的家具销售任务。并在完成任务的基础上，提高家具销售业绩。主要手段是：提高团队素质，加强团队管理，开展各种促销活动，制定奖罚制度及激励方案(根据市场情况及各时间段的实际情况进行)此项工作不分淡旺季时时主抓。在家具销售旺季针对国美、苏宁等专业家电系统实施力度较大的家具销售促进活动，强势推进大型终端。</w:t>
      </w:r>
      <w:r>
        <w:rPr>
          <w:lang w:eastAsia="zh-CN"/>
        </w:rPr>
        <w:br/>
      </w:r>
      <w:r>
        <w:rPr>
          <w:lang w:eastAsia="zh-CN"/>
        </w:rPr>
        <w:t>　　2、k/a、代理商管理及关系维护</w:t>
      </w:r>
      <w:r>
        <w:rPr>
          <w:lang w:eastAsia="zh-CN"/>
        </w:rPr>
        <w:br/>
      </w:r>
      <w:r>
        <w:rPr>
          <w:lang w:eastAsia="zh-CN"/>
        </w:rPr>
        <w:t>　　针对现有的k/a客户、代理商或将拓展的k/a及代理商进行有效管理及关系维护，对各个k/a客户及代理商建立客户档案，了解前期家具销售情况及实力情况，进行公司的企业文化传播和公司20__年度的新产品传播。此项工作在8月末完成。在旺季结束后和旺季来临前不定时的进行传播。了解各k/a及代理商负责人的基本情况进行定期拜访，进行有效沟通。</w:t>
      </w:r>
      <w:r>
        <w:rPr>
          <w:lang w:eastAsia="zh-CN"/>
        </w:rPr>
        <w:br/>
      </w:r>
      <w:r>
        <w:rPr>
          <w:lang w:eastAsia="zh-CN"/>
        </w:rPr>
        <w:t>　　3、品牌及产品推广</w:t>
      </w:r>
      <w:r>
        <w:rPr>
          <w:lang w:eastAsia="zh-CN"/>
        </w:rPr>
        <w:br/>
      </w:r>
      <w:r>
        <w:rPr>
          <w:lang w:eastAsia="zh-CN"/>
        </w:rPr>
        <w:t>　　品牌及产品推广在20__年至20__年度配合及执行公司的定期品牌宣传及产品推广活动，并策划一些投入成本，较低的公共关系宣传活动，提升品牌形象。如“格兰仕空调健康、环保、爱我家”等公益活动。有可能的情况下与各个k/a系统联合进行推广，不但可以扩大影响力，还可以建立良好的客情关系。产品推广主要进行一些“路演”或户外静态展示进行一些产品推广和正常营业推广。</w:t>
      </w:r>
      <w:r>
        <w:rPr>
          <w:lang w:eastAsia="zh-CN"/>
        </w:rPr>
        <w:br/>
      </w:r>
      <w:r>
        <w:rPr>
          <w:lang w:eastAsia="zh-CN"/>
        </w:rPr>
        <w:t>　　4、促销活动的策划与执行</w:t>
      </w:r>
      <w:r>
        <w:rPr>
          <w:lang w:eastAsia="zh-CN"/>
        </w:rPr>
        <w:br/>
      </w:r>
      <w:r>
        <w:rPr>
          <w:lang w:eastAsia="zh-CN"/>
        </w:rPr>
        <w:t>　　促销活动的策划及执行主要在__年__月—__月家具销售旺季进行，第一严格执行公司的家具销售促进活动，第二根据届时的市场情况和竞争对手的家具销售促进活动，灵活策划一些家具销售促进活动。主题思路以避其优势，攻其劣势，根据公司的产品优势及资源优势，突出重点进行策划与执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5、终端布置(配合业务条线的渠道拓展)</w:t>
      </w:r>
      <w:r>
        <w:rPr>
          <w:lang w:eastAsia="zh-CN"/>
        </w:rPr>
        <w:br/>
      </w:r>
      <w:r>
        <w:rPr>
          <w:lang w:eastAsia="zh-CN"/>
        </w:rPr>
        <w:t>　　根据公司的__年度的家具销售目标，渠道网点普及还会大量的增加，根据此种情况随时随地积极配合业务部门的工作，积极配合店中店、园中园、店中柜的形象建设，(根据公司的展台布置六个氛围的要求进行)。积极对促销安排上岗及上样跟踪和产品陈列等工作。此项工作根据公司的业务部门的需要进行开展。布置标准严格按照公司的统一标准。(特殊情况再适时调整)</w:t>
      </w:r>
      <w:r>
        <w:rPr>
          <w:lang w:eastAsia="zh-CN"/>
        </w:rPr>
        <w:br/>
      </w:r>
      <w:r>
        <w:rPr>
          <w:lang w:eastAsia="zh-CN"/>
        </w:rPr>
        <w:t xml:space="preserve">    销售部门年度计划 篇13 </w:t>
      </w:r>
      <w:r>
        <w:rPr>
          <w:lang w:eastAsia="zh-CN"/>
        </w:rPr>
        <w:br/>
      </w:r>
      <w:r>
        <w:rPr>
          <w:lang w:eastAsia="zh-CN"/>
        </w:rPr>
        <w:t>　　来我们公司也有一段时间了，在__年即将结束的时候总结一下这段时间的经验和不足，以供__年改正。</w:t>
      </w:r>
      <w:r>
        <w:rPr>
          <w:lang w:eastAsia="zh-CN"/>
        </w:rPr>
        <w:br/>
      </w:r>
      <w:r>
        <w:rPr>
          <w:lang w:eastAsia="zh-CN"/>
        </w:rPr>
        <w:t>　　首先，要感谢张总给了我一个锻炼自己的机会。翻译公司——是我以前所没有接触过的行业，它对于我来说，是陌生又新鲜的，是在憧憬之余还感觉到神圣的地方。我对它的理解是：高不可攀，远不可及。只有学识渊博，语言精通的人才能呆的地方。</w:t>
      </w:r>
      <w:r>
        <w:rPr>
          <w:lang w:eastAsia="zh-CN"/>
        </w:rPr>
        <w:br/>
      </w:r>
      <w:r>
        <w:rPr>
          <w:lang w:eastAsia="zh-CN"/>
        </w:rPr>
        <w:t>　　刚开始的到来，让我感到太突然，自己一下子倒是接受不了，在刘姐和同事们的帮助下我才慢慢适应。公司是刚成立的新公司，文员也不可能只是做文员的工作。这对于我来说是很具有挑战性的。</w:t>
      </w:r>
      <w:r>
        <w:rPr>
          <w:lang w:eastAsia="zh-CN"/>
        </w:rPr>
        <w:br/>
      </w:r>
      <w:r>
        <w:rPr>
          <w:lang w:eastAsia="zh-CN"/>
        </w:rPr>
        <w:t>　　还记得当同事已经打了好多通电话之后，我才敢打自己的第一通电话，当时拿电话的手都是颤抖的，心里竟然还在祈祷不要有人接电话。可是并不如我所愿，那边接起了电话，我一时之间竟不知道自己要说什么了：开始想好的那些话语都跑到了乌邦国。我就不知道自己是怎么结束的那次电话，到现在想想，那时真的是很傻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做电话销售也可能是所有销售里最难，最具有挑战性的了;我又是一个死要面子的人，对于别人的拒绝总是很让我伤自尊。但是自己要是想迈过这个门槛，就必须要丢掉面子，面子虽然是自己的，但是别人给的。所以就想办法叫别人给自己面子，给自己业务了。</w:t>
      </w:r>
      <w:r>
        <w:rPr>
          <w:lang w:eastAsia="zh-CN"/>
        </w:rPr>
        <w:br/>
      </w:r>
      <w:r>
        <w:rPr>
          <w:lang w:eastAsia="zh-CN"/>
        </w:rPr>
        <w:t>　　说实话当时我是把自己看成被逼上梁山的好汉，每天都在打电话，打好多的电话让自己遭受拒绝，学会承受。当然在这个过程中，我也的确是认识了几个不错的有意合作者(但是最近没有翻译业务)。</w:t>
      </w:r>
      <w:r>
        <w:rPr>
          <w:lang w:eastAsia="zh-CN"/>
        </w:rPr>
        <w:br/>
      </w:r>
      <w:r>
        <w:rPr>
          <w:lang w:eastAsia="zh-CN"/>
        </w:rPr>
        <w:t>　　一段时间下来，我发想自己电话打得也不少，可是联系业务的很少，几乎没有。认真想想好像也不能说是自己的失误太大。人们原本就对电话销售很是反感，听到就挂：或者是很礼貌性的记个电话(真记没记谁也不知道)。打电话即丢面子，被拒绝，又让自己心理承受太多。于是我又在寻找别的思路——网络。</w:t>
      </w:r>
      <w:r>
        <w:rPr>
          <w:lang w:eastAsia="zh-CN"/>
        </w:rPr>
        <w:br/>
      </w:r>
      <w:r>
        <w:rPr>
          <w:lang w:eastAsia="zh-CN"/>
        </w:rPr>
        <w:t>　　我们经常在网上，何不用网络联系呢?都能让人们在紧张的工作中放松一下，聊上几句闲话，就很有可能聊出一些客户。这样，因为是网友，感觉很亲近，不会拒绝你，至少都会考虑到你。经常在线，联系着又很方便，不用打电话，不用当着那么多同事的面讲价还价，显得自己很小气似的。讲价还价是一门艺术，不能没有耐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现在很多人爱还价，即便是价位很合理，处于习惯也会还价。无论双方谁说了一个价钱都想是让对方直接接受，电话会叫人没有什么缓冲的时间;而网络就不一样了，有缓冲的时间，又能用很轻松的语气说话，让人很容易接受;即便是自己说话有所失误，在网络上容易解释，也容易叫对方接受，可是电话就不一样了，电话上人们往往喜欢得理不饶人。</w:t>
      </w:r>
      <w:r>
        <w:rPr>
          <w:lang w:eastAsia="zh-CN"/>
        </w:rPr>
        <w:br/>
      </w:r>
      <w:r>
        <w:rPr>
          <w:lang w:eastAsia="zh-CN"/>
        </w:rPr>
        <w:t>　　于是我就改变了策略，在网络上找起了客户。你还真的别说，在网络上人们不但能接受;而且即使没有外语方面需要的，也会帮你介绍一些客户。交流着也轻松多了，说话也方便，就像是和很熟的网友说话似的，人们都不介意。我很喜欢这样的交流方式。事实证明也是很有效果的，至少与电话销售相比较。</w:t>
      </w:r>
      <w:r>
        <w:rPr>
          <w:lang w:eastAsia="zh-CN"/>
        </w:rPr>
        <w:br/>
      </w:r>
      <w:r>
        <w:rPr>
          <w:lang w:eastAsia="zh-CN"/>
        </w:rPr>
        <w:t>　　一：提升自己销售要预约技巧，明白什么是电话销售。可以问有经验的人。</w:t>
      </w:r>
      <w:r>
        <w:rPr>
          <w:lang w:eastAsia="zh-CN"/>
        </w:rPr>
        <w:br/>
      </w:r>
      <w:r>
        <w:rPr>
          <w:lang w:eastAsia="zh-CN"/>
        </w:rPr>
        <w:t>　　二：找资料，没有足够的，优质的资料，是很难邀约到好的客户。</w:t>
      </w:r>
      <w:r>
        <w:rPr>
          <w:lang w:eastAsia="zh-CN"/>
        </w:rPr>
        <w:br/>
      </w:r>
      <w:r>
        <w:rPr>
          <w:lang w:eastAsia="zh-CN"/>
        </w:rPr>
        <w:t>　　三：了解自己所要销售的产品，这样才能在电话销售的过程中自如的因对客户的问题。如果自己对产品都不了解，又怎么能仅仅通过电话让客户觉得产品是有用的。如果客户问的问题不能回答出来，会让客户产生怀疑。</w:t>
      </w:r>
      <w:r>
        <w:rPr>
          <w:lang w:eastAsia="zh-CN"/>
        </w:rPr>
        <w:br/>
      </w:r>
      <w:r>
        <w:rPr>
          <w:lang w:eastAsia="zh-CN"/>
        </w:rPr>
        <w:t>　　四：销售过程中要保持良好的心态，好的心情，如果自己的心情不好，客户在电话里是可以感觉到的。</w:t>
      </w:r>
      <w:r>
        <w:rPr>
          <w:lang w:eastAsia="zh-CN"/>
        </w:rPr>
        <w:br/>
      </w:r>
      <w:r>
        <w:rPr>
          <w:lang w:eastAsia="zh-CN"/>
        </w:rPr>
        <w:t>　　五：自信，销售的产只是和客户进行沟通的媒介，销售的核心是自己的人格，让客户愿意和你合作。</w:t>
      </w:r>
      <w:r>
        <w:rPr>
          <w:lang w:eastAsia="zh-CN"/>
        </w:rPr>
        <w:br/>
      </w:r>
      <w:r>
        <w:rPr>
          <w:lang w:eastAsia="zh-CN"/>
        </w:rPr>
        <w:t>　　六：不要挑资料每一条资料都有可能成为下一个客户，挑资料很可能会丢失掉一个资源。</w:t>
      </w:r>
      <w:r>
        <w:rPr>
          <w:lang w:eastAsia="zh-CN"/>
        </w:rPr>
        <w:br/>
      </w:r>
      <w:r>
        <w:rPr>
          <w:lang w:eastAsia="zh-CN"/>
        </w:rPr>
        <w:t>　　七：客户的拒绝是很正常的，任何一个陌生人无缘无故给你打电话推销产品你也会反感的。所以不能因为拒绝而气馁。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八：学会说话的艺术，沟通的技巧，在销售过程中能吸引住客户，让他感兴趣。</w:t>
      </w:r>
      <w:r>
        <w:rPr>
          <w:lang w:eastAsia="zh-CN"/>
        </w:rPr>
        <w:br/>
      </w:r>
      <w:r>
        <w:rPr>
          <w:lang w:eastAsia="zh-CN"/>
        </w:rPr>
        <w:t xml:space="preserve">    销售部门年度计划 篇14 </w:t>
      </w:r>
      <w:r>
        <w:rPr>
          <w:lang w:eastAsia="zh-CN"/>
        </w:rPr>
        <w:br/>
      </w:r>
      <w:r>
        <w:rPr>
          <w:lang w:eastAsia="zh-CN"/>
        </w:rPr>
        <w:t>　　新春即将来临，大地万物复苏，生机盎然，新年新气象。20__年度的工作即将展开，作为销售部的领头人，提升销售业绩是我为之奋斗的目标。20__年度销售部工作，我将重点放在以下几方面：</w:t>
      </w:r>
      <w:r>
        <w:rPr>
          <w:lang w:eastAsia="zh-CN"/>
        </w:rPr>
        <w:br/>
      </w:r>
      <w:r>
        <w:rPr>
          <w:lang w:eastAsia="zh-CN"/>
        </w:rPr>
        <w:t>　　一、销售部队伍组建</w:t>
      </w:r>
      <w:r>
        <w:rPr>
          <w:lang w:eastAsia="zh-CN"/>
        </w:rPr>
        <w:br/>
      </w:r>
      <w:r>
        <w:rPr>
          <w:lang w:eastAsia="zh-CN"/>
        </w:rPr>
        <w:t>　　随着终端门店网点的持续增长，市场督导的职责也逐步转为重要角色。督导是总部与全国各地合作商沟通的重要枢纽，如果督导的工作环节跟不上，信息传达不及时或者信息传达失误。最终将导致合作商对公司的忠诚度降低，直接影响到我司的品牌声誉。</w:t>
      </w:r>
      <w:r>
        <w:rPr>
          <w:lang w:eastAsia="zh-CN"/>
        </w:rPr>
        <w:br/>
      </w:r>
      <w:r>
        <w:rPr>
          <w:lang w:eastAsia="zh-CN"/>
        </w:rPr>
        <w:t>　　按目前我司的发展趋势，将逐步以第三方合作店为主要的经营路线，那么市场督导将是重中之重。</w:t>
      </w:r>
      <w:r>
        <w:rPr>
          <w:lang w:eastAsia="zh-CN"/>
        </w:rPr>
        <w:br/>
      </w:r>
      <w:r>
        <w:rPr>
          <w:lang w:eastAsia="zh-CN"/>
        </w:rPr>
        <w:t>　　为了能更好的为第三方合作提供良好服务质量及客情维护，建议增聘综合素养、学历相对较高的督导人员。</w:t>
      </w:r>
      <w:r>
        <w:rPr>
          <w:lang w:eastAsia="zh-CN"/>
        </w:rPr>
        <w:br/>
      </w:r>
      <w:r>
        <w:rPr>
          <w:lang w:eastAsia="zh-CN"/>
        </w:rPr>
        <w:t>　　二、强化终端销售人员培训</w:t>
      </w:r>
      <w:r>
        <w:rPr>
          <w:lang w:eastAsia="zh-CN"/>
        </w:rPr>
        <w:br/>
      </w:r>
      <w:r>
        <w:rPr>
          <w:lang w:eastAsia="zh-CN"/>
        </w:rPr>
        <w:t>　　回望20__年度普遍存在的终端人员缺乏学习、工作激情，20__年将围绕着营运手册进行终端人员全员学习，制订每日一学、每日一考核的学习计划，提升终端销售人员对我司的认识及工作积极主动的意识。</w:t>
      </w:r>
      <w:r>
        <w:rPr>
          <w:lang w:eastAsia="zh-CN"/>
        </w:rPr>
        <w:br/>
      </w:r>
      <w:r>
        <w:rPr>
          <w:lang w:eastAsia="zh-CN"/>
        </w:rPr>
        <w:t>　　三、行业市场信息采集</w:t>
      </w:r>
      <w:r>
        <w:rPr>
          <w:lang w:eastAsia="zh-CN"/>
        </w:rPr>
        <w:br/>
      </w:r>
    </w:p>
    <w:p w:rsidR="001B1F19" w14:textId="27C3F48A">
      <w:pPr>
        <w:rPr>
          <w:rFonts w:hint="eastAsia"/>
          <w:lang w:eastAsia="zh-CN"/>
        </w:rPr>
      </w:pPr>
      <w:r>
        <w:rPr>
          <w:lang w:eastAsia="zh-CN"/>
        </w:rPr>
        <w:t>　　销售部需要不断的收集更多的行业信息及市场动态，走访终端，掌握目前茶行业市场销售信息，了解各地市场容量、经济状况、人口及消费习惯等。便于制订行之有效的提升销售业绩方案。</w:t>
      </w:r>
      <w:r>
        <w:rPr>
          <w:lang w:eastAsia="zh-CN"/>
        </w:rPr>
        <w:br/>
      </w:r>
      <w:r>
        <w:rPr>
          <w:lang w:eastAsia="zh-CN"/>
        </w:rPr>
        <w:t>　　四、制订终端促销方案</w:t>
      </w:r>
      <w:r>
        <w:rPr>
          <w:lang w:eastAsia="zh-CN"/>
        </w:rPr>
        <w:br/>
      </w:r>
      <w:r>
        <w:rPr>
          <w:lang w:eastAsia="zh-CN"/>
        </w:rPr>
        <w:t>　　针对春秋茶上市及各传统大节日制订对应促销方案，促进门店业绩及第三方订货业绩的提升。</w:t>
      </w:r>
      <w:r>
        <w:rPr>
          <w:lang w:eastAsia="zh-CN"/>
        </w:rPr>
        <w:br/>
      </w:r>
      <w:r>
        <w:rPr>
          <w:lang w:eastAsia="zh-CN"/>
        </w:rPr>
        <w:t>　　五、制订门店巡查工作表</w:t>
      </w:r>
      <w:r>
        <w:rPr>
          <w:lang w:eastAsia="zh-CN"/>
        </w:rPr>
        <w:br/>
      </w:r>
      <w:r>
        <w:rPr>
          <w:lang w:eastAsia="zh-CN"/>
        </w:rPr>
        <w:t>　　进一步规范门店管理工作，便于市场督导工作开展，制订门店巡查工作表，主要针对日常门店工作、门店形象、销售业绩、库存情况、广宣品配置等等。</w:t>
      </w:r>
      <w:r>
        <w:rPr>
          <w:lang w:eastAsia="zh-CN"/>
        </w:rPr>
        <w:br/>
      </w:r>
      <w:r>
        <w:rPr>
          <w:lang w:eastAsia="zh-CN"/>
        </w:rPr>
        <w:t>　　六、加强第三方合作商客情维护</w:t>
      </w:r>
      <w:r>
        <w:rPr>
          <w:lang w:eastAsia="zh-CN"/>
        </w:rPr>
        <w:br/>
      </w:r>
      <w:r>
        <w:rPr>
          <w:lang w:eastAsia="zh-CN"/>
        </w:rPr>
        <w:t>　　第三方合作商是我司的主要业务来源，20__年将进行全国各地门店片区划分，分配片区给市场督导及储备干部，做到分工明确、责任到人，制订每日一电话，每周下店的工作任务，提升服务质量!</w:t>
      </w:r>
      <w:r>
        <w:rPr>
          <w:lang w:eastAsia="zh-CN"/>
        </w:rPr>
        <w:br/>
      </w:r>
      <w:r>
        <w:rPr>
          <w:lang w:eastAsia="zh-CN"/>
        </w:rPr>
        <w:t xml:space="preserve">    销售部门年度计划 篇15 </w:t>
      </w:r>
      <w:r>
        <w:rPr>
          <w:lang w:eastAsia="zh-CN"/>
        </w:rPr>
        <w:br/>
      </w:r>
      <w:r>
        <w:rPr>
          <w:lang w:eastAsia="zh-CN"/>
        </w:rPr>
        <w:t>　　__年初我们曾为今年工作定下以市场营销为核心、以成本控制为重点的十个工作重点，并定下了全年完成11亿的销售目标。迄今时间已过去八个月，今天我们有必要共同总结一下过去大半年的工作情况，统一一下思想，共同计划所余四个月的工作，力争完成全年销售目标。</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https://d.book118.com/797052124146006042</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97052124146006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