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电话客服年终总结（33篇）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电话客服年终总结（通用33篇）</w:t>
      </w:r>
      <w:r>
        <w:rPr>
          <w:lang w:eastAsia="zh-CN"/>
        </w:rPr>
        <w:br/>
      </w:r>
      <w:r>
        <w:rPr>
          <w:lang w:eastAsia="zh-CN"/>
        </w:rPr>
        <w:t xml:space="preserve">    电话客服年终总结 篇1 </w:t>
      </w:r>
      <w:r>
        <w:rPr>
          <w:lang w:eastAsia="zh-CN"/>
        </w:rPr>
        <w:br/>
      </w:r>
      <w:r>
        <w:rPr>
          <w:lang w:eastAsia="zh-CN"/>
        </w:rPr>
        <w:t>　　我们客服部是后勤部门中人员最多的，在这个大家庭里，感受到领导的关爱和同事们的团结。在这个大学校里，我们锻炼了自己，提高了自己，互相学习，互相交流借鉴。更重要的是我们也是公司的窗口，我们必须不断的提升，跟上公司前进的步伐，相信我们客服部会越来越出色。</w:t>
      </w:r>
      <w:r>
        <w:rPr>
          <w:lang w:eastAsia="zh-CN"/>
        </w:rPr>
        <w:br/>
      </w:r>
      <w:r>
        <w:rPr>
          <w:lang w:eastAsia="zh-CN"/>
        </w:rPr>
        <w:t>　　20__年初我很荣幸_客户服务中心一员，从进入客服中心之日起我把客服中心视同家，中心每一位员工都是亲人不论是公司正式员工还是聘用员工，她们性格、兴趣我了如指掌，下面是电话客服个人年度工作总结。</w:t>
      </w:r>
      <w:r>
        <w:rPr>
          <w:lang w:eastAsia="zh-CN"/>
        </w:rPr>
        <w:br/>
      </w:r>
      <w:r>
        <w:rPr>
          <w:lang w:eastAsia="zh-CN"/>
        </w:rPr>
        <w:t>　　两年来我将关爱体现在生活最小细节中把真情融入工作每一环节里从爱心出发相互理解真心相待赢得了员工尊敬和认同这是我人生最大财富!我骄傲是公司最友爱团队我自豪我是优秀团队中一员!</w:t>
      </w:r>
      <w:r>
        <w:rPr>
          <w:lang w:eastAsia="zh-CN"/>
        </w:rPr>
        <w:br/>
      </w:r>
      <w:r>
        <w:rPr>
          <w:lang w:eastAsia="zh-CN"/>
        </w:rPr>
        <w:t>　　一、注重客服中心服务理念和团队文化建设努力创建一支富有凝聚力和战斗力学习型团队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所谓团队单纯理解为特定范围一群人而应是大家同一目标声音一起努力团体这一团体是否团结是否有凝聚力是否有相互学习、知识共享决定了团队战斗力它是影响单位或部门发展关键因素之一。</w:t>
      </w:r>
      <w:r>
        <w:rPr>
          <w:lang w:eastAsia="zh-CN"/>
        </w:rPr>
        <w:br/>
      </w:r>
      <w:r>
        <w:rPr>
          <w:lang w:eastAsia="zh-CN"/>
        </w:rPr>
        <w:t>　　“众心齐泰山移”我深知：无论多么优秀管理人员其个人能力是有限而众人智慧是无穷怎样去设计客服中心内部文化激发每一位员工爱岗敬业、积极向上工作热情创建一支富有凝聚力和战斗力学习型团队让每员工具有归属感和职业自豪感这是自客服中心成立之日起至今一直是我孜孜追求境界和竭力奋斗目标。</w:t>
      </w:r>
      <w:r>
        <w:rPr>
          <w:lang w:eastAsia="zh-CN"/>
        </w:rPr>
        <w:br/>
      </w:r>
      <w:r>
        <w:rPr>
          <w:lang w:eastAsia="zh-CN"/>
        </w:rPr>
        <w:t>　　_号在公司团队建设中是难度系数最大单位中心员工年龄差别大用工方式不统一薪酬待遇偏低工作烦琐压力大个人素质要求高而且在工作中经常不被理解遭遇委屈是家常便饭“客服中心是防火墙话务员是灭火器”这是_号日常工作真实写照常戏称“客服中心对外是矛盾汇集中心对内是克服困难中心”事实确如此面对现状如何在这种情况下舒缓员工压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管理是观点是服务更是艺术激励与日常管理与团队建设密切相关不可分割客服中心激励工作具有人力资源管理共性也有它特殊性大家都知道无论任何单位发展都离不开全体员工创造力和积极性虽然物质激励仍然是衡量员工自身价值重要指标但事实上在特定环境下精神激励作用在一定程度上超出了物质奖励意义我认为：有激励就有动力有期许就有冲刺有认同就会产生归属感两者之间是作用力与反作用力关系基于这个观念在_号日常管理工作中将激励措施面向所有员工我关注每个员工一点一滴进步表现量体裁衣灵活运用一张满意笑容赞许眼光一句肯定话都会员工“温馨服务天天进步”动力重视员工欣赏员工塑造员工点点滴滴积累就形成了团队合力保证了中心整体服务水平不断提升和各项目标顺利完成。</w:t>
      </w:r>
      <w:r>
        <w:rPr>
          <w:lang w:eastAsia="zh-CN"/>
        </w:rPr>
        <w:br/>
      </w:r>
      <w:r>
        <w:rPr>
          <w:lang w:eastAsia="zh-CN"/>
        </w:rPr>
        <w:t>　　我常常告戒和勉励同仁：面对市场面对客户所呈现必须是最好已与电信溶为一体站出来就代表着随州电信!</w:t>
      </w:r>
      <w:r>
        <w:rPr>
          <w:lang w:eastAsia="zh-CN"/>
        </w:rPr>
        <w:br/>
      </w:r>
      <w:r>
        <w:rPr>
          <w:lang w:eastAsia="zh-CN"/>
        </w:rPr>
        <w:t>　　二、细化基础管理量化绩效指标营造了公平、公正、公开考核氛围</w:t>
      </w:r>
      <w:r>
        <w:rPr>
          <w:lang w:eastAsia="zh-CN"/>
        </w:rPr>
        <w:br/>
      </w:r>
      <w:r>
        <w:rPr>
          <w:lang w:eastAsia="zh-CN"/>
        </w:rPr>
        <w:t>　　标杆要定位管理要精细指标要量化评价要公允这是我对客服中心日常管理工作简单概括。</w:t>
      </w:r>
      <w:r>
        <w:rPr>
          <w:lang w:eastAsia="zh-CN"/>
        </w:rPr>
        <w:br/>
      </w:r>
      <w:r>
        <w:rPr>
          <w:lang w:eastAsia="zh-CN"/>
        </w:rPr>
        <w:t>　　以正面引导为主大胆执行分公司绩效考核精神结合中心实际针对不同岗位进行了分工分别制定了岗位职责给每一员工下达了绩效考核指标设置优质服务明星岗在细化、量化员工工作任务同时提出工作具体要求和标准使每个员工对应承担职责做到心中有数客观评价公平看待他人最大限度发挥员工工作积极性营造了积极向上、争先创优竞赛氛围。</w:t>
      </w:r>
      <w:r>
        <w:rPr>
          <w:lang w:eastAsia="zh-CN"/>
        </w:rPr>
        <w:br/>
      </w:r>
      <w:r>
        <w:rPr>
          <w:lang w:eastAsia="zh-CN"/>
        </w:rPr>
        <w:t>　　怎样防止服务过程员工自我情绪失控而产生负面影响?通过样方式和途径去激发员工工作和学习热情增强员工对岗位认同感对企业忠诚度是我常常思考和需解决实际问题。自20初进公司到现在，已经有一年有余了。在一年之前，我对于电话客服这份工作几乎一无所知，对于保险行业也不甚了解。但是，现在我已经能够作为一名中国人寿的客服专员为我们的客户排忧解难，为我们的一线同事提供后台支援，这一切都离不开领导和同事们的热心帮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从刚加入公司还在进行入职培训之时，我就不时对于自己能否胜任这份工作而惴惴不安，担心自己从零开始，无法在短时间内全面的熟悉公司的业务知识，无法为客户提供满意的服务。但是在培训老师的耐心辅导下，我也以较快的速度通过了业务知识考试，终于要正式的走上客服岗位，正式的成为一名中国人寿客服专员了。</w:t>
      </w:r>
      <w:r>
        <w:rPr>
          <w:lang w:eastAsia="zh-CN"/>
        </w:rPr>
        <w:br/>
      </w:r>
      <w:r>
        <w:rPr>
          <w:lang w:eastAsia="zh-CN"/>
        </w:rPr>
        <w:t>　　万事开头难，还记得第一次接到客户电话的紧张。不过，不管在听到电话铃声响起的那一刻心里是多么的紧张，但是我还是鼓足了用气，按下了接听键。在听到客户急切的询问声的后，我就明白自己的职责所在了，顾不得自己心中的紧张，赶紧在大脑中检索着客户所需要的信息，在经过一段时间的适应后，已经能够克服自己的紧张感，开始和小组其他成员一样按照正常的排班时间来上班，和以前不一样的是现在需要不断的在早班、白班、中班以及夜班之前不断的切换，不过这些并没有给我造成太大的困扰，在小组同事的帮助下，很快我就适应了这种较以往而言比较不规律的上班方式。另外，在这期间，与小组同事们能够愉快的相处，并且能够互相帮助互相学习对我来说也是一个不小的收获。</w:t>
      </w:r>
      <w:r>
        <w:rPr>
          <w:lang w:eastAsia="zh-CN"/>
        </w:rPr>
        <w:br/>
      </w:r>
      <w:r>
        <w:rPr>
          <w:lang w:eastAsia="zh-CN"/>
        </w:rPr>
        <w:t>　　不过值得一提的是，虽然已经接触客服工作将近一年的时间了，但是在我身上仍然有许多值得改善的地方，我本人也仍然需要通过不断的学习来加强和提高自身的业务能力。比如说，在高强度的连续不断的与不同客户接触的过程中，情绪难免会发生波动，在长时间的面对一位客户的时候，可能也会表现得耐心不足。控制情绪以及保持良好的服务态度对于一个客服人员而言是最基本的要求，所以今后在这个方面我应该加强自身修养和对自己情绪的控制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在新的一年里，对于自身的提高主要分为两个方面，一个方面是业务能力上，通过自学和培训，加强对于保险专业知识的学习，从而能够更好的作为公司与客户的桥梁，起到沟通的作用；另一方面是在工作态度上面，通过多与老员工交流，虚心的像老员工请教和学习她们在为客户提供服务过程中的心得和技巧，从而提高自己的服务质量，成为一个优秀的客服人员。</w:t>
      </w:r>
      <w:r>
        <w:rPr>
          <w:lang w:eastAsia="zh-CN"/>
        </w:rPr>
        <w:br/>
      </w:r>
      <w:r>
        <w:rPr>
          <w:lang w:eastAsia="zh-CN"/>
        </w:rPr>
        <w:t xml:space="preserve">    电话客服年终总结 篇2 </w:t>
      </w:r>
      <w:r>
        <w:rPr>
          <w:lang w:eastAsia="zh-CN"/>
        </w:rPr>
        <w:br/>
      </w:r>
      <w:r>
        <w:rPr>
          <w:lang w:eastAsia="zh-CN"/>
        </w:rPr>
        <w:t>　　本人___，毕业于__大学，于20__年_月_日开始在电商部工作，目前职位为客服专员。进入公司参加工作的几个月试用期经已接近尾声。工作以来，在单位领导的精心培育和教导下，通过自身的不断努力，无论是思想上、学习上还是工作上，都取得了长足的发展和巨大的收获。在这段的工作学习中，对公司有了一个比较完整的认识;对于公司的发展历程和管理以及个人岗位职责等都有了一个比较清晰的认识。在熟悉工作的过程中，我也慢慢领会了公司“诚信、勤奋、求实、创新”的核心价值观，为公司的稳步发展增添新的活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工作上，我的主要岗位是客服专员。在工作中我努力做好本职工作，提高工作效率及工作质量。在本职工作做好之外，在天猫新店铺的准备期间和部门开发新产品的过程中，配合数据专员，利用自身优势，帮助其制定了一系列的表格，总结了相关数据;归纳了行业在电商领域的热销产品，并且结合自身产品，对标题进行第四次标题优化;在京东平台上，对产品进行了导入等等。作为售前客服，要做到以客户为先，尽量满足客户的要求。在学习产品知识和掌握客服相关技巧期间，严格要求自己，刻苦钻研业务，就是凭着这样一种坚定的信念，争当行家里手。为我以后的工作顺利开展打下了良好的基础。</w:t>
      </w:r>
      <w:r>
        <w:rPr>
          <w:lang w:eastAsia="zh-CN"/>
        </w:rPr>
        <w:br/>
      </w:r>
      <w:r>
        <w:rPr>
          <w:lang w:eastAsia="zh-CN"/>
        </w:rPr>
        <w:t>　　在学习上，严格要求自己，端正工作态度，作到了理论联理实际;从而提高了自身的一专多能的长处及思想文化素质，包括生活中也学到了养成良好的生活习惯，生活充实而有条理，有严谨的生活态度和良好的生活作风，为人热情大方，诚实守信，乐于助人，拥有自己的良好做事原则，能与同事们和睦相处。</w:t>
      </w:r>
      <w:r>
        <w:rPr>
          <w:lang w:eastAsia="zh-CN"/>
        </w:rPr>
        <w:br/>
      </w:r>
      <w:r>
        <w:rPr>
          <w:lang w:eastAsia="zh-CN"/>
        </w:rPr>
        <w:t>　　思想上，自觉遵守公司的的规章制度，坚持参加公司的每次的培训。要求积极上进，爱护公司的一砖一瓦，一直严谨的态度和积极的热情投身于学习和工作中，虽然有成功的泪水，也有失败的辛酸，然而日益激烈的社会竟争也使我充分地认识到成为一名德智体全面发展的优秀工作者的重要性。</w:t>
      </w:r>
      <w:r>
        <w:rPr>
          <w:lang w:eastAsia="zh-CN"/>
        </w:rPr>
        <w:br/>
      </w:r>
      <w:r>
        <w:rPr>
          <w:lang w:eastAsia="zh-CN"/>
        </w:rPr>
        <w:t>　　在这段时间里我虽然是学校那学习了一些理论知识，但这一现状不能满足工作的需求。为了尽快掌握电商行业和卫浴行业，每天坚持来到公司学习公司制度及理论知识等等，到了工作时间，就和那些前辈们学习实际操作及帮忙做点小事情，到了晚上和前辈们探讨工作内容，聊聊工作的不便及心中的不满加上自身不足，前辈们给予工作上的支持和精神上鼓励，经过较长时间的锻炼、克服和努力，使我慢慢成为一名合格的员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虽然只有短短的几个月，但中间的收获是不可磨灭的，这与单位的领导和同事们的帮助是分不开的。我始终坚信一句话“一根火柴再亮，也只有豆大的光。但倘若用一根火柴去点燃一堆火柴，则会熊熊燃烧”。我希望用我亮丽的青春，去点燃每一位客人，感召激励着同事们一起为我们的事业奉献、进取、创下美好明天。当然，我在工作中还在存在着缺点和做得不到位的地方，我会继续努力工作学习，今后一定尽力做到。工作中需要“超越”的精神，我相信经过努力，工作会越做越好。</w:t>
      </w:r>
      <w:r>
        <w:rPr>
          <w:lang w:eastAsia="zh-CN"/>
        </w:rPr>
        <w:br/>
      </w:r>
      <w:r>
        <w:rPr>
          <w:lang w:eastAsia="zh-CN"/>
        </w:rPr>
        <w:t>　　在此，在对试用期的工作及心得体会做一汇报后，我想借此机会，正式向公司领导提出转正请求。希望公司领导能对我的工作态度、工作能力和表现，以正式员工的要求做一个全面考量。我愿为公司的蓬勃发展贡献我全部的力量。</w:t>
      </w:r>
      <w:r>
        <w:rPr>
          <w:lang w:eastAsia="zh-CN"/>
        </w:rPr>
        <w:br/>
      </w:r>
      <w:r>
        <w:rPr>
          <w:lang w:eastAsia="zh-CN"/>
        </w:rPr>
        <w:t xml:space="preserve">    电话客服年终总结 篇3 </w:t>
      </w:r>
      <w:r>
        <w:rPr>
          <w:lang w:eastAsia="zh-CN"/>
        </w:rPr>
        <w:br/>
      </w:r>
      <w:r>
        <w:rPr>
          <w:lang w:eastAsia="zh-CN"/>
        </w:rPr>
        <w:t>　　转瞬间，20年在我们忙碌的工作中已经过去。</w:t>
      </w:r>
      <w:r>
        <w:rPr>
          <w:lang w:eastAsia="zh-CN"/>
        </w:rPr>
        <w:br/>
      </w:r>
      <w:r>
        <w:rPr>
          <w:lang w:eastAsia="zh-CN"/>
        </w:rPr>
        <w:t>　　回首20年物业公司客服部，可说是进一步发展的一年，不断改善完善各项管理机能的一年。在这当中，物业客服部得到了公司领导的关心和支持，同时也得到了其他各部门的大力协助，经过全体客服人员一年来的努力工作，客服部的工作较上一年有了很大的进步，各项工作制度不断得到完善和落实，业户至上的服务理念深深烙入每一位客服工作人员的脑海。</w:t>
      </w:r>
      <w:r>
        <w:rPr>
          <w:lang w:eastAsia="zh-CN"/>
        </w:rPr>
        <w:br/>
      </w:r>
      <w:r>
        <w:rPr>
          <w:lang w:eastAsia="zh-CN"/>
        </w:rPr>
        <w:t>　　回顾一年来的客服工作，有得有失。现将一年来的客服工作总结如下:</w:t>
      </w:r>
      <w:r>
        <w:rPr>
          <w:lang w:eastAsia="zh-CN"/>
        </w:rPr>
        <w:br/>
      </w:r>
      <w:r>
        <w:rPr>
          <w:lang w:eastAsia="zh-CN"/>
        </w:rPr>
        <w:t>　　一、深化落实公司各项规章制度和客服部各项制度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20年初步完善的各项规章制度的基础上，20年的重点是深化落实，为此，客服部根据公司的发展现状，加深其对物业管理的认识和理解。同时，随着物业管理行业一些法律、法规的出台和完善，客服部也及时调整客服工作的相关制度，以求更好的适应新的形势。</w:t>
      </w:r>
      <w:r>
        <w:rPr>
          <w:lang w:eastAsia="zh-CN"/>
        </w:rPr>
        <w:br/>
      </w:r>
      <w:r>
        <w:rPr>
          <w:lang w:eastAsia="zh-CN"/>
        </w:rPr>
        <w:t>　　二、理论联系实际，用心开展客服人员的培训工作</w:t>
      </w:r>
      <w:r>
        <w:rPr>
          <w:lang w:eastAsia="zh-CN"/>
        </w:rPr>
        <w:br/>
      </w:r>
      <w:r>
        <w:rPr>
          <w:lang w:eastAsia="zh-CN"/>
        </w:rPr>
        <w:t>　　利用每周五的客服部例会时光，加强对本部门人员的培训工作。培训工作是根据一周来在工作当中遇到的实际问题展开的，这样就做到了理论与实际的结合，使每位客服人员对服务理念的认识更加的深刻。</w:t>
      </w:r>
      <w:r>
        <w:rPr>
          <w:lang w:eastAsia="zh-CN"/>
        </w:rPr>
        <w:br/>
      </w:r>
      <w:r>
        <w:rPr>
          <w:lang w:eastAsia="zh-CN"/>
        </w:rPr>
        <w:t>　　三、日常报修的处理</w:t>
      </w:r>
      <w:r>
        <w:rPr>
          <w:lang w:eastAsia="zh-CN"/>
        </w:rPr>
        <w:br/>
      </w:r>
      <w:r>
        <w:rPr>
          <w:lang w:eastAsia="zh-CN"/>
        </w:rPr>
        <w:t>　　据每周末的工作量统计，日接待各种形式的报修均达十余次。根据报修资料的不一样用心进行派工，争取在最短的时光内将问题解决。同时，根据报修的完成状况及时地进行回访。</w:t>
      </w:r>
      <w:r>
        <w:rPr>
          <w:lang w:eastAsia="zh-CN"/>
        </w:rPr>
        <w:br/>
      </w:r>
      <w:r>
        <w:rPr>
          <w:lang w:eastAsia="zh-CN"/>
        </w:rPr>
        <w:t>　　四、__区物业费的收缴工作</w:t>
      </w:r>
      <w:r>
        <w:rPr>
          <w:lang w:eastAsia="zh-CN"/>
        </w:rPr>
        <w:br/>
      </w:r>
      <w:r>
        <w:rPr>
          <w:lang w:eastAsia="zh-CN"/>
        </w:rPr>
        <w:t>　　根据年初公司下达的收费指标，用心开展__、__区物业费的收缴工作。最终在物业经理、书记及其它各部门的支持下，完成了公司下达的收费指标。</w:t>
      </w:r>
      <w:r>
        <w:rPr>
          <w:lang w:eastAsia="zh-CN"/>
        </w:rPr>
        <w:br/>
      </w:r>
      <w:r>
        <w:rPr>
          <w:lang w:eastAsia="zh-CN"/>
        </w:rPr>
        <w:t>　　五、能源费的收缴工作</w:t>
      </w:r>
      <w:r>
        <w:rPr>
          <w:lang w:eastAsia="zh-CN"/>
        </w:rPr>
        <w:br/>
      </w:r>
      <w:r>
        <w:rPr>
          <w:lang w:eastAsia="zh-CN"/>
        </w:rPr>
        <w:t>　　如期完成__区每季度入户抄水表收费工作的同时，又完成了公司布置的新的任务-----__区首次入户抄水表收费工作。</w:t>
      </w:r>
      <w:r>
        <w:rPr>
          <w:lang w:eastAsia="zh-CN"/>
        </w:rPr>
        <w:br/>
      </w:r>
      <w:r>
        <w:rPr>
          <w:lang w:eastAsia="zh-CN"/>
        </w:rPr>
        <w:t>　　六、__区底商的招租工作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制定了底商的招租方案，并在下半年成功的引进了超市、药店项目。</w:t>
      </w:r>
      <w:r>
        <w:rPr>
          <w:lang w:eastAsia="zh-CN"/>
        </w:rPr>
        <w:br/>
      </w:r>
      <w:r>
        <w:rPr>
          <w:lang w:eastAsia="zh-CN"/>
        </w:rPr>
        <w:t>　　七、部分楼宇的收楼工作</w:t>
      </w:r>
      <w:r>
        <w:rPr>
          <w:lang w:eastAsia="zh-CN"/>
        </w:rPr>
        <w:br/>
      </w:r>
      <w:r>
        <w:rPr>
          <w:lang w:eastAsia="zh-CN"/>
        </w:rPr>
        <w:t>　　在_月份，完成了_#、_#的收楼工作;同时，又完成了部分__区回迁楼(_#--1、2单元)收楼工作。</w:t>
      </w:r>
      <w:r>
        <w:rPr>
          <w:lang w:eastAsia="zh-CN"/>
        </w:rPr>
        <w:br/>
      </w:r>
      <w:r>
        <w:rPr>
          <w:lang w:eastAsia="zh-CN"/>
        </w:rPr>
        <w:t>　　八、情系青海玉树地震组织开展募捐活动</w:t>
      </w:r>
      <w:r>
        <w:rPr>
          <w:lang w:eastAsia="zh-CN"/>
        </w:rPr>
        <w:br/>
      </w:r>
      <w:r>
        <w:rPr>
          <w:lang w:eastAsia="zh-CN"/>
        </w:rPr>
        <w:t>　　在得知青海玉树地震的消息后，物业公司领导立即决定在社区内进行一次以为灾区人民奉献一份爱心的募捐活动，这项任务由客服部来完成。接到指示后，客服部全体人员用心献计献策，最终圆满的完成了这次募捐活动。</w:t>
      </w:r>
      <w:r>
        <w:rPr>
          <w:lang w:eastAsia="zh-CN"/>
        </w:rPr>
        <w:br/>
      </w:r>
      <w:r>
        <w:rPr>
          <w:lang w:eastAsia="zh-CN"/>
        </w:rPr>
        <w:t>　　九、节日期间园区的装点布置工作</w:t>
      </w:r>
      <w:r>
        <w:rPr>
          <w:lang w:eastAsia="zh-CN"/>
        </w:rPr>
        <w:br/>
      </w:r>
      <w:r>
        <w:rPr>
          <w:lang w:eastAsia="zh-CN"/>
        </w:rPr>
        <w:t>　　用心完成各节日期间园区内的装点布置工作，今年公司加大了对圣诞节(倍受年轻人关注的节日)期间园区装点布置的力度，在小区__门及__区各大堂内购置了圣诞树及其各种装饰品。</w:t>
      </w:r>
      <w:r>
        <w:rPr>
          <w:lang w:eastAsia="zh-CN"/>
        </w:rPr>
        <w:br/>
      </w:r>
      <w:r>
        <w:rPr>
          <w:lang w:eastAsia="zh-CN"/>
        </w:rPr>
        <w:t>　　十、业主座谈会</w:t>
      </w:r>
      <w:r>
        <w:rPr>
          <w:lang w:eastAsia="zh-CN"/>
        </w:rPr>
        <w:br/>
      </w:r>
      <w:r>
        <w:rPr>
          <w:lang w:eastAsia="zh-CN"/>
        </w:rPr>
        <w:t>　　在春节前夕，组织进行了一年一度的业主座谈会。邀请来的各位业主在会上用心发言，对物业公司的服务工作给了充分的肯定并提出了合理的推荐。</w:t>
      </w:r>
      <w:r>
        <w:rPr>
          <w:lang w:eastAsia="zh-CN"/>
        </w:rPr>
        <w:br/>
      </w:r>
      <w:r>
        <w:rPr>
          <w:lang w:eastAsia="zh-CN"/>
        </w:rPr>
        <w:t>　　总之，在20年的工作基础上，20年我们满怀信心与期望，在新的一年里我们坚信，只要我们勤奋工作，努力工作，用心探索，勇于进取，我们必须能以的努力完成公司下达的各项工作指标。</w:t>
      </w:r>
      <w:r>
        <w:rPr>
          <w:lang w:eastAsia="zh-CN"/>
        </w:rPr>
        <w:br/>
      </w:r>
      <w:r>
        <w:rPr>
          <w:lang w:eastAsia="zh-CN"/>
        </w:rPr>
        <w:t xml:space="preserve">    电话客服年终总结 篇4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加入__公司成为一名电话客服已经三个月了，距离我第一次踏进公司的大门，已经过去三个月了，三个月的时间一过，我的试用期就结束了，下面我将自己这三个月的试用期的工作作出如下总结。</w:t>
      </w:r>
      <w:r>
        <w:rPr>
          <w:lang w:eastAsia="zh-CN"/>
        </w:rPr>
        <w:br/>
      </w:r>
      <w:r>
        <w:rPr>
          <w:lang w:eastAsia="zh-CN"/>
        </w:rPr>
        <w:t>　　电话客服的工作说简单也不简单，说难每天又都是这些工作，很多人会觉得电话客服这份工作枯燥无味，每天对着的都是一个又一个的电话，每天说的话都差不多，就像是一个机器一样，对于如此无聊没有挑战性的工作怎么可能做得下去。但是对我而言我的想法恰恰相反，我认为电话客服是一件非常有挑战性的工作，因为我每天面临的人都是不一样的，所以每天的交流方式也是不一样的，而且能够帮客户，帮助电话那方的人解决他们所不能解决的问题吧，我感到非常有成就感，并且我也以自己的这份工作，以及自己的努力引以为傲。</w:t>
      </w:r>
      <w:r>
        <w:rPr>
          <w:lang w:eastAsia="zh-CN"/>
        </w:rPr>
        <w:br/>
      </w:r>
      <w:r>
        <w:rPr>
          <w:lang w:eastAsia="zh-CN"/>
        </w:rPr>
        <w:t>　　试用期的工作，就是每天接一下电话，帮助客户解决他们的疑问和难题，所以在我进入公司没几天我就能够独立的上手自己操作，也能单独的接电话，但是我并没有因为自己工作的简单，就放弃掉自己这么好的一个学习机会，我会将自己每天遇到的问题记下来，并且在空闲的时间里去回想自己工作的时候做的不妥或者有所欠缺的地方，并且去努力的完善，争取在下一次再遇到这种问题的时候能够完美的解决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和公司的同事我也在极短的时间内，融入到了公司的工作氛围，也融入到了这个大家庭里面，在公司的日常工作里，都能够互帮互助，记得有一次，我刚来没多久，我接到了一个言语非常犀利的客户的电话，我一接起电话就被他骂的狗血淋头，因为刚加入公司不久，抗压力还是没有锻炼的很强，所以一下子就被骂哭了，是同事们都来安慰我，要我放宽心，并且告诉我这种事情经常有，把电话一挂就忘记这件事就好了。所以我感谢命运能够让我遇到一群可爱又友好的同事。</w:t>
      </w:r>
      <w:r>
        <w:rPr>
          <w:lang w:eastAsia="zh-CN"/>
        </w:rPr>
        <w:br/>
      </w:r>
      <w:r>
        <w:rPr>
          <w:lang w:eastAsia="zh-CN"/>
        </w:rPr>
        <w:t>　　在这三个月的日子里，我每一天都在工作中学习，在学习中工作，通过自己遇到的难题，在自己解决的时候去学习知识，就是希望自己能够在一天又一天的工作中变得越来越好。</w:t>
      </w:r>
      <w:r>
        <w:rPr>
          <w:lang w:eastAsia="zh-CN"/>
        </w:rPr>
        <w:br/>
      </w:r>
      <w:r>
        <w:rPr>
          <w:lang w:eastAsia="zh-CN"/>
        </w:rPr>
        <w:t>　　虽说现在试用期已经结束，但是我还是会在以后的日子里更加的努力，更加的为公司工作，永远热爱工作，为公司创作更多的利益，获得更多的好评。</w:t>
      </w:r>
      <w:r>
        <w:rPr>
          <w:lang w:eastAsia="zh-CN"/>
        </w:rPr>
        <w:br/>
      </w:r>
      <w:r>
        <w:rPr>
          <w:lang w:eastAsia="zh-CN"/>
        </w:rPr>
        <w:t>　　客服接听工作电话热线全年度总结推荐</w:t>
      </w:r>
      <w:r>
        <w:rPr>
          <w:lang w:eastAsia="zh-CN"/>
        </w:rPr>
        <w:br/>
      </w:r>
      <w:r>
        <w:rPr>
          <w:lang w:eastAsia="zh-CN"/>
        </w:rPr>
        <w:t>　　时间从我们的指尖溜走，我们即将结束这繁忙的一年！我们可能需要准备电话客服的年度工作总结。通过总结更清晰地认识自己，才能在日益激烈的竟争中立于不败之地。怎么才能把这一篇电话客服年度工作总结写好呢？以下是我们为大家收集的“客服接听工作电话热线全年度总结”但愿对你的学习工作带来帮助。</w:t>
      </w:r>
      <w:r>
        <w:rPr>
          <w:lang w:eastAsia="zh-CN"/>
        </w:rPr>
        <w:br/>
      </w:r>
      <w:r>
        <w:rPr>
          <w:lang w:eastAsia="zh-CN"/>
        </w:rPr>
        <w:t xml:space="preserve">    电话客服年终总结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当今社会，所有的服务行业都在提倡微笑服务。微笑是企业对于一名员工的基本要求，但微笑不仅仅是一个表达情绪的方式，它是我们的一个工作技能，做为一名电话客服工作人员，我们理应被要求做到技术技能与完美服务一体化微笑是一把利剑，可以融化坚冰。可见，微笑是我们在工作上自我保护的一种必要手段。微笑是心情愉悦的一种表现，当客户需要我们提供帮助时，我们及时地传递一份微笑，收获一份希望。微笑服务是一种力量，它不仅可以产生良好的经济效益，还可以创造无价的社会效益，使企业口碑良好，声誉惧加。</w:t>
      </w:r>
      <w:r>
        <w:rPr>
          <w:lang w:eastAsia="zh-CN"/>
        </w:rPr>
        <w:br/>
      </w:r>
      <w:r>
        <w:rPr>
          <w:lang w:eastAsia="zh-CN"/>
        </w:rPr>
        <w:t>　　微笑服务是人际交往的通行证，它不仅是缩小心理距离、达成情感交流的阶梯，而且也是实现主动、热情、耐心、周到、细致、文明服务的主径，又是达到服务语言增值增效的强力添加剂。我们所提倡的微笑服务，是健康的性格，乐观的情绪，良好的修养，坚定的信念等几种心理基础素质的自然流露。只有热爱生活、热爱顾客、热爱自己工作的人，才能保持并永久拥有那种落落大方而又恬静优雅的微笑服务。</w:t>
      </w:r>
      <w:r>
        <w:rPr>
          <w:lang w:eastAsia="zh-CN"/>
        </w:rPr>
        <w:br/>
      </w:r>
      <w:r>
        <w:rPr>
          <w:lang w:eastAsia="zh-CN"/>
        </w:rPr>
        <w:t>　　以上只是我作为一个新人的浅薄见解，在20__年的工作中我一定会尽力做得更好，努力向各位前辈学习，与所有的同事一起做好工作并共同面对新的挑战。</w:t>
      </w:r>
      <w:r>
        <w:rPr>
          <w:lang w:eastAsia="zh-CN"/>
        </w:rPr>
        <w:br/>
      </w:r>
      <w:r>
        <w:rPr>
          <w:lang w:eastAsia="zh-CN"/>
        </w:rPr>
        <w:t xml:space="preserve">    电话客服年终总结 篇6 </w:t>
      </w:r>
      <w:r>
        <w:rPr>
          <w:lang w:eastAsia="zh-CN"/>
        </w:rPr>
        <w:br/>
      </w:r>
      <w:r>
        <w:rPr>
          <w:lang w:eastAsia="zh-CN"/>
        </w:rPr>
        <w:t>　　spin销售工具的具体运用：</w:t>
      </w:r>
      <w:r>
        <w:rPr>
          <w:lang w:eastAsia="zh-CN"/>
        </w:rPr>
        <w:br/>
      </w:r>
      <w:r>
        <w:rPr>
          <w:lang w:eastAsia="zh-CN"/>
        </w:rPr>
        <w:t>　　案例9：利用spin推荐中国移动——随e行</w:t>
      </w:r>
      <w:r>
        <w:rPr>
          <w:lang w:eastAsia="zh-CN"/>
        </w:rPr>
        <w:br/>
      </w:r>
      <w:r>
        <w:rPr>
          <w:lang w:eastAsia="zh-CN"/>
        </w:rPr>
        <w:t>　　销售顾问：张总，平时出差时经常需要用到互联网，你是如何上网的?(情况型问题)</w:t>
      </w:r>
      <w:r>
        <w:rPr>
          <w:lang w:eastAsia="zh-CN"/>
        </w:rPr>
        <w:br/>
      </w:r>
      <w:r>
        <w:rPr>
          <w:lang w:eastAsia="zh-CN"/>
        </w:rPr>
        <w:t>　　客户张总：在固定地方(例如宾馆)，是利用电话上网的。</w:t>
      </w:r>
      <w:r>
        <w:rPr>
          <w:lang w:eastAsia="zh-CN"/>
        </w:rPr>
        <w:br/>
      </w:r>
      <w:r>
        <w:rPr>
          <w:lang w:eastAsia="zh-CN"/>
        </w:rPr>
        <w:t>　　销售顾问：张总，电话上网必须在固定地方，而且上网速度比较慢，这两方面给你带来了什么麻烦呢?(难点型问题)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客户张总：繁琐，并且影响效率……</w:t>
      </w:r>
      <w:r>
        <w:rPr>
          <w:lang w:eastAsia="zh-CN"/>
        </w:rPr>
        <w:br/>
      </w:r>
      <w:r>
        <w:rPr>
          <w:lang w:eastAsia="zh-CN"/>
        </w:rPr>
        <w:t>　　销售顾问：张总，上网速度比较慢以至于影响效率，这对于你这个大忙人，又会产生什么后果?(内涵型问题)</w:t>
      </w:r>
      <w:r>
        <w:rPr>
          <w:lang w:eastAsia="zh-CN"/>
        </w:rPr>
        <w:br/>
      </w:r>
      <w:r>
        <w:rPr>
          <w:lang w:eastAsia="zh-CN"/>
        </w:rPr>
        <w:t>　　客户张总：工作效率得不到进一步提升，对客户的响应速度比较慢，会引起客户的抱怨与投诉，造成大量文件积压……</w:t>
      </w:r>
      <w:r>
        <w:rPr>
          <w:lang w:eastAsia="zh-CN"/>
        </w:rPr>
        <w:br/>
      </w:r>
      <w:r>
        <w:rPr>
          <w:lang w:eastAsia="zh-CN"/>
        </w:rPr>
        <w:t>　　销售顾问：张总，假如解决了你这个问题，对你有什么好处?对你工作效率的提高又会有多大的帮助?(需要回报型问题)</w:t>
      </w:r>
      <w:r>
        <w:rPr>
          <w:lang w:eastAsia="zh-CN"/>
        </w:rPr>
        <w:br/>
      </w:r>
      <w:r>
        <w:rPr>
          <w:lang w:eastAsia="zh-CN"/>
        </w:rPr>
        <w:t>　　客户张总：那非常好，提高了工作质量，会使客户满意度进一步提升……</w:t>
      </w:r>
      <w:r>
        <w:rPr>
          <w:lang w:eastAsia="zh-CN"/>
        </w:rPr>
        <w:br/>
      </w:r>
      <w:r>
        <w:rPr>
          <w:lang w:eastAsia="zh-CN"/>
        </w:rPr>
        <w:t>　　看完了电话年终总结之具体运营希望帮到你。</w:t>
      </w:r>
      <w:r>
        <w:rPr>
          <w:lang w:eastAsia="zh-CN"/>
        </w:rPr>
        <w:br/>
      </w:r>
      <w:r>
        <w:rPr>
          <w:lang w:eastAsia="zh-CN"/>
        </w:rPr>
        <w:t xml:space="preserve">    电话客服年终总结 篇7 </w:t>
      </w:r>
      <w:r>
        <w:rPr>
          <w:lang w:eastAsia="zh-CN"/>
        </w:rPr>
        <w:br/>
      </w:r>
      <w:r>
        <w:rPr>
          <w:lang w:eastAsia="zh-CN"/>
        </w:rPr>
        <w:t>　　岁月如梭，不知不觉我来明一乳业已经有一年了，一直在客服部从事客户回访和育婴热线咨询的工作。现在回顾当初应聘来我们公司客服部还像昨天发生的事情一样，可是在这段时间里，我学到了很多，也成熟了很多。</w:t>
      </w:r>
      <w:r>
        <w:rPr>
          <w:lang w:eastAsia="zh-CN"/>
        </w:rPr>
        <w:br/>
      </w:r>
      <w:r>
        <w:rPr>
          <w:lang w:eastAsia="zh-CN"/>
        </w:rPr>
        <w:t>　　很多人可能会认为客服部工作很简单，枯燥，定义为售后服务，其实不然，婴幼儿乳品业的客服人员，也需要了解多方面的知识，如营养、育婴及沟通技巧等，从事此工作的过程，还会影响到个人的性格，提升心理素质。不论以前是学过什么专业，从事过什么样的工作，来到我们这个群体都应从头学起。站在同一个起跑线上，才能真正明白学无止境的道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定期对明一的新老顾客做健康回访，是每位客服部营养师每天必做的工作。面对每天重复的工作，我们的营养师们要把自己的工作做好。首先应持有耐心和真诚的工作态度，在这个信息时代，市场竞争激烈，竞品公司也会对顾客进行电话回访，并不会让人觉得稀奇。很多顾客可能每天都能接到一家或几家的回访，怎样才能让对方对我们的服务感兴趣呢?</w:t>
      </w:r>
      <w:r>
        <w:rPr>
          <w:lang w:eastAsia="zh-CN"/>
        </w:rPr>
        <w:br/>
      </w:r>
      <w:r>
        <w:rPr>
          <w:lang w:eastAsia="zh-CN"/>
        </w:rPr>
        <w:t>　　首先我们要明白，在与顾客交流的过程中，虽然不是面对面的，但我们的语气和表情，对方都能感觉到。有气无力或面无表情的对话，结果可能是对你爱理不理，甚至拒听。反之，你的微笑服务让对方感到亲切，这样我们和顾客的距离也就拉近了。还有，在交流的过程中，应抓住顾客较关心的话题，可根据其宝宝不同月龄，不同季节，给予顾客最前沿的信息，如此次流行的手足口病；最新育儿资讯和最快的信息动态，给予特别的喂养指导。</w:t>
      </w:r>
      <w:r>
        <w:rPr>
          <w:lang w:eastAsia="zh-CN"/>
        </w:rPr>
        <w:br/>
      </w:r>
      <w:r>
        <w:rPr>
          <w:lang w:eastAsia="zh-CN"/>
        </w:rPr>
        <w:t>　　相对于电话回访，接听400热线，让我变得更有耐性，在性格方面，也让我抛掉以往的焦躁和不成熟。很多时候面对顾客的情绪发泄，刚开始的时候都承受不了。自己的情绪也会随着顾客的责骂，甚至脏话，情不自禁的激动，有时就会提高嗓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记得有一次，让我记忆犹新，一位男顾客打来电话，接起电话就是一顿凶猛的“连珠炮”。大概的意思是公司在当地做活动，购买了一定数量的产品后会有一个赠品，当时销售人员告知赠品暂时发放完了，给打了一张欠条，过后会再补。可回来后，看到朋友也参加了活动，却能拿到赠品，于是这位男顾客不问清情况就到超市闹了起来。而在交流的过程中带着脏话和威胁，不断的重复他到超市怎样吵闹，如果没能马上拿到赠品就要怎样去毁坏明一的名声等。还一直强调要用武力对付导购，而且还一再确认这边是谁在接此电话。</w:t>
      </w:r>
      <w:r>
        <w:rPr>
          <w:lang w:eastAsia="zh-CN"/>
        </w:rPr>
        <w:br/>
      </w:r>
      <w:r>
        <w:rPr>
          <w:lang w:eastAsia="zh-CN"/>
        </w:rPr>
        <w:t>　　顾客越说越激动，情绪有些失控，说如再没有拿到赠品，要来公司找麻烦，下场和导购一样等等。由于很担心也很气愤，当时的声音也变的很生硬，嗓门也大了起来，酝酿好的话都说不出来了，没头绪的一直在劝其不要去找导购麻烦，对方也根本不听解释。电话这头的我一头雾水的弄不清重点，不仅自己受气，而且还没安抚平息顾客的情绪。事后，在领导的提示与指导下，领悟到该事件处理的不妥之处，让我认识到做为客服人员最基本的条件就是处事不惊、理性应对顾客的各种投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渐渐地，我更学会了从顾客的角度出发，多站在对方的立场想想，换位思考，更不能激化矛盾。在很多时候顾客也只是想发泄一下，越说越生气，啥话解气说啥，其实，并没有顾客所表达的那么严重的。应持着平静的心态，先学会耐心倾听和温婉安抚顾客，了解事件来龙去脉，并和顾客做具体的分析，尽量在第一时间解决顾客反映的问题。遇到无理取闹的客户，我还应学会和同事就事分析总结经验，互相鼓励，一来可以让自己放松一下，二来还可以让同事有个准备，并尽早为顾客解决问题，防止纠缠不休。在多次的磨练中，我们都在慢慢成长，慢慢成熟，学会调整自己的情绪，用积极向上的乐观心态对待工作和生活。我们有过委屈想流泪、有过气愤想发泄，然而我们最终没有气馁和放弃，磨练才是成功最重要的动力。</w:t>
      </w:r>
      <w:r>
        <w:rPr>
          <w:lang w:eastAsia="zh-CN"/>
        </w:rPr>
        <w:br/>
      </w:r>
      <w:r>
        <w:rPr>
          <w:lang w:eastAsia="zh-CN"/>
        </w:rPr>
        <w:t>　　明一市场越来越大，选择明一的顾客也越来越多，顾客咨询的问题也越来越来专业与深奥了。此时此刻，我们迫切需要自己学习更多的东西，更专业的东西。因此我们利用了业余时间去学习相关婴幼儿喂养、宝宝成长及早教、孕妈咪书籍，以及查阅相关的母婴网站，充实自己。而接下来顾客打进热线，寻求的不仅仅是喂养知识的指导，有更多是关于市场今后服务的内容、产品、活动、服务态度等引起的投诉和建议。经过不断的充电我们才会做的更好。</w:t>
      </w:r>
      <w:r>
        <w:rPr>
          <w:lang w:eastAsia="zh-CN"/>
        </w:rPr>
        <w:br/>
      </w:r>
      <w:r>
        <w:rPr>
          <w:lang w:eastAsia="zh-CN"/>
        </w:rPr>
        <w:t xml:space="preserve">    电话客服年终总结 篇8 </w:t>
      </w:r>
      <w:r>
        <w:rPr>
          <w:lang w:eastAsia="zh-CN"/>
        </w:rPr>
        <w:br/>
      </w:r>
      <w:r>
        <w:rPr>
          <w:lang w:eastAsia="zh-CN"/>
        </w:rPr>
        <w:t>　　从事电话客服工作是一份很需要耐心且极具挑战的工作，不管时间的长短，电话客服都可以给人很大的成长。以下是一位电话客服工作总结：</w:t>
      </w:r>
      <w:r>
        <w:rPr>
          <w:lang w:eastAsia="zh-CN"/>
        </w:rPr>
        <w:br/>
      </w:r>
      <w:r>
        <w:rPr>
          <w:lang w:eastAsia="zh-CN"/>
        </w:rPr>
        <w:t>　　从在网上报名、参加听试、笔试、面试、复试到参加培训，不知不觉来到客服中心这个大家庭已经有五个多月的时间了，在这五个月的时间里我经历的是从一个刚走出校园的大学生到一个上班族的改变；从一个独立的个体到成为__银行电话银行客服中心的一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在这里，我们每天早上召开班前小组会议，每个组的小组长会从昨天的外呼和呼入情况中总结一些错误，在第二天强调今天外呼应该注意哪些问题；在这里，我们小组成员之间、组长和学员之间互相做案例，从一个个案例中发现我们的不足之处，强化我们的标准话术，让我们在面对各种刁难的客户时都能游刃有余；在这里，我们每个组商讨各队的板报设计，每位学员都积极参与到讨论中来，大家各抒己见，互相交流意见，齐心协力完成板报的设计到制作；在这里，我们每天下班之前会召开大组会议，楼层组长会对在各方面表现优秀的学员予以表扬，对有进步的学员进行鼓励；在这里，每天都会发生许多好人好事，这些事虽小，但从这些小事中让我们感受到的是我们电话银行中心大家庭般的温暖；在这里，我们每天会记录下自己当天的工作感言，记录我们工作中的点点滴滴；更重要的是，在这里，我们在__银行电话银行中心&gt;企业文化的熏陶下，不断提高我们自身的综合素质，不断完善自我……这紧张忙碌的气氛，使平日里有些懒散的我感到有些压力。但老坐席和新学员们的热情、欢迎、微笑感染了我，使我轻松起来。听着老员工们亲切熟练的话语，看着他们娴熟的操作，体味着他们在工作时的认真和笃定，青春的浮躁也与之褪去，多了一份成熟和稳重。</w:t>
      </w:r>
      <w:r>
        <w:rPr>
          <w:lang w:eastAsia="zh-CN"/>
        </w:rPr>
        <w:br/>
      </w:r>
      <w:r>
        <w:rPr>
          <w:lang w:eastAsia="zh-CN"/>
        </w:rPr>
        <w:t>　　从这几月的工作中总结出以下几点：</w:t>
      </w:r>
      <w:r>
        <w:rPr>
          <w:lang w:eastAsia="zh-CN"/>
        </w:rPr>
        <w:br/>
      </w:r>
      <w:r>
        <w:rPr>
          <w:lang w:eastAsia="zh-CN"/>
        </w:rPr>
        <w:t>　　一、立足本职，爱岗敬业</w:t>
      </w:r>
      <w:r>
        <w:rPr>
          <w:lang w:eastAsia="zh-CN"/>
        </w:rPr>
        <w:br/>
      </w:r>
      <w:r>
        <w:rPr>
          <w:lang w:eastAsia="zh-CN"/>
        </w:rPr>
        <w:t>　　作为客服人员，我始终坚持'把简单的事做好就是不简单'.工作中认真对待每一件</w:t>
      </w:r>
      <w:r>
        <w:rPr>
          <w:lang w:eastAsia="zh-CN"/>
        </w:rPr>
        <w:br/>
      </w:r>
      <w:r>
        <w:rPr>
          <w:lang w:eastAsia="zh-CN"/>
        </w:rPr>
        <w:t>　　事，每当遇到繁杂琐事，总是积极、努力的去做；当同事遇到困难需要替班时，能毫无怨言地放弃休息时间，做好工作计划，坚决服从公司的安排，全身心的投入工作；</w:t>
      </w:r>
      <w:r>
        <w:rPr>
          <w:lang w:eastAsia="zh-CN"/>
        </w:rPr>
        <w:br/>
      </w:r>
      <w:r>
        <w:rPr>
          <w:lang w:eastAsia="zh-CN"/>
        </w:rPr>
        <w:t>　　二、勤奋学习，与时俱进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记得石主任给我们新员工上过的一堂课的上有讲过这样一句话：'选择了建行就是选择了不断学习'.作为电话银行中心的客服人员，我深刻体会到业务的学习不仅是任务，而且是一种责任，更是一种境界。这几个月以来我坚持勤奋学习，努力提高业务知识，强化思维能力，注重用理论联系实际，用实践来锻炼自己。</w:t>
      </w:r>
      <w:r>
        <w:rPr>
          <w:lang w:eastAsia="zh-CN"/>
        </w:rPr>
        <w:br/>
      </w:r>
      <w:r>
        <w:rPr>
          <w:lang w:eastAsia="zh-CN"/>
        </w:rPr>
        <w:t>　　1、注重理论联系实际。在工作中用理论来指导解决实践，学习目的在于应用，以理论的指导，不断提高了分析问题和解决问题的能力，增强了工作中的原则性、系统性、预见性和创造性；</w:t>
      </w:r>
      <w:r>
        <w:rPr>
          <w:lang w:eastAsia="zh-CN"/>
        </w:rPr>
        <w:br/>
      </w:r>
      <w:r>
        <w:rPr>
          <w:lang w:eastAsia="zh-CN"/>
        </w:rPr>
        <w:t>　　2、注重克服思想上的惰'性。坚持按制度，按计划进行业务知识的学习。首先不将业务知识的学习视为额外负担，自觉学习更新的业务知识和建行的企业文化；其次是按自己的学习计划，坚持个人自学，发扬'钉子'精神，挤时间学，正确处理工作与学习的矛盾，不因工作忙而忽视学习，不因任务重而放松学习。</w:t>
      </w:r>
      <w:r>
        <w:rPr>
          <w:lang w:eastAsia="zh-CN"/>
        </w:rPr>
        <w:br/>
      </w:r>
      <w:r>
        <w:rPr>
          <w:lang w:eastAsia="zh-CN"/>
        </w:rPr>
        <w:t>　　在今后的工作中，我会努力的继续工作，在工作中保持好和客户之间的关系，用最好的服务来解决客户的困难，让我用最好的服务来化解客户的难题。制定如下计划：</w:t>
      </w:r>
      <w:r>
        <w:rPr>
          <w:lang w:eastAsia="zh-CN"/>
        </w:rPr>
        <w:br/>
      </w:r>
      <w:r>
        <w:rPr>
          <w:lang w:eastAsia="zh-CN"/>
        </w:rPr>
        <w:t>　　一、效完成外呼任务。在进行每天的外,学会总结各地方的特点，善于发现各地区客户的生活习惯和性格特征，高效的外呼。例如在进行__地区的个贷催收时，一般在下午的时间拨打接触率比较高，所以对于客户我们要多进行预约回拨；再例如行的客户他们理解能力和反映能力偏慢，我们在进行外呼时需要放慢语速，做到与客户匹配。做到数量、质量、效率三者结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二、加强自身学习，提高业务水平。熟练掌握'一口清',在解决客户问题时能够脱口而出；加强知识库搜索的练习，熟悉知识库的树形结构，帮助我们高效的利用知识库；不断巩固所学的业务知识，做到准确完整的答复客户的问题.</w:t>
      </w:r>
      <w:r>
        <w:rPr>
          <w:lang w:eastAsia="zh-CN"/>
        </w:rPr>
        <w:br/>
      </w:r>
      <w:r>
        <w:rPr>
          <w:lang w:eastAsia="zh-CN"/>
        </w:rPr>
        <w:t xml:space="preserve">    电话客服年终总结 篇9 </w:t>
      </w:r>
      <w:r>
        <w:rPr>
          <w:lang w:eastAsia="zh-CN"/>
        </w:rPr>
        <w:br/>
      </w:r>
      <w:r>
        <w:rPr>
          <w:lang w:eastAsia="zh-CN"/>
        </w:rPr>
        <w:t>　　时间过得很快，我进入公司已经一年多了。初来乍到，对于我来说，这里的一切都是新鲜的，然而新鲜过后，更多的是严明的纪律、严格的要求，于之前的学生生活截然不同。</w:t>
      </w:r>
      <w:r>
        <w:rPr>
          <w:lang w:eastAsia="zh-CN"/>
        </w:rPr>
        <w:br/>
      </w:r>
      <w:r>
        <w:rPr>
          <w:lang w:eastAsia="zh-CN"/>
        </w:rPr>
        <w:t>　　作为一名客户服务人员，我逐渐感受到电话客服工作是在平凡中不断地接受各种挑战，不断地寻找工作的意义和价值。一个优秀的电话客服人员，熟练的业务知识和高超的服务技巧是必备的，但我个人认为与此同时我们还要尝试着在这两点的基础上把枯燥和单调的工作做得有声有色，学会把工作当成是一种享受。</w:t>
      </w:r>
      <w:r>
        <w:rPr>
          <w:lang w:eastAsia="zh-CN"/>
        </w:rPr>
        <w:br/>
      </w:r>
      <w:r>
        <w:rPr>
          <w:lang w:eastAsia="zh-CN"/>
        </w:rPr>
        <w:t>　　首先，对于用户要以诚相待，当成亲人或是朋友，真心为用户提供切实有效地咨询和帮助，这是愉快工作的前提之一。其次，在为用户提供咨询时要认真倾听用户的问题，详细地为之分析引导，防止因服务态度问题引起客户的不满。</w:t>
      </w:r>
      <w:r>
        <w:rPr>
          <w:lang w:eastAsia="zh-CN"/>
        </w:rPr>
        <w:br/>
      </w:r>
      <w:r>
        <w:rPr>
          <w:lang w:eastAsia="zh-CN"/>
        </w:rPr>
        <w:t>　　一直以来，公司都以微笑服务为己任，以顾客满意为宗旨，立足本职、爱岗敬业、扎扎实实地做好电话客服服务工作。作为一名从事证券业不久的新人，我确实还存在一些不足之处。一是工作经验欠缺，实际工作中存在漏洞。二是工作创新不够。三是工作中有时情绪急躁，急于求成。因此，在下一步工作中，我需要加以克服和改进，努力做到以下几点：</w:t>
      </w:r>
      <w:r>
        <w:rPr>
          <w:lang w:eastAsia="zh-CN"/>
        </w:rPr>
        <w:br/>
      </w:r>
      <w:r>
        <w:rPr>
          <w:lang w:eastAsia="zh-CN"/>
        </w:rPr>
        <w:t>　　一、勤奋学习，与时俱进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理论是行动的先导。作为电话客服服务人员，我深刻体会到学习不仅是任务，而且是一种责任，更是工作的切实需要。今后我会努力提高业务水平，注重用理论联系实际，用实践锻炼自己，为公司贡献自己的微薄之力。</w:t>
      </w:r>
      <w:r>
        <w:rPr>
          <w:lang w:eastAsia="zh-CN"/>
        </w:rPr>
        <w:br/>
      </w:r>
      <w:r>
        <w:rPr>
          <w:lang w:eastAsia="zh-CN"/>
        </w:rPr>
        <w:t>　　二、立足本职，爱岗敬业</w:t>
      </w:r>
      <w:r>
        <w:rPr>
          <w:lang w:eastAsia="zh-CN"/>
        </w:rPr>
        <w:br/>
      </w:r>
      <w:r>
        <w:rPr>
          <w:lang w:eastAsia="zh-CN"/>
        </w:rPr>
        <w:t>　　1、作为电话客服人员，我始终认为“把简单的事做好就是不简单”。工作中认真对待每一件事，每当遇到繁杂琐事，总是积极、努力的去做;当同事遇到困难需要替班时，能毫无怨言地放弃休息时间，坚决服从公司的安排，全身心的投入到替班工作中去;每当公司要开展新的业务时，自己总是对新业务做到全面、详细的了解、掌握，只有这样才能更好的回答顾客的询问，才能使公司的新业务全面、深入的开展起来。</w:t>
      </w:r>
      <w:r>
        <w:rPr>
          <w:lang w:eastAsia="zh-CN"/>
        </w:rPr>
        <w:br/>
      </w:r>
      <w:r>
        <w:rPr>
          <w:lang w:eastAsia="zh-CN"/>
        </w:rPr>
        <w:t>　　2、在工作中，每个人都应该严格按照“顾客至上，服务第一”的工作思路，对顾客提出的咨询，做到详细的解答;对顾客反映的问题，自己能解决的就积极、稳妥的给予解决，对自己不能解决的问题，积极向上级如实反映，争取尽快给顾客做以回复;对顾客提出的问题和解决与否，做到登记详细，天天查阅，发现问题及时解决，有效杜绝了错忘漏的发生。同时，虚心向老同事请教也是做好工作的重点。努力学习和借鉴他们的工作经验和技巧，既有利于本职工作，在与各部门之间的协调沟通上也会有很大的帮助。</w:t>
      </w:r>
      <w:r>
        <w:rPr>
          <w:lang w:eastAsia="zh-CN"/>
        </w:rPr>
        <w:br/>
      </w:r>
      <w:r>
        <w:rPr>
          <w:lang w:eastAsia="zh-CN"/>
        </w:rPr>
        <w:t>　　3、不迟到，不早退，不懒惰。能够认真积极的完成领导安排的各项任务。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xml:space="preserve">    电话客服年终总结 篇10 </w:t>
      </w:r>
      <w:r>
        <w:rPr>
          <w:lang w:eastAsia="zh-CN"/>
        </w:rPr>
        <w:br/>
      </w:r>
      <w:r>
        <w:rPr>
          <w:lang w:eastAsia="zh-CN"/>
        </w:rPr>
        <w:t>　　斗转星移，进入桂龙堂已四个多月，我一直从事客服咨询专员工作，在这段时间里目睹了也参与了公司的发展和制度的日臻完善，作为一名桂龙人，由衷的感到自豪。四个月的工作经历，自己对客服的工作多少积累了一些认识和体会。现总结如下：</w:t>
      </w:r>
      <w:r>
        <w:rPr>
          <w:lang w:eastAsia="zh-CN"/>
        </w:rPr>
        <w:br/>
      </w:r>
      <w:r>
        <w:rPr>
          <w:lang w:eastAsia="zh-CN"/>
        </w:rPr>
        <w:t>　　一、树立全局观念，做好本职工作</w:t>
      </w:r>
      <w:r>
        <w:rPr>
          <w:lang w:eastAsia="zh-CN"/>
        </w:rPr>
        <w:br/>
      </w:r>
      <w:r>
        <w:rPr>
          <w:lang w:eastAsia="zh-CN"/>
        </w:rPr>
        <w:t>　　做好本职工作，树立全局意识是首要的问题，客服工作也不例外。我认为客服工作的全局就是，“树立企业形象，使客户对公司产品的满意度和忠诚度最大化的同时传达企业的文化形象。”七月份来到公司以后，我首先接受了大约一星期的培训，培训内容包括药品的基础知识、中医的基础知识、产品复方柴胡安神颗粒的基础知识、客户常见问题及解答、销售技巧。通过培训不仅使我对公司的产品有了深度了解，也对自己的个人能力有了很大提高，同时对公司完善的培训制度及公司的文化氛围有了充分了解。之后我开始进入客服工作，客服工作的主要任务一是接听客户的呼入电话，对客户想要了解的问题进行专业并热情的回答。</w:t>
      </w:r>
      <w:r>
        <w:rPr>
          <w:lang w:eastAsia="zh-CN"/>
        </w:rPr>
        <w:br/>
      </w:r>
      <w:r>
        <w:rPr>
          <w:lang w:eastAsia="zh-CN"/>
        </w:rPr>
        <w:t>　　二是对已购买的客户进行回访，对用药效果进行了解、对用药方法进行专业的指导。客服工作的这两点看似简单，但是作为直接和客户进行沟通的部门，这关系到企业形象的传达和客户对公司产品满意度和忠诚度的情况，并对公司产品的后续市场推广有很大影响。</w:t>
      </w:r>
      <w:r>
        <w:rPr>
          <w:lang w:eastAsia="zh-CN"/>
        </w:rPr>
        <w:br/>
      </w:r>
      <w:r>
        <w:rPr>
          <w:lang w:eastAsia="zh-CN"/>
        </w:rPr>
        <w:t>　　二、精于专业技能，勤于思考应变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随着销售行业的不断发展，药品销售也要适应新形势下的销售思路。作为一个客服人员，在做与客户的直接沟通工作时，要勤于思考善于应变。对于客户提出的药品问题，给予专业的回答，对于客户反映的投诉及其它问题，第一时间做出正确的应变，使客户满意的同时，保持客户对公司产品的满意度。客服工作是一个直接面对不同失眠客户的工作，需要的是专业的知识水平，及灵活的应变能力，并且需要及时对所遇到的问题进行总结。在管理好手头现有失眠资料的同时，我根据大部分失眠患者具有糖尿病的情况，总结了糖尿病的相关知识。根据不同时失眠患者具有不同的服药史，我总结出了失眠常用药物的相关资料。还有就是失眠与抑郁的相关资料，并把这些资料和同事间进行了分享，来增加和客户之间的有效沟通。能否做好一个客户的有效沟通，是衡量客服人员专业水准的标尺，同时也是服务人员尽快掌握应用知识的有效手段。</w:t>
      </w:r>
      <w:r>
        <w:rPr>
          <w:lang w:eastAsia="zh-CN"/>
        </w:rPr>
        <w:br/>
      </w:r>
      <w:r>
        <w:rPr>
          <w:lang w:eastAsia="zh-CN"/>
        </w:rPr>
        <w:t>　　三、善于沟通交流，提高工作质量</w:t>
      </w:r>
      <w:r>
        <w:rPr>
          <w:lang w:eastAsia="zh-CN"/>
        </w:rPr>
        <w:br/>
      </w:r>
      <w:r>
        <w:rPr>
          <w:lang w:eastAsia="zh-CN"/>
        </w:rPr>
        <w:t>　　客服人员不仅要有较强的专业技术知识，还应该具备良好的沟通交流能力，当今社会一种产品很多时候是由于使用操作不当才出现了问题，而往往不是如客户反映的质量不行，中药药品尤其如此，如果不连续按疗程用药，很难体现出药品的效果。所以这个时候就需要我们找出症结所在，和客户进行交流，规范使用方法的同时向客户传达优质的服务态度，从而避免客户对产品的不信任乃至对企业形象的损害。</w:t>
      </w:r>
      <w:r>
        <w:rPr>
          <w:lang w:eastAsia="zh-CN"/>
        </w:rPr>
        <w:br/>
      </w:r>
      <w:r>
        <w:rPr>
          <w:lang w:eastAsia="zh-CN"/>
        </w:rPr>
        <w:t xml:space="preserve">    电话客服年终总结 篇11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我自20___月加入了_公司，并在领导等前辈的帮助下学习并掌握了电话客服的工作能力。如今，_个月的时间过去，我迎来了在_公司的第一个年末！</w:t>
      </w:r>
      <w:r>
        <w:rPr>
          <w:lang w:eastAsia="zh-CN"/>
        </w:rPr>
        <w:br/>
      </w:r>
      <w:r>
        <w:rPr>
          <w:lang w:eastAsia="zh-CN"/>
        </w:rPr>
        <w:t>　　在今年的工作中，我在工作中学会了很多，也成长了许多。在学习方面，有领导对我们进行充分的培训和教导，这让我对于客服的工作越发的了解熟悉。此外，我自己也在工作内外也在的不停的锻炼自己，尽管只是一点点的学习，但也让自己有了不错的成长。</w:t>
      </w:r>
      <w:r>
        <w:rPr>
          <w:lang w:eastAsia="zh-CN"/>
        </w:rPr>
        <w:br/>
      </w:r>
      <w:r>
        <w:rPr>
          <w:lang w:eastAsia="zh-CN"/>
        </w:rPr>
        <w:t>　　回顾这一年，在领导的正确指挥下，我们在工作中也取得了较为优秀的成绩。现对自身在这一年来的学习和工作情况做如下总结：</w:t>
      </w:r>
      <w:r>
        <w:rPr>
          <w:lang w:eastAsia="zh-CN"/>
        </w:rPr>
        <w:br/>
      </w:r>
      <w:r>
        <w:rPr>
          <w:lang w:eastAsia="zh-CN"/>
        </w:rPr>
        <w:t>　　一、学习方面</w:t>
      </w:r>
      <w:r>
        <w:rPr>
          <w:lang w:eastAsia="zh-CN"/>
        </w:rPr>
        <w:br/>
      </w:r>
      <w:r>
        <w:rPr>
          <w:lang w:eastAsia="zh-CN"/>
        </w:rPr>
        <w:t>　　_月，我刚刚加入到了_公司，并在领导的培训中，开始学习客服所需要掌握的工作知识和技巧。起初我还以为，作为一名电话客服，需要学习的不过是礼仪和用语而已。但在真正的了解后才知道，正因为作为客服，我们的工作和服务都代表着公司的形象，所以才要做到全面，做到完善！</w:t>
      </w:r>
      <w:r>
        <w:rPr>
          <w:lang w:eastAsia="zh-CN"/>
        </w:rPr>
        <w:br/>
      </w:r>
      <w:r>
        <w:rPr>
          <w:lang w:eastAsia="zh-CN"/>
        </w:rPr>
        <w:t>　　在培训中，除了基础的工作方式，最为重要的就是_公司的各种信息以及产品业务的资讯。作为客服，我们要面对和接待客户的各种问题，为此，必须在礼仪和知识上都有充分的准备！这样才能让顾客感到满意。</w:t>
      </w:r>
      <w:r>
        <w:rPr>
          <w:lang w:eastAsia="zh-CN"/>
        </w:rPr>
        <w:br/>
      </w:r>
      <w:r>
        <w:rPr>
          <w:lang w:eastAsia="zh-CN"/>
        </w:rPr>
        <w:t>　　为此，我也一直都在学习上一直更新着自己，不断的锻炼自身的能力，并且时刻关注公司的信息，学习，并了解我们的业务。让自己能更好的完成客服的工作任务。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二、工作方面</w:t>
      </w:r>
      <w:r>
        <w:rPr>
          <w:lang w:eastAsia="zh-CN"/>
        </w:rPr>
        <w:br/>
      </w:r>
      <w:r>
        <w:rPr>
          <w:lang w:eastAsia="zh-CN"/>
        </w:rPr>
        <w:t>　　在平时的工作中，我主要负责接听顾客的电话，以及处理一些简单的资料整理工作。虽然听起来很简单，但其实却很麻烦。尤其是在接听顾客电话的时候，因为面对的顾客多种多样，所以我们也要用适合的方式去与顾客交谈，并了解问题，最后解决顾客的问题。因为我们的工作代表着顾客心中的_公司的形象，所以除了保持良好的服务态度外，在各个方面都要小心谨慎。尤其是不能擅自答应顾客的要求。作为一名客服，我们必须认识到自己的言语的分量。尽管只是一名员工，但我们是代表着公司在于客户交流，为此，更要小心慎言。</w:t>
      </w:r>
      <w:r>
        <w:rPr>
          <w:lang w:eastAsia="zh-CN"/>
        </w:rPr>
        <w:br/>
      </w:r>
      <w:r>
        <w:rPr>
          <w:lang w:eastAsia="zh-CN"/>
        </w:rPr>
        <w:t>　　此外，在资料工作的整理上，尽管相较之下更加简单，但因为容易被中断，所以还需要好好的适应和准备，防止在整理中出现错误，给其他同事带来麻烦。</w:t>
      </w:r>
      <w:r>
        <w:rPr>
          <w:lang w:eastAsia="zh-CN"/>
        </w:rPr>
        <w:br/>
      </w:r>
      <w:r>
        <w:rPr>
          <w:lang w:eastAsia="zh-CN"/>
        </w:rPr>
        <w:t>　　最后，回顾一整年来的情况，其实我已经学习了很多，但相比的起领导和同事，那我却依旧总能发现自己的不足。为此，在今后一年里我会更加努力，让自己的工作完成的更加出色！</w:t>
      </w:r>
      <w:r>
        <w:rPr>
          <w:lang w:eastAsia="zh-CN"/>
        </w:rPr>
        <w:br/>
      </w:r>
      <w:r>
        <w:rPr>
          <w:lang w:eastAsia="zh-CN"/>
        </w:rPr>
        <w:t xml:space="preserve">    电话客服年终总结 篇12 </w:t>
      </w:r>
      <w:r>
        <w:rPr>
          <w:lang w:eastAsia="zh-CN"/>
        </w:rPr>
        <w:br/>
      </w:r>
      <w:r>
        <w:rPr>
          <w:lang w:eastAsia="zh-CN"/>
        </w:rPr>
        <w:t>　　岁月如梭，不知不觉我来__公司已经有_年多了，我在客服部从事客户回访和热线咨询的工作。此刻回顾当初应聘来我们公司客服部还像昨日发生的事情一样，但是在这段时光里，我学到了很多，也成熟了很多。以下是我本年度的工作总结。</w:t>
      </w:r>
      <w:r>
        <w:rPr>
          <w:lang w:eastAsia="zh-CN"/>
        </w:rPr>
        <w:br/>
      </w:r>
      <w:r>
        <w:rPr>
          <w:lang w:eastAsia="zh-CN"/>
        </w:rPr>
        <w:t>　　一、电话回访方面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很多人可能会认为客服部工作很简单，枯燥，定义为售后服务，其实不然，客服人员，也需要了解多方面的知识，从事此工作的过程，还会影响到个人的性格，提升心理素质。不论以前是学过什么专业，从事过什么样的工作，来到我们这个群体都应从头学起。站在同一个起跑线上，才能真正明白学无止境的道理。</w:t>
      </w:r>
      <w:r>
        <w:rPr>
          <w:lang w:eastAsia="zh-CN"/>
        </w:rPr>
        <w:br/>
      </w:r>
      <w:r>
        <w:rPr>
          <w:lang w:eastAsia="zh-CN"/>
        </w:rPr>
        <w:t>　　我们定期对新老顾客做健康回访，是每位客服部员工每天必做的工作。应对每天重复的工作，我们的客服人员要把自我的工作做好。应持有耐心和真诚的工作态度，在这个信息时代，市场竞争激烈，竞品公司也会对顾客进行电话回访，并不会让人觉得稀奇。很多顾客可能每天都能接到多家公司的回访，怎样才能让对方对我们的服务感兴趣呢?</w:t>
      </w:r>
      <w:r>
        <w:rPr>
          <w:lang w:eastAsia="zh-CN"/>
        </w:rPr>
        <w:br/>
      </w:r>
      <w:r>
        <w:rPr>
          <w:lang w:eastAsia="zh-CN"/>
        </w:rPr>
        <w:t>　　我们要明白，在与顾客交流的过程中，虽然不是面对面的，但我们的语气和表情，对方都能感觉到。有气无力或面无表情的对话，结果可能是对你爱理不理，甚至拒听。反之，你的微笑服务让对方感到亲切，这样我们和顾客的距离也就拉近了。还有，在交流的过程中，应抓住顾客较关心的话题，给予顾客最前沿的信息。</w:t>
      </w:r>
      <w:r>
        <w:rPr>
          <w:lang w:eastAsia="zh-CN"/>
        </w:rPr>
        <w:br/>
      </w:r>
      <w:r>
        <w:rPr>
          <w:lang w:eastAsia="zh-CN"/>
        </w:rPr>
        <w:t>　　二、接听热线方面</w:t>
      </w:r>
      <w:r>
        <w:rPr>
          <w:lang w:eastAsia="zh-CN"/>
        </w:rPr>
        <w:br/>
      </w:r>
      <w:r>
        <w:rPr>
          <w:lang w:eastAsia="zh-CN"/>
        </w:rPr>
        <w:t>　　相对于电话回访，接听热线，让我变得更有耐性，在性格方面，也让我抛掉以往的焦躁和不成熟。很多时候应对顾客的情绪发泄，刚开始的时候都承受不了。自我的情绪也会随着顾客的责骂，甚至脏话，情不自禁的激动，有时就会提高嗓门。我认识到做为客服人员最基本的条件就是处事不惊、理性应对顾客的各种投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渐渐地，我更学会了从顾客的角度出发，多站在对方的立场想想，换位思考，更不能激化矛盾。在很多时候顾客也只是想发泄一下，越说越生气。其实，并没有顾客所表达的那么严重的。应持着平静的心态，先学会耐心倾听和温婉安抚顾客，了解事件来龙去脉，并和顾客做具体的分析，尽量在第一时光解决顾客反映的问题。</w:t>
      </w:r>
      <w:r>
        <w:rPr>
          <w:lang w:eastAsia="zh-CN"/>
        </w:rPr>
        <w:br/>
      </w:r>
      <w:r>
        <w:rPr>
          <w:lang w:eastAsia="zh-CN"/>
        </w:rPr>
        <w:t>　　遇到无理取闹的客户，我还应学会和同事就事分析总结经验，互相鼓励，一来能够让自我放松一下，二来还能够让同事有个准备，并尽早为顾客解决问题，防止纠缠不休。在多次的磨练中，我们都在慢慢成长，慢慢成熟，学会调整自我的情绪，用积极向上的乐观心态对待工作和生活。我们有过委屈想流泪、有过气愤想发泄，然而我们最终没有气馁和放下，磨练才是成功最重要的动力。</w:t>
      </w:r>
      <w:r>
        <w:rPr>
          <w:lang w:eastAsia="zh-CN"/>
        </w:rPr>
        <w:br/>
      </w:r>
      <w:r>
        <w:rPr>
          <w:lang w:eastAsia="zh-CN"/>
        </w:rPr>
        <w:t xml:space="preserve">    电话客服年终总结 篇13 </w:t>
      </w:r>
      <w:r>
        <w:rPr>
          <w:lang w:eastAsia="zh-CN"/>
        </w:rPr>
        <w:br/>
      </w:r>
      <w:r>
        <w:rPr>
          <w:lang w:eastAsia="zh-CN"/>
        </w:rPr>
        <w:t>　　在过去的半年中很有幸加入到__公司来，在领导的悉心关怀下，在同事们的帮助下，通过自身的努力，各方面都取得了一定的进步，较好地完成了自己的本职工作。现将工作情况作简要总结：</w:t>
      </w:r>
      <w:r>
        <w:rPr>
          <w:lang w:eastAsia="zh-CN"/>
        </w:rPr>
        <w:br/>
      </w:r>
      <w:r>
        <w:rPr>
          <w:lang w:eastAsia="zh-CN"/>
        </w:rPr>
        <w:t>　　一、不断加强学习，素质进一步提高。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具备良好的产品知识和业务素质是做好本职工作的前提和必要条件。半年以来，始终把学习放在重要位置，努力在提高自身综合素质上下功夫。一是重点学习了产品知识;二是学习了与电子商务部门相关的规章制度;三是在前辈指导下联系实际学习电子商务的工作技巧，注意收集相关信息。对公司领导各次会议中的讲话总是认真聆听，汲取养分，收获颇丰;四是尽可能地向周围理论水平高、业务能力强的同事学习，努力丰富自己、充实自己、提高自己。可以说在这半年中，由起初的凭借兴趣入门逐渐过渡到现在能独立处理部分事物并对这项工作始终持有浓厚兴趣。</w:t>
      </w:r>
      <w:r>
        <w:rPr>
          <w:lang w:eastAsia="zh-CN"/>
        </w:rPr>
        <w:br/>
      </w:r>
      <w:r>
        <w:rPr>
          <w:lang w:eastAsia="zh-CN"/>
        </w:rPr>
        <w:t>　　二、踏实肯干、做好本质工作</w:t>
      </w:r>
      <w:r>
        <w:rPr>
          <w:lang w:eastAsia="zh-CN"/>
        </w:rPr>
        <w:br/>
      </w:r>
      <w:r>
        <w:rPr>
          <w:lang w:eastAsia="zh-CN"/>
        </w:rPr>
        <w:t>　　我的主要工作内容是客户服务，完整的工作流程可以体现为熟悉店铺情况了解上架产品信息—客户接待—订单处理—售后处理和评价管理。前期在淘宝平台运用，收集商品网络信息做得比较充分。客户接待可以说是比较重要的一个环节，是我们产品信息输出的直接窗口，在这半年的是实际操作里，我秉持着巨细靡遗的态度，在不断总结日常工作提升交流技巧的同时，参看一些优秀的实例和经验分享，逐步形成了日常工作体系，对工作技巧进行不断的更新和查漏补缺。订单的达成以及售后处理过程，现阶段已经掌握比较高效的订单处理、统计的方法，在售后问题中，能有效解决普遍问题，对于少有的复杂的难以处理的问题，做到第一次看、问，看前辈同事怎么处理，问与之相关的生产、销售等各环节明细，再次遇到同类问题可以独立解决。</w:t>
      </w:r>
      <w:r>
        <w:rPr>
          <w:lang w:eastAsia="zh-CN"/>
        </w:rPr>
        <w:br/>
      </w:r>
      <w:r>
        <w:rPr>
          <w:lang w:eastAsia="zh-CN"/>
        </w:rPr>
        <w:t>　　三、不足待改进之处</w:t>
      </w:r>
      <w:r>
        <w:rPr>
          <w:lang w:eastAsia="zh-CN"/>
        </w:rPr>
        <w:br/>
      </w:r>
      <w:r>
        <w:rPr>
          <w:lang w:eastAsia="zh-CN"/>
        </w:rPr>
        <w:t>　　我在学习和工作中逐步成长、成熟，但我清楚自身还有很多不足，也将成为新年伊始需要完善的重点。</w:t>
      </w:r>
      <w:r>
        <w:rPr>
          <w:lang w:eastAsia="zh-CN"/>
        </w:rPr>
        <w:br/>
      </w:r>
      <w:r>
        <w:rPr>
          <w:lang w:eastAsia="zh-CN"/>
        </w:rPr>
        <w:t>　　1、善于沟通交流，强于协助协调，逐步提高自己的理论水平和业务能力。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2、克服年轻气躁，做到脚踏实地，提高工作主动性、提高时间利用率，不怕多做事，不怕做小事，在点滴实践中提高自己。3、精于专业技能，勤于观察总结，尽量将工作总结规范化、数据化、直观化。</w:t>
      </w:r>
      <w:r>
        <w:rPr>
          <w:lang w:eastAsia="zh-CN"/>
        </w:rPr>
        <w:br/>
      </w:r>
      <w:r>
        <w:rPr>
          <w:lang w:eastAsia="zh-CN"/>
        </w:rPr>
        <w:t>　　四、岁首年终，一年之计在于春</w:t>
      </w:r>
      <w:r>
        <w:rPr>
          <w:lang w:eastAsia="zh-CN"/>
        </w:rPr>
        <w:br/>
      </w:r>
      <w:r>
        <w:rPr>
          <w:lang w:eastAsia="zh-CN"/>
        </w:rPr>
        <w:t>　　1、能力学习和素质提升是一个推陈出新的过程。随着公司发展和电商部规模的扩大，可预见更多的产品会面世，会接触到更广的客户层面，所以产品知识的更新、学习，客服经验的总结、完善，是需要始终坚持的过程。对于新产品的网络推广，结合已有案例，配合部门各位同事共同努力将是下一阶段的工作重点。</w:t>
      </w:r>
      <w:r>
        <w:rPr>
          <w:lang w:eastAsia="zh-CN"/>
        </w:rPr>
        <w:br/>
      </w:r>
      <w:r>
        <w:rPr>
          <w:lang w:eastAsia="zh-CN"/>
        </w:rPr>
        <w:t>　　2、树立全局观，加强兼容性发展。电子商务部门的日常工作与生产销售各个部门都紧密相关，客户服务工作也与部门内策划、运营、推广等等分不开，所以在做好本职工作的同时，个人需要加强各方面信息的涉猎，对各个职责岗位有所了解，加强沟通，互相进步。</w:t>
      </w:r>
      <w:r>
        <w:rPr>
          <w:lang w:eastAsia="zh-CN"/>
        </w:rPr>
        <w:br/>
      </w:r>
      <w:r>
        <w:rPr>
          <w:lang w:eastAsia="zh-CN"/>
        </w:rPr>
        <w:t>　　3、危机公关和关键点控制。尤其在活动期间工作内容增加，许多电子商务工作中的细节问题逐渐显现出来。客服事务中的应变、处理是最直接最有效解决方法，所以在历次活动中注重并总结这些关键部分会使工作开展更加效率;历次活动中存在的不足也积累了经验教训，预先的判断、危机意识的培养会使工作的开展更加游刃有余。</w:t>
      </w:r>
      <w:r>
        <w:rPr>
          <w:lang w:eastAsia="zh-CN"/>
        </w:rPr>
        <w:br/>
      </w:r>
      <w:r>
        <w:rPr>
          <w:lang w:eastAsia="zh-CN"/>
        </w:rPr>
        <w:t>　　半年时间里，公司氛围、人文气息、工作状态都深深吸引着我，崭新的一年相信我会与共同成长!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电</w:t>
      </w:r>
      <w:r>
        <w:rPr>
          <w:lang w:eastAsia="zh-CN"/>
        </w:rPr>
        <w:br/>
      </w:r>
      <w:r>
        <w:rPr>
          <w:lang w:eastAsia="zh-CN"/>
        </w:rPr>
        <w:t xml:space="preserve">    电话客服年终总结 篇14 </w:t>
      </w:r>
      <w:r>
        <w:rPr>
          <w:lang w:eastAsia="zh-CN"/>
        </w:rPr>
        <w:br/>
      </w:r>
      <w:r>
        <w:rPr>
          <w:lang w:eastAsia="zh-CN"/>
        </w:rPr>
        <w:t>　　20__即将过去，回首一年来的工作，感慨颇深，时光如梭，不知不觉中来工作已一年有余了。在我看来，这是短暂而又漫长的一年。短暂的是我还没来得及掌握更多的工作技巧与专业知识，时光就已流逝;漫长的是要成为一名优秀的客服人员，今后的路还很漫长。</w:t>
      </w:r>
      <w:r>
        <w:rPr>
          <w:lang w:eastAsia="zh-CN"/>
        </w:rPr>
        <w:br/>
      </w:r>
      <w:r>
        <w:rPr>
          <w:lang w:eastAsia="zh-CN"/>
        </w:rPr>
        <w:t>　　回顾当初来应聘客服岗位的事就像发生在昨日一样，但是如今的我已从当初懵懂的学生变成了肩负重要工作职责的瑞和一员，对客服工作也由陌生变得熟悉。客服工作总结与计划。</w:t>
      </w:r>
      <w:r>
        <w:rPr>
          <w:lang w:eastAsia="zh-CN"/>
        </w:rPr>
        <w:br/>
      </w:r>
      <w:r>
        <w:rPr>
          <w:lang w:eastAsia="zh-CN"/>
        </w:rPr>
        <w:t>　　很多人不了解客服工作，认为它很简单、单调、甚至无聊，但是是接下电话、做下记录、没事时上上网罢了;其实不然，要做一名合格、称职的客服人员，需具备相当的专业知识，掌握必须的工作技巧，并要有高度的自觉性和工作职责心，否则工作上就会出现许多失误、失职。前台是整个服务中心的信息窗口，只有持续信息渠道的畅通才能有助于各项服务的开展，客服人员不仅仅要接待业主的各类报修、咨询、投诉和推荐，更要及时地对各部门的工作进行跟进，对约修、报修的完成状况进行回访。为提高工作效率，在持续做好各项接待纪录的同时，前台还要负责各项资料的统计、存档，使各种信息储存更完整，查找更方便，持续原始资料的完整性，同时使各项工作均按标准进行。</w:t>
      </w:r>
      <w:r>
        <w:rPr>
          <w:lang w:eastAsia="zh-CN"/>
        </w:rPr>
        <w:br/>
      </w:r>
      <w:r>
        <w:rPr>
          <w:lang w:eastAsia="zh-CN"/>
        </w:rPr>
        <w:t xml:space="preserve">    电话客服年终总结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时光转瞬即逝，不知不觉来到公司已经大半年，忙忙碌碌中时光已近年末。回顾过去工作中的点点滴滴，才发现自己真的收益良多，作为公司的一名售后客服，我也深知自己所肩负的责任。</w:t>
      </w:r>
      <w:r>
        <w:rPr>
          <w:lang w:eastAsia="zh-CN"/>
        </w:rPr>
        <w:br/>
      </w:r>
      <w:r>
        <w:rPr>
          <w:lang w:eastAsia="zh-CN"/>
        </w:rPr>
        <w:t>　　在_月份的时候处理的交接数据是我们小组中的，当月处理的交接数据达到了多个，平时也都能尽职尽责的去完成自己的本职工作，算是没有辜负公司领导的期望。为了更好的完成本职工作，为公司创造更多的效益，特将今年的工作经验作工作总结如下：</w:t>
      </w:r>
      <w:r>
        <w:rPr>
          <w:lang w:eastAsia="zh-CN"/>
        </w:rPr>
        <w:br/>
      </w:r>
      <w:r>
        <w:rPr>
          <w:lang w:eastAsia="zh-CN"/>
        </w:rPr>
        <w:t>　　1、塑造店铺良好形象</w:t>
      </w:r>
      <w:r>
        <w:rPr>
          <w:lang w:eastAsia="zh-CN"/>
        </w:rPr>
        <w:br/>
      </w:r>
      <w:r>
        <w:rPr>
          <w:lang w:eastAsia="zh-CN"/>
        </w:rPr>
        <w:t>　　顾客进入店铺第一个接触的人是客服，客服的一言一行都代表着公司的形象，客服是顾客拿来评论这个店铺的第一要素。作为售后客服，我们要本着为顾客解决问题的心理来对待，不要把自己的情绪带到工作中，遇到无理的顾客要包容，也不要与顾客发生冲突，要把顾客当朋友一样对待，而不是工作对象。</w:t>
      </w:r>
      <w:r>
        <w:rPr>
          <w:lang w:eastAsia="zh-CN"/>
        </w:rPr>
        <w:br/>
      </w:r>
      <w:r>
        <w:rPr>
          <w:lang w:eastAsia="zh-CN"/>
        </w:rPr>
        <w:t>　　作为网店客服我们多数时间是在用旺旺文字与顾客交流，面对电脑顾客也看不到我们的表情，在与顾客交流的时候我们一定要保持良好的态度，言辞要委婉，多用礼貌用语和生动的语句，搭配一些动态诙谐的图片，这样可能带给顾客的就是另外一种体验了。</w:t>
      </w:r>
      <w:r>
        <w:rPr>
          <w:lang w:eastAsia="zh-CN"/>
        </w:rPr>
        <w:br/>
      </w:r>
      <w:r>
        <w:rPr>
          <w:lang w:eastAsia="zh-CN"/>
        </w:rPr>
        <w:t>　　2、学会换位思考</w:t>
      </w:r>
      <w:r>
        <w:rPr>
          <w:lang w:eastAsia="zh-CN"/>
        </w:rPr>
        <w:br/>
      </w:r>
      <w:r>
        <w:rPr>
          <w:lang w:eastAsia="zh-CN"/>
        </w:rPr>
        <w:t>　　当顾客来联系售后时，可能是因为收到商品不合适，商品出现质量问题等因素需要退货或者换货，当我们在为顾客处理问题时，我们要思考如何更好的为顾客解决问题，或者将心比心，当我们自己遭遇到类似顾客这样的情况时我们希望得到怎样的处理结果，然后在有效的去实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售后工作也是锻炼我们心理素质的一个良好平台，我们每天会遭遇各种各样的顾客，其中不乏有无理取闹的，对待顾客时我们要持一颗平常心，认真回答顾客的问题。遇到顾客不懂的，我们则需要更多的耐心去服务，我们应该耐心倾听顾客的意见，让顾客感受到我们很重视她的看法并且我们在努力满足她的要求，让顾客有一个良好的购物体验，以带来更多潜在的成交机会。</w:t>
      </w:r>
      <w:r>
        <w:rPr>
          <w:lang w:eastAsia="zh-CN"/>
        </w:rPr>
        <w:br/>
      </w:r>
      <w:r>
        <w:rPr>
          <w:lang w:eastAsia="zh-CN"/>
        </w:rPr>
        <w:t>　　3、熟悉公司产品和产品相关知识</w:t>
      </w:r>
      <w:r>
        <w:rPr>
          <w:lang w:eastAsia="zh-CN"/>
        </w:rPr>
        <w:br/>
      </w:r>
      <w:r>
        <w:rPr>
          <w:lang w:eastAsia="zh-CN"/>
        </w:rPr>
        <w:t>　　公司作为一个从事服装的企业，产品的更新换代是非常快的，作为公司客服，熟悉自己的产品是最基本的要求，当有顾客问到产品的一些情况，我们也能及时回复顾客。</w:t>
      </w:r>
      <w:r>
        <w:rPr>
          <w:lang w:eastAsia="zh-CN"/>
        </w:rPr>
        <w:br/>
      </w:r>
      <w:r>
        <w:rPr>
          <w:lang w:eastAsia="zh-CN"/>
        </w:rPr>
        <w:t>　　对于产品的了解也并不能局限于产品本身，关于产品的相关搭配，也是我们都要了解的。公司几乎每周都有定期的新款培训，对此培训我也是比较热衷的，新款培训可以让我们结合实物和网页产品介绍对产品有更深层次的了解，在处理售后时我们也能熟知自己产品的优劣势，进而更好的为顾客解决问题。</w:t>
      </w:r>
      <w:r>
        <w:rPr>
          <w:lang w:eastAsia="zh-CN"/>
        </w:rPr>
        <w:br/>
      </w:r>
      <w:r>
        <w:rPr>
          <w:lang w:eastAsia="zh-CN"/>
        </w:rPr>
        <w:t>　　4、有效的完成本职工作</w:t>
      </w:r>
      <w:r>
        <w:rPr>
          <w:lang w:eastAsia="zh-CN"/>
        </w:rPr>
        <w:br/>
      </w:r>
      <w:r>
        <w:rPr>
          <w:lang w:eastAsia="zh-CN"/>
        </w:rPr>
        <w:t>　　在与顾客沟通时我们要注意回复速度，只有及时回复才能让顾客第一时间感受到我们的热情，为此我们设置了各类快捷短语。在保证回复速度的基础上，我们也要注意沟通技巧，热情的态度往往是决定成功的一半。</w:t>
      </w:r>
      <w:r>
        <w:rPr>
          <w:lang w:eastAsia="zh-CN"/>
        </w:rPr>
        <w:br/>
      </w:r>
      <w:r>
        <w:rPr>
          <w:lang w:eastAsia="zh-CN"/>
        </w:rPr>
        <w:t>　　通过电话联系处理顾客的退换货也是我们的职责之一，在电话联系时我们也要注意最基本的电话礼仪。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通常我们所处理的工作都是主动与顾客联系，拨打电话时要注意时间不宜太早或太晚，也不适宜在午休时间去电顾客;其次我们要注意电话沟通技巧，通话之前我们要了</w:t>
      </w:r>
      <w:r>
        <w:rPr>
          <w:lang w:eastAsia="zh-CN"/>
        </w:rPr>
        <w:br/>
      </w:r>
      <w:r>
        <w:rPr>
          <w:lang w:eastAsia="zh-CN"/>
        </w:rPr>
        <w:t xml:space="preserve">    电话客服年终总结 篇16 </w:t>
      </w:r>
      <w:r>
        <w:rPr>
          <w:lang w:eastAsia="zh-CN"/>
        </w:rPr>
        <w:br/>
      </w:r>
      <w:r>
        <w:rPr>
          <w:lang w:eastAsia="zh-CN"/>
        </w:rPr>
        <w:t>　　20__已成为过去，新的20__也将迎来。在这一年，我跟着领导的指示做事，在电话客服这岗位里有收获许多知识，同时也积累到一些做客服的工作经验，更有了新的一番变化。更因为有了同事的帮助，我对自己的工作不断的探索，有了很多新的发现。那在回顾这繁忙的一年，我将20__电话客服工作有总结如下：</w:t>
      </w:r>
      <w:r>
        <w:rPr>
          <w:lang w:eastAsia="zh-CN"/>
        </w:rPr>
        <w:br/>
      </w:r>
      <w:r>
        <w:rPr>
          <w:lang w:eastAsia="zh-CN"/>
        </w:rPr>
        <w:t>　　一、用心对待工作</w:t>
      </w:r>
      <w:r>
        <w:rPr>
          <w:lang w:eastAsia="zh-CN"/>
        </w:rPr>
        <w:br/>
      </w:r>
      <w:r>
        <w:rPr>
          <w:lang w:eastAsia="zh-CN"/>
        </w:rPr>
        <w:t>　　做客服这一行，是很辛苦，我不仅要用心去工作，还要面对一些客户的刁难，我必须要调整好自己的工作状态，才能去把客服做好。因而我为了能够让工作顺利，我特别的用心工作，不管面对什么样的客户，我都会保持良好的状态去回复客户。我在打电话的时候，会用本子和笔认真的记录客户的问题，会用心记录客户的建议，在事后整理好所有客户的信息和建议，然后上交给领导审阅。在每天的工作结束之际，我会整理好一天的工作，总结工作，反思工作，并把办公桌整理好，为我第二天的工作提供便利。</w:t>
      </w:r>
      <w:r>
        <w:rPr>
          <w:lang w:eastAsia="zh-CN"/>
        </w:rPr>
        <w:br/>
      </w:r>
      <w:r>
        <w:rPr>
          <w:lang w:eastAsia="zh-CN"/>
        </w:rPr>
        <w:t>　　二、服务态度良好</w:t>
      </w:r>
      <w:r>
        <w:rPr>
          <w:lang w:eastAsia="zh-CN"/>
        </w:rPr>
        <w:br/>
      </w:r>
    </w:p>
    <w:p w:rsidR="001B1F19" w14:textId="27C3F48A">
      <w:pPr>
        <w:rPr>
          <w:rFonts w:hint="eastAsia"/>
          <w:lang w:eastAsia="zh-CN"/>
        </w:rPr>
      </w:pPr>
      <w:r>
        <w:rPr>
          <w:lang w:eastAsia="zh-CN"/>
        </w:rPr>
        <w:t>　　我是电话客服，主要是在电话里接待客户，回答客户提出的问题，帮助客户办理业务，做好业务后续的服务。我在接电话时，我是一直保持微笑的，声音也是清晰准确的表达，努力用标准的普通话回复客户。与客户交流的时候，我是用敬称“您”的，充分给予客户尊重尊敬。在与客户结束通话时，我会用“谢谢您的配合”“再见”作为结束语言，总之尽可能的给予客户好的印象，努力去服务好我们的客户。在这样的好的服务态度的运作下，我的业务办理的特别顺利，也与很多客户有了很好的一个联系，为公司招揽了很多的客户资源。</w:t>
      </w:r>
      <w:r>
        <w:rPr>
          <w:lang w:eastAsia="zh-CN"/>
        </w:rPr>
        <w:br/>
      </w:r>
      <w:r>
        <w:rPr>
          <w:lang w:eastAsia="zh-CN"/>
        </w:rPr>
        <w:t>　　三、勇担个人职责</w:t>
      </w:r>
      <w:r>
        <w:rPr>
          <w:lang w:eastAsia="zh-CN"/>
        </w:rPr>
        <w:br/>
      </w:r>
      <w:r>
        <w:rPr>
          <w:lang w:eastAsia="zh-CN"/>
        </w:rPr>
        <w:t>　　我是客服人员，虽然是电话客服，不用跟客户正面相对，但是我也是公司的一个形象，所以我在工作中，我很勇敢的去承担自己的职责。如果工作犯错了，我会向上级报告，并且自己想办法把错误改正，解决自己造成的问题。我在工作上极其负责，只要发现自己有错，绝不会把错误丢给别人，我会自己去承担，也不让公司为我去背锅。正是因为这种品质，我在工作上是越来越好了，把错误改了之后，工作成绩更好。</w:t>
      </w:r>
      <w:r>
        <w:rPr>
          <w:lang w:eastAsia="zh-CN"/>
        </w:rPr>
        <w:br/>
      </w:r>
      <w:r>
        <w:rPr>
          <w:lang w:eastAsia="zh-CN"/>
        </w:rPr>
        <w:t>　　在即将到来的新年里，我要一更好的状态去工作，为公司争取到更多的优质客户资源，与大家一起把公司努力壮大起来。</w:t>
      </w:r>
      <w:r>
        <w:rPr>
          <w:lang w:eastAsia="zh-CN"/>
        </w:rPr>
        <w:br/>
      </w:r>
      <w:r>
        <w:rPr>
          <w:lang w:eastAsia="zh-CN"/>
        </w:rPr>
        <w:t xml:space="preserve">    电话客服年终总结 篇17 </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https://d.book118.com/797136104001006045</w:t>
        </w:r>
      </w:hyperlink>
    </w:p>
    <w:p w:rsidR="001B1F19">
      <w:pPr>
        <w:rPr>
          <w:rFonts w:hint="eastAsia"/>
          <w:lang w:eastAsia="zh-CN"/>
        </w:rPr>
      </w:pPr>
    </w:p>
    <w:sectPr>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97136104001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