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班主任培训心得体会</w:t>
      </w:r>
    </w:p>
    <w:p>
      <w:pPr>
        <w:spacing w:before="100" w:after="200" w:line="360" w:lineRule="auto"/>
        <w:ind w:firstLine="576"/>
        <w:jc w:val="left"/>
      </w:pPr>
      <w:r>
        <w:rPr>
          <w:rFonts w:ascii="宋体" w:eastAsia="宋体" w:hAnsi="宋体"/>
          <w:sz w:val="28"/>
        </w:rPr>
        <w:t>20xx年2月23日参加班主任校本培训：有幸拜董洁为师，认真听取陈东伟、赵志新两位班主任前辈经验介绍，入情入理、字字启迪，聆听王校长对班主任工作方法的科学阐释和对班主任工作寄予的殷切期望，顿感倍受鼓舞。作为一名班主任工作岗位上的新兵，感触颇深，得到引领如下：</w:t>
      </w:r>
    </w:p>
    <w:p>
      <w:pPr>
        <w:spacing w:before="100" w:after="200" w:line="360" w:lineRule="auto"/>
        <w:ind w:firstLine="576"/>
        <w:jc w:val="left"/>
      </w:pPr>
      <w:r>
        <w:rPr>
          <w:rFonts w:ascii="宋体" w:eastAsia="宋体" w:hAnsi="宋体"/>
          <w:sz w:val="28"/>
        </w:rPr>
        <w:t>1、班主任工作要有规划，忌盲目，讲究工作艺术性</w:t>
      </w:r>
    </w:p>
    <w:p>
      <w:pPr>
        <w:spacing w:before="100" w:after="200" w:line="360" w:lineRule="auto"/>
        <w:ind w:firstLine="576"/>
        <w:jc w:val="left"/>
      </w:pPr>
      <w:r>
        <w:rPr>
          <w:rFonts w:ascii="宋体" w:eastAsia="宋体" w:hAnsi="宋体"/>
          <w:sz w:val="28"/>
        </w:rPr>
        <w:t>2、班主任工作要学会倾听，学会换位思考</w:t>
      </w:r>
    </w:p>
    <w:p>
      <w:pPr>
        <w:spacing w:before="100" w:after="200" w:line="360" w:lineRule="auto"/>
        <w:ind w:firstLine="576"/>
        <w:jc w:val="left"/>
      </w:pPr>
      <w:r>
        <w:rPr>
          <w:rFonts w:ascii="宋体" w:eastAsia="宋体" w:hAnsi="宋体"/>
          <w:sz w:val="28"/>
        </w:rPr>
        <w:t>3、班主任工作要细，如：帮助每个学生进行中长期人生规划、短期学业进展规划，以及精心设计每次谈话内容</w:t>
      </w:r>
    </w:p>
    <w:p>
      <w:pPr>
        <w:spacing w:before="100" w:after="200" w:line="360" w:lineRule="auto"/>
        <w:ind w:firstLine="576"/>
        <w:jc w:val="left"/>
      </w:pPr>
      <w:r>
        <w:rPr>
          <w:rFonts w:ascii="宋体" w:eastAsia="宋体" w:hAnsi="宋体"/>
          <w:sz w:val="28"/>
        </w:rPr>
        <w:t>4、班主任要多渠道、多角度勤于沟通、善于沟通，和任课教师精诚协作，和家长、学生保持畅快交流</w:t>
      </w:r>
    </w:p>
    <w:p>
      <w:pPr>
        <w:spacing w:before="100" w:after="200" w:line="360" w:lineRule="auto"/>
        <w:ind w:firstLine="576"/>
        <w:jc w:val="left"/>
      </w:pPr>
      <w:r>
        <w:rPr>
          <w:rFonts w:ascii="宋体" w:eastAsia="宋体" w:hAnsi="宋体"/>
          <w:sz w:val="28"/>
        </w:rPr>
        <w:t>5、班主任要长于激励、引导班集体每个成员树立远大理想，实现学生品德、学习、心理、身体、人格等全面发展，从而形成积极向上班风、增强集体战斗力</w:t>
      </w:r>
    </w:p>
    <w:p>
      <w:pPr>
        <w:spacing w:before="100" w:after="200" w:line="360" w:lineRule="auto"/>
        <w:ind w:firstLine="576"/>
        <w:jc w:val="left"/>
      </w:pPr>
      <w:r>
        <w:rPr>
          <w:rFonts w:ascii="宋体" w:eastAsia="宋体" w:hAnsi="宋体"/>
          <w:sz w:val="28"/>
        </w:rPr>
        <w:t>6、班级管理制度化、完善班委，实现科学化管理</w:t>
      </w:r>
    </w:p>
    <w:p>
      <w:pPr>
        <w:spacing w:before="100" w:after="200" w:line="360" w:lineRule="auto"/>
        <w:ind w:firstLine="576"/>
        <w:jc w:val="left"/>
      </w:pPr>
      <w:r>
        <w:rPr>
          <w:rFonts w:ascii="宋体" w:eastAsia="宋体" w:hAnsi="宋体"/>
          <w:sz w:val="28"/>
        </w:rPr>
        <w:t>7、班主任要重视活动开展，精心组织、强化活动育人</w:t>
      </w:r>
    </w:p>
    <w:p>
      <w:pPr>
        <w:spacing w:before="100" w:after="200" w:line="360" w:lineRule="auto"/>
        <w:ind w:firstLine="576"/>
        <w:jc w:val="left"/>
      </w:pPr>
      <w:r>
        <w:rPr>
          <w:rFonts w:ascii="宋体" w:eastAsia="宋体" w:hAnsi="宋体"/>
          <w:sz w:val="28"/>
        </w:rPr>
        <w:t>综上，班主任要多学习、多琢磨，勤反思，注意积累。新学期、新起点，也在这里放飞新的希望！祝愿我们的一中明天会更好！</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感谢领导的厚爱和家人同事的支持，让我有幸参加xx省xx县中小学乡村教师能力提升项目xx师范高等专科学校班主任培训活动。期间，我学会了很多，也收获了很多。</w:t>
      </w:r>
    </w:p>
    <w:p>
      <w:pPr>
        <w:spacing w:before="100" w:after="200" w:line="360" w:lineRule="auto"/>
        <w:ind w:firstLine="576"/>
        <w:jc w:val="left"/>
      </w:pPr>
      <w:r>
        <w:rPr>
          <w:rFonts w:ascii="宋体" w:eastAsia="宋体" w:hAnsi="宋体"/>
          <w:sz w:val="28"/>
        </w:rPr>
        <w:t>x天的外出培训，充实而又紧张，我们参观了xx两所，感受着浓重的文化气息，一草一木皆生命，一山一石皆有情，以美育德，让教育与美相遇。我们聆听了多位专家的精彩讲座，xx老师用幽默风趣的语言通过盘点、溯源、反思和展望四个方面揭秘了xx教育的历史、现状以及发展，让我明白一方水土养育一方人，每个地方都有它特有的文化，我们不能数典忘祖、人云亦云但也不能固步自封，闭关造车。我们要沉下心来，潜心工作，时刻准备着，不断学习，不断探索！xx老师以一个童话般的形式“铅笔的忠告，我们一起听”，让我懂得我作为一个班主任，要多读书，要学会借鉴他人的经验，学会聆听，用自己的人格魅力，自己的智慧去教育学生并对学生产生长远的影响。xx老师以朋友聊天的形式指导我们班级建设的思与行，做好家长教育、家庭教育；播种文明、开启文明之旅；带领学生泛舟书海、做一个故事的歌者；做好沟通，实现思想与思想的交汇，情感与情感的融通，心灵与心灵的唤起，实现班主任管理的大智慧。</w:t>
      </w:r>
    </w:p>
    <w:p>
      <w:pPr>
        <w:spacing w:before="100" w:after="200" w:line="360" w:lineRule="auto"/>
        <w:ind w:firstLine="576"/>
        <w:jc w:val="left"/>
      </w:pPr>
      <w:r>
        <w:rPr>
          <w:rFonts w:ascii="宋体" w:eastAsia="宋体" w:hAnsi="宋体"/>
          <w:sz w:val="28"/>
        </w:rPr>
        <w:t>在培训中，留给我印象最深的是潘健教授的《班主任的幸福的创生》的讲座。潘教授用质朴的语言、切身的班主任经验的事例告诉我们做班主任一定要幸福；做班主任是幸福的；如何做一个幸福的班主任，引起了我的许多共鸣，让我感慨颇多。</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是的，幸福与痛苦相伴，当班主任会有更多的压力，更多的责任甚至会有更多的委屈，但当班主任的幸福也是随处随时可见的，会让自己的生活更加充实，会让自己有事可做并享受其中的乐趣。从每一个专家、校长身上，我都可以看到他们对教育的狂热，对学生的热爱以及谈到自己班主任工作中脸上洋溢着的幸福的笑容。那时，我也在想，学校集会，天空突然下雨，学生的第一反应是脱下外套披在你的身上，或者是走在大街上，老远会有家长或学生跑过来说“老师，你最近好吗？”并自豪地向别人介绍这是我的班主任老师时，这种感觉确实是幸福的，也是自豪的，自豪自己是一名班主任。正像教育学家xx的一句话“做老师，幸福比优秀更重要！”而这种幸福来自于心的幸福，需要我们去用心寻找，用心体验；需要我们不断积累，不断创造；需要我们沉下心来，潜心工作，创生班主任幸福，让自己的生命更加丰富，人生更加丰富！最后，让我用潘教授的结束语来结束我今天的分享交流会吧：</w:t>
      </w:r>
    </w:p>
    <w:p>
      <w:pPr>
        <w:spacing w:before="100" w:after="200" w:line="360" w:lineRule="auto"/>
        <w:ind w:firstLine="576"/>
        <w:jc w:val="left"/>
      </w:pPr>
      <w:r>
        <w:rPr>
          <w:rFonts w:ascii="宋体" w:eastAsia="宋体" w:hAnsi="宋体"/>
          <w:sz w:val="28"/>
        </w:rPr>
        <w:t>各位班主任，请你们一定要幸福，你们幸福了，就意味着学生幸福、教育幸福、家庭幸福、社会幸福、民族幸福。已感受到幸福的班主任，我祝愿你们幸福多多、幸福满满，还没有感受到幸福的班主任，我祝你们找到幸福的意义，体验幸福的内涵，创生幸福的路径，实现幸福归来的华丽转身，让我们一起走向幸福的康庄大道。</w:t>
      </w:r>
    </w:p>
    <w:p>
      <w:pPr>
        <w:spacing w:before="100" w:after="200" w:line="360" w:lineRule="auto"/>
        <w:ind w:firstLine="576"/>
        <w:jc w:val="left"/>
      </w:pPr>
      <w:r>
        <w:rPr>
          <w:rFonts w:ascii="宋体" w:eastAsia="宋体" w:hAnsi="宋体"/>
          <w:sz w:val="28"/>
        </w:rPr>
        <w:t>为提高教育一线的班主任教师的水平，教育局组织了一次面向全体班主任教师的教育教学理论知识培训，这次班主任培训内容丰富，在培训中由优秀班主任、向我们详细介绍了自己在工作中积累的独具风格的工作经验和切实有效的具体措施，使我受益匪浅。现将自己的心得体会总结如下：</w:t>
      </w:r>
    </w:p>
    <w:p>
      <w:pPr>
        <w:spacing w:before="100" w:after="200" w:line="360" w:lineRule="auto"/>
        <w:ind w:firstLine="576"/>
        <w:jc w:val="left"/>
      </w:pPr>
      <w:r>
        <w:rPr>
          <w:rFonts w:ascii="宋体" w:eastAsia="宋体" w:hAnsi="宋体"/>
          <w:sz w:val="28"/>
        </w:rPr>
        <w:t>我体会到做好班主任工作首先要突出一个“爱”。即热爱教育事业，热爱教师职业，热爱教书工作，热爱自己从教的学校，热爱班主任这个岗位，热爱自己所教的每一位学生。那就是必须全面地爱学生。一切为了学生，为了学生的一切，为了一切学生。这要求每一位教师捧着一颗爱心，用爱去浇灌每一棵幼苗，为每一个学生的健康成长去付出所有的努力。</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作为教师，尤其的班主任。“勤”字要体现在工作的每一个细节，应做到腿勤、眼勤、嘴勤。其次要做到个“细“。学生出了问题，切忌主观武断，简单粗暴，处理问题要言之有据，言之有理，要体现以人为本的教育理念。班主任要尊重学生的个性差异，努力做学生的良师益友，努力处理好自身与他人的人际关系，用健康的身心去影响学生，严以律己，宽以待人，尽量为自己和周围的人创造一个合适的空间。</w:t>
      </w:r>
    </w:p>
    <w:p>
      <w:pPr>
        <w:spacing w:before="100" w:after="200" w:line="360" w:lineRule="auto"/>
        <w:ind w:firstLine="576"/>
        <w:jc w:val="left"/>
      </w:pPr>
      <w:r>
        <w:rPr>
          <w:rFonts w:ascii="宋体" w:eastAsia="宋体" w:hAnsi="宋体"/>
          <w:sz w:val="28"/>
        </w:rPr>
        <w:t>教育是心灵的交流，是心灵的建设。育人先要育心，只有走进孩子心灵世界的教育，才能引起孩子心灵深处的共鸣。用心灵去赢得心灵，用爱去交换爱，用真情赢得真情。</w:t>
      </w:r>
    </w:p>
    <w:p>
      <w:pPr>
        <w:spacing w:before="100" w:after="200" w:line="360" w:lineRule="auto"/>
        <w:ind w:firstLine="576"/>
        <w:jc w:val="left"/>
      </w:pPr>
      <w:r>
        <w:rPr>
          <w:rFonts w:ascii="宋体" w:eastAsia="宋体" w:hAnsi="宋体"/>
          <w:sz w:val="28"/>
        </w:rPr>
        <w:t>除此做好班主任工作，还要把握一个“严”字。班主任对学生不仅要给予关心、帮助、指点、等使关系融洽、和睦，还要对学生从严要求，只有做到严宽适度，才能有效地培养学生良好的行为习惯，做好班主任工作，要讲究一个“法”。管理上要有法，处理问题要得法，遇到问题要积极地想办法。要向同行学习，做好班主任工作，最后要归结为一个“心”字。即工作要热心，对学生有爱心，发现问题要细心，处理问题要精心，思想工作要耐心，做事情要用心。只要真心想做好，那么就能真正把班级管理工作做好。</w:t>
      </w:r>
    </w:p>
    <w:p>
      <w:pPr>
        <w:spacing w:before="100" w:after="200" w:line="360" w:lineRule="auto"/>
        <w:ind w:firstLine="576"/>
        <w:jc w:val="left"/>
      </w:pPr>
      <w:r>
        <w:rPr>
          <w:rFonts w:ascii="宋体" w:eastAsia="宋体" w:hAnsi="宋体"/>
          <w:sz w:val="28"/>
        </w:rPr>
        <w:t>通过这次培训，使我更懂得班主任的良好形象对学生的行为产生的影响，不良形象对学生的思想有消极的影响。因此，我在学生中要注重树立自身的良好形象。我在学生中的第一印象如何，直接关系到以后班级工作的开展和学生良好行为习惯的形成。所以，在工作之初就要注重自身的形象。</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在今后的工作中，我还要继续努力，不能停滞不前，要认真总结教育的得与失，并虚心向身边的优秀教师学习，注重教育教学经验的交流，强调学习，要终身学习，扩大学习范围，拓宽教育视野，使自己不断进步，创造出与众不同的教育方法。为了握在我们手中的每一棵生命的幼苗，为了我们神圣的教育事业，生命不止，奋斗不熄。</w:t>
      </w:r>
    </w:p>
    <w:p>
      <w:pPr>
        <w:spacing w:before="100" w:after="200" w:line="360" w:lineRule="auto"/>
        <w:ind w:firstLine="576"/>
        <w:jc w:val="left"/>
      </w:pPr>
      <w:r>
        <w:rPr>
          <w:rFonts w:ascii="宋体" w:eastAsia="宋体" w:hAnsi="宋体"/>
          <w:sz w:val="28"/>
        </w:rPr>
        <w:t>首先，我感谢学校领导给我这次学习的机会，也非常感谢师训中心给为我们提供这样一个全新的学习方式。通过一周的培训培养了我的创新理念以及教育方法,为下一步提高教育艺术;更好地推进学校德育工作,使素质教育的实施再上一个台阶打下了坚实的理论基础。在交流活动中，从组队到一个小组核心理念的确立，到各项交流展示，无不展示新的管理理念和学习方式。上台做展示的优秀教师能从不同方位不同角度阐述了新时期班主任工作的基本要求,工作方法和工作艺术，既有高深超前的理论,又有贴近教育生活的实际案例。为我今后的班主任工作提供了有益的参考。通过培训我认识到新时期班主任工作应具备一定的技巧和素质。这次培训也让我对班主任工作有了更深刻的理解。</w:t>
      </w:r>
    </w:p>
    <w:p>
      <w:pPr>
        <w:spacing w:before="100" w:after="200" w:line="360" w:lineRule="auto"/>
        <w:ind w:firstLine="576"/>
        <w:jc w:val="left"/>
      </w:pPr>
      <w:r>
        <w:rPr>
          <w:rFonts w:ascii="宋体" w:eastAsia="宋体" w:hAnsi="宋体"/>
          <w:sz w:val="28"/>
        </w:rPr>
        <w:t>下面，我主要就迟老师的讲座跟大家汇报自己的一点收获和感想。迟老师的讲座非常生动，非常实际，对我的触动很大。</w:t>
      </w:r>
    </w:p>
    <w:p>
      <w:pPr>
        <w:spacing w:before="100" w:after="200" w:line="360" w:lineRule="auto"/>
        <w:jc w:val="left"/>
      </w:pPr>
      <w:r>
        <w:rPr>
          <w:rFonts w:ascii="宋体 (中文正文)" w:eastAsia="宋体" w:hAnsi="宋体 (中文正文)"/>
          <w:b/>
          <w:sz w:val="28"/>
        </w:rPr>
        <w:t>一、要爱学生</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随着素质教育的进一步深入，能不能进入学生的内心世界是当今决定教育成败的关键一步。学生会因为喜欢一位老师而喜欢一门功课，同样，也可能因讨厌一位老师而讨厌学习。一个被学生喜欢的教师，其教育效果总是超出不受欢迎的教师。爱学生，关心学生，处理问题及时，方法得当，注意和学生沟通，学生就信任班主任，喜欢班主任，也喜欢上班主任的课。热爱学生，还表现在班主任对学生的尊重和信任，以及对学生的严格要求。尊重学生的人格，了解学生的个性，相信学生，关心学生，既统一严格要求，又注意学生的个体差异，区别对待。对程度、水平不同的学生，采取不同的教育方法,因材施教。班主任要用自己正直、坦率、真诚、友爱的朴素人格去影响一位又一位学生；用自己的一言一行去为他们行为示范，用自己对学生、对事业的爱心去带动学生修正不健全的人生观，帮助他们树立远大理想，培养他们的社会、家庭、集体的责任感。</w:t>
      </w:r>
    </w:p>
    <w:p>
      <w:pPr>
        <w:spacing w:before="100" w:after="200" w:line="360" w:lineRule="auto"/>
        <w:jc w:val="left"/>
      </w:pPr>
      <w:r>
        <w:rPr>
          <w:rFonts w:ascii="宋体 (中文正文)" w:eastAsia="宋体" w:hAnsi="宋体 (中文正文)"/>
          <w:b/>
          <w:sz w:val="28"/>
        </w:rPr>
        <w:t>二、注重心理健康发展</w:t>
      </w:r>
    </w:p>
    <w:p>
      <w:pPr>
        <w:spacing w:before="100" w:after="200" w:line="360" w:lineRule="auto"/>
        <w:ind w:firstLine="576"/>
        <w:jc w:val="left"/>
      </w:pPr>
      <w:r>
        <w:rPr>
          <w:rFonts w:ascii="宋体" w:eastAsia="宋体" w:hAnsi="宋体"/>
          <w:sz w:val="28"/>
        </w:rPr>
        <w:t>学生心理健康是个必须要重视的问题，根据学生生理、心理发展特点，运用有关心理教育方法和手段，培养学生良好的心理素质，促进学生身心全面和谐发展和素质全面提高的教育活动，是素质教育的重要组成部分。要做好学生心理健康教育，班主任自己首先要做到以下几点：</w:t>
      </w:r>
    </w:p>
    <w:p>
      <w:pPr>
        <w:spacing w:before="100" w:after="200" w:line="360" w:lineRule="auto"/>
        <w:ind w:firstLine="576"/>
        <w:jc w:val="left"/>
      </w:pPr>
      <w:r>
        <w:rPr>
          <w:rFonts w:ascii="宋体" w:eastAsia="宋体" w:hAnsi="宋体"/>
          <w:sz w:val="28"/>
        </w:rPr>
        <w:t>(一)拥有平和的心态。在社会竞争日益激烈的今天，面对越来越难管理的学生，我们一定要做到心态平和，要实事求是地认识自己，努力成为最好的自己；把自己放在平常人的位置，不要太苛求自己，要用平常心去做平常事。面对生活、工作中的不如意，把心放宽些，要知道智慧从错误的判断中来，成功从失败中来，真正做到“大度能容，容天下难容之事”。</w:t>
      </w:r>
    </w:p>
    <w:p>
      <w:pPr>
        <w:spacing w:before="100" w:after="200" w:line="360" w:lineRule="auto"/>
        <w:ind w:firstLine="576"/>
        <w:jc w:val="left"/>
      </w:pPr>
      <w:r>
        <w:rPr>
          <w:rFonts w:ascii="宋体" w:eastAsia="宋体" w:hAnsi="宋体"/>
          <w:sz w:val="28"/>
        </w:rPr>
        <w:t>(二)尊重学生，与学生“共情”。“教育可持续发展的核心内容是尊重”。要尊重学生，尊重学生的差异。作为班主任，要相信每个学生都是独一无二的。我们要学会用细心的眼光去观察差异，用宽容的心理去接纳学生。要知道，正是因为有了差异，我们的世界才变得如此精彩；有了差异，我们才能展现出自己的特色；有了差异，我们才有了今天互相学习和借鉴的机会。差异让我们懂得了互相尊重和彼此关爱的重要，让我们对陌生的事物感到向往，并激发求知和探索的欲望。所以，面对学生时，我们要多一份理解，多一份关爱，多一些宽容，多一些期待。只有这样，我们与学生之间才能产生相容的情感，才能让学生“亲其师而信其道”。</w:t>
      </w:r>
    </w:p>
    <w:p>
      <w:pPr>
        <w:spacing w:before="100" w:after="200" w:line="360" w:lineRule="auto"/>
        <w:jc w:val="left"/>
        <w:sectPr w:rsidSect="00034616">
          <w:type w:val="nextPage"/>
          <w:pgSz w:w="11906" w:h="16838"/>
          <w:pgMar w:top="1440" w:right="1440" w:bottom="1440" w:left="1440" w:header="720" w:footer="720" w:gutter="0"/>
          <w:pgNumType w:start="6"/>
          <w:cols w:space="720"/>
          <w:titlePg w:val="0"/>
          <w:docGrid w:linePitch="360"/>
        </w:sectPr>
      </w:pPr>
      <w:r>
        <w:rPr>
          <w:rFonts w:ascii="宋体 (中文正文)" w:eastAsia="宋体" w:hAnsi="宋体 (中文正文)"/>
          <w:b/>
          <w:sz w:val="28"/>
        </w:rPr>
        <w:t>三、要提高自身素质</w:t>
      </w:r>
    </w:p>
    <w:p>
      <w:pPr>
        <w:spacing w:before="100" w:after="200" w:line="360" w:lineRule="auto"/>
        <w:ind w:firstLine="576"/>
        <w:jc w:val="left"/>
      </w:pPr>
      <w:r>
        <w:rPr>
          <w:rFonts w:ascii="宋体" w:eastAsia="宋体" w:hAnsi="宋体"/>
          <w:sz w:val="28"/>
        </w:rPr>
        <w:t>班主任的一言一行，一举一动都直接对学生起着潜移默化的作用。自古以来就强调身教胜于言传，要求学生做到的，班主任首先做到，而且要做的更好，更具有示范性，在无形之中为学生树立榜样。同时班主任还要善于创新，并带动学生创新，做到以德育德，以个性育个性，以创新育创新。要想做到这些班主任还要不断的完善自己，不断地学习有关知识，提高自身素质，严于律己、以身作则，在学生中树立实实在在的影响。做到这点班主任必须广泛阅读各类书籍，把理论和实际结合起来。</w:t>
      </w:r>
    </w:p>
    <w:p>
      <w:pPr>
        <w:spacing w:before="100" w:after="200" w:line="360" w:lineRule="auto"/>
        <w:jc w:val="left"/>
      </w:pPr>
      <w:r>
        <w:rPr>
          <w:rFonts w:ascii="宋体 (中文正文)" w:eastAsia="宋体" w:hAnsi="宋体 (中文正文)"/>
          <w:b/>
          <w:sz w:val="28"/>
        </w:rPr>
        <w:t>四、勤于读书</w:t>
      </w:r>
    </w:p>
    <w:p>
      <w:pPr>
        <w:spacing w:before="100" w:after="200" w:line="360" w:lineRule="auto"/>
        <w:ind w:firstLine="576"/>
        <w:jc w:val="left"/>
      </w:pPr>
      <w:r>
        <w:rPr>
          <w:rFonts w:ascii="宋体" w:eastAsia="宋体" w:hAnsi="宋体"/>
          <w:sz w:val="28"/>
        </w:rPr>
        <w:t>每一个语文老师肯定都对学生和家长强调过读书的重要性，肯定会经常要求学生多读书，读好书，也倡导过家长融入到我们的亲子阅读活动中来，已经身为家长的老师肯定也经常在家里和自己的孩子一起读书，读书的重要性不言而喻，读书是工作之本、学习之母、成人之源，也是生存之道。读书应该成为班主任最重要的事情。班主任一定要广泛阅读，用知识充实自己的大脑，充实自己的心灵，使自己成为智慧的班主任。钱老是推荐的基本关于教育教学的书籍阅读以后受益匪浅。</w:t>
      </w:r>
    </w:p>
    <w:p>
      <w:pPr>
        <w:spacing w:before="100" w:after="200" w:line="360" w:lineRule="auto"/>
        <w:jc w:val="left"/>
      </w:pPr>
      <w:r>
        <w:rPr>
          <w:rFonts w:ascii="宋体 (中文正文)" w:eastAsia="宋体" w:hAnsi="宋体 (中文正文)"/>
          <w:b/>
          <w:sz w:val="28"/>
        </w:rPr>
        <w:t>五、善于反思</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班主任要经常地反思自己的教育方法是否恰当，反思班级管理的得与失，不足之处要努力改进，以尊重学生为前提，发挥学生的作用，采用委婉的方式，动之以情，晓之以理。努力把班级工作做得更好。要养成勤于记录的好习惯。一个善于反思的班主任，还要养成勤于记录的好习惯。记录什么内容呢？一是记录失败之笔，败笔印象深刻，思想震撼大，往往具有反思意义；二是记录机智之处。教育机智是教育过程中的精华部分，当自己完美处置一个事件，感到满意之时，要善于记录；三是记录偶发事件。师生的思维发展及情感交流的融洽，往往会因为一些偶发事件而产生瞬间灵感，这些“智慧的火花”常常是不由自主、不期而至，若不及时利用课后反思去捕捉，便会因时过境迁而烟消云散，令人遗憾不已；四是记录学生见解。充分肯定学生提出的一些独到的见解，这样不仅使学生的好方法、好思路得以推广，而且对他们也是一种赞赏和激励。同时，这些难能可贵的见解也是对班主任教育活动的补充与完善，可拓宽我们的工作思路，提高工作水平。五是记重新设计。一次教育之后，班主任一定有所感想，也有所打算，将重新设想记录下来，是教育实践的升华，对今后工作很有启发。</w:t>
      </w:r>
    </w:p>
    <w:p>
      <w:pPr>
        <w:spacing w:before="100" w:after="200" w:line="360" w:lineRule="auto"/>
        <w:ind w:firstLine="576"/>
        <w:jc w:val="left"/>
      </w:pPr>
      <w:r>
        <w:rPr>
          <w:rFonts w:ascii="宋体" w:eastAsia="宋体" w:hAnsi="宋体"/>
          <w:sz w:val="28"/>
        </w:rPr>
        <w:t>最后，迟老师总结发言更是让我们深思，他对我们班主任提出了希望和要求，要求我们能够向优秀的班主任学习，不断地提高自己的能力，使我越来越清楚地认识到：作为新时期的班主任，不仅要关心学生的智，还要注重学生的德，这是新时期对班主任的要求。我一定要以一个优秀班主任的标准来要求自己，努力提高自己的境界，争取当一名合格的班主任。</w:t>
      </w:r>
    </w:p>
    <w:p>
      <w:pPr>
        <w:spacing w:before="100" w:after="200" w:line="360" w:lineRule="auto"/>
        <w:ind w:firstLine="576"/>
        <w:jc w:val="left"/>
      </w:pPr>
      <w:r>
        <w:rPr>
          <w:rFonts w:ascii="宋体" w:eastAsia="宋体" w:hAnsi="宋体"/>
          <w:sz w:val="28"/>
        </w:rPr>
        <w:t>今年暑假很高兴参加了教育局组织的班主任培训，在听取了教育局领导的讲话以及优秀班主任的经验介绍后，感受颇多，收获颇丰。具体感受如下：</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人们常说一个班集体就是一小社会，一个家庭。在这个家庭中，班主任是家长，学生是家庭成员。有什么样的班主任，就能带出一个什么样的班级，一个优秀的有特色的班级既是班主任的教育思想和价值取向的外向，又是其工作威望和行为风格的体现。所以要想做一个好的班主任，就必须不断学习，提高自身素质，使自己的教育思想和教育理论不断得到完善和提高，努力适应新形势下对班主任的要求，加快自己的专业化成长的步伐。</w:t>
      </w:r>
    </w:p>
    <w:p>
      <w:pPr>
        <w:spacing w:before="100" w:after="200" w:line="360" w:lineRule="auto"/>
        <w:ind w:firstLine="576"/>
        <w:jc w:val="left"/>
      </w:pPr>
      <w:r>
        <w:rPr>
          <w:rFonts w:ascii="宋体" w:eastAsia="宋体" w:hAnsi="宋体"/>
          <w:sz w:val="28"/>
        </w:rPr>
        <w:t>作为一个班主任，既是学生的老师，又是他们的朋友，在教育教学工作中中一定要讲求方式方法，要严爱相济。在教育学生时，要动之以情，晓之以理，导之以行。在融洽的师生情感中，学生会把老师的批评看作是对自己的爱护，把老师的表扬看作是对自己的鼓励，从而引起情感的共鸣，收到“亲其师，信其道，受其术”的效果。教师要用真诚的情感去热爱学生、关心学生、爱护学生，富于同情心，这样就会受到学生的爱戴，就能沟通师生之间的心灵，学生就会亲近班主任，从而在师生之间架起一座信任的桥梁。</w:t>
      </w:r>
    </w:p>
    <w:p>
      <w:pPr>
        <w:spacing w:before="100" w:after="200" w:line="360" w:lineRule="auto"/>
        <w:ind w:firstLine="576"/>
        <w:jc w:val="left"/>
      </w:pPr>
      <w:r>
        <w:rPr>
          <w:rFonts w:ascii="宋体" w:eastAsia="宋体" w:hAnsi="宋体"/>
          <w:sz w:val="28"/>
        </w:rPr>
        <w:t>细心决定效率。作为一个合格的教育者，我们要赏识每个学生，发现每个学生的闪光点，给孩子一个自由快乐的成长空间。在班级活动中不断总结提升自己的工作质量，把创新放在每个细节上。在评价孩子时，要坚信：“多一把评价的尺子，就多一批好学生”。我们要通过多种方式让孩子找到自信，不求每个孩子优异，但求每个孩子都在进步。</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班主任不仅仅是教书，还要肩负育人的工作。学生接触最多的就是班主任，那么班主任不仅仅要具备教书的基本能力，还要有管理能力和心理辅导能力。因此学习和掌握一些基本的心理学、教育学知识是班主任科学、有效的进行心理教育的基础和前提。作为班主任，要营造良好的班级氛围提高学生的心理素质，通过不同形式的班会对学生进行集体辅导，注重学生深层次分析。班会是培养学生文明行为习惯、健康心理素质、良好道德品质的重要阵地，也是一个班级的学生与学生之间、学生与班主任之间进行情感交流、心灵沟通的重要方法，班主任要通过组织形式多样、内容丰富的班会，充分调动学生的积极性，发挥他们的主观能动性，让他们能说出心声，能从别人的交流中收获到许多有益的东西，从而使他们形成积极、健康的心理状态。</w:t>
      </w:r>
    </w:p>
    <w:p>
      <w:pPr>
        <w:spacing w:before="100" w:after="200" w:line="360" w:lineRule="auto"/>
        <w:ind w:firstLine="576"/>
        <w:jc w:val="left"/>
      </w:pPr>
      <w:r>
        <w:rPr>
          <w:rFonts w:ascii="宋体" w:eastAsia="宋体" w:hAnsi="宋体"/>
          <w:sz w:val="28"/>
        </w:rPr>
        <w:t>今天，听取了李红樱老师作的首次班主任培训报告，她向我们传授了当好班主任的密诀：做到五个心。那就是责任心、爱心、细心、耐心和诚心。听后，豁然了悟：其实，做一个好班主任，关键就是做到“用心”。</w:t>
      </w:r>
    </w:p>
    <w:p>
      <w:pPr>
        <w:spacing w:before="100" w:after="200" w:line="360" w:lineRule="auto"/>
        <w:ind w:firstLine="576"/>
        <w:jc w:val="left"/>
      </w:pPr>
      <w:r>
        <w:rPr>
          <w:rFonts w:ascii="宋体" w:eastAsia="宋体" w:hAnsi="宋体"/>
          <w:sz w:val="28"/>
        </w:rPr>
        <w:t>“育人先育心”，感人心者，莫先乎于情。一个好教师，首先要有一颗爱心，有一颗爱学生的心。我深深地知道了，一名好班主任、一名好教师，既是知识的塑像，更是爱的化身，只有接近学生，用爱去感召学生，才能教育好学生。星辰无数优秀的教师就是这样把爱的种子播撒在学生的心田，长出朵朵绚丽花儿，化成理想腾飞的翅膀。</w:t>
      </w:r>
    </w:p>
    <w:p>
      <w:pPr>
        <w:spacing w:before="100" w:after="200" w:line="360" w:lineRule="auto"/>
        <w:ind w:firstLine="576"/>
        <w:jc w:val="left"/>
      </w:pPr>
      <w:r>
        <w:rPr>
          <w:rFonts w:ascii="宋体" w:eastAsia="宋体" w:hAnsi="宋体"/>
          <w:sz w:val="28"/>
        </w:rPr>
        <w:t>用心看学生也会发现每个孩子身上的闪光点，用心做班主任也会获取琐碎中的喜悦，用心做教师也会收获平凡中的幸福，用心待同事也会学到每个人身上的长处……用心体会快乐，用心收获成长。</w:t>
      </w:r>
    </w:p>
    <w:p>
      <w:pPr>
        <w:spacing w:before="100" w:after="200" w:line="360" w:lineRule="auto"/>
        <w:ind w:firstLine="576"/>
        <w:jc w:val="left"/>
      </w:pPr>
      <w:r>
        <w:rPr>
          <w:rFonts w:ascii="宋体" w:eastAsia="宋体" w:hAnsi="宋体"/>
          <w:sz w:val="28"/>
        </w:rPr>
        <w:t>教书育人就像一场马拉松，需要不断磨砺自己才能继续成长，即使是有着丰富的教学经验和科研经历的老教师，也并不意味着一劳永逸。担任新生班主任对于我来讲是一项全新的工作，有许多的疑问需要解决，有更多责任需要担当，有很多义务需要尽责，有诸多问题需要探索，这次班主任培训为我提供了很好的学习机会，不论是理论知识，还是解决问题的方式方法，都有很大收获。军事训练的部分，不仅是对身体的考验，更多的是对意志的磨练，在集体训练中提高思想站位、提升认识水平、提振团队精神。我坚信：怀揣教书育人的初心，不忘教书育人的使命，坚持不懈地走下去，一定能做好班主任工作。</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前些日子，我们踏上了前往南昌的火车，去参加为期两天的班主任培训，聆听名师的讲座。我们每个人都很高兴，也都非常珍惜这次难得的学习机会。</w:t>
      </w:r>
    </w:p>
    <w:p>
      <w:pPr>
        <w:spacing w:before="100" w:after="200" w:line="360" w:lineRule="auto"/>
        <w:ind w:firstLine="576"/>
        <w:jc w:val="left"/>
      </w:pPr>
      <w:r>
        <w:rPr>
          <w:rFonts w:ascii="宋体" w:eastAsia="宋体" w:hAnsi="宋体"/>
          <w:sz w:val="28"/>
        </w:rPr>
        <w:t>本次学习我感受颇深，发生在这些老师身上的平凡的教育事迹以及他们朴素的教育观，让我明白了我们绝不能辜负“教师”和“班主任”这两个光荣的称号。特别是顾文艳老师的专题讲座《成为呵护童心的“重要他人”》，更加坚定了我教育的理想和信念。</w:t>
      </w:r>
    </w:p>
    <w:p>
      <w:pPr>
        <w:spacing w:before="100" w:after="200" w:line="360" w:lineRule="auto"/>
        <w:ind w:firstLine="576"/>
        <w:jc w:val="left"/>
      </w:pPr>
      <w:r>
        <w:rPr>
          <w:rFonts w:ascii="宋体" w:eastAsia="宋体" w:hAnsi="宋体"/>
          <w:sz w:val="28"/>
        </w:rPr>
        <w:t>初见顾文艳老师，就感觉她有着文人的细腻、女子的清秀、母亲的爱心。她认为教育是美的艺术，应该以美相约，以爱期盼，以水润泽，以慢守候。顾文艳老师喜爱文学，她就用诗歌和想象呵护着孩子梦幻般的童年，用诗歌的气韵轻轻叩击孩子的心智之门，用诗歌的芬芳为孩子们涂抹了一层温暖而又美好的生命底色。</w:t>
      </w:r>
    </w:p>
    <w:p>
      <w:pPr>
        <w:spacing w:before="100" w:after="200" w:line="360" w:lineRule="auto"/>
        <w:ind w:firstLine="576"/>
        <w:jc w:val="left"/>
      </w:pPr>
      <w:r>
        <w:rPr>
          <w:rFonts w:ascii="宋体" w:eastAsia="宋体" w:hAnsi="宋体"/>
          <w:sz w:val="28"/>
        </w:rPr>
        <w:t>这不禁让我想起我的启蒙老师。记得我刚上小学时，因为我还没到上学的年龄爸爸就让我去读书了，所以成了班上最小的一个小学生。教我们语文的是同村的一个民办教师。印象中她总是笑眯眯地看着我们，露出浅浅的酒窝，非常的和蔼可亲。每天中午放学，她总是温柔地牵着我的手带我回家，一边走还一边和我说着笑着。她的温柔、睿智一直影响着我，长大了，我也要做这样的老师！</w:t>
      </w:r>
    </w:p>
    <w:p>
      <w:pPr>
        <w:spacing w:before="100" w:after="200" w:line="360" w:lineRule="auto"/>
        <w:ind w:firstLine="576"/>
        <w:jc w:val="left"/>
      </w:pPr>
      <w:r>
        <w:rPr>
          <w:rFonts w:ascii="宋体" w:eastAsia="宋体" w:hAnsi="宋体"/>
          <w:sz w:val="28"/>
        </w:rPr>
        <w:t>后来，我真的成为了一名人民教师。可是，温柔打动不了幼小的孩子们，他们下课和我玩，上课也不听我的话了。我沮丧极了！在前辈们的指导下，为了管好班级，我的笑容少了，温柔没了，更多的是一副“铁面”。</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p>
    <w:p>
      <w:pPr>
        <w:spacing w:before="100" w:after="200" w:line="360" w:lineRule="auto"/>
        <w:ind w:firstLine="576"/>
        <w:jc w:val="left"/>
      </w:pPr>
      <w:r>
        <w:rPr>
          <w:rFonts w:ascii="宋体" w:eastAsia="宋体" w:hAnsi="宋体"/>
          <w:sz w:val="28"/>
        </w:rPr>
        <w:t>顾文艳老师的讲座唤醒了我的初心，做一个呵护童心的“重要他人”。我们班主任就是孩子成长过程中的“重要他人”。班级是孩子的第二个家，是孩子接受教育的重要场所，是孩子身心健康成长的重要环境。身为班主任，我们有责任关心爱护孩子，教育好孩子。曾经我跟同事调侃管理孩子可是要“威、逼、利、诱”全都用上。真的这样做是不行的，那样只会治标不治本。我们只有细心观察孩子，蹲下身子，了解孩子们的喜怒哀乐，走进孩子们的心灵，耐心地引导孩子，带着他们向着明亮那方，那样才会收获教育的奇迹。</w:t>
      </w:r>
    </w:p>
    <w:p>
      <w:pPr>
        <w:spacing w:before="100" w:after="200" w:line="360" w:lineRule="auto"/>
        <w:ind w:firstLine="576"/>
        <w:jc w:val="left"/>
      </w:pPr>
      <w:r>
        <w:rPr>
          <w:rFonts w:ascii="宋体" w:eastAsia="宋体" w:hAnsi="宋体"/>
          <w:sz w:val="28"/>
        </w:rPr>
        <w:t>顾老师说：“当你用爱呵护一颗颗童心时，他们其实也给了你许多的爱。”确实是这样。今年我又是教一年级，当班主任。一年级的孩子不守纪律，难管这是众所周知的事。开学第一次升旗，我在排队前千叮咛万嘱咐：排队时要站整齐，升旗时不要讲话，要行注目礼。孩子们都大声地回答：“好！”我满意地带着孩子们排队出去。来到操场上，可并没有像他们答应的那样，乱哄哄的，我只好扯着嗓子说：“不守纪律的夏老师不喜欢！女同学站得很好，男同学加油！”一阵整顿，终于安静下来了。还不到两秒种，有个叫涵的小姑娘就开始活跃起来了。一会儿和右边的同学说话，一会儿回过头去说话，我盯着她看了好一会儿，可她并没有注意到我不高兴的样子。我轻轻走过去说：“你再说话我就让你站到前面去说了。”我刚说完，她的眼泪就流下来了，并且“呜呜呜”地哭出声来了。我顿时后悔了！后来，我单独找她聊了一下，并且在课堂表扬她上课坐得端正，听课认真。晚上，她妈妈发来信息说她女儿担心老师不喜欢她。我就把早上的事告诉了她妈妈。后来，涵发来了语音信息（甜甜地说）：“夏老师，你有什么话要对我说吗？”我毫不犹豫地回答：“你今天表现很好！顶呱呱！”她有礼貌地说了一声“谢谢”，听得出她很高兴。</w:t>
      </w:r>
    </w:p>
    <w:p>
      <w:pPr>
        <w:spacing w:before="100" w:after="200" w:line="360" w:lineRule="auto"/>
        <w:ind w:firstLine="576"/>
        <w:jc w:val="left"/>
      </w:pPr>
      <w:r>
        <w:rPr>
          <w:rFonts w:ascii="宋体" w:eastAsia="宋体" w:hAnsi="宋体"/>
          <w:sz w:val="28"/>
        </w:rPr>
        <w:t>从此以后，她时不时地要过来牵着我的衣角和我一起出走出教室，每天放学回家都要和我拥抱一下，还经常来找我聊聊天。看得出她不怕我，还很喜欢我。我很庆幸自己那天并没有把她哭了这件事忘记。</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p>
    <w:p>
      <w:pPr>
        <w:spacing w:before="100" w:after="200" w:line="360" w:lineRule="auto"/>
        <w:ind w:firstLine="576"/>
        <w:jc w:val="left"/>
      </w:pPr>
      <w:r>
        <w:rPr>
          <w:rFonts w:ascii="宋体" w:eastAsia="宋体" w:hAnsi="宋体"/>
          <w:sz w:val="28"/>
        </w:rPr>
        <w:t>的确，班主任的一个无心之举，或许会毁了一个孩子，或许会成就一个孩子。而如果我们能关注每个孩子，小心翼翼地呵护每一颗童心，或许就不会留下遗恨。做一个呵护童心的“重要他人”，我将在这条路上努力前行……</w:t>
      </w:r>
    </w:p>
    <w:p>
      <w:pPr>
        <w:spacing w:before="100" w:after="200" w:line="360" w:lineRule="auto"/>
        <w:ind w:firstLine="576"/>
        <w:jc w:val="left"/>
      </w:pPr>
      <w:r>
        <w:rPr>
          <w:rFonts w:ascii="宋体" w:eastAsia="宋体" w:hAnsi="宋体"/>
          <w:sz w:val="28"/>
        </w:rPr>
        <w:t>为期10天的班主任培训，让我收获颇多，受益匪浅。不仅仅使我从理论上重新认识了班主任工作的内涵，更从三位优秀班主任的案例实践上，给了我处理班级事务的启示。我将在今后的工作中，自觉运用学到的知识和方法，来指导工作，不断学习、反思、总结，努力做好班主任工作</w:t>
      </w:r>
    </w:p>
    <w:p>
      <w:pPr>
        <w:spacing w:before="100" w:after="200" w:line="360" w:lineRule="auto"/>
        <w:ind w:firstLine="576"/>
        <w:jc w:val="left"/>
      </w:pPr>
      <w:r>
        <w:rPr>
          <w:rFonts w:ascii="宋体" w:eastAsia="宋体" w:hAnsi="宋体"/>
          <w:sz w:val="28"/>
        </w:rPr>
        <w:t>我参加了“xx省xx市中小学班主任培训”。在培训过程中，我收获颇多，了解了很多较成功的管理经验，这次班主任培训，能够说是紧张而有序、愉快而充实。培训让我们进一步明确了班主任工作的职责和好处，拓宽了班主任工作的思路，学习到了班主任工作的优秀经验；</w:t>
      </w:r>
    </w:p>
    <w:p>
      <w:pPr>
        <w:spacing w:before="100" w:after="200" w:line="360" w:lineRule="auto"/>
        <w:ind w:firstLine="576"/>
        <w:jc w:val="left"/>
      </w:pPr>
      <w:r>
        <w:rPr>
          <w:rFonts w:ascii="宋体" w:eastAsia="宋体" w:hAnsi="宋体"/>
          <w:sz w:val="28"/>
        </w:rPr>
        <w:t>并让我懂得了如何更科学合理的做一名优秀的班主任，如何用有效的方法管理班级，做学生们欢迎的教师。</w:t>
      </w:r>
    </w:p>
    <w:p>
      <w:pPr>
        <w:spacing w:before="100" w:after="200" w:line="360" w:lineRule="auto"/>
        <w:ind w:firstLine="576"/>
        <w:jc w:val="left"/>
      </w:pPr>
      <w:r>
        <w:rPr>
          <w:rFonts w:ascii="宋体" w:eastAsia="宋体" w:hAnsi="宋体"/>
          <w:sz w:val="28"/>
        </w:rPr>
        <w:t>这次培训共有6个模块，48个专题的资料，涵盖了班主任工作的方方面面。每个模块的资料充实，丰富，有视频课堂、专题讲义、案例研讨、扩展资料、作业考核、思考习题、专家答疑等。每一个模块的讲座，有生动的案例，也有精辟的理论分析。培训让我受益匪浅，也对以后的班主任工作充满了信心。通过培训后，我认真地反思了自己以前的班主任工作，结合学到的知识，我认为在以后的工作中，就应做到以下几个方面：</w:t>
      </w:r>
    </w:p>
    <w:p>
      <w:pPr>
        <w:spacing w:before="100" w:after="200" w:line="360" w:lineRule="auto"/>
        <w:ind w:firstLine="576"/>
        <w:jc w:val="left"/>
      </w:pPr>
      <w:r>
        <w:rPr>
          <w:rFonts w:ascii="宋体" w:eastAsia="宋体" w:hAnsi="宋体"/>
          <w:sz w:val="28"/>
        </w:rPr>
        <w:t>1.班主任应切实有颗事业心</w:t>
      </w:r>
    </w:p>
    <w:p>
      <w:pPr>
        <w:spacing w:before="100" w:after="200" w:line="360" w:lineRule="auto"/>
        <w:ind w:firstLine="576"/>
        <w:jc w:val="left"/>
      </w:pPr>
      <w:r>
        <w:rPr>
          <w:rFonts w:ascii="宋体" w:eastAsia="宋体" w:hAnsi="宋体"/>
          <w:sz w:val="28"/>
        </w:rPr>
        <w:t>我担任班主任工作有十几年，这期间有成功和喜悦；</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https://d.book118.com/798101110013006036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3"/>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8101110013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