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厨房年终总结（19篇）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厨房年终总结 1 </w:t>
      </w:r>
      <w:r>
        <w:rPr>
          <w:lang w:eastAsia="zh-CN"/>
        </w:rPr>
        <w:br/>
      </w:r>
      <w:r>
        <w:rPr>
          <w:lang w:eastAsia="zh-CN"/>
        </w:rPr>
        <w:t>　　很荣幸在这里代表餐饮部和园主题餐厅厨房班组与大家分享20__年的收获与喜悦。（下面，我从四个方面向大家汇报）</w:t>
      </w:r>
      <w:r>
        <w:rPr>
          <w:lang w:eastAsia="zh-CN"/>
        </w:rPr>
        <w:br/>
      </w:r>
      <w:r>
        <w:rPr>
          <w:lang w:eastAsia="zh-CN"/>
        </w:rPr>
        <w:t>　　第一，强化食品安全意识、成本控制意识和市场竞争意识，于试营业第一年扭亏为盈。</w:t>
      </w:r>
      <w:r>
        <w:rPr>
          <w:lang w:eastAsia="zh-CN"/>
        </w:rPr>
        <w:br/>
      </w:r>
      <w:r>
        <w:rPr>
          <w:lang w:eastAsia="zh-CN"/>
        </w:rPr>
        <w:t>　　第二，加大培训、规范菜品主辅料配方，不断创新研发新菜，为逐步打造和园餐厅品牌奠定基础。</w:t>
      </w:r>
      <w:r>
        <w:rPr>
          <w:lang w:eastAsia="zh-CN"/>
        </w:rPr>
        <w:br/>
      </w:r>
      <w:r>
        <w:rPr>
          <w:lang w:eastAsia="zh-CN"/>
        </w:rPr>
        <w:t>　　一年来的经营过程中，我们面临最大的困难是员工队伍不稳定，流动性较大。特别是5至__月份是餐厅最忙也是厨师流动最大的时候，这给厨房工作带来了很大压力和挑战。为稳定菜品质量，为宾客提供优质服务，我们采取了以下几种方式：</w:t>
      </w:r>
      <w:r>
        <w:rPr>
          <w:lang w:eastAsia="zh-CN"/>
        </w:rPr>
        <w:br/>
      </w:r>
      <w:r>
        <w:rPr>
          <w:lang w:eastAsia="zh-CN"/>
        </w:rPr>
        <w:t>　　1.人员打通使用。我们将和园厨房、咖啡厅厨房、甚至员餐厨房的厨师打通使用，以及充分利用园区给予的加班政策，努力克服人员短缺等种种困难，顺利完成了一次又一次的接待任务。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r>
        <w:rPr>
          <w:lang w:eastAsia="zh-CN"/>
        </w:rPr>
        <w:br/>
      </w:r>
      <w:r>
        <w:rPr>
          <w:lang w:eastAsia="zh-CN"/>
        </w:rPr>
        <w:t>　　3.规范菜品主辅料配方，使得不会因为部分厨师离职而影响餐厅菜品的质量和品味。</w:t>
      </w:r>
      <w:r>
        <w:rPr>
          <w:lang w:eastAsia="zh-CN"/>
        </w:rPr>
        <w:br/>
      </w:r>
      <w:r>
        <w:rPr>
          <w:lang w:eastAsia="zh-CN"/>
        </w:rPr>
        <w:t>　　第三，坚持厨房与餐厅密切配合的团队互助精神，创和谐餐厅，共赢佳绩。</w:t>
      </w:r>
      <w:r>
        <w:rPr>
          <w:lang w:eastAsia="zh-CN"/>
        </w:rPr>
        <w:br/>
      </w:r>
      <w:r>
        <w:rPr>
          <w:lang w:eastAsia="zh-CN"/>
        </w:rPr>
        <w:t>　　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r>
        <w:rPr>
          <w:lang w:eastAsia="zh-CN"/>
        </w:rPr>
        <w:br/>
      </w:r>
      <w:r>
        <w:rPr>
          <w:lang w:eastAsia="zh-CN"/>
        </w:rPr>
        <w:t>　　第四，不畏困难，迎难而上，部门上下齐心协力，顺利完成各项大型团队服务和学校重要接待工作。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20__年共创佳绩。</w:t>
      </w:r>
      <w:r>
        <w:rPr>
          <w:lang w:eastAsia="zh-CN"/>
        </w:rPr>
        <w:br/>
      </w:r>
      <w:r>
        <w:rPr>
          <w:lang w:eastAsia="zh-CN"/>
        </w:rPr>
        <w:t>　　厨房年终总结 2</w:t>
      </w:r>
      <w:r>
        <w:rPr>
          <w:lang w:eastAsia="zh-CN"/>
        </w:rPr>
        <w:br/>
      </w:r>
      <w:r>
        <w:rPr>
          <w:lang w:eastAsia="zh-CN"/>
        </w:rPr>
        <w:t>　　20__年已经过去，我将努力改正过去一年工作中的不足，把新的一年工作做好。过去的一年中在领导的关心和同事的热情帮助下，通过自身的不懈努力在工作中取得了一些成功，但也存在诸多不足。回顾过去的一年，也许有失落的、伤心的、成功的、开心的，不过都不重要了因为都已成为了过去。我将努力把20__年的工作做好，现将一年中的工作做如下总结：</w:t>
      </w:r>
      <w:r>
        <w:rPr>
          <w:lang w:eastAsia="zh-CN"/>
        </w:rPr>
        <w:br/>
      </w:r>
      <w:r>
        <w:rPr>
          <w:lang w:eastAsia="zh-CN"/>
        </w:rPr>
        <w:t>　　1、 培训方面：每个月中的星期三，是我培训和总结一周得与失的'时间，在廖师傅的教 诲下使我懂得了怎样去培训自己的下属，管理好每位员工，对工作认真负责。</w:t>
      </w:r>
      <w:r>
        <w:rPr>
          <w:lang w:eastAsia="zh-CN"/>
        </w:rPr>
        <w:br/>
      </w:r>
      <w:r>
        <w:rPr>
          <w:lang w:eastAsia="zh-CN"/>
        </w:rPr>
        <w:t>　　2、 管理方面：上级是下级的模范，我一直坚持以身作则，所以我的班组非常团结。我对任何人都一样，公平、公正、公开的做事，以人为本，人与人的性格多方面的管理方式。20__年厨房全年离职人员较多，20__年厨房全年离职人员较去年来说比较少，所以20__年是比较稳定的一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3、 作为我本人负责厨房管理工作，负责厨房里面的酱料运转、菜品质量的把关、原材 料的控制、厨房的协调以及水电气卫生的监督工作。</w:t>
      </w:r>
      <w:r>
        <w:rPr>
          <w:lang w:eastAsia="zh-CN"/>
        </w:rPr>
        <w:br/>
      </w:r>
      <w:r>
        <w:rPr>
          <w:lang w:eastAsia="zh-CN"/>
        </w:rPr>
        <w:t>　　4、 设备的更换：在6月份前厨房用的老式炉灶火力不猛，出菜速度不快，影响了出品质量。经过多次以总公司领导协商，换成了节能炉灶。火力上来后出菜速度、质量有所提高， 煤气也比以前少了很多。</w:t>
      </w:r>
      <w:r>
        <w:rPr>
          <w:lang w:eastAsia="zh-CN"/>
        </w:rPr>
        <w:br/>
      </w:r>
      <w:r>
        <w:rPr>
          <w:lang w:eastAsia="zh-CN"/>
        </w:rPr>
        <w:t>　　5、本班组在本年度做的不到位，部分员工仪容仪表不到位。有时没按本组相关标准操作， 由于后勤部分人员思想过于开放没法沟通，导致监督力度不到位。</w:t>
      </w:r>
      <w:r>
        <w:rPr>
          <w:lang w:eastAsia="zh-CN"/>
        </w:rPr>
        <w:br/>
      </w:r>
      <w:r>
        <w:rPr>
          <w:lang w:eastAsia="zh-CN"/>
        </w:rPr>
        <w:t>　　总之20__年已过去，20__年又是以今天作为一个起点，新目标、新挑战。在新的一年 里要继续努力工作，勤学习、勤总结，争取在新的一年中更上一个台阶。</w:t>
      </w:r>
      <w:r>
        <w:rPr>
          <w:lang w:eastAsia="zh-CN"/>
        </w:rPr>
        <w:br/>
      </w:r>
      <w:r>
        <w:rPr>
          <w:lang w:eastAsia="zh-CN"/>
        </w:rPr>
        <w:t>　　厨房年终总结 3</w:t>
      </w:r>
      <w:r>
        <w:rPr>
          <w:lang w:eastAsia="zh-CN"/>
        </w:rPr>
        <w:br/>
      </w:r>
      <w:r>
        <w:rPr>
          <w:lang w:eastAsia="zh-CN"/>
        </w:rPr>
        <w:t>　　新年的钟声即将敲响，新的一年就要来临，在即将过去的一年里，中厨房全体员工在酒店领导的正确领导和各部门同事的大力支持协助下，在国家政策对餐饮的不利条件下，在厨房全体员工的共同努力下，圆满完成了酒店的各项接待工作的指标。</w:t>
      </w:r>
      <w:r>
        <w:rPr>
          <w:lang w:eastAsia="zh-CN"/>
        </w:rPr>
        <w:br/>
      </w:r>
      <w:r>
        <w:rPr>
          <w:lang w:eastAsia="zh-CN"/>
        </w:rPr>
        <w:t>　　新的一年开始了，我们有别要回顾总结去年的工作，发扬优势，找出差距，有利于扬长避短，在新的一年里创新进取，努力拼搏，创造更好的成绩。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中央下达的八项纪律，六项制度，严禁公款吃喝，严禁大操大办，铺张浪费的纪律已是两年了，这对我们餐饮企业经营者来说是严峻的挑战和考验，众所周知，中国是政府带动消费，餐饮企业要生存，要发展，想在市场中站稳脚根，并有利润，这是我们餐饮行业管理者必须去思考、掂量的问题，这是我作为酒店厨师长在新的一年的重要工作。</w:t>
      </w:r>
      <w:r>
        <w:rPr>
          <w:lang w:eastAsia="zh-CN"/>
        </w:rPr>
        <w:t xml:space="preserve"> 就去年酒店餐饮部接待的情况来分析，散客少，会议接待少、餐费标准低的情况下，厨房迅速调整思路，调整菜品，把婚宴、乔迁、社会团体接待作为重点来抓，这方面我们取得了一定的成绩。新的`一年里，这一次我们将持之以恒，争取做得更好，取得更好的成绩。</w:t>
      </w:r>
      <w:r>
        <w:rPr>
          <w:lang w:eastAsia="zh-CN"/>
        </w:rPr>
        <w:br/>
      </w:r>
      <w:r>
        <w:rPr>
          <w:lang w:eastAsia="zh-CN"/>
        </w:rPr>
        <w:t>　　在新的一年里厨房将重点抓原材料的采购，进货渠道，降低成本，把利益让给客人，让客人高兴而来，满意而去，做到客人和酒店之间互惠互利，树立更好的口碑。</w:t>
      </w:r>
      <w:r>
        <w:rPr>
          <w:lang w:eastAsia="zh-CN"/>
        </w:rPr>
        <w:br/>
      </w:r>
      <w:r>
        <w:rPr>
          <w:lang w:eastAsia="zh-CN"/>
        </w:rPr>
        <w:t>　　在新的一年里，厨房将严格执行《食品安全法》抓好厨房的安全生产工作，严格厨房规范的操作程序，加强厨房技能技术和作风纪律的培训考核，创新技术、创新菜品，建立一支技术过硬、纪律过硬、作风过硬的厨房团队，杜绝一切安全事故的发生。</w:t>
      </w:r>
      <w:r>
        <w:rPr>
          <w:lang w:eastAsia="zh-CN"/>
        </w:rPr>
        <w:br/>
      </w:r>
      <w:r>
        <w:rPr>
          <w:lang w:eastAsia="zh-CN"/>
        </w:rPr>
        <w:t>　　新的一年即将来临，我们厨房将在严峻的市场竞争中团结一致、努力拼搏、开拓创新、创造利润、创造更好成绩，在新的一年里向酒店圆满交上一份圆答卷，谨此，我代表中厨房全体员工向酒店领导和各部门同事及家人致以新年问候。</w:t>
      </w:r>
      <w:r>
        <w:rPr>
          <w:lang w:eastAsia="zh-CN"/>
        </w:rPr>
        <w:br/>
      </w:r>
      <w:r>
        <w:rPr>
          <w:lang w:eastAsia="zh-CN"/>
        </w:rPr>
        <w:t>　　祝大家在新年里身体健康、工作顺利、合家幸福、更上一层楼。</w:t>
      </w:r>
      <w:r>
        <w:rPr>
          <w:lang w:eastAsia="zh-CN"/>
        </w:rPr>
        <w:br/>
      </w:r>
      <w:r>
        <w:rPr>
          <w:lang w:eastAsia="zh-CN"/>
        </w:rPr>
        <w:t>　　厨房年终总结 4</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新的一年又将来临，回顾过去一年，感慨良多。作为厨房的管理者我始终严格要求自己，以身作则，认真服从领导安排，以招待所利益为重，20__年招待所厨房在领导的关心帮助、各位同志的理解支持下，较好地完成了各项服务保障工作。为了总结经验，克服不足，更好的促进以后的工作，现将这一年来的工作情况汇报如下：</w:t>
      </w:r>
      <w:r>
        <w:rPr>
          <w:lang w:eastAsia="zh-CN"/>
        </w:rPr>
        <w:br/>
      </w:r>
      <w:r>
        <w:rPr>
          <w:lang w:eastAsia="zh-CN"/>
        </w:rPr>
        <w:t>　　一、基本工作情况</w:t>
      </w:r>
      <w:r>
        <w:rPr>
          <w:lang w:eastAsia="zh-CN"/>
        </w:rPr>
        <w:br/>
      </w:r>
      <w:r>
        <w:rPr>
          <w:lang w:eastAsia="zh-CN"/>
        </w:rPr>
        <w:t>　　1、人员管理</w:t>
      </w:r>
      <w:r>
        <w:rPr>
          <w:lang w:eastAsia="zh-CN"/>
        </w:rPr>
        <w:br/>
      </w:r>
      <w:r>
        <w:rPr>
          <w:lang w:eastAsia="zh-CN"/>
        </w:rPr>
        <w:t>　　每天坚持召开早班例会，对所属员工的着装、仪容仪表进行检查，发现问题及时纠正。规范礼貌用语，要求员工见到客人时主动打招呼，并使用敬语。严密组织量化管理、员工手册等内容给员工进行培训，保证每周培训时间不少于1个小时，使员工养成遵章守纪的好习惯。 在培训、检查的同时，严格落实各项规章制度，加强内部管理，对违章违纪的员工重点管理，严格执行量化管理规定。</w:t>
      </w:r>
      <w:r>
        <w:rPr>
          <w:lang w:eastAsia="zh-CN"/>
        </w:rPr>
        <w:br/>
      </w:r>
      <w:r>
        <w:rPr>
          <w:lang w:eastAsia="zh-CN"/>
        </w:rPr>
        <w:t>　　2、菜品更新及创新</w:t>
      </w:r>
      <w:r>
        <w:rPr>
          <w:lang w:eastAsia="zh-CN"/>
        </w:rPr>
        <w:br/>
      </w:r>
      <w:r>
        <w:rPr>
          <w:lang w:eastAsia="zh-CN"/>
        </w:rPr>
        <w:t>　　今年对招待所厨房零点菜谱进行了2次更新，菜品更换率达30%以上。共推出新菜__道，其中像干锅湘之驴、胶东杂鱼锅、独步青椒鱼、豆腐煲等菜品都有很高的点击率，受到客人一致欢迎。针对客人口味需求加强对主食种类进行研究，增加粗粮、小吃等品种，如核桃酥、手抓饼、葱花饼等也都受到了好评。在每次的外事活动都充分做好各项准备工作，通过上网、看书等方式了解客人的生活习性、饮食爱好等，进行配菜、烧制，受到过韩国、德国、澳大利亚等地客人的赞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经常利用空闲时间到市场上进行调研，及时了解市场新的原料、菜品，每月为淮河厅更新一次菜谱，并增加了有机蔬菜、新鲜水果、鱼类等，现在天气逐渐变冷，每天中午还推出了一道例汤，这些也都得到了领导的认可。</w:t>
      </w:r>
      <w:r>
        <w:rPr>
          <w:lang w:eastAsia="zh-CN"/>
        </w:rPr>
        <w:br/>
      </w:r>
      <w:r>
        <w:rPr>
          <w:lang w:eastAsia="zh-CN"/>
        </w:rPr>
        <w:t>　　聘请粤菜师傅到招待所内进行菜品技术经验交流，在此期间，也推出了一系列粤菜系菜品，主要以家常、清淡为主，在摆盘、盘头装饰上也进行了突破创新，并为宴会厅购置了一批新的餐具及器皿，增添菜品新鲜感、创新度。</w:t>
      </w:r>
      <w:r>
        <w:rPr>
          <w:lang w:eastAsia="zh-CN"/>
        </w:rPr>
        <w:br/>
      </w:r>
      <w:r>
        <w:rPr>
          <w:lang w:eastAsia="zh-CN"/>
        </w:rPr>
        <w:t>　　3、安全管理</w:t>
      </w:r>
      <w:r>
        <w:rPr>
          <w:lang w:eastAsia="zh-CN"/>
        </w:rPr>
        <w:br/>
      </w:r>
      <w:r>
        <w:rPr>
          <w:lang w:eastAsia="zh-CN"/>
        </w:rPr>
        <w:t>　　（1）在食品卫生安全方面，始终坚持坚持先进先出的原则。严把食品卫生关，从进货、领料、烹调制作都严格检查，防止食物污染。要求各班组上班后首先搞好案板、灶台卫生，准备好各种调味品，检查过滤防止杂物混入影响菜品质量，严格按操作程序工作，对刀具、案板等用具按规定消毒。厨房各冰箱管理责任落实到人，专人负责，食品分类存放，保证每周至少彻底清洗一次。环境卫生实行“地域分工、包干负责、落实到人”的原则。通过以上各项措施及各位员工的努力，在每次食品涂抹化验中各项食品、餐具都能达到标准，未出现一次食物中毒事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设备及人员安全方面。每天对厨房灶具旁的墙壁、抽油烟罩等容易污染处进行清洗，对于油烟管道至少每半年清洗一次。定期对厨房内的燃气燃油管道、法兰接头、阀门作检查，防止泄漏。每天安排值班人，在下班后关闭所有的燃气燃油阀门，切断气源、火源、电源后才能离开。</w:t>
      </w:r>
      <w:r>
        <w:rPr>
          <w:lang w:eastAsia="zh-CN"/>
        </w:rPr>
        <w:br/>
      </w:r>
      <w:r>
        <w:rPr>
          <w:lang w:eastAsia="zh-CN"/>
        </w:rPr>
        <w:t>　　至少每月进行一次消防安全知识培训，让所有人员了解到灭火器、消防栓的使用方法，知道主要电源、煤气、自来水开关的位置。对容易发生工伤事故的`机器进行重点在岗培训，并请杰明欣公司定期对生产设备和设施进行检查，例如阀门的开合、设备维护等。通过以上的努力，招待所厨房在全年内未出一次安全事故。</w:t>
      </w:r>
      <w:r>
        <w:rPr>
          <w:lang w:eastAsia="zh-CN"/>
        </w:rPr>
        <w:br/>
      </w:r>
      <w:r>
        <w:rPr>
          <w:lang w:eastAsia="zh-CN"/>
        </w:rPr>
        <w:t>　　4、成本管理</w:t>
      </w:r>
      <w:r>
        <w:rPr>
          <w:lang w:eastAsia="zh-CN"/>
        </w:rPr>
        <w:br/>
      </w:r>
      <w:r>
        <w:rPr>
          <w:lang w:eastAsia="zh-CN"/>
        </w:rPr>
        <w:t>　　根据菜品安排厨师班组，各班组厨师对各自烹调品种负责，严格按照产品规格进行加工，使产品统一标准，保证菜品质量。对每道菜的出成率进行计算，对菜量进行控制，配菜时按照人数进行配备。尤其是宴会餐，严格核算每人标准，避免菜量过多造成浪费。</w:t>
      </w:r>
      <w:r>
        <w:rPr>
          <w:lang w:eastAsia="zh-CN"/>
        </w:rPr>
        <w:br/>
      </w:r>
      <w:r>
        <w:rPr>
          <w:lang w:eastAsia="zh-CN"/>
        </w:rPr>
        <w:t>　　根据菜品本身需求制订原料采购标准，采购以日为单位，根据经营状况规律进行计划性下单，避免积压。对原料粗加工、切配工作流程及标准进行规范，严格按照标准测算出原料的粗加工、切配的出成率。每天对垃圾桶进行检查，查看原材料的浪费情况，对于恶意浪费者进行重罚。</w:t>
      </w:r>
      <w:r>
        <w:rPr>
          <w:lang w:eastAsia="zh-CN"/>
        </w:rPr>
        <w:br/>
      </w:r>
      <w:r>
        <w:rPr>
          <w:lang w:eastAsia="zh-CN"/>
        </w:rPr>
        <w:t>　　二、工作中存在的不足</w:t>
      </w:r>
      <w:r>
        <w:rPr>
          <w:lang w:eastAsia="zh-CN"/>
        </w:rPr>
        <w:br/>
      </w:r>
      <w:r>
        <w:rPr>
          <w:lang w:eastAsia="zh-CN"/>
        </w:rPr>
        <w:t>　　1、创新意识不强，走出去的少，不能及时对菜品进行更新进调换，对淮河厅菜品的研制不够细致，不深入，没能充分结合领导身体情况及季节的变化进行调配。</w:t>
      </w:r>
      <w:r>
        <w:rPr>
          <w:lang w:eastAsia="zh-CN"/>
        </w:rPr>
        <w:br/>
      </w:r>
      <w:r>
        <w:rPr>
          <w:lang w:eastAsia="zh-CN"/>
        </w:rPr>
        <w:t>　　2、现在的工作重心主要还是放在招待所厨房，对于食堂厨房的菜品关心的少。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三、明年工作展望</w:t>
      </w:r>
      <w:r>
        <w:rPr>
          <w:lang w:eastAsia="zh-CN"/>
        </w:rPr>
        <w:br/>
      </w:r>
      <w:r>
        <w:rPr>
          <w:lang w:eastAsia="zh-CN"/>
        </w:rPr>
        <w:t>　　1、建立招待所厨房菜库，对各项菜品进行分类整理，并将收集到的客人意见及建立存档备案，作为改进菜品的依据。</w:t>
      </w:r>
      <w:r>
        <w:rPr>
          <w:lang w:eastAsia="zh-CN"/>
        </w:rPr>
        <w:br/>
      </w:r>
      <w:r>
        <w:rPr>
          <w:lang w:eastAsia="zh-CN"/>
        </w:rPr>
        <w:t>　　2、将工作重心放到淮河厅，针对局领导身体情况，根据季节的变换，对煲汤类菜品进行研制，把菜品做细、做精。</w:t>
      </w:r>
      <w:r>
        <w:rPr>
          <w:lang w:eastAsia="zh-CN"/>
        </w:rPr>
        <w:br/>
      </w:r>
      <w:r>
        <w:rPr>
          <w:lang w:eastAsia="zh-CN"/>
        </w:rPr>
        <w:t>　　3、加强与食堂的沟通交流，对每周的菜谱进行研讨，对菜品进行合理调剂。</w:t>
      </w:r>
      <w:r>
        <w:rPr>
          <w:lang w:eastAsia="zh-CN"/>
        </w:rPr>
        <w:br/>
      </w:r>
      <w:r>
        <w:rPr>
          <w:lang w:eastAsia="zh-CN"/>
        </w:rPr>
        <w:t>　　4、加紧菜品创新工作，厨师长及有关人员每周至少一次 对市场进行考察、及时发现挖掘新、奇、特原料和货源，不断更新菜品。集众家之长，经常到其他酒店学习、交流、取经，对每道菜品都要进行认真分析，确保每道菜品都能适合顾客口味，被顾客称赞。</w:t>
      </w:r>
      <w:r>
        <w:rPr>
          <w:lang w:eastAsia="zh-CN"/>
        </w:rPr>
        <w:br/>
      </w:r>
      <w:r>
        <w:rPr>
          <w:lang w:eastAsia="zh-CN"/>
        </w:rPr>
        <w:t>　　5、每月对厨房人员进行一次专业技能考核，由厨师长或其他考评人按标准进行检查考核，优胜劣汰，实行末位淘汰制。</w:t>
      </w:r>
      <w:r>
        <w:rPr>
          <w:lang w:eastAsia="zh-CN"/>
        </w:rPr>
        <w:br/>
      </w:r>
      <w:r>
        <w:rPr>
          <w:lang w:eastAsia="zh-CN"/>
        </w:rPr>
        <w:t>　　6、成本控制和节能</w:t>
      </w:r>
      <w:r>
        <w:rPr>
          <w:lang w:eastAsia="zh-CN"/>
        </w:rPr>
        <w:br/>
      </w:r>
      <w:r>
        <w:rPr>
          <w:lang w:eastAsia="zh-CN"/>
        </w:rPr>
        <w:t>　　在管理好菜品质量的同时，要检查菜品的使用率，从原材料 的购进，要及时了解市场行情，验收好质量、数量，要求粗加工做好材料的分配及下脚料的回收利用，在切配时要检查菜品使用率，主辅料的合理配制，最后控制好成品的售价。在节能方面，加强宣传、教育，将“提倡节约、反对浪费、开源节流”的观念深入员工心中，增强员工的节约意识。杜绝“长流水、长明灯、长开空调”的现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7、为重要的突出的员工制定工作计划和发展目标，教育引导员工正确的树立职业观和价值观。对现役战士进行重点培养，定期开展专业技能培训，每月对工作表现进行评价。</w:t>
      </w:r>
      <w:r>
        <w:rPr>
          <w:lang w:eastAsia="zh-CN"/>
        </w:rPr>
        <w:br/>
      </w:r>
      <w:r>
        <w:rPr>
          <w:lang w:eastAsia="zh-CN"/>
        </w:rPr>
        <w:t>　　8、建立开放、和谐的沟通渠道，让大家积极参与，踊跃发表对于工作上的，生活上的意见，对员工提出的意见适时地给予认可、赞扬。员工在思想和生活上有困难时，设法为他们排忧解难。</w:t>
      </w:r>
      <w:r>
        <w:rPr>
          <w:lang w:eastAsia="zh-CN"/>
        </w:rPr>
        <w:br/>
      </w:r>
      <w:r>
        <w:rPr>
          <w:lang w:eastAsia="zh-CN"/>
        </w:rPr>
        <w:t>　　总结一年来的工作，我觉得有所失也有所得，虽然也取得了 一些成绩，但距离领导的要求和期望还是有一定距离。在今后的工作中，我将同厨师班子一起，发扬成绩，克服不足，继续努力，加强学习，尽职尽责的完成好各项工作任务，有不足之处还恳请各位多进行批评、指正和帮助。在此我要衷心感谢领导和组织对我多年的培养，更要感谢大家对我工作的一贯支持。 谢谢大家！</w:t>
      </w:r>
      <w:r>
        <w:rPr>
          <w:lang w:eastAsia="zh-CN"/>
        </w:rPr>
        <w:br/>
      </w:r>
      <w:r>
        <w:rPr>
          <w:lang w:eastAsia="zh-CN"/>
        </w:rPr>
        <w:t>　　厨房年终总结 5</w:t>
      </w:r>
      <w:r>
        <w:rPr>
          <w:lang w:eastAsia="zh-CN"/>
        </w:rPr>
        <w:br/>
      </w:r>
      <w:r>
        <w:rPr>
          <w:lang w:eastAsia="zh-CN"/>
        </w:rPr>
        <w:t>　　忙忙碌碌的一学期即将过去，我作为一名厨房的工作人员，为了提高自己的工作质量，在此将本期工作作以下总结：</w:t>
      </w:r>
      <w:r>
        <w:rPr>
          <w:lang w:eastAsia="zh-CN"/>
        </w:rPr>
        <w:br/>
      </w:r>
      <w:r>
        <w:rPr>
          <w:lang w:eastAsia="zh-CN"/>
        </w:rPr>
        <w:t>　　一、认认真真做事，老老实实做人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厨房工作看起来是一项简单的工作，特别是像我这样在厨房打杂的人员，好像就是洗洗切切的事情，但我不这样想，因为厨房的的一切事情，不管是主厨还是打杂都关系到全园幼儿的安全和健康，虽然事小但关系重大，因此每天上班我都十分的投入。不管刚开学时天气多么寒冷，学期结束时天气多么炎热，我总是自觉克服困难，严格按照幼儿园厨房工作条例，认认真真地做好自己份内的工作，从不轻视这些洗洗切切的事情。也许，在一些人的`眼里，我的工作微不足道，但我想，既然幼儿园领导相信我，把这份工作的机会给了我，我就要对得起幼儿园，对得起家长们和孩子们，做一个诚实守信的人，做一个老老实实的人，认认真真干好自己的工作，让家长们满意，让领导放心!</w:t>
      </w:r>
      <w:r>
        <w:rPr>
          <w:lang w:eastAsia="zh-CN"/>
        </w:rPr>
        <w:br/>
      </w:r>
      <w:r>
        <w:rPr>
          <w:lang w:eastAsia="zh-CN"/>
        </w:rPr>
        <w:t>　　二、勤勤恳恳不计得失</w:t>
      </w:r>
      <w:r>
        <w:rPr>
          <w:lang w:eastAsia="zh-CN"/>
        </w:rPr>
        <w:br/>
      </w:r>
      <w:r>
        <w:rPr>
          <w:lang w:eastAsia="zh-CN"/>
        </w:rPr>
        <w:t>　　大家都知道，厨房的工作不像当老师，需要很高的文化，需要口才和专业技术，厨房工作主要是细致和认真，我认为还要舍得花力气，要有乐于奉献的精神。我想，我的文化程度虽然不高，但我的力气还是有的，因此在工作中，我从不挑三拣四，不但服从组长的安排，还主动为组长排忧解难，平时与同事们在一起也总是将重活留给自己干，把方便尽量留给他人。本期我因为生病耽误了一个星期，我生怕给大家添了麻烦，当病情刚有好转我就回到了工作岗位，不顾自己的身体还在恢复中，全身心地投入了工作。我常常觉得：人的力气不像别的东西用了就没有了，只要勤劳力气就会用之不尽，因此在幼儿园不管遇到谁有需要帮忙的地方，只要我能做到我就不会拒绝，我想，幼儿园的事情就是我的事情，不管谁做都是为了集体。</w:t>
      </w:r>
      <w:r>
        <w:rPr>
          <w:lang w:eastAsia="zh-CN"/>
        </w:rPr>
        <w:br/>
      </w:r>
      <w:r>
        <w:rPr>
          <w:lang w:eastAsia="zh-CN"/>
        </w:rPr>
        <w:t>　　三、找窍门使巧劲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幼儿园工作已有几个年头了，虽然我的工作都是力气活，但并不是没有规律可循。我常常在琢磨，怎样使重复的环节少一些，怎样把事情做得又多又快又好，既节省时间提高效率，又保证工作质量。我想，只要肯动脑精，找窍门使巧劲，一定会把工作做得又好又开心。现在，我的事情越做越顺手，我也越来越喜欢这份工作了。</w:t>
      </w:r>
      <w:r>
        <w:rPr>
          <w:lang w:eastAsia="zh-CN"/>
        </w:rPr>
        <w:br/>
      </w:r>
      <w:r>
        <w:rPr>
          <w:lang w:eastAsia="zh-CN"/>
        </w:rPr>
        <w:t>　　四、明年工作展望</w:t>
      </w:r>
      <w:r>
        <w:rPr>
          <w:lang w:eastAsia="zh-CN"/>
        </w:rPr>
        <w:br/>
      </w:r>
      <w:r>
        <w:rPr>
          <w:lang w:eastAsia="zh-CN"/>
        </w:rPr>
        <w:t>　　1、成本控制和节能。在管理好菜品质量的同时，要检查菜品的使用率，从原材料 的购进，要及时了解市场行情，验收好质量、数量，要求粗加工做好材料的分配及下脚料的回收利用，在切配时要检查菜品使用率，主辅料的合理配制，最后控制好成品的售价。在节能方面，加强宣传、教育，将“提倡节约、反对浪费、开源节流”的观念深入员工心中，增强员工的节约意识。杜绝“长流水、长明灯、长开空调”的现象。</w:t>
      </w:r>
      <w:r>
        <w:rPr>
          <w:lang w:eastAsia="zh-CN"/>
        </w:rPr>
        <w:br/>
      </w:r>
      <w:r>
        <w:rPr>
          <w:lang w:eastAsia="zh-CN"/>
        </w:rPr>
        <w:t>　　2、为重要的突出的员工制定工作计划和发展目标，教育引导员工正确的树立职业观和价值观。对现役战士进行重点培养，定期开展专业技能培训，每月对工作表现进行评价。</w:t>
      </w:r>
      <w:r>
        <w:rPr>
          <w:lang w:eastAsia="zh-CN"/>
        </w:rPr>
        <w:br/>
      </w:r>
      <w:r>
        <w:rPr>
          <w:lang w:eastAsia="zh-CN"/>
        </w:rPr>
        <w:t>　　3、建立开放、和谐的沟通渠道，让大家积极参与，踊跃发表对于工作上的，生活上的意见，对员工提出的意见适时地给予认可、赞扬。员工在思想和生活上有困难时，设法为他们排忧解难。</w:t>
      </w:r>
      <w:r>
        <w:rPr>
          <w:lang w:eastAsia="zh-CN"/>
        </w:rPr>
        <w:br/>
      </w:r>
      <w:r>
        <w:rPr>
          <w:lang w:eastAsia="zh-CN"/>
        </w:rPr>
        <w:t>　　厨房年终总结 6</w:t>
      </w:r>
      <w:r>
        <w:rPr>
          <w:lang w:eastAsia="zh-CN"/>
        </w:rPr>
        <w:br/>
      </w:r>
      <w:r>
        <w:rPr>
          <w:lang w:eastAsia="zh-CN"/>
        </w:rPr>
        <w:t>　　__年即将过去，回首年前的工作计划和这一年中的忙碌种种，厨房员工付出了艰辛的努力，大家齐心协力，积极奋斗，在完成计划的同时还创造了一个个的惊喜，但也有不足需要我们去总结和弥补。</w:t>
      </w:r>
      <w:r>
        <w:rPr>
          <w:lang w:eastAsia="zh-CN"/>
        </w:rPr>
        <w:br/>
      </w:r>
      <w:r>
        <w:rPr>
          <w:lang w:eastAsia="zh-CN"/>
        </w:rPr>
        <w:t>　　一、__年工作总结：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1.加强厨房内部培训。根据前一年的工作总结，厨房员工工作能力差和工作意识不强现象，严抓新员工的工作服务意识，强化岗位技能，提升员工的综合能力。</w:t>
      </w:r>
      <w:r>
        <w:rPr>
          <w:lang w:eastAsia="zh-CN"/>
        </w:rPr>
        <w:br/>
      </w:r>
      <w:r>
        <w:rPr>
          <w:lang w:eastAsia="zh-CN"/>
        </w:rPr>
        <w:t>　　2.加强前后台沟通和协调，提升对客服务。定期拓开厨房、前台协调会议，增强香榭里人员的团队意识和服务意识，发现并解决工作中的存在的'不足，前后台相互协助，共同努力，提升了餐厅的品牌。</w:t>
      </w:r>
      <w:r>
        <w:rPr>
          <w:lang w:eastAsia="zh-CN"/>
        </w:rPr>
        <w:br/>
      </w:r>
      <w:r>
        <w:rPr>
          <w:lang w:eastAsia="zh-CN"/>
        </w:rPr>
        <w:t>　　3.合理安排人员，劳动力综合运用。在竞争日益激烈的当今，人员紧张，根据厨房现有人员对其进行合理安排，综合运用，及时调整员工的工作内容，提升员工的工作效率。</w:t>
      </w:r>
      <w:r>
        <w:rPr>
          <w:lang w:eastAsia="zh-CN"/>
        </w:rPr>
        <w:br/>
      </w:r>
      <w:r>
        <w:rPr>
          <w:lang w:eastAsia="zh-CN"/>
        </w:rPr>
        <w:t>　　4.进一步规范和明确厨房奖励考核制度。为提升厨房员工工作效率，增强团队战斗力和凝聚力，提高员工总体水平和素质，培养员工积极进取的工作态度，对员工的奖励及考核方案作了进一步的明细规定。</w:t>
      </w:r>
      <w:r>
        <w:rPr>
          <w:lang w:eastAsia="zh-CN"/>
        </w:rPr>
        <w:br/>
      </w:r>
      <w:r>
        <w:rPr>
          <w:lang w:eastAsia="zh-CN"/>
        </w:rPr>
        <w:t>　　5.一如既往做好厨房“五常法”和卫生工作，厨房的卫生和“五常法”工作一直是厨房工作的重点之一，厨房员工持之以恒进行落实。在饭店星级复评自查中，受饭店领导好评，还被评为西餐部“五常法”示范厨房。</w:t>
      </w:r>
      <w:r>
        <w:rPr>
          <w:lang w:eastAsia="zh-CN"/>
        </w:rPr>
        <w:br/>
      </w:r>
      <w:r>
        <w:rPr>
          <w:lang w:eastAsia="zh-CN"/>
        </w:rPr>
        <w:t>　　6.体现餐厅品牌，突出个性化服务。在平日服务中，前后台共同配合，不缺乏个性服务，对特殊客人特殊对待，这其中有为孕妇制定制作为期两个多月的营养餐，有为喜好美食的常客长期制作个性菜肴等等。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7.坚持做好各厨房的协调配合工作。严把出品质量关，保证从本厨房出去的任何成品或半成品符合标准，提升部门的服务与品质。</w:t>
      </w:r>
      <w:r>
        <w:rPr>
          <w:lang w:eastAsia="zh-CN"/>
        </w:rPr>
        <w:br/>
      </w:r>
      <w:r>
        <w:rPr>
          <w:lang w:eastAsia="zh-CN"/>
        </w:rPr>
        <w:t>　　8.圆满完成月饼销售任务。一年一度的月饼销售工作厨房人员齐心协力，把工作重点放在销售上，虽厨房人员的销售能力薄弱，但经过两个多月的努力，圆满完成任务。</w:t>
      </w:r>
      <w:r>
        <w:rPr>
          <w:lang w:eastAsia="zh-CN"/>
        </w:rPr>
        <w:br/>
      </w:r>
      <w:r>
        <w:rPr>
          <w:lang w:eastAsia="zh-CN"/>
        </w:rPr>
        <w:t>　　9.各节日美食活动丰富多彩。从中西混合套餐到经典自助吧台，从母亲节温馨套餐到圣诞大餐，给客人带来的不光是美食，更多的是惊喜和满足。</w:t>
      </w:r>
      <w:r>
        <w:rPr>
          <w:lang w:eastAsia="zh-CN"/>
        </w:rPr>
        <w:br/>
      </w:r>
      <w:r>
        <w:rPr>
          <w:lang w:eastAsia="zh-CN"/>
        </w:rPr>
        <w:t>　　10.创造具有南苑特色的优秀西餐菜肴。厨房内部创新开拓，研制了许多深受客人喜爱的西餐零点菜肴；在参加全省烹饪技能大赛中屡获金奖、特金奖，为饭店争夺荣誉。</w:t>
      </w:r>
      <w:r>
        <w:rPr>
          <w:lang w:eastAsia="zh-CN"/>
        </w:rPr>
        <w:br/>
      </w:r>
      <w:r>
        <w:rPr>
          <w:lang w:eastAsia="zh-CN"/>
        </w:rPr>
        <w:t>　　这些都离不开全体人员的共同努力，也离不开领导的支持和配合。在这一年中厨房取得了一些成绩，但我们更多的思考应该是我们的不足，在竞争如此激烈的今天，我们如何在明天创造更多的业绩，这需要我们群力群策。我们会在新的一年中，共同面对困难，共同挑战未来，创造更美好的明天。</w:t>
      </w:r>
      <w:r>
        <w:rPr>
          <w:lang w:eastAsia="zh-CN"/>
        </w:rPr>
        <w:br/>
      </w:r>
      <w:r>
        <w:rPr>
          <w:lang w:eastAsia="zh-CN"/>
        </w:rPr>
        <w:t>　　厨房年终总结 7</w:t>
      </w:r>
      <w:r>
        <w:rPr>
          <w:lang w:eastAsia="zh-CN"/>
        </w:rPr>
        <w:br/>
      </w:r>
      <w:r>
        <w:rPr>
          <w:lang w:eastAsia="zh-CN"/>
        </w:rPr>
        <w:t>　　不知不觉中，20__年即将过过去，新的一年即将来临。在__酒店当厨师已经快一年了，现在，就20__年的工作做下总结：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r>
        <w:rPr>
          <w:lang w:eastAsia="zh-CN"/>
        </w:rPr>
        <w:br/>
      </w:r>
      <w:r>
        <w:rPr>
          <w:lang w:eastAsia="zh-CN"/>
        </w:rPr>
        <w:t>　　二、在厨政管理方面，以系统化整合核心竞争力，以规范化提升管理水平，以现代信息手段提高市场竞争力，以效益化为目标指导厨政管理工作。</w:t>
      </w:r>
      <w:r>
        <w:rPr>
          <w:lang w:eastAsia="zh-CN"/>
        </w:rPr>
        <w:br/>
      </w:r>
      <w:r>
        <w:rPr>
          <w:lang w:eastAsia="zh-CN"/>
        </w:rPr>
        <w:t>　　三、在人员方面，进行专业技能考核，优胜劣汰，采用请进来走出去和定期培训的办法来提高人员的业务技能和专业素养。在结合实际的`前提下，进一步完善厨房内部的各种规章制度。</w:t>
      </w:r>
      <w:r>
        <w:rPr>
          <w:lang w:eastAsia="zh-CN"/>
        </w:rPr>
        <w:br/>
      </w:r>
      <w:r>
        <w:rPr>
          <w:lang w:eastAsia="zh-CN"/>
        </w:rPr>
        <w:t>　　四、 在原材料的验收和使用方面，做到严把原材料质量关，提高原材料的使用率，争取把最大的利益让给顾客。</w:t>
      </w:r>
      <w:r>
        <w:rPr>
          <w:lang w:eastAsia="zh-CN"/>
        </w:rPr>
        <w:br/>
      </w:r>
      <w:r>
        <w:rPr>
          <w:lang w:eastAsia="zh-CN"/>
        </w:rPr>
        <w:t>　　五、在食品卫生安全、消防安全方面 严格执行《食品卫生法》。抓好厨房卫生安全工作。 严格执行规范操作程序，预防各类事故的发生，做到安全生产，警钟长鸣。</w:t>
      </w:r>
      <w:r>
        <w:rPr>
          <w:lang w:eastAsia="zh-CN"/>
        </w:rPr>
        <w:br/>
      </w:r>
      <w:r>
        <w:rPr>
          <w:lang w:eastAsia="zh-CN"/>
        </w:rPr>
        <w:t>　　六、在菜肴的出品把关上，采用四层把关制，一关否定制，即配菜厨师把关、炉台厨师把关、传菜员把关、服务员把关，一关发现有问题，都有退回的权力。否则都得承担相应的责任。</w:t>
      </w:r>
      <w:r>
        <w:rPr>
          <w:lang w:eastAsia="zh-CN"/>
        </w:rPr>
        <w:br/>
      </w:r>
      <w:r>
        <w:rPr>
          <w:lang w:eastAsia="zh-CN"/>
        </w:rPr>
        <w:t>　　以上是我对过去的一年做的工作总结。在新的一年里，我将继续努力，争取把工作做的更好。</w:t>
      </w:r>
      <w:r>
        <w:rPr>
          <w:lang w:eastAsia="zh-CN"/>
        </w:rPr>
        <w:br/>
      </w:r>
      <w:r>
        <w:rPr>
          <w:lang w:eastAsia="zh-CN"/>
        </w:rPr>
        <w:t>　　厨房年终总结 8</w:t>
      </w:r>
      <w:r>
        <w:rPr>
          <w:lang w:eastAsia="zh-CN"/>
        </w:rPr>
        <w:br/>
      </w:r>
      <w:r>
        <w:rPr>
          <w:lang w:eastAsia="zh-CN"/>
        </w:rPr>
        <w:t>　　时光荏苒，光阴似箭，一年很快就要过去了。回首过去的一年，感慨万千这是我第八次写职位年终工作总结。今年整个深圳市场物价迅猛上涨，人员成本同时也不断上升，在公司的大力改革、管理培训和大家的共同努力下，公司也越来越正规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现在回顾一年的工作历程。由开始生意淡，到生意慢慢的好起来，在到生意淡下来。我们做的龙虾主题是季节性的，由于虾、蟹的原因。但是今年跟往年又不一样，今年的生意好起来比较晚，受到去年的龙虾事件原因，还有夏天天旱内地虾肉质不饱满等。再有就是生意慢慢好的时候，这些员工服务和菜品推销就跟不上。员工的流失也很大，老员工没有，新员工跟不上。厨房这块也有很多不足，菜品出品慢，员工不稳定导致员工业务跟不上。当然在工作中我也有很多做的不到位。如菜的出品稳定方面、卫生方面等抓的都不是很到位。员工管理方面：作为一个优秀的管理者，自己必须要深入了解自己的下属，包括他的人品、性格、爱好、处事作风、工作能力等诸多方面，针对不同性格、不同年龄段、不同能力的人应该分别予以不同的管理方式、说话语气和工作任务，做到人尽其才，物尽其用。同时要懂得关心自己的员工，真诚的关心。当他们犯错的`时候，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自己的威信。在一上我认识到自己的很多不足，我会在来年的工作中改掉这些不足，做一个优秀的管理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辞旧迎新之际，我们将在20__年的基础上，继续加强经营管理、质量卫生监控和成本控制，同时要改进自己的工作思路，考察新的菜品，加快菜肴的创新，从而寻求在20__年创造更好的经济效益和社会效益。在各位领导和同仁的指导和帮助下，我们的团队一定能够抓住机遇，迎接挑战，走向一个收获的20__！</w:t>
      </w:r>
      <w:r>
        <w:rPr>
          <w:lang w:eastAsia="zh-CN"/>
        </w:rPr>
        <w:br/>
      </w:r>
      <w:r>
        <w:rPr>
          <w:lang w:eastAsia="zh-CN"/>
        </w:rPr>
        <w:t>　　厨房年终总结 9</w:t>
      </w:r>
      <w:r>
        <w:rPr>
          <w:lang w:eastAsia="zh-CN"/>
        </w:rPr>
        <w:br/>
      </w:r>
      <w:r>
        <w:rPr>
          <w:lang w:eastAsia="zh-CN"/>
        </w:rPr>
        <w:t>　　新年的钟声即将敲响，新的就要来临，在即将过去的一年里，中厨房全体在酒店的正确领导和各部门同事的大力支持协助下，在国家政策对餐饮的不利条件下，在厨房全体员工的共同努力下，圆满完成了酒店的接待的指标。</w:t>
      </w:r>
      <w:r>
        <w:rPr>
          <w:lang w:eastAsia="zh-CN"/>
        </w:rPr>
        <w:br/>
      </w:r>
      <w:r>
        <w:rPr>
          <w:lang w:eastAsia="zh-CN"/>
        </w:rPr>
        <w:t>　　新的一年开始了，我们有别要回顾总结去年的工作，发扬优势，找出差距，有利于扬长避短，在新的一年里进取，努力拼搏，创造更好的成绩。</w:t>
      </w:r>
      <w:r>
        <w:rPr>
          <w:lang w:eastAsia="zh-CN"/>
        </w:rPr>
        <w:br/>
      </w:r>
      <w:r>
        <w:rPr>
          <w:lang w:eastAsia="zh-CN"/>
        </w:rPr>
        <w:t>　　中央下达的八项纪律，六项制度，严禁公款吃喝，严禁大操大办，铺张浪费的纪律已是两年了，这对我们餐饮企业经营者来说是严峻的挑战和考验，众所周知，中国是政府带动消费，餐饮企业要生存，要发展，想在市场中站稳脚根，并有利润，这是我们餐饮行业管理者必须去思考、掂量的问题，这是我作为酒店厨师长在新的一年的重要工作。 就去年酒店餐饮部接待的情况来分析，散客少，会议接待少、餐费标准低的情况下，厨房迅速调整思路，调整，把婚宴、乔迁、社会团体接待作为重点来抓，这方面我们取得了一定的成绩。新的一年里，这一次我们将持之以恒，争取做得更好，取得更好的成绩。</w:t>
      </w:r>
      <w:r>
        <w:rPr>
          <w:lang w:eastAsia="zh-CN"/>
        </w:rPr>
        <w:br/>
      </w:r>
    </w:p>
    <w:p w:rsidR="001B1F19" w14:textId="27C3F48A">
      <w:pPr>
        <w:rPr>
          <w:rFonts w:hint="eastAsia"/>
          <w:lang w:eastAsia="zh-CN"/>
        </w:rPr>
      </w:pPr>
      <w:r>
        <w:rPr>
          <w:lang w:eastAsia="zh-CN"/>
        </w:rPr>
        <w:t>　　在新的'一年里厨房将重点抓原材料的采购，进货渠道，降低成本，把利益让给，让客人高兴而来，满意而去，做到客人和酒店之间互惠互利，树立更好的口碑。</w:t>
      </w:r>
      <w:r>
        <w:rPr>
          <w:lang w:eastAsia="zh-CN"/>
        </w:rPr>
        <w:br/>
      </w:r>
      <w:r>
        <w:rPr>
          <w:lang w:eastAsia="zh-CN"/>
        </w:rPr>
        <w:t>　　在新的一年里，厨房将严格执行《食品安全法》抓好厨房的安全生产工作，严格厨房规范的操作程序，加强厨房技能技术和作风纪律的考核，创新技术、创新菜品，建立一支技术过硬、纪律过硬、作风过硬的厨房团队，杜绝一切安全事故的发生。</w:t>
      </w:r>
      <w:r>
        <w:rPr>
          <w:lang w:eastAsia="zh-CN"/>
        </w:rPr>
        <w:br/>
      </w:r>
      <w:r>
        <w:rPr>
          <w:lang w:eastAsia="zh-CN"/>
        </w:rPr>
        <w:t>　　新的一年即将来临，我们厨房将在严峻的市场竞争中团结一致、努力拼搏、开拓创新、创造利润、创造更好成绩，在新的一年里向酒店圆满交上一份圆答卷，谨此，我代表中厨房全体员工向酒店领导和各部门同事及家人致以新年问候。</w:t>
      </w:r>
      <w:r>
        <w:rPr>
          <w:lang w:eastAsia="zh-CN"/>
        </w:rPr>
        <w:br/>
      </w:r>
      <w:r>
        <w:rPr>
          <w:lang w:eastAsia="zh-CN"/>
        </w:rPr>
        <w:t>　　祝大家在新年里身体健康、工作顺利、合家幸福、更上一层楼。</w:t>
      </w:r>
      <w:r>
        <w:rPr>
          <w:lang w:eastAsia="zh-CN"/>
        </w:rPr>
        <w:br/>
      </w:r>
      <w:r>
        <w:rPr>
          <w:lang w:eastAsia="zh-CN"/>
        </w:rPr>
        <w:t>　　厨房年终总结 10</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https://d.book118.com/805101241110011114</w:t>
        </w:r>
      </w:hyperlink>
    </w:p>
    <w:p w:rsidR="001B1F19">
      <w:pPr>
        <w:rPr>
          <w:rFonts w:hint="eastAsia"/>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510124111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