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关于个人年度工作总结【实用15篇】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年度工作总结不仅是对过去一年工作的回顾和总结，更是为未来的发展打下基础。通过总结，可以发现自己的不足之处并制定改进计划，提高工作效率和质量，为个人和组织的成长和发展提供支持。现在随着小编一起往下看看关于个人年度工作总结，希望你喜欢。</w:t>
      </w:r>
      <w:r>
        <w:rPr>
          <w:lang w:eastAsia="zh-CN"/>
        </w:rPr>
        <w:br/>
      </w:r>
      <w:r>
        <w:rPr>
          <w:lang w:eastAsia="zh-CN"/>
        </w:rPr>
        <w:t xml:space="preserve">     </w:t>
      </w:r>
      <w:r>
        <w:rPr>
          <w:lang w:eastAsia="zh-CN"/>
        </w:rPr>
        <w:br/>
      </w:r>
      <w:r>
        <w:rPr>
          <w:lang w:eastAsia="zh-CN"/>
        </w:rPr>
        <w:t>关于个人年度工作总结篇1</w:t>
      </w:r>
      <w:r>
        <w:rPr>
          <w:lang w:eastAsia="zh-CN"/>
        </w:rPr>
        <w:br/>
      </w:r>
      <w:r>
        <w:rPr>
          <w:lang w:eastAsia="zh-CN"/>
        </w:rPr>
        <w:t xml:space="preserve">    即将过去的20__年，是充满机遇和挑战的一年。现将一年来我乡妇联工作总结如下： </w:t>
      </w:r>
      <w:r>
        <w:rPr>
          <w:lang w:eastAsia="zh-CN"/>
        </w:rPr>
        <w:br/>
      </w:r>
      <w:r>
        <w:rPr>
          <w:lang w:eastAsia="zh-CN"/>
        </w:rPr>
        <w:t xml:space="preserve">    一、加大妇女工作宣传力度，努力推进女性素质提高 </w:t>
      </w:r>
      <w:r>
        <w:rPr>
          <w:lang w:eastAsia="zh-CN"/>
        </w:rPr>
        <w:br/>
      </w:r>
      <w:r>
        <w:rPr>
          <w:lang w:eastAsia="zh-CN"/>
        </w:rPr>
        <w:t xml:space="preserve">    1、由于外出务工的农村妇女较多，利用广播、电视等宣传工具向在家农村妇女宣传党在农村的各项方针政策，学习两会精神、《妇女儿童权益保障法》、建设社会主义新农村的有关知识等，在学习活动中，我乡妇联利用当场天的机会，召开妇女干部和妇女致富能手会议6场次，通过宣传学习，使妇女干部掌握了各项法律法规和专业技能知识，使妇女群众了解了党的新政策，以更大信心投身于建设社会主义新农村的各项事业中。 </w:t>
      </w:r>
      <w:r>
        <w:rPr>
          <w:lang w:eastAsia="zh-CN"/>
        </w:rPr>
        <w:br/>
      </w:r>
      <w:r>
        <w:rPr>
          <w:lang w:eastAsia="zh-CN"/>
        </w:rPr>
        <w:t xml:space="preserve">    2、举办了村社妇女干部培训班，全乡15名乡村社妇女干部参加了以“家庭美德知识、卫生保健知识，实用技术”为内容的培训，取得了良好的学习效果。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二、开展“双学双比”竞赛活动，大力推进“巾帼科技致富工程” </w:t>
      </w:r>
      <w:r>
        <w:rPr>
          <w:lang w:eastAsia="zh-CN"/>
        </w:rPr>
        <w:br/>
      </w:r>
      <w:r>
        <w:rPr>
          <w:lang w:eastAsia="zh-CN"/>
        </w:rPr>
        <w:t xml:space="preserve">    随着县妇联组织的新农村科技致富带头人培训的开展，我乡在全乡范围内紧紧围绕全乡经济发展项目，以“巾帼示范村”创建活动为载体，按照建设“生产发展、生活宽裕、乡风文明、村容整洁、管理民主“的社会主义新农村建设的要求，深入开展了“巾帼示范村”创建活动。本着提高妇女的生产技能，增收致富的目的，拓宽增收渠道，大力发展以妇女为主的规模大户和种养基地。 </w:t>
      </w:r>
      <w:r>
        <w:rPr>
          <w:lang w:eastAsia="zh-CN"/>
        </w:rPr>
        <w:br/>
      </w:r>
      <w:r>
        <w:rPr>
          <w:lang w:eastAsia="zh-CN"/>
        </w:rPr>
        <w:t xml:space="preserve">    1、继续抓好新技术的培训与推广，提高妇女的致富技能。采取专题讲座与现场观摩相结合。以各村的妇女学校为阵地，对经营户以及有发展积极性的妇女，有针对性地进行实用技术专题培训。同时组织全乡各村50多名妇女分别到种养殖大户基地现场观摩学习，将抽象的学习与实践体验有机的`结合起来。通过各项交流培训，在全乡范围内涌现了许许多多的种养殖大户。 </w:t>
      </w:r>
      <w:r>
        <w:rPr>
          <w:lang w:eastAsia="zh-CN"/>
        </w:rPr>
        <w:br/>
      </w:r>
      <w:r>
        <w:rPr>
          <w:lang w:eastAsia="zh-CN"/>
        </w:rPr>
        <w:t xml:space="preserve">    2、继续发展女能人大户和以妇女为主的种养殖基地。通过今年动员组织培训，新发展种养殖大户2户，蔬菜基地1个。 </w:t>
      </w:r>
      <w:r>
        <w:rPr>
          <w:lang w:eastAsia="zh-CN"/>
        </w:rPr>
        <w:br/>
      </w:r>
      <w:r>
        <w:rPr>
          <w:lang w:eastAsia="zh-CN"/>
        </w:rPr>
        <w:t xml:space="preserve">    3、开展“巾帼示范村”创建活动，引领妇女参与新农村建设。一是以“五好文明家庭“创建活动为载体，开展了“平安家庭”、“和谐家庭”等家庭系列创建活动， </w:t>
      </w:r>
      <w:r>
        <w:rPr>
          <w:lang w:eastAsia="zh-CN"/>
        </w:rPr>
        <w:br/>
      </w:r>
      <w:r>
        <w:rPr>
          <w:lang w:eastAsia="zh-CN"/>
        </w:rPr>
        <w:t xml:space="preserve">    三、深化精神文明创建活动，引导妇女群众参与新农村建设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1、在全乡继续开展了“美好家园”创评活动，重点结合新农村建设，城乡环境综合整治活动引导妇女从净化、绿化、美化家园着手，参与新农村的整治，改善生活环境，提高生活质量。</w:t>
      </w:r>
      <w:r>
        <w:rPr>
          <w:lang w:eastAsia="zh-CN"/>
        </w:rPr>
        <w:t xml:space="preserve"> </w:t>
      </w:r>
      <w:r>
        <w:rPr>
          <w:lang w:eastAsia="zh-CN"/>
        </w:rPr>
        <w:br/>
      </w:r>
      <w:r>
        <w:rPr>
          <w:lang w:eastAsia="zh-CN"/>
        </w:rPr>
        <w:t xml:space="preserve">    2、深化“五好文明家庭”创建活动。一年来通过组织开展活动，引导群众在遵守基本原则的基础上，追求更高的思想道德目标。全乡共评选出“五好文明家庭”12户。并结合“五好文明家庭”创建活动，向广大家庭发出了“兴廉洁之风，建和谐家庭”的倡议，在向乡村、社三级干部发放倡议书的同时，倡议通过我们妇女在家庭中的特殊作用，将我们的家庭建设成为充满和谐亲情和远离腐败的洁净港湾，用实际行动为构建社会主义和谐社会做出应有的贡献。 </w:t>
      </w:r>
      <w:r>
        <w:rPr>
          <w:lang w:eastAsia="zh-CN"/>
        </w:rPr>
        <w:br/>
      </w:r>
      <w:r>
        <w:rPr>
          <w:lang w:eastAsia="zh-CN"/>
        </w:rPr>
        <w:t xml:space="preserve">    四、关注妇儿弱势群体，抓好妇女维权和贫困妇儿的关爱工作。 </w:t>
      </w:r>
      <w:r>
        <w:rPr>
          <w:lang w:eastAsia="zh-CN"/>
        </w:rPr>
        <w:br/>
      </w:r>
      <w:r>
        <w:rPr>
          <w:lang w:eastAsia="zh-CN"/>
        </w:rPr>
        <w:t xml:space="preserve">    1、加强妇女权益保障知识的宣传。利用当场天印发宣传资料，广泛开展妇女维权知识宣传，利用广播电视等宣传工具，大力宣传妇女权益保障、新婚姻法等。上街设摊开展妇女维权咨询活动，不断提高广大妇女的自我维权意识，维护妇女的合法权益。 </w:t>
      </w:r>
      <w:r>
        <w:rPr>
          <w:lang w:eastAsia="zh-CN"/>
        </w:rPr>
        <w:br/>
      </w:r>
      <w:r>
        <w:rPr>
          <w:lang w:eastAsia="zh-CN"/>
        </w:rPr>
        <w:t xml:space="preserve">    2、认真做好妇女的来信来访工作。我乡要求各村建立妇女来信来访记录本。积极调查处理处妇女的来信来访，20__年乡妇联共接待妇女来访案10件，做到件件有着落，事事有回应，调处率达100%。 </w:t>
      </w:r>
      <w:r>
        <w:rPr>
          <w:lang w:eastAsia="zh-CN"/>
        </w:rPr>
        <w:br/>
      </w:r>
      <w:r>
        <w:rPr>
          <w:lang w:eastAsia="zh-CN"/>
        </w:rPr>
        <w:t xml:space="preserve">    3、关心和关爱贫困妇女儿童。做好贫困妇女调查工作，建立贫困妇女档案，通过结对帮扶等形式，经常给予她们帮助和支持，一是组织乡、村干部开展贫困儿童慰问活动。 </w:t>
      </w:r>
      <w:r>
        <w:rPr>
          <w:lang w:eastAsia="zh-CN"/>
        </w:rPr>
        <w:br/>
      </w:r>
      <w:r>
        <w:rPr>
          <w:lang w:eastAsia="zh-CN"/>
        </w:rPr>
        <w:t xml:space="preserve">    五、新两纲的宣传、制定和落实取得了一定成效。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一年来，我乡妇联在县妇联的直接领导下，在乡党委、政府的具体指导下，我乡妇联工作在往年的基础上有了很大的提高，使我乡5000多名广大妇女姐妹无论在思想上还是在行动上都有了新的更高的认识。在新农村建设这一块上，妇女姐妹们结合党在农村的各项方针政策做出了一定成绩。我相信，在20__年的妇女工作中，我乡妇联一定会汲取20__年妇女工作的先进经验，带领全乡广大妇女姐妹在新一年作出更大的新的贡献。</w:t>
      </w:r>
      <w:r>
        <w:rPr>
          <w:lang w:eastAsia="zh-CN"/>
        </w:rPr>
        <w:t xml:space="preserve"> </w:t>
      </w:r>
      <w:r>
        <w:rPr>
          <w:lang w:eastAsia="zh-CN"/>
        </w:rPr>
        <w:br/>
      </w:r>
      <w:r>
        <w:rPr>
          <w:lang w:eastAsia="zh-CN"/>
        </w:rPr>
        <w:t>关于个人年度工作总结篇2</w:t>
      </w:r>
      <w:r>
        <w:rPr>
          <w:lang w:eastAsia="zh-CN"/>
        </w:rPr>
        <w:br/>
      </w:r>
      <w:r>
        <w:rPr>
          <w:lang w:eastAsia="zh-CN"/>
        </w:rPr>
        <w:t xml:space="preserve">    转眼间，一年的是时间即将过去，在突飞猛进，日新月异的今天，建筑业正以它崭新的姿态，推动着社会的进步，创造着世界的文明，去迎接着人类更美好的未来。 </w:t>
      </w:r>
      <w:r>
        <w:rPr>
          <w:lang w:eastAsia="zh-CN"/>
        </w:rPr>
        <w:br/>
      </w:r>
      <w:r>
        <w:rPr>
          <w:lang w:eastAsia="zh-CN"/>
        </w:rPr>
        <w:t xml:space="preserve">    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 </w:t>
      </w:r>
      <w:r>
        <w:rPr>
          <w:lang w:eastAsia="zh-CN"/>
        </w:rPr>
        <w:br/>
      </w:r>
      <w:r>
        <w:rPr>
          <w:lang w:eastAsia="zh-CN"/>
        </w:rPr>
        <w:t xml:space="preserve">    去年11月至今年的4月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20元钱就要跑几处才住下休息吃饭，最大努力为公司考虑。巡检中监理业务水平和思想素质都受到了各项目部和大多数总监的好评。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元丰企业精神，赢得了建设单位和施工单位的好评。 </w:t>
      </w:r>
      <w:r>
        <w:rPr>
          <w:lang w:eastAsia="zh-CN"/>
        </w:rPr>
        <w:br/>
      </w:r>
      <w:r>
        <w:rPr>
          <w:lang w:eastAsia="zh-CN"/>
        </w:rPr>
        <w:t xml:space="preserve">    2、项目监理资料管理良好，过程资料及时、规范、完整；所有的办公设施均按公司规定配置和管理，资料按照相关规定有始有终的闭合规类并有序存放规档。 </w:t>
      </w:r>
      <w:r>
        <w:rPr>
          <w:lang w:eastAsia="zh-CN"/>
        </w:rPr>
        <w:br/>
      </w:r>
      <w:r>
        <w:rPr>
          <w:lang w:eastAsia="zh-CN"/>
        </w:rPr>
        <w:t xml:space="preserve">    3、工作认真负责，认真执行上级行政主管部门的规定；本人月出勤不少于95%天，在每一个周未和国假日期间，高新区安监站对本项目总监、项目经理、甲方代表实行查岗考勤，均无缺勤。例如；10月底至11月，我爱人在老家生病住医院一月之久，我作为一个丈夫没有尽到做丈夫的责任回家看望一眼，但得到了贤惠妻子的理解和支持。又如；11月6日同父所生的大哥去世，也没有时间为他守灵，只是到了他安葬之日才离开工地一天。我为的啥？我想到的是我肩负着公司的重任，想到的是工程的质量，安全。为了肩负的重任、为了元丰的信誉，我尽心尽力地履行监理合同约定的职责。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4、为加强建设工程施工质量及安全的监督管理，依据相关的条文、政策的规定；体现施工过程中的“验评分离，强化验收；完善手段；过程控制”的指导方针、体现出元丰管理的规章制度，对施工过程中的质量控制、安全监督和实施，实行了相应的奖惩制度。使认真遵守公司管理制度，严格执行部门管理规定，按章办事履行合同约定职责成为己任。</w:t>
      </w:r>
      <w:r>
        <w:rPr>
          <w:lang w:eastAsia="zh-CN"/>
        </w:rPr>
        <w:t xml:space="preserve"> </w:t>
      </w:r>
      <w:r>
        <w:rPr>
          <w:lang w:eastAsia="zh-CN"/>
        </w:rPr>
        <w:br/>
      </w:r>
      <w:r>
        <w:rPr>
          <w:lang w:eastAsia="zh-CN"/>
        </w:rPr>
        <w:t xml:space="preserve">    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 </w:t>
      </w:r>
      <w:r>
        <w:rPr>
          <w:lang w:eastAsia="zh-CN"/>
        </w:rPr>
        <w:br/>
      </w:r>
      <w:r>
        <w:rPr>
          <w:lang w:eastAsia="zh-CN"/>
        </w:rPr>
        <w:t xml:space="preserve">    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r>
        <w:rPr>
          <w:lang w:eastAsia="zh-CN"/>
        </w:rPr>
        <w:t xml:space="preserve"> </w:t>
      </w:r>
      <w:r>
        <w:rPr>
          <w:lang w:eastAsia="zh-CN"/>
        </w:rPr>
        <w:br/>
      </w:r>
      <w:r>
        <w:rPr>
          <w:lang w:eastAsia="zh-CN"/>
        </w:rPr>
        <w:t>关于个人年度工作总结篇3</w:t>
      </w:r>
      <w:r>
        <w:rPr>
          <w:lang w:eastAsia="zh-CN"/>
        </w:rPr>
        <w:br/>
      </w:r>
      <w:r>
        <w:rPr>
          <w:lang w:eastAsia="zh-CN"/>
        </w:rPr>
        <w:t xml:space="preserve">    一、质量意识增强各项工作逐步走向规范有序 </w:t>
      </w:r>
      <w:r>
        <w:rPr>
          <w:lang w:eastAsia="zh-CN"/>
        </w:rPr>
        <w:br/>
      </w:r>
      <w:r>
        <w:rPr>
          <w:lang w:eastAsia="zh-CN"/>
        </w:rPr>
        <w:t xml:space="preserve">    进入__年公司更加认识到质量工作的重要性，先后出台了一系列规章制度如部门工作管理规定、质量信息管理规定、过程质量控制纪录等，这些规定在实际工作中都起到了很好的指导作用。1-6月份公司共召开了5次较大范围的专题质量会议并自4月份起形成了质量例会制度，通过阶段性的总结使质量工作更加扎实巩固。上半年公司还通过质量通报的形式处罚和教育员工累计下发9份质量通报、处罚了29人次，有效地制止了质量波动。根据批量生产的特点公司实施了一系列措施对批量订货和重要技术更改进行控制，避免了重大质量损失的发生。另外，公司组织进行了一系列技术培训并实施了技术文件整改使公司产品质量水平得到了进一步提升。为了彻底解决过去遗留的质量隐患，公司于本月实施了一项重要的预防措施，对__年生产的18台sq5sb2t产品进行了技术加固，该措施动用4名技术熟练工人历时近一个月覆盖三省七个地区、这一决定显示了公司对提高产品质量的决心和对用户负责的态度，希望这一行动能深刻触动和提高全体员工的质量意识！ </w:t>
      </w:r>
      <w:r>
        <w:rPr>
          <w:lang w:eastAsia="zh-CN"/>
        </w:rPr>
        <w:br/>
      </w:r>
      <w:r>
        <w:rPr>
          <w:lang w:eastAsia="zh-CN"/>
        </w:rPr>
        <w:t xml:space="preserve">    二、上半年质量统计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1-6月份公司出厂的93台产品中因故障派出维修共6台次、返修率6.45％，产品合格率93.55％、在交货时存在问题9台次，交货合格率90.32％、合计计算产品出厂合格率83.87％，反映出我们制造质量和出厂成品控制不足。 </w:t>
      </w:r>
      <w:r>
        <w:rPr>
          <w:lang w:eastAsia="zh-CN"/>
        </w:rPr>
        <w:br/>
      </w:r>
      <w:r>
        <w:rPr>
          <w:lang w:eastAsia="zh-CN"/>
        </w:rPr>
        <w:t xml:space="preserve">    上半年维修材料费用39779.58+1__计51779.58元、维修差旅费用14252.5+16300=30552.5元、合同损失费用计48000元，共计损失130332.08元。 </w:t>
      </w:r>
      <w:r>
        <w:rPr>
          <w:lang w:eastAsia="zh-CN"/>
        </w:rPr>
        <w:br/>
      </w:r>
      <w:r>
        <w:rPr>
          <w:lang w:eastAsia="zh-CN"/>
        </w:rPr>
        <w:t xml:space="preserve">    不合格形成的主要原因为 </w:t>
      </w:r>
      <w:r>
        <w:rPr>
          <w:lang w:eastAsia="zh-CN"/>
        </w:rPr>
        <w:br/>
      </w:r>
      <w:r>
        <w:rPr>
          <w:lang w:eastAsia="zh-CN"/>
        </w:rPr>
        <w:t xml:space="preserve">    1.调试检验不够严格如钢丝绳破股变形、部件砂眼漏油未发现等。 </w:t>
      </w:r>
      <w:r>
        <w:rPr>
          <w:lang w:eastAsia="zh-CN"/>
        </w:rPr>
        <w:br/>
      </w:r>
      <w:r>
        <w:rPr>
          <w:lang w:eastAsia="zh-CN"/>
        </w:rPr>
        <w:t xml:space="preserve">    2.与用户沟通不够未能够充分理解和满足用户要求如安全标识缺项、卷扬钢丝绳定长不确定、回转死点不明确、油管长度不合适等。 </w:t>
      </w:r>
      <w:r>
        <w:rPr>
          <w:lang w:eastAsia="zh-CN"/>
        </w:rPr>
        <w:br/>
      </w:r>
      <w:r>
        <w:rPr>
          <w:lang w:eastAsia="zh-CN"/>
        </w:rPr>
        <w:t xml:space="preserve">    3.生产不平衡、交货信息不明确出现交货仓促造成错、漏发件现象。 </w:t>
      </w:r>
      <w:r>
        <w:rPr>
          <w:lang w:eastAsia="zh-CN"/>
        </w:rPr>
        <w:br/>
      </w:r>
      <w:r>
        <w:rPr>
          <w:lang w:eastAsia="zh-CN"/>
        </w:rPr>
        <w:t xml:space="preserve">    4.公告出现错误造成合同损失. </w:t>
      </w:r>
      <w:r>
        <w:rPr>
          <w:lang w:eastAsia="zh-CN"/>
        </w:rPr>
        <w:br/>
      </w:r>
      <w:r>
        <w:rPr>
          <w:lang w:eastAsia="zh-CN"/>
        </w:rPr>
        <w:t xml:space="preserve">    5.产品设计有重大缺陷. </w:t>
      </w:r>
      <w:r>
        <w:rPr>
          <w:lang w:eastAsia="zh-CN"/>
        </w:rPr>
        <w:br/>
      </w:r>
      <w:r>
        <w:rPr>
          <w:lang w:eastAsia="zh-CN"/>
        </w:rPr>
        <w:t xml:space="preserve">    1-6月份共接到质量信息218条，其中设计原因80条占36.70％，供方原因114条占52.30％，其余为制造原因6条占2.75％、采购9条4.13％。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从以上数据看出下半年质量工作重点要放在对设计开发过程、采购过程、制造过程的管理控制。除公司及质量部将进一步加强宏观管理对上述过程进行全面梳理、规整、控制外，各主管部门更要积极主动进行管理。各部门管理人员要充分认识到自身的管理职责在部门管理中的决定性作用，通过完善制度、通过信息跟踪、通过培训教育甚至必要的处罚手段等积极在本部门举一反三开展纠正和预防措施活动使各过程能够流畅有序、安全高效的运行以逐步建立起自我改进、持续改进的机制。</w:t>
      </w:r>
      <w:r>
        <w:rPr>
          <w:lang w:eastAsia="zh-CN"/>
        </w:rPr>
        <w:t xml:space="preserve"> </w:t>
      </w:r>
      <w:r>
        <w:rPr>
          <w:lang w:eastAsia="zh-CN"/>
        </w:rPr>
        <w:br/>
      </w:r>
      <w:r>
        <w:rPr>
          <w:lang w:eastAsia="zh-CN"/>
        </w:rPr>
        <w:t xml:space="preserve">    三、员工工作质量有待进一步提高 </w:t>
      </w:r>
      <w:r>
        <w:rPr>
          <w:lang w:eastAsia="zh-CN"/>
        </w:rPr>
        <w:br/>
      </w:r>
      <w:r>
        <w:rPr>
          <w:lang w:eastAsia="zh-CN"/>
        </w:rPr>
        <w:t xml:space="preserve">    上半年公司发展迅猛对公司各项制度和员工素质提出了更高要求，由于公司制度建设工作和员工培训工作相对滞后使得员工工作质量显得相对较低。上半年发生了一些员工工作失误如因公告管理错误导致销售合同损失累计4.8万元。尽管这些损失有客观因素存在但员工个人工作意识的欠缺也是主要原因之一。下半年，我们将从制度建设入手建立和理顺采购、设计、公告管理等工作流程，坚决执行既定工作制度、通过提高工作执行力度来确保工作质量的提升。上半年由于工作任务较重，我们忽视了员工质量意识和工作技能的教育和培训，下半年将重点加强员工对各项工作流程规定的培训理解以提高效率降低工作失误。 </w:t>
      </w:r>
      <w:r>
        <w:rPr>
          <w:lang w:eastAsia="zh-CN"/>
        </w:rPr>
        <w:br/>
      </w:r>
      <w:r>
        <w:rPr>
          <w:lang w:eastAsia="zh-CN"/>
        </w:rPr>
        <w:t xml:space="preserve">    总而言之，较之于__年公司在发展规模、产品产量和质量方面都取得了进步，但下半年还将面临公司发展中更严峻的考验。尽管在过去工作中存在许多不足、我们有理由相信我们已经有能力去解决这些问题、会取得进一步的发展。 </w:t>
      </w:r>
      <w:r>
        <w:rPr>
          <w:lang w:eastAsia="zh-CN"/>
        </w:rPr>
        <w:br/>
      </w:r>
      <w:r>
        <w:rPr>
          <w:lang w:eastAsia="zh-CN"/>
        </w:rPr>
        <w:t>关于个人年度工作总结篇4</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在紧张与忙碌之中，又一个学期过去了，回顾整个学期，我们班老师都能认真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我班幼儿较感兴趣。在普通话表达能力方面也明显有进步，个别幼儿太任性、蛮不讲理也有所改善。现从以下几方面总结本班一学期来的班务工作情况。 </w:t>
      </w:r>
      <w:r>
        <w:rPr>
          <w:lang w:eastAsia="zh-CN"/>
        </w:rPr>
        <w:br/>
      </w:r>
      <w:r>
        <w:rPr>
          <w:lang w:eastAsia="zh-CN"/>
        </w:rPr>
        <w:t xml:space="preserve">    一、加强卫生保健工作，预防各种传染疾病，保证幼儿健康成长 </w:t>
      </w:r>
      <w:r>
        <w:rPr>
          <w:lang w:eastAsia="zh-CN"/>
        </w:rPr>
        <w:br/>
      </w:r>
      <w:r>
        <w:rPr>
          <w:lang w:eastAsia="zh-CN"/>
        </w:rPr>
        <w:t xml:space="preserve">    一学期来，我班能做好每天晨检和午检工作，每天密切观察幼儿的健康状况，并做好记录，积极开展各项户外活动，提高幼儿身体的抵抗能力，增强幼儿的体质。同时加强对幼儿自理能力的培养，使幼儿学会了自己穿脱衣服、鞋袜，自己整理床铺，并通过轮流当“值日生”的形式，教会幼儿端菜、端饭、擦桌子等。让幼儿掌握更多的卫生知识，我与本班老师一起，坚持保证每周一节健康教育活动，使幼儿掌握更多的安全知识，如上楼下楼不推不挤、不在马路上玩耍。还结合夏季幼儿喜欢玩水的特点，教育幼儿一些玩水的安全知识。 </w:t>
      </w:r>
      <w:r>
        <w:rPr>
          <w:lang w:eastAsia="zh-CN"/>
        </w:rPr>
        <w:br/>
      </w:r>
      <w:r>
        <w:rPr>
          <w:lang w:eastAsia="zh-CN"/>
        </w:rPr>
        <w:t xml:space="preserve">    二、认真按计划开展班务工作，保证完成教育教学任务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1、加强常规教育，建立良好的班级常规习幼儿的一天生活都是学习。 </w:t>
      </w:r>
      <w:r>
        <w:rPr>
          <w:lang w:eastAsia="zh-CN"/>
        </w:rPr>
        <w:br/>
      </w:r>
      <w:r>
        <w:rPr>
          <w:lang w:eastAsia="zh-CN"/>
        </w:rPr>
        <w:t xml:space="preserve">    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 </w:t>
      </w:r>
      <w:r>
        <w:rPr>
          <w:lang w:eastAsia="zh-CN"/>
        </w:rPr>
        <w:br/>
      </w:r>
      <w:r>
        <w:rPr>
          <w:lang w:eastAsia="zh-CN"/>
        </w:rPr>
        <w:t xml:space="preserve">    2、认真按计划组织活动，保证教学质量。 </w:t>
      </w:r>
      <w:r>
        <w:rPr>
          <w:lang w:eastAsia="zh-CN"/>
        </w:rPr>
        <w:br/>
      </w:r>
      <w:r>
        <w:rPr>
          <w:lang w:eastAsia="zh-CN"/>
        </w:rPr>
        <w:t xml:space="preserve">    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 </w:t>
      </w:r>
      <w:r>
        <w:rPr>
          <w:lang w:eastAsia="zh-CN"/>
        </w:rPr>
        <w:br/>
      </w:r>
      <w:r>
        <w:rPr>
          <w:lang w:eastAsia="zh-CN"/>
        </w:rPr>
        <w:t xml:space="preserve">    3、注重加强个别教育，做好培优转差工作。我班的幼儿特别活泼好动。其中有个别幼儿动过了头，常有打同伴、不守纪律、不守规则的行为。针对这种现象，我加强幼儿的个别教育。 </w:t>
      </w:r>
      <w:r>
        <w:rPr>
          <w:lang w:eastAsia="zh-CN"/>
        </w:rPr>
        <w:br/>
      </w:r>
      <w:r>
        <w:rPr>
          <w:lang w:eastAsia="zh-CN"/>
        </w:rPr>
        <w:t xml:space="preserve">    4、积极参加教研活动，提高教研能力。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本学期，我园进行了月末展示，老师之间互相学习，吸收好的经验，通过童话剧的形式，让孩子门对英语更加感兴趣。</w:t>
      </w:r>
      <w:r>
        <w:rPr>
          <w:lang w:eastAsia="zh-CN"/>
        </w:rPr>
        <w:t xml:space="preserve"> </w:t>
      </w:r>
      <w:r>
        <w:rPr>
          <w:lang w:eastAsia="zh-CN"/>
        </w:rPr>
        <w:br/>
      </w:r>
      <w:r>
        <w:rPr>
          <w:lang w:eastAsia="zh-CN"/>
        </w:rPr>
        <w:t xml:space="preserve">    三、密切联系家长，努力做好家园同步教育工作 </w:t>
      </w:r>
      <w:r>
        <w:rPr>
          <w:lang w:eastAsia="zh-CN"/>
        </w:rPr>
        <w:br/>
      </w:r>
      <w:r>
        <w:rPr>
          <w:lang w:eastAsia="zh-CN"/>
        </w:rPr>
        <w:t xml:space="preserve">    在家长工作方面，我们坚持做到热情接待家长，主动与家长联系，过多种途径开展家长工作。由于春季各种传染病电热的到来，我园采取了家长送幼儿入园时不能入园措施，因此，老师与家长直接接触的机会减少，我们便抓住晚接的时间，多与家长勾通，还常常通过电话进行联系。 </w:t>
      </w:r>
      <w:r>
        <w:rPr>
          <w:lang w:eastAsia="zh-CN"/>
        </w:rPr>
        <w:br/>
      </w:r>
      <w:r>
        <w:rPr>
          <w:lang w:eastAsia="zh-CN"/>
        </w:rPr>
        <w:t xml:space="preserve">    本学期，我们结合我班实际情况，向家长宣传幼儿园的教育教学内容、方法。每次活动我都能有计划、有组织地进行，在我与本班老师的发动下，家长非常重视，参与的积极性高，每次出勤率都在90%以上。通过这些家园互动的活动，让家长更了解幼儿园、了解教师、了解自己孩子在园的学习、生活，进而更支持、配合我们的工作，达到家园同步教育的目的。 </w:t>
      </w:r>
      <w:r>
        <w:rPr>
          <w:lang w:eastAsia="zh-CN"/>
        </w:rPr>
        <w:br/>
      </w:r>
      <w:r>
        <w:rPr>
          <w:lang w:eastAsia="zh-CN"/>
        </w:rPr>
        <w:t xml:space="preserve">    本学期，在老师的共同努力下，我班的班务工作得以顺利完成，幼儿在体、智、德、美、劳等诸方面也有了不同程度的提高。今后我们将一如既往地继续团结协作，争取把本班的工作做得更好，让我班幼儿能更活泼、快乐地成长。 </w:t>
      </w:r>
      <w:r>
        <w:rPr>
          <w:lang w:eastAsia="zh-CN"/>
        </w:rPr>
        <w:br/>
      </w:r>
      <w:r>
        <w:rPr>
          <w:lang w:eastAsia="zh-CN"/>
        </w:rPr>
        <w:t>关于个人年度工作总结篇5</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__年仓库管理工作在公司领导的正确领导下取得了较大成绩，仓库管理工作较之去年又上了一个新台阶，库容库貌也得到有效改善，服务生产的效率也得到了提高。我们用心思量总结工作当中的利弊、得失，从教训中得出经验，为以后的工作做好更充分的计划准备。__年仓储部仓库管理年终工作总结如下：</w:t>
      </w:r>
      <w:r>
        <w:rPr>
          <w:lang w:eastAsia="zh-CN"/>
        </w:rPr>
        <w:t xml:space="preserve"> </w:t>
      </w:r>
      <w:r>
        <w:rPr>
          <w:lang w:eastAsia="zh-CN"/>
        </w:rPr>
        <w:br/>
      </w:r>
      <w:r>
        <w:rPr>
          <w:lang w:eastAsia="zh-CN"/>
        </w:rPr>
        <w:t xml:space="preserve">    一、仓库管理工作主要是从整理入手，根据型号规格进行归类摆放，使仓库凌乱不堪的状况得到了进一步的改善，同时也为后续物资清查工作奠定了基础，干净整齐的库容库貌成为仓库管理的基础工作。 </w:t>
      </w:r>
      <w:r>
        <w:rPr>
          <w:lang w:eastAsia="zh-CN"/>
        </w:rPr>
        <w:br/>
      </w:r>
      <w:r>
        <w:rPr>
          <w:lang w:eastAsia="zh-CN"/>
        </w:rPr>
        <w:t xml:space="preserve">    二、全力组织仓库人员摸清仓库物资，并在此基础上对仓库库存进行逐步的修整与完善，逐步建立原材料物料卡，使账、卡、物相符工作得到进一步完善。 </w:t>
      </w:r>
      <w:r>
        <w:rPr>
          <w:lang w:eastAsia="zh-CN"/>
        </w:rPr>
        <w:br/>
      </w:r>
      <w:r>
        <w:rPr>
          <w:lang w:eastAsia="zh-CN"/>
        </w:rPr>
        <w:t xml:space="preserve">    三、对生产技术部下发的所有对库材料表，及时准确的核对库存数量，并将需要采购的原材料数目，以x的形式转交给x部。 </w:t>
      </w:r>
      <w:r>
        <w:rPr>
          <w:lang w:eastAsia="zh-CN"/>
        </w:rPr>
        <w:br/>
      </w:r>
      <w:r>
        <w:rPr>
          <w:lang w:eastAsia="zh-CN"/>
        </w:rPr>
        <w:t xml:space="preserve">    四、对所有购进的元器件，严格执行原材料送检工作，并按照工程项目及时的送达质检部，对于质检不合格的元器件不得入库。 </w:t>
      </w:r>
      <w:r>
        <w:rPr>
          <w:lang w:eastAsia="zh-CN"/>
        </w:rPr>
        <w:br/>
      </w:r>
      <w:r>
        <w:rPr>
          <w:lang w:eastAsia="zh-CN"/>
        </w:rPr>
        <w:t xml:space="preserve">    五、严格按照生产材料表上的数量、型号，下发元器件。对图纸与材料表不符合的情况，必须与技术部工程师沟通后，追加或更改材料表后再发放材料。 </w:t>
      </w:r>
      <w:r>
        <w:rPr>
          <w:lang w:eastAsia="zh-CN"/>
        </w:rPr>
        <w:br/>
      </w:r>
      <w:r>
        <w:rPr>
          <w:lang w:eastAsia="zh-CN"/>
        </w:rPr>
        <w:t xml:space="preserve">    六、产成品出库严格按照流程办理。有产成品领料单才能领取货物并做好登记工作。对需要送货的产成品，送货清单要详细，注明附件(排、螺丝、手柄等)，并由收货方签字认可。 </w:t>
      </w:r>
      <w:r>
        <w:rPr>
          <w:lang w:eastAsia="zh-CN"/>
        </w:rPr>
        <w:br/>
      </w:r>
      <w:r>
        <w:rPr>
          <w:lang w:eastAsia="zh-CN"/>
        </w:rPr>
        <w:t xml:space="preserve">    七、供应商所开发票，认真核对数量、型号及金额。并及时办理入库手续，注明工程项目转交财务部。 </w:t>
      </w:r>
      <w:r>
        <w:rPr>
          <w:lang w:eastAsia="zh-CN"/>
        </w:rPr>
        <w:br/>
      </w:r>
      <w:r>
        <w:rPr>
          <w:lang w:eastAsia="zh-CN"/>
        </w:rPr>
        <w:t xml:space="preserve">    八、常用材料及元器件达到最低库存，及时向生产部报告物资，并确保不影响正常的生产工作。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__年的仓库管理工作有所提高，但同时也暴露出我们工作中的一些问题和漏洞： </w:t>
      </w:r>
      <w:r>
        <w:rPr>
          <w:lang w:eastAsia="zh-CN"/>
        </w:rPr>
        <w:br/>
      </w:r>
      <w:r>
        <w:rPr>
          <w:lang w:eastAsia="zh-CN"/>
        </w:rPr>
        <w:t xml:space="preserve">    第一，在以后的工作过程当中，仓库要加强与各部门的有效沟通，为仓库工作的顺利开展创造有利局面。 </w:t>
      </w:r>
      <w:r>
        <w:rPr>
          <w:lang w:eastAsia="zh-CN"/>
        </w:rPr>
        <w:br/>
      </w:r>
      <w:r>
        <w:rPr>
          <w:lang w:eastAsia="zh-CN"/>
        </w:rPr>
        <w:t xml:space="preserve">    第二，在实际工作中，对于较频繁的领料程序工作做的还不够认真细致，在以后的工作中要更加精益求精，目前废品入库流程还不是很流畅，包括废品拆分，回收，再利用等一系列问题还有待解决。 </w:t>
      </w:r>
      <w:r>
        <w:rPr>
          <w:lang w:eastAsia="zh-CN"/>
        </w:rPr>
        <w:br/>
      </w:r>
      <w:r>
        <w:rPr>
          <w:lang w:eastAsia="zh-CN"/>
        </w:rPr>
        <w:t xml:space="preserve">    回顾x年的仓库管理工作，总的形势是好的，存在的问题也是不容忽视的。展望新的一年，仓库管理工作还很重，特别是库存物资帐、卡、物相符工作还要付出很大努力，所以务必要将戒骄戒躁的心态保持下去。 </w:t>
      </w:r>
      <w:r>
        <w:rPr>
          <w:lang w:eastAsia="zh-CN"/>
        </w:rPr>
        <w:br/>
      </w:r>
      <w:r>
        <w:rPr>
          <w:lang w:eastAsia="zh-CN"/>
        </w:rPr>
        <w:t xml:space="preserve">    在x年里，我们的工作计划如下： </w:t>
      </w:r>
      <w:r>
        <w:rPr>
          <w:lang w:eastAsia="zh-CN"/>
        </w:rPr>
        <w:br/>
      </w:r>
      <w:r>
        <w:rPr>
          <w:lang w:eastAsia="zh-CN"/>
        </w:rPr>
        <w:t xml:space="preserve">    一、注重形象，多参加一些公司组织的活动，每天保持朝气蓬勃的精神面貌面对工作。 </w:t>
      </w:r>
      <w:r>
        <w:rPr>
          <w:lang w:eastAsia="zh-CN"/>
        </w:rPr>
        <w:br/>
      </w:r>
      <w:r>
        <w:rPr>
          <w:lang w:eastAsia="zh-CN"/>
        </w:rPr>
        <w:t xml:space="preserve">    二、为了仓库保管员的工作能做到帐、卡、物一致，甚至出异常时能做到有帐可查，有据可依，针对于目前仓管员有些物料没有建卡管理，为了弥补这一缺陷，重新设计订购了一批新的物料存卡，完成对所有物料的存卡管理。 </w:t>
      </w:r>
      <w:r>
        <w:rPr>
          <w:lang w:eastAsia="zh-CN"/>
        </w:rPr>
        <w:br/>
      </w:r>
      <w:r>
        <w:rPr>
          <w:lang w:eastAsia="zh-CN"/>
        </w:rPr>
        <w:t xml:space="preserve">    三、为了提高工作效率，避免仓库保管员在备料过程中存在找不到元器件或找料时间太长，要求仓库保管员按工程摆放物料。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四、坚持按制度办事并不断创新工作格局，使仓库管理工作再上一个新台阶。并加强对本部门职员的培训学习，真正掌握物料进、出、存的工作流程，使物品能起到物流顺利周转，同时也真正做到物尽其用，人尽其才的作用，使其仓库管理工作得到有效的改进。</w:t>
      </w:r>
      <w:r>
        <w:rPr>
          <w:lang w:eastAsia="zh-CN"/>
        </w:rPr>
        <w:t xml:space="preserve"> </w:t>
      </w:r>
      <w:r>
        <w:rPr>
          <w:lang w:eastAsia="zh-CN"/>
        </w:rPr>
        <w:br/>
      </w:r>
      <w:r>
        <w:rPr>
          <w:lang w:eastAsia="zh-CN"/>
        </w:rPr>
        <w:t xml:space="preserve">    五、积极配合供应部和财务部，对库存呆滞物品的积压进行整改，避免原材料的浪费，节约原材料，处理部分呆滞物品，并改善仓库物品和堆放的紧缺现象，提供合理空间。 </w:t>
      </w:r>
      <w:r>
        <w:rPr>
          <w:lang w:eastAsia="zh-CN"/>
        </w:rPr>
        <w:br/>
      </w:r>
      <w:r>
        <w:rPr>
          <w:lang w:eastAsia="zh-CN"/>
        </w:rPr>
        <w:t xml:space="preserve">    六、当天的帐及时完成，勿必做到日清月结。为提高物料的管理，对供应商严格把关来料数量。为确保x部、x部能及时了解物料库存情况，确保数据的准确性与及时性。 </w:t>
      </w:r>
      <w:r>
        <w:rPr>
          <w:lang w:eastAsia="zh-CN"/>
        </w:rPr>
        <w:br/>
      </w:r>
      <w:r>
        <w:rPr>
          <w:lang w:eastAsia="zh-CN"/>
        </w:rPr>
        <w:t xml:space="preserve">    总之，仓库能在现实情况中不断的改善是离不开各位领导的悉心关怀和指导的。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x年，是全新的一年，也是自我挑战的一年，我们将努力改正过去一年工作中的不足，把新一年的工作做的更好，为公司的发展前景尽一份力。 </w:t>
      </w:r>
      <w:r>
        <w:rPr>
          <w:lang w:eastAsia="zh-CN"/>
        </w:rPr>
        <w:br/>
      </w:r>
      <w:r>
        <w:rPr>
          <w:lang w:eastAsia="zh-CN"/>
        </w:rPr>
        <w:t>关于个人年度工作总结篇6</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通过5127高素质人才引进工程的严格挑选，今年10月14日，我正式来到县委办秘书二科工作。70天以来，在办公室领导的正确指导和同事们的同心协作下，我努力尽快适应新环境和新业务，积极认真负责完成了领导交办和安排的各种工作任务。现将个人的工作总结陈述如下。</w:t>
      </w:r>
      <w:r>
        <w:rPr>
          <w:lang w:eastAsia="zh-CN"/>
        </w:rPr>
        <w:t xml:space="preserve"> </w:t>
      </w:r>
      <w:r>
        <w:rPr>
          <w:lang w:eastAsia="zh-CN"/>
        </w:rPr>
        <w:br/>
      </w:r>
      <w:r>
        <w:rPr>
          <w:lang w:eastAsia="zh-CN"/>
        </w:rPr>
        <w:t xml:space="preserve">    一、老老实实做人，构筑和谐的人际关系 </w:t>
      </w:r>
      <w:r>
        <w:rPr>
          <w:lang w:eastAsia="zh-CN"/>
        </w:rPr>
        <w:br/>
      </w:r>
      <w:r>
        <w:rPr>
          <w:lang w:eastAsia="zh-CN"/>
        </w:rPr>
        <w:t xml:space="preserve">    初来乍到，面对新环境，认识领导和同事就成为了我的第一项必修功课。和谐的人际关系有利于推动工作的顺利开展。办公室充满活力的年轻人比较多，大家有共同的话题，做事也比较默契，也十分好相处，因此在工作中无论是面对领导还是同事，我都坚持做到诚实做人不虚伪，老实做人不耍滑，厚道做人不浅薄对待上门的群众和客人，坚持做到笑脸相迎、热情接待、谦虚有礼、不卑不亢，从而构筑起一种和谐的人际关系。 </w:t>
      </w:r>
      <w:r>
        <w:rPr>
          <w:lang w:eastAsia="zh-CN"/>
        </w:rPr>
        <w:br/>
      </w:r>
      <w:r>
        <w:rPr>
          <w:lang w:eastAsia="zh-CN"/>
        </w:rPr>
        <w:t xml:space="preserve">    二、踏踏实实干事，确保满意的工作效果 </w:t>
      </w:r>
      <w:r>
        <w:rPr>
          <w:lang w:eastAsia="zh-CN"/>
        </w:rPr>
        <w:br/>
      </w:r>
      <w:r>
        <w:rPr>
          <w:lang w:eastAsia="zh-CN"/>
        </w:rPr>
        <w:t xml:space="preserve">    第二项必修功课就是熟悉工作的内容、职责和要求等。秘书二科和值班室的事情都是琐碎的日常工作，主要是文件通知的上传下达、会务的安排和重大活动的协调，而且工作任务重、时间紧、要求高，必须要求负责、迅速和准确。在这里我发现很小的事情都有不少的道道在里头：接打一个电话有学问，安排一个座位有章法，接待一个群众有方式，策划一个方案有文章。为了开好全县农村危房改造现场推进会，我随领导们三次到沙田乡进行实地察看、仔细记录问题、精心安排调研路线和会场布置。 </w:t>
      </w:r>
      <w:r>
        <w:rPr>
          <w:lang w:eastAsia="zh-CN"/>
        </w:rPr>
        <w:br/>
      </w:r>
      <w:r>
        <w:rPr>
          <w:lang w:eastAsia="zh-CN"/>
        </w:rPr>
        <w:t xml:space="preserve">  </w:t>
      </w:r>
      <w:r>
        <w:rPr>
          <w:lang w:eastAsia="zh-CN"/>
        </w:rPr>
        <w:t xml:space="preserve"> </w:t>
      </w:r>
    </w:p>
    <w:p w:rsidR="001B1F19" w14:textId="27C3F48A">
      <w:pPr>
        <w:rPr>
          <w:rFonts w:hint="eastAsia"/>
          <w:lang w:eastAsia="zh-CN"/>
        </w:rPr>
      </w:pPr>
      <w:r>
        <w:rPr>
          <w:lang w:eastAsia="zh-CN"/>
        </w:rPr>
        <w:t xml:space="preserve"> 全县水利工作大会、全县人才工作大会、全县一推行四公开大会、县委__年工作务虚会、县委十一届二次全体(扩大)会议的座位安排和会务协调，都凝聚我的一份努力和辛劳。虽然工作成果也许只是一张毫不起眼的座位表，但这却是我和同事们认认真真的安排、反反复复的修改、仔仔细细的核对凝结的成果。在做好本职工作之余，我还主动协助其他科室做好党内年度统计和务虚会材料汇编等工作。工作虽然只有70来天，但我放弃了不少晚上和周末的休息时间主动加班，而且基本是晚上10点半下班，最晚的一次是做务虚会的材料搞到凌晨两点。为什么这样做，因为我想只有把加班当做加油，把压力化为动力，才会奉献得更多、工作得更好、成长得更快。</w:t>
      </w:r>
      <w:r>
        <w:rPr>
          <w:lang w:eastAsia="zh-CN"/>
        </w:rPr>
        <w:t xml:space="preserve"> </w:t>
      </w:r>
      <w:r>
        <w:rPr>
          <w:lang w:eastAsia="zh-CN"/>
        </w:rPr>
        <w:br/>
      </w:r>
      <w:r>
        <w:rPr>
          <w:lang w:eastAsia="zh-CN"/>
        </w:rPr>
        <w:t xml:space="preserve">    三、扎扎实实学习，掌握精细的业务知识 </w:t>
      </w:r>
      <w:r>
        <w:rPr>
          <w:lang w:eastAsia="zh-CN"/>
        </w:rPr>
        <w:br/>
      </w:r>
      <w:r>
        <w:rPr>
          <w:lang w:eastAsia="zh-CN"/>
        </w:rPr>
        <w:t xml:space="preserve">    现在全社会大力提倡建立学习型组织，鼓励个人主动向书本学习、向实践学习、向身边的人学习，因此学习已成为了我必修功课的第三项。为了尽快熟悉全县的情况，我主动并仔细的通读了__年、__年的全会报告和__年、__年的政府工作报告，对我县近三年的发展情况有了一个基本的感知和认识。 </w:t>
      </w:r>
      <w:r>
        <w:rPr>
          <w:lang w:eastAsia="zh-CN"/>
        </w:rPr>
        <w:br/>
      </w:r>
      <w:r>
        <w:rPr>
          <w:lang w:eastAsia="zh-CN"/>
        </w:rPr>
        <w:t xml:space="preserve">    为了更深入地了解宁乡发展的历程和态势，我认真地翻看了近几年的《宁乡年鉴》以及新华社记者段羡菊的新作《后发赶超凭什么中国县域发展样本宁乡启示录》，让我明白了家乡人狼的狠劲和韧劲，让我理解了全县人抢挺精神的真正含义。闲暇时候，我会坐下来翻阅《今日宁乡》，获悉宁乡新近的动态，也会偶尔拜读彼得圣吉的巨著《第五项修炼学习型组织的艺术与实务》，学会用系统的思维和方法去思考问题、发现问题、分析问题、解决问题和总结问题。在实际的工作中注意细致观察，默记于心，把细节做好，把精细化的理念贯穿和融入到每一项具体的工作程序和步骤中。 </w:t>
      </w:r>
      <w:r>
        <w:rPr>
          <w:lang w:eastAsia="zh-CN"/>
        </w:rPr>
        <w:br/>
      </w:r>
      <w:r>
        <w:rPr>
          <w:lang w:eastAsia="zh-CN"/>
        </w:rPr>
        <w:t xml:space="preserve">  </w:t>
      </w:r>
      <w:r>
        <w:rPr>
          <w:lang w:eastAsia="zh-CN"/>
        </w:rPr>
        <w:t xml:space="preserve"> </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https://d.book118.com/805131030133011120</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513103013301112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