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关于汽车维修合同范本（30篇）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关于汽车维修合同范本（精选30篇）</w:t>
      </w:r>
      <w:r>
        <w:rPr>
          <w:lang w:eastAsia="zh-CN"/>
        </w:rPr>
        <w:br/>
      </w:r>
      <w:r>
        <w:rPr>
          <w:lang w:eastAsia="zh-CN"/>
        </w:rPr>
        <w:t xml:space="preserve">    关于汽车维修合同范本 篇1 </w:t>
      </w:r>
      <w:r>
        <w:rPr>
          <w:lang w:eastAsia="zh-CN"/>
        </w:rPr>
        <w:br/>
      </w:r>
      <w:r>
        <w:rPr>
          <w:lang w:eastAsia="zh-CN"/>
        </w:rPr>
        <w:t>　　甲方：</w:t>
      </w:r>
      <w:r>
        <w:rPr>
          <w:lang w:eastAsia="zh-CN"/>
        </w:rPr>
        <w:br/>
      </w:r>
      <w:r>
        <w:rPr>
          <w:lang w:eastAsia="zh-CN"/>
        </w:rPr>
        <w:t>　　乙方：</w:t>
      </w:r>
      <w:r>
        <w:rPr>
          <w:lang w:eastAsia="zh-CN"/>
        </w:rPr>
        <w:br/>
      </w:r>
      <w:r>
        <w:rPr>
          <w:lang w:eastAsia="zh-CN"/>
        </w:rPr>
        <w:t>　　根据《中华人民共和国合同法》等法律、法规的规定，甲乙双方在平等、自愿、公平、诚实信用的基础上，就汽车维修事宜达成协议如下：</w:t>
      </w:r>
      <w:r>
        <w:rPr>
          <w:lang w:eastAsia="zh-CN"/>
        </w:rPr>
        <w:br/>
      </w:r>
      <w:r>
        <w:rPr>
          <w:lang w:eastAsia="zh-CN"/>
        </w:rPr>
        <w:t>　　第一条维修车辆</w:t>
      </w:r>
      <w:r>
        <w:rPr>
          <w:lang w:eastAsia="zh-CN"/>
        </w:rPr>
        <w:br/>
      </w:r>
      <w:r>
        <w:rPr>
          <w:lang w:eastAsia="zh-CN"/>
        </w:rPr>
        <w:t>　　1.车牌号</w:t>
      </w:r>
      <w:r>
        <w:rPr>
          <w:lang w:eastAsia="zh-CN"/>
        </w:rPr>
        <w:br/>
      </w:r>
      <w:r>
        <w:rPr>
          <w:lang w:eastAsia="zh-CN"/>
        </w:rPr>
        <w:t>　　2.发动机号</w:t>
      </w:r>
      <w:r>
        <w:rPr>
          <w:lang w:eastAsia="zh-CN"/>
        </w:rPr>
        <w:br/>
      </w:r>
      <w:r>
        <w:rPr>
          <w:lang w:eastAsia="zh-CN"/>
        </w:rPr>
        <w:t>　　3.颜色</w:t>
      </w:r>
      <w:r>
        <w:rPr>
          <w:lang w:eastAsia="zh-CN"/>
        </w:rPr>
        <w:br/>
      </w:r>
      <w:r>
        <w:rPr>
          <w:lang w:eastAsia="zh-CN"/>
        </w:rPr>
        <w:t>　　4.车型</w:t>
      </w:r>
      <w:r>
        <w:rPr>
          <w:lang w:eastAsia="zh-CN"/>
        </w:rPr>
        <w:br/>
      </w:r>
      <w:r>
        <w:rPr>
          <w:lang w:eastAsia="zh-CN"/>
        </w:rPr>
        <w:t>　　5.vin代码/车架号</w:t>
      </w:r>
      <w:r>
        <w:rPr>
          <w:lang w:eastAsia="zh-CN"/>
        </w:rPr>
        <w:br/>
      </w:r>
      <w:r>
        <w:rPr>
          <w:lang w:eastAsia="zh-CN"/>
        </w:rPr>
        <w:t>　　6.行公里数</w:t>
      </w:r>
      <w:r>
        <w:rPr>
          <w:lang w:eastAsia="zh-CN"/>
        </w:rPr>
        <w:br/>
      </w:r>
      <w:r>
        <w:rPr>
          <w:lang w:eastAsia="zh-CN"/>
        </w:rPr>
        <w:t>　　第二条维修类别与项目</w:t>
      </w:r>
      <w:r>
        <w:rPr>
          <w:lang w:eastAsia="zh-CN"/>
        </w:rPr>
        <w:br/>
      </w:r>
      <w:r>
        <w:rPr>
          <w:lang w:eastAsia="zh-CN"/>
        </w:rPr>
        <w:t>　　乙方应当对承修车辆进行维修前诊断检验，提出需要维修的类别和项目，填写《车辆维修前诊断检验单》。甲方确认后在该《车辆维修前诊断检验单》上签字。</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第三条维修配件材料</w:t>
      </w:r>
      <w:r>
        <w:rPr>
          <w:lang w:eastAsia="zh-CN"/>
        </w:rPr>
        <w:br/>
      </w:r>
      <w:r>
        <w:rPr>
          <w:lang w:eastAsia="zh-CN"/>
        </w:rPr>
        <w:t>　　1.乙方提供维修配件材料的，应当如实填写材料清单，分别标明原厂配件、副厂配件或者修复配件，明码标价，并保证质量。</w:t>
      </w:r>
      <w:r>
        <w:rPr>
          <w:lang w:eastAsia="zh-CN"/>
        </w:rPr>
        <w:br/>
      </w:r>
      <w:r>
        <w:rPr>
          <w:lang w:eastAsia="zh-CN"/>
        </w:rPr>
        <w:t>　　2.乙方在维修中换下配件、总成等，交由甲方自行处理。</w:t>
      </w:r>
      <w:r>
        <w:rPr>
          <w:lang w:eastAsia="zh-CN"/>
        </w:rPr>
        <w:br/>
      </w:r>
      <w:r>
        <w:rPr>
          <w:lang w:eastAsia="zh-CN"/>
        </w:rPr>
        <w:t>　　第四条维修价格</w:t>
      </w:r>
      <w:r>
        <w:rPr>
          <w:lang w:eastAsia="zh-CN"/>
        </w:rPr>
        <w:br/>
      </w:r>
      <w:r>
        <w:rPr>
          <w:lang w:eastAsia="zh-CN"/>
        </w:rPr>
        <w:t>　　1.甲方同意乙方按照公示的工时单价__元/工时、材料进销差价率%进行计价。</w:t>
      </w:r>
      <w:r>
        <w:rPr>
          <w:lang w:eastAsia="zh-CN"/>
        </w:rPr>
        <w:br/>
      </w:r>
      <w:r>
        <w:rPr>
          <w:lang w:eastAsia="zh-CN"/>
        </w:rPr>
        <w:t>　　2.结算工时定额执行标准：汽车制造企业提供□市交通管理局制定□。</w:t>
      </w:r>
      <w:r>
        <w:rPr>
          <w:lang w:eastAsia="zh-CN"/>
        </w:rPr>
        <w:br/>
      </w:r>
      <w:r>
        <w:rPr>
          <w:lang w:eastAsia="zh-CN"/>
        </w:rPr>
        <w:t>　　3.维修预算费用：__元，大写：。其中：工时费__元，大写：;材料费__元，大写：。</w:t>
      </w:r>
      <w:r>
        <w:rPr>
          <w:lang w:eastAsia="zh-CN"/>
        </w:rPr>
        <w:br/>
      </w:r>
      <w:r>
        <w:rPr>
          <w:lang w:eastAsia="zh-CN"/>
        </w:rPr>
        <w:t>　　4.维修费用高于或低于维修预算费用的.%时，由双方协商解决，否则按照实际发生的维修费用结算。</w:t>
      </w:r>
      <w:r>
        <w:rPr>
          <w:lang w:eastAsia="zh-CN"/>
        </w:rPr>
        <w:br/>
      </w:r>
      <w:r>
        <w:rPr>
          <w:lang w:eastAsia="zh-CN"/>
        </w:rPr>
        <w:t>　　第五条车辆交接</w:t>
      </w:r>
      <w:r>
        <w:rPr>
          <w:lang w:eastAsia="zh-CN"/>
        </w:rPr>
        <w:br/>
      </w:r>
      <w:r>
        <w:rPr>
          <w:lang w:eastAsia="zh-CN"/>
        </w:rPr>
        <w:t>　　乙方接收待修车辆时，甲方应当自行取走车内可移动物品。车上附件、设备等填入《车辆维修前诊断检验单》的，乙方在竣工交车前对其及承修车辆负有保管责任。</w:t>
      </w:r>
      <w:r>
        <w:rPr>
          <w:lang w:eastAsia="zh-CN"/>
        </w:rPr>
        <w:br/>
      </w:r>
      <w:r>
        <w:rPr>
          <w:lang w:eastAsia="zh-CN"/>
        </w:rPr>
        <w:t>　　第六条质量标准</w:t>
      </w:r>
      <w:r>
        <w:rPr>
          <w:lang w:eastAsia="zh-CN"/>
        </w:rPr>
        <w:br/>
      </w:r>
      <w:r>
        <w:rPr>
          <w:lang w:eastAsia="zh-CN"/>
        </w:rPr>
        <w:t>　　1.质量标准执行：国家标准□行业标准□地方标准□制造企业维修手册等有关资料的要求□。</w:t>
      </w:r>
      <w:r>
        <w:rPr>
          <w:lang w:eastAsia="zh-CN"/>
        </w:rPr>
        <w:br/>
      </w:r>
      <w:r>
        <w:rPr>
          <w:lang w:eastAsia="zh-CN"/>
        </w:rPr>
        <w:t>　　2.质量保证期按照下列第__项执行。</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按照交通部《机动车维修管理规定》第三十七条规定执行：整车或总成修理的质量保证期为车辆行驶__0公里或者100日;二级维护的质量保证期为车辆行驶5000公里或者30日;一级维护、小修、专项修理的质量保证期为车辆行驶__公里或者10日。</w:t>
      </w:r>
      <w:r>
        <w:rPr>
          <w:lang w:eastAsia="zh-CN"/>
        </w:rPr>
        <w:br/>
      </w:r>
      <w:r>
        <w:rPr>
          <w:lang w:eastAsia="zh-CN"/>
        </w:rPr>
        <w:t>　　(2)按照乙方承诺(不低于交通部规定)的“车辆行驶__公里或__日”执行。</w:t>
      </w:r>
      <w:r>
        <w:rPr>
          <w:lang w:eastAsia="zh-CN"/>
        </w:rPr>
        <w:br/>
      </w:r>
      <w:r>
        <w:rPr>
          <w:lang w:eastAsia="zh-CN"/>
        </w:rPr>
        <w:t>　　3.质量保证期，从维修竣工后，由甲方验收取车的当日起计算;因维修质量问题返修的，其返修的作业项目，从返修竣工后，由甲方验收取车的当日起重新计算。行驶里程和日期指标，以先达到者为准。</w:t>
      </w:r>
      <w:r>
        <w:rPr>
          <w:lang w:eastAsia="zh-CN"/>
        </w:rPr>
        <w:br/>
      </w:r>
      <w:r>
        <w:rPr>
          <w:lang w:eastAsia="zh-CN"/>
        </w:rPr>
        <w:t>　　第七条竣工验收</w:t>
      </w:r>
      <w:r>
        <w:rPr>
          <w:lang w:eastAsia="zh-CN"/>
        </w:rPr>
        <w:br/>
      </w:r>
      <w:r>
        <w:rPr>
          <w:lang w:eastAsia="zh-CN"/>
        </w:rPr>
        <w:t>　　1.竣工交付日期为__年__月__日前，交付地点为。</w:t>
      </w:r>
      <w:r>
        <w:rPr>
          <w:lang w:eastAsia="zh-CN"/>
        </w:rPr>
        <w:br/>
      </w:r>
      <w:r>
        <w:rPr>
          <w:lang w:eastAsia="zh-CN"/>
        </w:rPr>
        <w:t>　　2.维修竣工质量检验合格的，对二级维护(含)以上的车辆，乙方应当由维修质量检验人员签发全国统一样式的机动车维修竣工出厂合格证;对二级维护以下的车辆，乙方应当发给维修合格证明(含结算清单)。乙方未签发或者发给的，甲方有权拒付费用。</w:t>
      </w:r>
      <w:r>
        <w:rPr>
          <w:lang w:eastAsia="zh-CN"/>
        </w:rPr>
        <w:br/>
      </w:r>
      <w:r>
        <w:rPr>
          <w:lang w:eastAsia="zh-CN"/>
        </w:rPr>
        <w:t>　　第八条结算</w:t>
      </w:r>
      <w:r>
        <w:rPr>
          <w:lang w:eastAsia="zh-CN"/>
        </w:rPr>
        <w:br/>
      </w:r>
      <w:r>
        <w:rPr>
          <w:lang w:eastAsia="zh-CN"/>
        </w:rPr>
        <w:t>　　1.车辆维修竣工后，乙方应当向甲方出具法定的结算票据，并附桂林市运输管理处监制的《桂林市机动车维修结算清单》，工时费和材料费应当分项列明。乙方未出具法定结算票据及结算清单的，甲方有权拒付费用。</w:t>
      </w:r>
      <w:r>
        <w:rPr>
          <w:lang w:eastAsia="zh-CN"/>
        </w:rPr>
        <w:br/>
      </w:r>
      <w:r>
        <w:rPr>
          <w:lang w:eastAsia="zh-CN"/>
        </w:rPr>
        <w:t>　　2.付款方式：现金□转账□其他□。</w:t>
      </w:r>
      <w:r>
        <w:rPr>
          <w:lang w:eastAsia="zh-CN"/>
        </w:rPr>
        <w:br/>
      </w:r>
      <w:r>
        <w:rPr>
          <w:lang w:eastAsia="zh-CN"/>
        </w:rPr>
        <w:t>　　3.付款期限：。</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第九条违约责任</w:t>
      </w:r>
      <w:r>
        <w:rPr>
          <w:lang w:eastAsia="zh-CN"/>
        </w:rPr>
        <w:br/>
      </w:r>
      <w:r>
        <w:rPr>
          <w:lang w:eastAsia="zh-CN"/>
        </w:rPr>
        <w:t>　　1.乙方对承修的车辆及车上附件、设备等，因保管不善造成毁损、灭失的，承担赔偿责任。</w:t>
      </w:r>
      <w:r>
        <w:rPr>
          <w:lang w:eastAsia="zh-CN"/>
        </w:rPr>
        <w:br/>
      </w:r>
      <w:r>
        <w:rPr>
          <w:lang w:eastAsia="zh-CN"/>
        </w:rPr>
        <w:t>　　2.在质量保证期内，因维修质量原因造成车辆无法正常使用，乙方负责无偿返修，并赔偿甲方相应损失。</w:t>
      </w:r>
      <w:r>
        <w:rPr>
          <w:lang w:eastAsia="zh-CN"/>
        </w:rPr>
        <w:br/>
      </w:r>
      <w:r>
        <w:rPr>
          <w:lang w:eastAsia="zh-CN"/>
        </w:rPr>
        <w:t>　　3.乙方逾期交付车辆的，可按每逾期一天__元或维修费用的_____%向甲方支付违约金。</w:t>
      </w:r>
      <w:r>
        <w:rPr>
          <w:lang w:eastAsia="zh-CN"/>
        </w:rPr>
        <w:br/>
      </w:r>
      <w:r>
        <w:rPr>
          <w:lang w:eastAsia="zh-CN"/>
        </w:rPr>
        <w:t>　　4.甲方逾期支付维修费用的，乙方对车辆有权留置，并可按每逾期一天__元或维修费用的_____%向乙方支付违约金。</w:t>
      </w:r>
      <w:r>
        <w:rPr>
          <w:lang w:eastAsia="zh-CN"/>
        </w:rPr>
        <w:br/>
      </w:r>
      <w:r>
        <w:rPr>
          <w:lang w:eastAsia="zh-CN"/>
        </w:rPr>
        <w:t>　　5.乙方在承修过程中，发现确需增加维修项目、增加约定维修费用或延长维修期限的，应当及时通知甲方，说明理由并征得同意，否则甲方不承担乙方擅自增加项目的维修费用用或逾期支付维修费用的违约责任;甲方接到通知后天内应当给予答复。</w:t>
      </w:r>
      <w:r>
        <w:rPr>
          <w:lang w:eastAsia="zh-CN"/>
        </w:rPr>
        <w:br/>
      </w:r>
      <w:r>
        <w:rPr>
          <w:lang w:eastAsia="zh-CN"/>
        </w:rPr>
        <w:t>　　甲方中途需要变更或解除合同，应当及时通知乙方，若给乙方造成损失的，应当赔偿相应损失。</w:t>
      </w:r>
      <w:r>
        <w:rPr>
          <w:lang w:eastAsia="zh-CN"/>
        </w:rPr>
        <w:br/>
      </w:r>
      <w:r>
        <w:rPr>
          <w:lang w:eastAsia="zh-CN"/>
        </w:rPr>
        <w:t>　　第十条其它约定</w:t>
      </w:r>
      <w:r>
        <w:rPr>
          <w:lang w:eastAsia="zh-CN"/>
        </w:rPr>
        <w:br/>
      </w:r>
      <w:r>
        <w:rPr>
          <w:lang w:eastAsia="zh-CN"/>
        </w:rPr>
        <w:t>　　1.。</w:t>
      </w:r>
      <w:r>
        <w:rPr>
          <w:lang w:eastAsia="zh-CN"/>
        </w:rPr>
        <w:br/>
      </w:r>
      <w:r>
        <w:rPr>
          <w:lang w:eastAsia="zh-CN"/>
        </w:rPr>
        <w:t>　　2.。</w:t>
      </w:r>
      <w:r>
        <w:rPr>
          <w:lang w:eastAsia="zh-CN"/>
        </w:rPr>
        <w:br/>
      </w:r>
      <w:r>
        <w:rPr>
          <w:lang w:eastAsia="zh-CN"/>
        </w:rPr>
        <w:t>　　第十一条争议解决</w:t>
      </w:r>
      <w:r>
        <w:rPr>
          <w:lang w:eastAsia="zh-CN"/>
        </w:rPr>
        <w:br/>
      </w:r>
      <w:r>
        <w:rPr>
          <w:lang w:eastAsia="zh-CN"/>
        </w:rPr>
        <w:t>　　因本合同而发生的争议，由双方协商解决，也可请求桂林市汽车维修行业协会等组织予以调解;或按照以下第种方式解决。</w:t>
      </w:r>
      <w:r>
        <w:rPr>
          <w:lang w:eastAsia="zh-CN"/>
        </w:rPr>
        <w:br/>
      </w:r>
      <w:r>
        <w:rPr>
          <w:lang w:eastAsia="zh-CN"/>
        </w:rPr>
        <w:t>　　1.提交桂林市仲裁委员会仲裁;</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2.依法向人民法院提起诉讼。</w:t>
      </w:r>
      <w:r>
        <w:rPr>
          <w:lang w:eastAsia="zh-CN"/>
        </w:rPr>
        <w:br/>
      </w:r>
      <w:r>
        <w:rPr>
          <w:lang w:eastAsia="zh-CN"/>
        </w:rPr>
        <w:t>　　第十二条附则</w:t>
      </w:r>
      <w:r>
        <w:rPr>
          <w:lang w:eastAsia="zh-CN"/>
        </w:rPr>
        <w:br/>
      </w:r>
      <w:r>
        <w:rPr>
          <w:lang w:eastAsia="zh-CN"/>
        </w:rPr>
        <w:t>　　1.本合同末尽事宜按国家法律、法规和规章办理。</w:t>
      </w:r>
      <w:r>
        <w:rPr>
          <w:lang w:eastAsia="zh-CN"/>
        </w:rPr>
        <w:br/>
      </w:r>
      <w:r>
        <w:rPr>
          <w:lang w:eastAsia="zh-CN"/>
        </w:rPr>
        <w:t>　　2.本合同及附件一式两份，甲乙双方各执一份，自双方签字或盖章之日起生效。</w:t>
      </w:r>
      <w:r>
        <w:rPr>
          <w:lang w:eastAsia="zh-CN"/>
        </w:rPr>
        <w:br/>
      </w:r>
      <w:r>
        <w:rPr>
          <w:lang w:eastAsia="zh-CN"/>
        </w:rPr>
        <w:t xml:space="preserve">    关于汽车维修合同范本 篇2 </w:t>
      </w:r>
      <w:r>
        <w:rPr>
          <w:lang w:eastAsia="zh-CN"/>
        </w:rPr>
        <w:br/>
      </w:r>
      <w:r>
        <w:rPr>
          <w:lang w:eastAsia="zh-CN"/>
        </w:rPr>
        <w:t>　　甲方：</w:t>
      </w:r>
      <w:r>
        <w:rPr>
          <w:lang w:eastAsia="zh-CN"/>
        </w:rPr>
        <w:br/>
      </w:r>
      <w:r>
        <w:rPr>
          <w:lang w:eastAsia="zh-CN"/>
        </w:rPr>
        <w:t>　　乙方：</w:t>
      </w:r>
      <w:r>
        <w:rPr>
          <w:lang w:eastAsia="zh-CN"/>
        </w:rPr>
        <w:br/>
      </w:r>
      <w:r>
        <w:rPr>
          <w:lang w:eastAsia="zh-CN"/>
        </w:rPr>
        <w:t>　　为加强车辆定点维修管理，保证甲方车辆的正常安全运行，甲、乙双方本着遵纪守法，互惠互利的原则，经协商达成如下条款以便双方共同遵守。</w:t>
      </w:r>
      <w:r>
        <w:rPr>
          <w:lang w:eastAsia="zh-CN"/>
        </w:rPr>
        <w:br/>
      </w:r>
      <w:r>
        <w:rPr>
          <w:lang w:eastAsia="zh-CN"/>
        </w:rPr>
        <w:t>　　一、双方责任</w:t>
      </w:r>
      <w:r>
        <w:rPr>
          <w:lang w:eastAsia="zh-CN"/>
        </w:rPr>
        <w:br/>
      </w:r>
      <w:r>
        <w:rPr>
          <w:lang w:eastAsia="zh-CN"/>
        </w:rPr>
        <w:t>　　（一）甲方责任</w:t>
      </w:r>
      <w:r>
        <w:rPr>
          <w:lang w:eastAsia="zh-CN"/>
        </w:rPr>
        <w:br/>
      </w:r>
      <w:r>
        <w:rPr>
          <w:lang w:eastAsia="zh-CN"/>
        </w:rPr>
        <w:t>　　1、甲方的车辆日常维修、保养、大修，乙方处维修，车辆发动机要做到每5000公里一次保养，底盘做到每个季度一次二级保养。甲方车辆有湘NC7916、湘D3221、湘N08421、湘NE3949、湘NOFF72、湘ND3248、湘ND3230、湘N9099A、湘ND7050、湘NA1060、湘N82019、湘NA2372。</w:t>
      </w:r>
      <w:r>
        <w:rPr>
          <w:lang w:eastAsia="zh-CN"/>
        </w:rPr>
        <w:br/>
      </w:r>
      <w:r>
        <w:rPr>
          <w:lang w:eastAsia="zh-CN"/>
        </w:rPr>
        <w:t>　　2、甲方要做到按时结算。</w:t>
      </w:r>
      <w:r>
        <w:rPr>
          <w:lang w:eastAsia="zh-CN"/>
        </w:rPr>
        <w:br/>
      </w:r>
      <w:r>
        <w:rPr>
          <w:lang w:eastAsia="zh-CN"/>
        </w:rPr>
        <w:t>　　3、甲方发现乙方对车辆维修偷工减料，材料以次冲好等情况，甲方有权与乙方解除合同。</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4、甲方工作人员及其家属不得以任何形式或名义接受乙方的红包、礼金、有价证券、礼品及其它馈赠。</w:t>
      </w:r>
      <w:r>
        <w:rPr>
          <w:lang w:eastAsia="zh-CN"/>
        </w:rPr>
        <w:br/>
      </w:r>
      <w:r>
        <w:rPr>
          <w:lang w:eastAsia="zh-CN"/>
        </w:rPr>
        <w:t>　　5、甲方工作人员及其家属不得在乙方报销发票、开支费用和领取报酬。</w:t>
      </w:r>
      <w:r>
        <w:rPr>
          <w:lang w:eastAsia="zh-CN"/>
        </w:rPr>
        <w:br/>
      </w:r>
      <w:r>
        <w:rPr>
          <w:lang w:eastAsia="zh-CN"/>
        </w:rPr>
        <w:t>　　（二）乙方责任</w:t>
      </w:r>
      <w:r>
        <w:rPr>
          <w:lang w:eastAsia="zh-CN"/>
        </w:rPr>
        <w:br/>
      </w:r>
      <w:r>
        <w:rPr>
          <w:lang w:eastAsia="zh-CN"/>
        </w:rPr>
        <w:t>　　1、乙方保证对甲方车辆维修及时，在提供维修服务时，其服务质量不低于（汽车维修行业管理暂行办法）中有关规定和标准执行。</w:t>
      </w:r>
      <w:r>
        <w:rPr>
          <w:lang w:eastAsia="zh-CN"/>
        </w:rPr>
        <w:br/>
      </w:r>
      <w:r>
        <w:rPr>
          <w:lang w:eastAsia="zh-CN"/>
        </w:rPr>
        <w:t>　　2、如甲方车辆在行驶过程中出现故障，经甲方公司领导批准或电话通知，乙方必须在第一时间赶到现场抢修。</w:t>
      </w:r>
      <w:r>
        <w:rPr>
          <w:lang w:eastAsia="zh-CN"/>
        </w:rPr>
        <w:br/>
      </w:r>
      <w:r>
        <w:rPr>
          <w:lang w:eastAsia="zh-CN"/>
        </w:rPr>
        <w:t>　　3、乙方保证使用的配件材料是未使用过的、原厂生产的合格正品，并完全符合合同规定的质量和性能要求。</w:t>
      </w:r>
      <w:r>
        <w:rPr>
          <w:lang w:eastAsia="zh-CN"/>
        </w:rPr>
        <w:br/>
      </w:r>
      <w:r>
        <w:rPr>
          <w:lang w:eastAsia="zh-CN"/>
        </w:rPr>
        <w:t>　　4、乙方提供使用的配件材料在正常安装、正常使用和保养条件下，在其他使用寿命为（三个月）。</w:t>
      </w:r>
      <w:r>
        <w:rPr>
          <w:lang w:eastAsia="zh-CN"/>
        </w:rPr>
        <w:br/>
      </w:r>
      <w:r>
        <w:rPr>
          <w:lang w:eastAsia="zh-CN"/>
        </w:rPr>
        <w:t>　　5、乙方不得以任何形式或名义向甲方工作人员及其家属送红包、礼金、礼品和有价证券。</w:t>
      </w:r>
      <w:r>
        <w:rPr>
          <w:lang w:eastAsia="zh-CN"/>
        </w:rPr>
        <w:br/>
      </w:r>
      <w:r>
        <w:rPr>
          <w:lang w:eastAsia="zh-CN"/>
        </w:rPr>
        <w:t>　　6、乙方不得为甲方工作人员及其家属报销发票，开支费用和发放报酬。</w:t>
      </w:r>
      <w:r>
        <w:rPr>
          <w:lang w:eastAsia="zh-CN"/>
        </w:rPr>
        <w:br/>
      </w:r>
      <w:r>
        <w:rPr>
          <w:lang w:eastAsia="zh-CN"/>
        </w:rPr>
        <w:t>　　二、修理程序和管理</w:t>
      </w:r>
      <w:r>
        <w:rPr>
          <w:lang w:eastAsia="zh-CN"/>
        </w:rPr>
        <w:br/>
      </w:r>
      <w:r>
        <w:rPr>
          <w:lang w:eastAsia="zh-CN"/>
        </w:rPr>
        <w:t>　　（一）乙方不得随意接纳甲方驾驶员检修，必须由甲方驾驶员凭车辆报修单经公司领导批准，方可进行修理，否则发生的修理费由驾驶员自行负责。</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（二）乙方在修理期间，甲方驾驶员维修过程进行全程监督，乙方应按要求及时进行修复，一般故障立即排除，二级维护当天完成，整车大修不超过一个星期，若整车做漆可延迟到10个工作日内完成。</w:t>
      </w:r>
      <w:r>
        <w:rPr>
          <w:lang w:eastAsia="zh-CN"/>
        </w:rPr>
        <w:br/>
      </w:r>
      <w:r>
        <w:rPr>
          <w:lang w:eastAsia="zh-CN"/>
        </w:rPr>
        <w:t>　　（三）甲方车辆成乙方维修期间如发生违、事故等一切后果由乙方负责。</w:t>
      </w:r>
      <w:r>
        <w:rPr>
          <w:lang w:eastAsia="zh-CN"/>
        </w:rPr>
        <w:br/>
      </w:r>
      <w:r>
        <w:rPr>
          <w:lang w:eastAsia="zh-CN"/>
        </w:rPr>
        <w:t>　　（四）对甲方车辆乙方应以修复为主，能不更换的零部件尽量不予更换，若如发现影响安全的部件损坏则立即更换，更换零部件单价价格在人民币壹佰元以上的在征得甲方</w:t>
      </w:r>
      <w:r>
        <w:rPr>
          <w:lang w:eastAsia="zh-CN"/>
        </w:rPr>
        <w:br/>
      </w:r>
      <w:r>
        <w:rPr>
          <w:lang w:eastAsia="zh-CN"/>
        </w:rPr>
        <w:t>　　主管车辆负责人同意后方可更换，否则，由此产生的安全问题全部由甲方负责。</w:t>
      </w:r>
      <w:r>
        <w:rPr>
          <w:lang w:eastAsia="zh-CN"/>
        </w:rPr>
        <w:br/>
      </w:r>
      <w:r>
        <w:rPr>
          <w:lang w:eastAsia="zh-CN"/>
        </w:rPr>
        <w:t>　　（五）修理完毕后，乙方及时出具维修单，经甲方驾驶员确认，同时甲方对维修内容和质量严格验收，如验收不合格，立即无偿返修。更换的零部件经甲方驾驶员带回公司，以便确认。</w:t>
      </w:r>
      <w:r>
        <w:rPr>
          <w:lang w:eastAsia="zh-CN"/>
        </w:rPr>
        <w:br/>
      </w:r>
      <w:r>
        <w:rPr>
          <w:lang w:eastAsia="zh-CN"/>
        </w:rPr>
        <w:t>　　三、更换材料有：</w:t>
      </w:r>
      <w:r>
        <w:rPr>
          <w:lang w:eastAsia="zh-CN"/>
        </w:rPr>
        <w:br/>
      </w:r>
      <w:r>
        <w:rPr>
          <w:lang w:eastAsia="zh-CN"/>
        </w:rPr>
        <w:t>　　波箱大修包、1/4齿包、电磁阀、钢片包、波泵、油控、三元催化等，乙方保证所更换材料为正厂产品。</w:t>
      </w:r>
      <w:r>
        <w:rPr>
          <w:lang w:eastAsia="zh-CN"/>
        </w:rPr>
        <w:br/>
      </w:r>
      <w:r>
        <w:rPr>
          <w:lang w:eastAsia="zh-CN"/>
        </w:rPr>
        <w:t>　　四、结算方式</w:t>
      </w:r>
      <w:r>
        <w:rPr>
          <w:lang w:eastAsia="zh-CN"/>
        </w:rPr>
        <w:br/>
      </w:r>
      <w:r>
        <w:rPr>
          <w:lang w:eastAsia="zh-CN"/>
        </w:rPr>
        <w:t>　　所在车辆的维修费用由乙方提供有效发票到甲方财务部门统一结算，每季度结算一次。本次费用共计人民币肆万伍仟玖佰捌拾伍元整（￥月45985.00元）</w:t>
      </w:r>
      <w:r>
        <w:rPr>
          <w:lang w:eastAsia="zh-CN"/>
        </w:rPr>
        <w:br/>
      </w:r>
      <w:r>
        <w:rPr>
          <w:lang w:eastAsia="zh-CN"/>
        </w:rPr>
        <w:t>　　五、合同有效期限</w:t>
      </w:r>
      <w:r>
        <w:rPr>
          <w:lang w:eastAsia="zh-CN"/>
        </w:rPr>
        <w:br/>
      </w:r>
      <w:r>
        <w:rPr>
          <w:lang w:eastAsia="zh-CN"/>
        </w:rPr>
        <w:t>　　自 年 月 日至 年 月 日止。</w:t>
      </w:r>
      <w:r>
        <w:rPr>
          <w:lang w:eastAsia="zh-CN"/>
        </w:rPr>
        <w:br/>
      </w:r>
      <w:r>
        <w:rPr>
          <w:lang w:eastAsia="zh-CN"/>
        </w:rPr>
        <w:t>　　六、其它</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1、合同中未尽事宜由甲、乙双方协商解决。</w:t>
      </w:r>
      <w:r>
        <w:rPr>
          <w:lang w:eastAsia="zh-CN"/>
        </w:rPr>
        <w:br/>
      </w:r>
      <w:r>
        <w:rPr>
          <w:lang w:eastAsia="zh-CN"/>
        </w:rPr>
        <w:t>　　2、本合同一式二份，甲、乙双方各执一份。</w:t>
      </w:r>
      <w:r>
        <w:rPr>
          <w:lang w:eastAsia="zh-CN"/>
        </w:rPr>
        <w:br/>
      </w:r>
      <w:r>
        <w:rPr>
          <w:lang w:eastAsia="zh-CN"/>
        </w:rPr>
        <w:t>　　甲方： 乙方：</w:t>
      </w:r>
      <w:r>
        <w:rPr>
          <w:lang w:eastAsia="zh-CN"/>
        </w:rPr>
        <w:br/>
      </w:r>
      <w:r>
        <w:rPr>
          <w:lang w:eastAsia="zh-CN"/>
        </w:rPr>
        <w:t>　　委托人： 法定代表：</w:t>
      </w:r>
      <w:r>
        <w:rPr>
          <w:lang w:eastAsia="zh-CN"/>
        </w:rPr>
        <w:br/>
      </w:r>
      <w:r>
        <w:rPr>
          <w:lang w:eastAsia="zh-CN"/>
        </w:rPr>
        <w:t>　　日期： 日期：</w:t>
      </w:r>
      <w:r>
        <w:rPr>
          <w:lang w:eastAsia="zh-CN"/>
        </w:rPr>
        <w:br/>
      </w:r>
      <w:r>
        <w:rPr>
          <w:lang w:eastAsia="zh-CN"/>
        </w:rPr>
        <w:t xml:space="preserve">    关于汽车维修合同范本 篇3 </w:t>
      </w:r>
      <w:r>
        <w:rPr>
          <w:lang w:eastAsia="zh-CN"/>
        </w:rPr>
        <w:br/>
      </w:r>
      <w:r>
        <w:rPr>
          <w:lang w:eastAsia="zh-CN"/>
        </w:rPr>
        <w:t>　　甲方：</w:t>
      </w:r>
      <w:r>
        <w:rPr>
          <w:lang w:eastAsia="zh-CN"/>
        </w:rPr>
        <w:br/>
      </w:r>
      <w:r>
        <w:rPr>
          <w:lang w:eastAsia="zh-CN"/>
        </w:rPr>
        <w:t>　　乙方：</w:t>
      </w:r>
      <w:r>
        <w:rPr>
          <w:lang w:eastAsia="zh-CN"/>
        </w:rPr>
        <w:br/>
      </w:r>
      <w:r>
        <w:rPr>
          <w:lang w:eastAsia="zh-CN"/>
        </w:rPr>
        <w:t>　　经甲乙双方的一致协商，确定乙方为甲方单位的汽车定点维修及相关服务单位。双方依据行业管理相关规定，就其车辆的协议维修事宜达成如下协议：</w:t>
      </w:r>
      <w:r>
        <w:rPr>
          <w:lang w:eastAsia="zh-CN"/>
        </w:rPr>
        <w:br/>
      </w:r>
      <w:r>
        <w:rPr>
          <w:lang w:eastAsia="zh-CN"/>
        </w:rPr>
        <w:t>　　第一条：乙方提供的服务内容</w:t>
      </w:r>
      <w:r>
        <w:rPr>
          <w:lang w:eastAsia="zh-CN"/>
        </w:rPr>
        <w:br/>
      </w:r>
      <w:r>
        <w:rPr>
          <w:lang w:eastAsia="zh-CN"/>
        </w:rPr>
        <w:t>　　汽车的维修、保养、美容、装饰、洗车、轮胎及汽车饰品。</w:t>
      </w:r>
      <w:r>
        <w:rPr>
          <w:lang w:eastAsia="zh-CN"/>
        </w:rPr>
        <w:br/>
      </w:r>
      <w:r>
        <w:rPr>
          <w:lang w:eastAsia="zh-CN"/>
        </w:rPr>
        <w:t>　　第二条：乙方的权利与义务</w:t>
      </w:r>
      <w:r>
        <w:rPr>
          <w:lang w:eastAsia="zh-CN"/>
        </w:rPr>
        <w:br/>
      </w:r>
      <w:r>
        <w:rPr>
          <w:lang w:eastAsia="zh-CN"/>
        </w:rPr>
        <w:t>　　1、严格履行各项服务承诺，接受甲方的监督检查。</w:t>
      </w:r>
      <w:r>
        <w:rPr>
          <w:lang w:eastAsia="zh-CN"/>
        </w:rPr>
        <w:br/>
      </w:r>
      <w:r>
        <w:rPr>
          <w:lang w:eastAsia="zh-CN"/>
        </w:rPr>
        <w:t>　　2、提供电话预约、上门服务、24小时救援服务。</w:t>
      </w:r>
      <w:r>
        <w:rPr>
          <w:lang w:eastAsia="zh-CN"/>
        </w:rPr>
        <w:br/>
      </w:r>
      <w:r>
        <w:rPr>
          <w:lang w:eastAsia="zh-CN"/>
        </w:rPr>
        <w:t>　　3、所采用的零件、配件等材料必须符合国家或部颁标准，不得使用假冒伪劣产品或以次充好，由此造成的损失乙方负全部责任。</w:t>
      </w:r>
      <w:r>
        <w:rPr>
          <w:lang w:eastAsia="zh-CN"/>
        </w:rPr>
        <w:br/>
      </w:r>
      <w:r>
        <w:rPr>
          <w:lang w:eastAsia="zh-CN"/>
        </w:rPr>
        <w:t>　　4、维修报价应充分考虑车况、部位、安全、经费等因素，向甲方提出合理的报价及维修方案，由甲方确定。</w:t>
      </w:r>
      <w:r>
        <w:rPr>
          <w:lang w:eastAsia="zh-CN"/>
        </w:rPr>
        <w:br/>
      </w:r>
      <w:r>
        <w:rPr>
          <w:lang w:eastAsia="zh-CN"/>
        </w:rPr>
        <w:t>　　5、维修车辆达不到规定的技术要求的，返修的车辆不得再计价收费。</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6、对于甲方车辆维修期间，除了试车外，不得以任何理由开出公司外。</w:t>
      </w:r>
      <w:r>
        <w:rPr>
          <w:lang w:eastAsia="zh-CN"/>
        </w:rPr>
        <w:br/>
      </w:r>
      <w:r>
        <w:rPr>
          <w:lang w:eastAsia="zh-CN"/>
        </w:rPr>
        <w:t>　　第三条：甲方的权利与义务</w:t>
      </w:r>
      <w:r>
        <w:rPr>
          <w:lang w:eastAsia="zh-CN"/>
        </w:rPr>
        <w:br/>
      </w:r>
      <w:r>
        <w:rPr>
          <w:lang w:eastAsia="zh-CN"/>
        </w:rPr>
        <w:t>　　1、负责协调乙方与其单位在车辆维修服务方面的关系，对于事故车辆与有关部门一至妥善处理车辆维修纠纷。</w:t>
      </w:r>
      <w:r>
        <w:rPr>
          <w:lang w:eastAsia="zh-CN"/>
        </w:rPr>
        <w:br/>
      </w:r>
      <w:r>
        <w:rPr>
          <w:lang w:eastAsia="zh-CN"/>
        </w:rPr>
        <w:t>　　2、委托给乙方服务的车辆应附派工单并由乙方负责人签字方可进行施工。</w:t>
      </w:r>
      <w:r>
        <w:rPr>
          <w:lang w:eastAsia="zh-CN"/>
        </w:rPr>
        <w:br/>
      </w:r>
      <w:r>
        <w:rPr>
          <w:lang w:eastAsia="zh-CN"/>
        </w:rPr>
        <w:t>　　3、对于竣工车辆，如发现不合格或与派工单服务项目不符有权要求乙方无偿返工。</w:t>
      </w:r>
      <w:r>
        <w:rPr>
          <w:lang w:eastAsia="zh-CN"/>
        </w:rPr>
        <w:br/>
      </w:r>
      <w:r>
        <w:rPr>
          <w:lang w:eastAsia="zh-CN"/>
        </w:rPr>
        <w:t>　　4、甲方享受乙方在节假日期间所推出的活动中的各项优惠政策（如打折或赠送礼品等）。</w:t>
      </w:r>
      <w:r>
        <w:rPr>
          <w:lang w:eastAsia="zh-CN"/>
        </w:rPr>
        <w:br/>
      </w:r>
      <w:r>
        <w:rPr>
          <w:lang w:eastAsia="zh-CN"/>
        </w:rPr>
        <w:t>　　5、双方签订协议，甲方享受协议价在原消费金额基础上打九折。</w:t>
      </w:r>
      <w:r>
        <w:rPr>
          <w:lang w:eastAsia="zh-CN"/>
        </w:rPr>
        <w:br/>
      </w:r>
      <w:r>
        <w:rPr>
          <w:lang w:eastAsia="zh-CN"/>
        </w:rPr>
        <w:t>　　第四条：关于费用结算</w:t>
      </w:r>
      <w:r>
        <w:rPr>
          <w:lang w:eastAsia="zh-CN"/>
        </w:rPr>
        <w:br/>
      </w:r>
      <w:r>
        <w:rPr>
          <w:lang w:eastAsia="zh-CN"/>
        </w:rPr>
        <w:t>　　1、甲方车辆送达乙方公司维修（或其它服务项目）发生费用允许挂帐，但必须由指定人员签字方可。</w:t>
      </w:r>
      <w:r>
        <w:rPr>
          <w:lang w:eastAsia="zh-CN"/>
        </w:rPr>
        <w:br/>
      </w:r>
      <w:r>
        <w:rPr>
          <w:lang w:eastAsia="zh-CN"/>
        </w:rPr>
        <w:t>　　2、甲方于每月日与乙方核对发生的费用并进行结算，乙方为甲方开具正式发票。</w:t>
      </w:r>
      <w:r>
        <w:rPr>
          <w:lang w:eastAsia="zh-CN"/>
        </w:rPr>
        <w:br/>
      </w:r>
      <w:r>
        <w:rPr>
          <w:lang w:eastAsia="zh-CN"/>
        </w:rPr>
        <w:t>　　3、结算方式：现金或公对公转账。</w:t>
      </w:r>
      <w:r>
        <w:rPr>
          <w:lang w:eastAsia="zh-CN"/>
        </w:rPr>
        <w:br/>
      </w:r>
      <w:r>
        <w:rPr>
          <w:lang w:eastAsia="zh-CN"/>
        </w:rPr>
        <w:t>　　对公账户：</w:t>
      </w:r>
      <w:r>
        <w:rPr>
          <w:lang w:eastAsia="zh-CN"/>
        </w:rPr>
        <w:br/>
      </w:r>
      <w:r>
        <w:rPr>
          <w:lang w:eastAsia="zh-CN"/>
        </w:rPr>
        <w:t>　　对公账号：</w:t>
      </w:r>
      <w:r>
        <w:rPr>
          <w:lang w:eastAsia="zh-CN"/>
        </w:rPr>
        <w:br/>
      </w:r>
      <w:r>
        <w:rPr>
          <w:lang w:eastAsia="zh-CN"/>
        </w:rPr>
        <w:t>　　开户银行：</w:t>
      </w:r>
      <w:r>
        <w:rPr>
          <w:lang w:eastAsia="zh-CN"/>
        </w:rPr>
        <w:br/>
      </w:r>
      <w:r>
        <w:rPr>
          <w:lang w:eastAsia="zh-CN"/>
        </w:rPr>
        <w:t>　　第五条：本协议签字盖章生效，一式两份，双方各执一份</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甲方：</w:t>
      </w:r>
      <w:r>
        <w:rPr>
          <w:lang w:eastAsia="zh-CN"/>
        </w:rPr>
        <w:br/>
      </w:r>
      <w:r>
        <w:rPr>
          <w:lang w:eastAsia="zh-CN"/>
        </w:rPr>
        <w:t>　　乙方：</w:t>
      </w:r>
      <w:r>
        <w:rPr>
          <w:lang w:eastAsia="zh-CN"/>
        </w:rPr>
        <w:br/>
      </w:r>
      <w:r>
        <w:rPr>
          <w:lang w:eastAsia="zh-CN"/>
        </w:rPr>
        <w:t>　　签署日期：</w:t>
      </w:r>
      <w:r>
        <w:rPr>
          <w:lang w:eastAsia="zh-CN"/>
        </w:rPr>
        <w:br/>
      </w:r>
      <w:r>
        <w:rPr>
          <w:lang w:eastAsia="zh-CN"/>
        </w:rPr>
        <w:t xml:space="preserve">    关于汽车维修合同范本 篇4 </w:t>
      </w:r>
      <w:r>
        <w:rPr>
          <w:lang w:eastAsia="zh-CN"/>
        </w:rPr>
        <w:br/>
      </w:r>
      <w:r>
        <w:rPr>
          <w:lang w:eastAsia="zh-CN"/>
        </w:rPr>
        <w:t>　　合同编号：_________甲方：_________</w:t>
      </w:r>
      <w:r>
        <w:rPr>
          <w:lang w:eastAsia="zh-CN"/>
        </w:rPr>
        <w:br/>
      </w:r>
      <w:r>
        <w:rPr>
          <w:lang w:eastAsia="zh-CN"/>
        </w:rPr>
        <w:t>　　地址：_________</w:t>
      </w:r>
      <w:r>
        <w:rPr>
          <w:lang w:eastAsia="zh-CN"/>
        </w:rPr>
        <w:br/>
      </w:r>
      <w:r>
        <w:rPr>
          <w:lang w:eastAsia="zh-CN"/>
        </w:rPr>
        <w:t>　　电话：_________</w:t>
      </w:r>
      <w:r>
        <w:rPr>
          <w:lang w:eastAsia="zh-CN"/>
        </w:rPr>
        <w:br/>
      </w:r>
      <w:r>
        <w:rPr>
          <w:lang w:eastAsia="zh-CN"/>
        </w:rPr>
        <w:t>　　乙方：_________</w:t>
      </w:r>
      <w:r>
        <w:rPr>
          <w:lang w:eastAsia="zh-CN"/>
        </w:rPr>
        <w:br/>
      </w:r>
      <w:r>
        <w:rPr>
          <w:lang w:eastAsia="zh-CN"/>
        </w:rPr>
        <w:t>　　地址：_________</w:t>
      </w:r>
      <w:r>
        <w:rPr>
          <w:lang w:eastAsia="zh-CN"/>
        </w:rPr>
        <w:br/>
      </w:r>
      <w:r>
        <w:rPr>
          <w:lang w:eastAsia="zh-CN"/>
        </w:rPr>
        <w:t>　　电话：_________</w:t>
      </w:r>
      <w:r>
        <w:rPr>
          <w:lang w:eastAsia="zh-CN"/>
        </w:rPr>
        <w:br/>
      </w:r>
      <w:r>
        <w:rPr>
          <w:lang w:eastAsia="zh-CN"/>
        </w:rPr>
        <w:t>　　为规范机动车辆维修工作，经甲乙双方友好协商，依据《中华人民共和国合同法》及相关法律法规订立本协议，以便共同遵守。</w:t>
      </w:r>
      <w:r>
        <w:rPr>
          <w:lang w:eastAsia="zh-CN"/>
        </w:rPr>
        <w:br/>
      </w:r>
      <w:r>
        <w:rPr>
          <w:lang w:eastAsia="zh-CN"/>
        </w:rPr>
        <w:t>　　1.本合同的下列术语应解释为：</w:t>
      </w:r>
      <w:r>
        <w:rPr>
          <w:lang w:eastAsia="zh-CN"/>
        </w:rPr>
        <w:br/>
      </w:r>
      <w:r>
        <w:rPr>
          <w:lang w:eastAsia="zh-CN"/>
        </w:rPr>
        <w:t>　　1.1、“合同”系指甲方与乙方签署的、合同格式中注明的甲方和乙方所达成的协议，包括所有的附件、附录和构成合同的所有文件。</w:t>
      </w:r>
      <w:r>
        <w:rPr>
          <w:lang w:eastAsia="zh-CN"/>
        </w:rPr>
        <w:br/>
      </w:r>
      <w:r>
        <w:rPr>
          <w:lang w:eastAsia="zh-CN"/>
        </w:rPr>
        <w:t>　　1.2、“合同价”系指根据合同规定，乙方在正确完全地履行合同义务后甲方应支付给乙方的价格。</w:t>
      </w:r>
      <w:r>
        <w:rPr>
          <w:lang w:eastAsia="zh-CN"/>
        </w:rPr>
        <w:br/>
      </w:r>
      <w:r>
        <w:rPr>
          <w:lang w:eastAsia="zh-CN"/>
        </w:rPr>
        <w:t>　　1.3、“维修”系指招标文件中规定的车辆大修、一、二级维护和小修、中修、车辆年检以及其它有关汽车的维修服务。</w:t>
      </w:r>
      <w:r>
        <w:rPr>
          <w:lang w:eastAsia="zh-CN"/>
        </w:rPr>
        <w:br/>
      </w:r>
      <w:r>
        <w:rPr>
          <w:lang w:eastAsia="zh-CN"/>
        </w:rPr>
        <w:t>　　1.4、“配件材料”系指乙方根据合同规定在提供维修服务时必须向甲方提供的零部件及耗材。</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1.5、“乙方”系指提供汽车定点维修服务的汽车维修厂家。</w:t>
      </w:r>
      <w:r>
        <w:rPr>
          <w:lang w:eastAsia="zh-CN"/>
        </w:rPr>
        <w:br/>
      </w:r>
      <w:r>
        <w:rPr>
          <w:lang w:eastAsia="zh-CN"/>
        </w:rPr>
        <w:t>　　1.6、“甲方”系指接受维修服务的甲方。</w:t>
      </w:r>
      <w:r>
        <w:rPr>
          <w:lang w:eastAsia="zh-CN"/>
        </w:rPr>
        <w:br/>
      </w:r>
      <w:r>
        <w:rPr>
          <w:lang w:eastAsia="zh-CN"/>
        </w:rPr>
        <w:t>　　2.服务范围</w:t>
      </w:r>
      <w:r>
        <w:rPr>
          <w:lang w:eastAsia="zh-CN"/>
        </w:rPr>
        <w:br/>
      </w:r>
      <w:r>
        <w:rPr>
          <w:lang w:eastAsia="zh-CN"/>
        </w:rPr>
        <w:t>　　车辆大修、各级维护、小修、中修、车辆年检和其他有关汽车维修的服务项目及交通事故车辆维修。</w:t>
      </w:r>
      <w:r>
        <w:rPr>
          <w:lang w:eastAsia="zh-CN"/>
        </w:rPr>
        <w:br/>
      </w:r>
      <w:r>
        <w:rPr>
          <w:lang w:eastAsia="zh-CN"/>
        </w:rPr>
        <w:t>　　3.送修手续</w:t>
      </w:r>
      <w:r>
        <w:rPr>
          <w:lang w:eastAsia="zh-CN"/>
        </w:rPr>
        <w:br/>
      </w:r>
      <w:r>
        <w:rPr>
          <w:lang w:eastAsia="zh-CN"/>
        </w:rPr>
        <w:t>　　3.1、送修车辆时，甲方经办人必须按照要求填写乙方的“车辆维修派工单”（以下简称“派工单”）。派工单上应填写清楚送修车辆的品牌型号、车辆牌照号、累计行驶里程、维修项目，经甲方经办人签字后交乙方，乙方凭此单确认项目的接修。</w:t>
      </w:r>
      <w:r>
        <w:rPr>
          <w:lang w:eastAsia="zh-CN"/>
        </w:rPr>
        <w:br/>
      </w:r>
      <w:r>
        <w:rPr>
          <w:lang w:eastAsia="zh-CN"/>
        </w:rPr>
        <w:t>　　3.2、乙方在维修过程中发现其他（维修计划以外）的故障，必须及时将情况反映给甲方，在取得甲方同意后方可继续修理。</w:t>
      </w:r>
      <w:r>
        <w:rPr>
          <w:lang w:eastAsia="zh-CN"/>
        </w:rPr>
        <w:br/>
      </w:r>
      <w:r>
        <w:rPr>
          <w:lang w:eastAsia="zh-CN"/>
        </w:rPr>
        <w:t>　　3.3、对甲方车辆乙方应以修复为主，能不更换的零部件尽量不予更换，确实不能修复或修复不经济的零部件，在征得甲方同意后方可更换。</w:t>
      </w:r>
      <w:r>
        <w:rPr>
          <w:lang w:eastAsia="zh-CN"/>
        </w:rPr>
        <w:br/>
      </w:r>
      <w:r>
        <w:rPr>
          <w:lang w:eastAsia="zh-CN"/>
        </w:rPr>
        <w:t>　　4.维修费用</w:t>
      </w:r>
      <w:r>
        <w:rPr>
          <w:lang w:eastAsia="zh-CN"/>
        </w:rPr>
        <w:br/>
      </w:r>
      <w:r>
        <w:rPr>
          <w:lang w:eastAsia="zh-CN"/>
        </w:rPr>
        <w:t>　　乙方应按照不超过《广东省汽车维修行业工时定额和收费标准》中规定的工时定额和收费标准优惠计算维修费，优惠幅度及标准见附件报价表。</w:t>
      </w:r>
      <w:r>
        <w:rPr>
          <w:lang w:eastAsia="zh-CN"/>
        </w:rPr>
        <w:br/>
      </w:r>
      <w:r>
        <w:rPr>
          <w:lang w:eastAsia="zh-CN"/>
        </w:rPr>
        <w:t>　　（1）维修费用应包括：工时费、材料费和税金。</w:t>
      </w:r>
      <w:r>
        <w:rPr>
          <w:lang w:eastAsia="zh-CN"/>
        </w:rPr>
        <w:br/>
      </w:r>
      <w:r>
        <w:rPr>
          <w:lang w:eastAsia="zh-CN"/>
        </w:rPr>
        <w:t>　　（2）工时费包括小修、大修项目收取工时费的标准。（小修、大修的含义在“维修工时费报价一览表”中的备注已作说明）</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（3）材料费即材料价格，在乙方开具的正式维修发票中须单独列出。</w:t>
      </w:r>
      <w:r>
        <w:rPr>
          <w:lang w:eastAsia="zh-CN"/>
        </w:rPr>
        <w:br/>
      </w:r>
      <w:r>
        <w:rPr>
          <w:lang w:eastAsia="zh-CN"/>
        </w:rPr>
        <w:t>　　5.竣工车辆交接手续</w:t>
      </w:r>
      <w:r>
        <w:rPr>
          <w:lang w:eastAsia="zh-CN"/>
        </w:rPr>
        <w:br/>
      </w:r>
      <w:r>
        <w:rPr>
          <w:lang w:eastAsia="zh-CN"/>
        </w:rPr>
        <w:t>　　5.1、乙方维修车辆结束后，须填写“车辆维修结算单”（以下简称“结算清单”），认真填写车辆维修的具体部位和消耗的材料、部件、计价情况、工时费及质量保证期，注明优惠事宜后交甲方经办人审核签字。此单多联复写备查。</w:t>
      </w:r>
      <w:r>
        <w:rPr>
          <w:lang w:eastAsia="zh-CN"/>
        </w:rPr>
        <w:br/>
      </w:r>
      <w:r>
        <w:rPr>
          <w:lang w:eastAsia="zh-CN"/>
        </w:rPr>
        <w:t>　　5.2、甲方应仔细检查竣工车辆，如维修结果符合送修要求、维修费计算合理，甲方经办人应在“结算清单”上签字认可；如果修理结果不符合送修要求、维修费用计算不合理，或发现使用不符合要求的配件材料，甲方应以书面形式向乙方提出存在的问题，如乙方不能给予令人信服的答复，甲方可报请法定检验机构进行检验。</w:t>
      </w:r>
      <w:r>
        <w:rPr>
          <w:lang w:eastAsia="zh-CN"/>
        </w:rPr>
        <w:br/>
      </w:r>
      <w:r>
        <w:rPr>
          <w:lang w:eastAsia="zh-CN"/>
        </w:rPr>
        <w:t>　　5.3、修车更换下来的旧件应退还甲方。</w:t>
      </w:r>
      <w:r>
        <w:rPr>
          <w:lang w:eastAsia="zh-CN"/>
        </w:rPr>
        <w:br/>
      </w:r>
      <w:r>
        <w:rPr>
          <w:lang w:eastAsia="zh-CN"/>
        </w:rPr>
        <w:t>　　5.4、乙方在向甲方交接竣工车辆时，应将“结算清单”联和维修竣工出厂合格证明一同交甲方。</w:t>
      </w:r>
      <w:r>
        <w:rPr>
          <w:lang w:eastAsia="zh-CN"/>
        </w:rPr>
        <w:br/>
      </w:r>
      <w:r>
        <w:rPr>
          <w:lang w:eastAsia="zh-CN"/>
        </w:rPr>
        <w:t>　　5.5、如甲方在车辆完工之日起5日内，没有以书面形式向乙方提出问题，而又不在“结算清单”上签字，则视为甲方同意接受“结算清单”中的内容。</w:t>
      </w:r>
      <w:r>
        <w:rPr>
          <w:lang w:eastAsia="zh-CN"/>
        </w:rPr>
        <w:br/>
      </w:r>
      <w:r>
        <w:rPr>
          <w:lang w:eastAsia="zh-CN"/>
        </w:rPr>
        <w:t>　　6.结算方式</w:t>
      </w:r>
      <w:r>
        <w:rPr>
          <w:lang w:eastAsia="zh-CN"/>
        </w:rPr>
        <w:br/>
      </w:r>
      <w:r>
        <w:rPr>
          <w:lang w:eastAsia="zh-CN"/>
        </w:rPr>
        <w:t>　　6.1、本合同以人民币结算。</w:t>
      </w:r>
      <w:r>
        <w:rPr>
          <w:lang w:eastAsia="zh-CN"/>
        </w:rPr>
        <w:br/>
      </w:r>
      <w:r>
        <w:rPr>
          <w:lang w:eastAsia="zh-CN"/>
        </w:rPr>
        <w:t>　　6.2、乙方凭下列单据与甲方直接结算：</w:t>
      </w:r>
      <w:r>
        <w:rPr>
          <w:lang w:eastAsia="zh-CN"/>
        </w:rPr>
        <w:br/>
      </w:r>
      <w:r>
        <w:rPr>
          <w:lang w:eastAsia="zh-CN"/>
        </w:rPr>
        <w:t>　　（1）正式发票；</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（2）有甲方验收人员签章的“结算清单”。</w:t>
      </w:r>
      <w:r>
        <w:rPr>
          <w:lang w:eastAsia="zh-CN"/>
        </w:rPr>
        <w:br/>
      </w:r>
      <w:r>
        <w:rPr>
          <w:lang w:eastAsia="zh-CN"/>
        </w:rPr>
        <w:t>　　6.3、付款。</w:t>
      </w:r>
      <w:r>
        <w:rPr>
          <w:lang w:eastAsia="zh-CN"/>
        </w:rPr>
        <w:br/>
      </w:r>
      <w:r>
        <w:rPr>
          <w:lang w:eastAsia="zh-CN"/>
        </w:rPr>
        <w:t>　　每月30日为当月截止日期，乙方应于次月5日前将全部结算清单（并打印总报表）和汽车维修专用发票交由甲方经办人核对后签名，后由甲方财务部门审核后十个工作日内办理付款手续。</w:t>
      </w:r>
      <w:r>
        <w:rPr>
          <w:lang w:eastAsia="zh-CN"/>
        </w:rPr>
        <w:br/>
      </w:r>
      <w:r>
        <w:rPr>
          <w:lang w:eastAsia="zh-CN"/>
        </w:rPr>
        <w:t>　　7.质量保证</w:t>
      </w:r>
      <w:r>
        <w:rPr>
          <w:lang w:eastAsia="zh-CN"/>
        </w:rPr>
        <w:br/>
      </w:r>
      <w:r>
        <w:rPr>
          <w:lang w:eastAsia="zh-CN"/>
        </w:rPr>
        <w:t>　　7.1、乙方提供维修服务时，其服务质量应按照不低于《汽车维修行业管理暂行办法》、《汽车维修质量管理办法》、《广东省机动车维修和技术管理暂行办法》中有关规定和标准执行。</w:t>
      </w:r>
      <w:r>
        <w:rPr>
          <w:lang w:eastAsia="zh-CN"/>
        </w:rPr>
        <w:br/>
      </w:r>
      <w:r>
        <w:rPr>
          <w:lang w:eastAsia="zh-CN"/>
        </w:rPr>
        <w:t>　　7.2、在甲、乙双方约定的质量保证里程和时间内，因维修质量造成的机械事故和经济损失，由乙方全部负责。</w:t>
      </w:r>
      <w:r>
        <w:rPr>
          <w:lang w:eastAsia="zh-CN"/>
        </w:rPr>
        <w:br/>
      </w:r>
      <w:r>
        <w:rPr>
          <w:lang w:eastAsia="zh-CN"/>
        </w:rPr>
        <w:t>　　7.3、乙方应对维修合格出厂的车辆提供质量保证。</w:t>
      </w:r>
      <w:r>
        <w:rPr>
          <w:lang w:eastAsia="zh-CN"/>
        </w:rPr>
        <w:br/>
      </w:r>
      <w:r>
        <w:rPr>
          <w:lang w:eastAsia="zh-CN"/>
        </w:rPr>
        <w:t>　　7.4、乙方应保证维修所用材料是未使用过的原厂生产的合格正品（如确需使用付厂产品或旧拆车件的，须经甲方同意后方可使用），并完全符合合同规定的质量和性能的要求。乙方应保证使用的配件材料在正确安装、正常使用和保养条件下，在其使用寿命期内具有满意的性能。维修车辆移交甲方后，在质量保证期内，乙方应对由于维修技术、工艺或配件材料的缺陷以及其他由于乙方的原因而发生的任何不足或故障负责，费用由乙方负担。根据法定检验机构的检验结果或在质量保证期内，如果证明维修是有缺陷的，包括潜在的缺陷或使用不符合要求的配件材料等，甲方将以书面形式向乙方提出本保证下的索赔。</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7.5、如果乙方在收到索赔通知后，在合同中所附服务承诺约定的时间内没有采取措施，甲方可采取必要的补救措施，但风险和费用将由乙方承担。</w:t>
      </w:r>
      <w:r>
        <w:rPr>
          <w:lang w:eastAsia="zh-CN"/>
        </w:rPr>
        <w:br/>
      </w:r>
      <w:r>
        <w:rPr>
          <w:lang w:eastAsia="zh-CN"/>
        </w:rPr>
        <w:t>　　8.索赔</w:t>
      </w:r>
      <w:r>
        <w:rPr>
          <w:lang w:eastAsia="zh-CN"/>
        </w:rPr>
        <w:br/>
      </w:r>
      <w:r>
        <w:rPr>
          <w:lang w:eastAsia="zh-CN"/>
        </w:rPr>
        <w:t>　　8.1、甲方有权根据法定检验机构出具的车辆维修质量检验报告向乙方提出索赔。</w:t>
      </w:r>
      <w:r>
        <w:rPr>
          <w:lang w:eastAsia="zh-CN"/>
        </w:rPr>
        <w:br/>
      </w:r>
      <w:r>
        <w:rPr>
          <w:lang w:eastAsia="zh-CN"/>
        </w:rPr>
        <w:t>　　8.2、在合同规定的质量保证期内，如果乙方对甲方提出的索赔负有责任，乙方应按照甲方同意的下列任一种或多种方式解决索赔事宜：</w:t>
      </w:r>
      <w:r>
        <w:rPr>
          <w:lang w:eastAsia="zh-CN"/>
        </w:rPr>
        <w:br/>
      </w:r>
      <w:r>
        <w:rPr>
          <w:lang w:eastAsia="zh-CN"/>
        </w:rPr>
        <w:t>　　（1）乙方同意免收该次维修的维修费用，并承担由此发生的一些损失和费用。</w:t>
      </w:r>
      <w:r>
        <w:rPr>
          <w:lang w:eastAsia="zh-CN"/>
        </w:rPr>
        <w:br/>
      </w:r>
      <w:r>
        <w:rPr>
          <w:lang w:eastAsia="zh-CN"/>
        </w:rPr>
        <w:t>　　（2）乙方必须用符合合同规定的规格、质量和性能要求的全新的原装合格品免费予以更换。同时，乙方应按合同规定，对修补或更换件相应延长质量保证期。</w:t>
      </w:r>
      <w:r>
        <w:rPr>
          <w:lang w:eastAsia="zh-CN"/>
        </w:rPr>
        <w:br/>
      </w:r>
      <w:r>
        <w:rPr>
          <w:lang w:eastAsia="zh-CN"/>
        </w:rPr>
        <w:t>　　（3）质量保证期内，车辆如发生故障时，甲方车辆驾驶员应及时进行补救，避免损失扩大，如未采取措施，乙方可以仅对初步损失进行赔偿。</w:t>
      </w:r>
      <w:r>
        <w:rPr>
          <w:lang w:eastAsia="zh-CN"/>
        </w:rPr>
        <w:br/>
      </w:r>
      <w:r>
        <w:rPr>
          <w:lang w:eastAsia="zh-CN"/>
        </w:rPr>
        <w:t>　　8.3、如果在甲方发出索赔通知后5天内，乙方未作答复，上述索赔应视为已被乙方接受。如乙方未能在甲方发出索赔通知后10天内，按照合同规定的任何一种方法解决索赔事宜，甲方将从乙方的履约保证金中扣回索赔金额（不足部分乙方需用现金补足）或用法律手段解决索赔事宜。</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9.乙方交货延误</w:t>
      </w:r>
      <w:r>
        <w:rPr>
          <w:lang w:eastAsia="zh-CN"/>
        </w:rPr>
        <w:br/>
      </w:r>
      <w:r>
        <w:rPr>
          <w:lang w:eastAsia="zh-CN"/>
        </w:rPr>
        <w:t>　　9.1、乙方应按送修通知单上规定的时间完成维修项目，并将竣工车辆交付甲方验收使用。</w:t>
      </w:r>
      <w:r>
        <w:rPr>
          <w:lang w:eastAsia="zh-CN"/>
        </w:rPr>
        <w:br/>
      </w:r>
      <w:r>
        <w:rPr>
          <w:lang w:eastAsia="zh-CN"/>
        </w:rPr>
        <w:t>　　9.2、在履行合同过程中，如果乙方遇到不能按时完成维修项目和与甲方办理交接手续时，应及时以书面形式将不能按时交货的理由、可能延误的时间通知甲方。甲方在收到乙方的通知后，应对情况进行分析，决定是否延长维修时间。</w:t>
      </w:r>
      <w:r>
        <w:rPr>
          <w:lang w:eastAsia="zh-CN"/>
        </w:rPr>
        <w:br/>
      </w:r>
      <w:r>
        <w:rPr>
          <w:lang w:eastAsia="zh-CN"/>
        </w:rPr>
        <w:t>　　10.误期赔偿</w:t>
      </w:r>
      <w:r>
        <w:rPr>
          <w:lang w:eastAsia="zh-CN"/>
        </w:rPr>
        <w:br/>
      </w:r>
      <w:r>
        <w:rPr>
          <w:lang w:eastAsia="zh-CN"/>
        </w:rPr>
        <w:t>　　如果乙方无正当理由拖延维修时间或没有按照送修规定的时间完成维修工作以及不按期办理车辆交接手续，除合同第11条规定外，乙方应向甲方支付误期赔偿费，赔偿费按每车每天叁佰元收取，直至交货或提供服务为止。但赔偿费的最高限额为壹万元整，一旦到达误期赔偿费的最高限额，甲方可考虑终止合同，并没收乙方的履约保证金。</w:t>
      </w:r>
      <w:r>
        <w:rPr>
          <w:lang w:eastAsia="zh-CN"/>
        </w:rPr>
        <w:br/>
      </w:r>
      <w:r>
        <w:rPr>
          <w:lang w:eastAsia="zh-CN"/>
        </w:rPr>
        <w:t>　　11.不可抗力</w:t>
      </w:r>
      <w:r>
        <w:rPr>
          <w:lang w:eastAsia="zh-CN"/>
        </w:rPr>
        <w:br/>
      </w:r>
      <w:r>
        <w:rPr>
          <w:lang w:eastAsia="zh-CN"/>
        </w:rPr>
        <w:t>　　11.1、如果乙方因不可抗力而导致合同实施延误或不能履行合同义务的话，乙方不应被没收履约保证金，也不应该承担误期赔偿或终止合同的责任。</w:t>
      </w:r>
      <w:r>
        <w:rPr>
          <w:lang w:eastAsia="zh-CN"/>
        </w:rPr>
        <w:br/>
      </w:r>
      <w:r>
        <w:rPr>
          <w:lang w:eastAsia="zh-CN"/>
        </w:rPr>
        <w:t>　　11.2、本条所述的“不可抗力”系指下列乙方无法控制、不可预见的事件，但不包括乙方的违约或疏忽。这些事件包括：战争、严重火灾、洪水、台风、地震以及其他甲方、甲方和乙方商定的事件。</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11.3、在不可抗力事件发生后，乙方应尽快以书面形式将不可抗力的情况和原因通知甲方和甲方。除甲方和甲方书面另行要求外，乙方应尽实际可能继续履行合同义务，以及寻求采取合理的方案履行不受不可抗力影响的其他事项。如果不可抗力事件影响时间持续20天以上的，甲方和乙方应通过友好协商在合理的时间内达成进一步履行合同的协议。</w:t>
      </w:r>
      <w:r>
        <w:rPr>
          <w:lang w:eastAsia="zh-CN"/>
        </w:rPr>
        <w:br/>
      </w:r>
      <w:r>
        <w:rPr>
          <w:lang w:eastAsia="zh-CN"/>
        </w:rPr>
        <w:t>　　12.税费</w:t>
      </w:r>
      <w:r>
        <w:rPr>
          <w:lang w:eastAsia="zh-CN"/>
        </w:rPr>
        <w:br/>
      </w:r>
      <w:r>
        <w:rPr>
          <w:lang w:eastAsia="zh-CN"/>
        </w:rPr>
        <w:t>　　政府税务部门根据现行税法规定对乙方征收的、与本合同有关的一切税费，均由乙方自行负担。</w:t>
      </w:r>
      <w:r>
        <w:rPr>
          <w:lang w:eastAsia="zh-CN"/>
        </w:rPr>
        <w:br/>
      </w:r>
      <w:r>
        <w:rPr>
          <w:lang w:eastAsia="zh-CN"/>
        </w:rPr>
        <w:t>　　13.履约保证金</w:t>
      </w:r>
      <w:r>
        <w:rPr>
          <w:lang w:eastAsia="zh-CN"/>
        </w:rPr>
        <w:br/>
      </w:r>
      <w:r>
        <w:rPr>
          <w:lang w:eastAsia="zh-CN"/>
        </w:rPr>
        <w:t>　　13.1、如乙方未能履行合同义务，甲方有权从履约保证金中取得补偿。</w:t>
      </w:r>
      <w:r>
        <w:rPr>
          <w:lang w:eastAsia="zh-CN"/>
        </w:rPr>
        <w:br/>
      </w:r>
      <w:r>
        <w:rPr>
          <w:lang w:eastAsia="zh-CN"/>
        </w:rPr>
        <w:t>　　13.2、履约保证金应在合同期满或终止后7个工作日内退还给乙方，不计利息。</w:t>
      </w:r>
      <w:r>
        <w:rPr>
          <w:lang w:eastAsia="zh-CN"/>
        </w:rPr>
        <w:br/>
      </w:r>
      <w:r>
        <w:rPr>
          <w:lang w:eastAsia="zh-CN"/>
        </w:rPr>
        <w:t>　　14.争议解决</w:t>
      </w:r>
      <w:r>
        <w:rPr>
          <w:lang w:eastAsia="zh-CN"/>
        </w:rPr>
        <w:br/>
      </w:r>
      <w:r>
        <w:rPr>
          <w:lang w:eastAsia="zh-CN"/>
        </w:rPr>
        <w:t>　　在执行本合同中所发生的、与本合同有关的一切争议，甲乙双方应通过友好协商的办法进行解决，如解决不了，则应申请向合同签订地人民法院提起诉讼解决。</w:t>
      </w:r>
      <w:r>
        <w:rPr>
          <w:lang w:eastAsia="zh-CN"/>
        </w:rPr>
        <w:br/>
      </w:r>
      <w:r>
        <w:rPr>
          <w:lang w:eastAsia="zh-CN"/>
        </w:rPr>
        <w:t>　　15.违约终止合同</w:t>
      </w:r>
      <w:r>
        <w:rPr>
          <w:lang w:eastAsia="zh-CN"/>
        </w:rPr>
        <w:br/>
      </w:r>
      <w:r>
        <w:rPr>
          <w:lang w:eastAsia="zh-CN"/>
        </w:rPr>
        <w:t>　　15.1、在本合同执行过程中，甲方将定期或不定期的对乙方执行合同的情况进行检查，如有下列情况发生，甲方可向乙方发出终止合同的书面通知书：</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（1）经乙方维修出厂的车辆存在质量问题达3次的；</w:t>
      </w:r>
      <w:r>
        <w:rPr>
          <w:lang w:eastAsia="zh-CN"/>
        </w:rPr>
        <w:br/>
      </w:r>
      <w:r>
        <w:rPr>
          <w:lang w:eastAsia="zh-CN"/>
        </w:rPr>
        <w:t>　　（2）未经甲方同意，乙方将送修车辆交由其他维修厂家修理的；</w:t>
      </w:r>
      <w:r>
        <w:rPr>
          <w:lang w:eastAsia="zh-CN"/>
        </w:rPr>
        <w:br/>
      </w:r>
      <w:r>
        <w:rPr>
          <w:lang w:eastAsia="zh-CN"/>
        </w:rPr>
        <w:t>　　（3）未经甲方同意，乙方擅自使用非原厂生产的零部件用于送修车辆的；</w:t>
      </w:r>
      <w:r>
        <w:rPr>
          <w:lang w:eastAsia="zh-CN"/>
        </w:rPr>
        <w:br/>
      </w:r>
      <w:r>
        <w:rPr>
          <w:lang w:eastAsia="zh-CN"/>
        </w:rPr>
        <w:t>　　（4）无论在任何情况下，乙方以旧件换取送修车辆零部件的；</w:t>
      </w:r>
      <w:r>
        <w:rPr>
          <w:lang w:eastAsia="zh-CN"/>
        </w:rPr>
        <w:br/>
      </w:r>
      <w:r>
        <w:rPr>
          <w:lang w:eastAsia="zh-CN"/>
        </w:rPr>
        <w:t>　　（5）因乙方维修质量问题，导致送修车辆出现事故造成重大损失的；</w:t>
      </w:r>
      <w:r>
        <w:rPr>
          <w:lang w:eastAsia="zh-CN"/>
        </w:rPr>
        <w:br/>
      </w:r>
      <w:r>
        <w:rPr>
          <w:lang w:eastAsia="zh-CN"/>
        </w:rPr>
        <w:t>　　（6）每月不认真、及时、准确地向甲方报送维修情况统计表的。</w:t>
      </w:r>
      <w:r>
        <w:rPr>
          <w:lang w:eastAsia="zh-CN"/>
        </w:rPr>
        <w:br/>
      </w:r>
      <w:r>
        <w:rPr>
          <w:lang w:eastAsia="zh-CN"/>
        </w:rPr>
        <w:t>　　15.2、乙方在任何情况下都不得向甲方经办人提供任何形式的回扣，一经发现，甲方可立即全面终止合同，并没收履约保证金，同时提请有关部门追究有关当事人的责任。</w:t>
      </w:r>
      <w:r>
        <w:rPr>
          <w:lang w:eastAsia="zh-CN"/>
        </w:rPr>
        <w:br/>
      </w:r>
      <w:r>
        <w:rPr>
          <w:lang w:eastAsia="zh-CN"/>
        </w:rPr>
        <w:t>　　15.3、甲方未按规定与乙方结算的，乙方有权单方面终止合同，并向甲方追究经济赔偿。</w:t>
      </w:r>
      <w:r>
        <w:rPr>
          <w:lang w:eastAsia="zh-CN"/>
        </w:rPr>
        <w:br/>
      </w:r>
      <w:r>
        <w:rPr>
          <w:lang w:eastAsia="zh-CN"/>
        </w:rPr>
        <w:t>　　16.乙方服务</w:t>
      </w:r>
      <w:r>
        <w:rPr>
          <w:lang w:eastAsia="zh-CN"/>
        </w:rPr>
        <w:br/>
      </w:r>
      <w:r>
        <w:rPr>
          <w:lang w:eastAsia="zh-CN"/>
        </w:rPr>
        <w:t>　　16.1、乙方应实行24小时全天候服务，并接受甲方的监督。</w:t>
      </w:r>
      <w:r>
        <w:rPr>
          <w:lang w:eastAsia="zh-CN"/>
        </w:rPr>
        <w:br/>
      </w:r>
      <w:r>
        <w:rPr>
          <w:lang w:eastAsia="zh-CN"/>
        </w:rPr>
        <w:t>　　16.2、乙方应严格执行合同中规定的各项维修工时费定额和收费标准及配件价格，接受甲方定期或不定期的对汽车配件、维修质量、车辆档案、服务承诺等的检查。如发现违规行为累计三次的，甲方将扣除其履约保证金并取消其定点维修厂的资格的处理。</w:t>
      </w:r>
      <w:r>
        <w:rPr>
          <w:lang w:eastAsia="zh-CN"/>
        </w:rPr>
        <w:br/>
      </w:r>
      <w:r>
        <w:rPr>
          <w:lang w:eastAsia="zh-CN"/>
        </w:rPr>
        <w:t>　　17.合同的有效期</w:t>
      </w:r>
      <w:r>
        <w:rPr>
          <w:lang w:eastAsia="zh-CN"/>
        </w:rPr>
        <w:br/>
      </w:r>
      <w:r>
        <w:rPr>
          <w:lang w:eastAsia="zh-CN"/>
        </w:rPr>
        <w:t>　　本合同的有效期为自_________年_________月_________日至_________年_________月_________日。</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18.合同生效及其他</w:t>
      </w:r>
      <w:r>
        <w:rPr>
          <w:lang w:eastAsia="zh-CN"/>
        </w:rPr>
        <w:br/>
      </w:r>
      <w:r>
        <w:rPr>
          <w:lang w:eastAsia="zh-CN"/>
        </w:rPr>
        <w:t>　　18.1、合同应在甲乙双方代表签字并加盖公章后生效。</w:t>
      </w:r>
      <w:r>
        <w:rPr>
          <w:lang w:eastAsia="zh-CN"/>
        </w:rPr>
        <w:br/>
      </w:r>
      <w:r>
        <w:rPr>
          <w:lang w:eastAsia="zh-CN"/>
        </w:rPr>
        <w:t>　　18.2、本合同一式四份，甲乙双方各执二份。</w:t>
      </w:r>
      <w:r>
        <w:rPr>
          <w:lang w:eastAsia="zh-CN"/>
        </w:rPr>
        <w:br/>
      </w:r>
      <w:r>
        <w:rPr>
          <w:lang w:eastAsia="zh-CN"/>
        </w:rPr>
        <w:t>　　18.3、如需修改或补充合同内容，应经甲方、乙方协商，共同签署书面修改或补充协议。该协议将作为本合同不可分割的一部分。</w:t>
      </w:r>
      <w:r>
        <w:rPr>
          <w:lang w:eastAsia="zh-CN"/>
        </w:rPr>
        <w:br/>
      </w:r>
      <w:r>
        <w:rPr>
          <w:lang w:eastAsia="zh-CN"/>
        </w:rPr>
        <w:t>　　18.4、除甲方事先书面同意外，乙方不得部分转让或全部转让其应履行的合同义务。</w:t>
      </w:r>
      <w:r>
        <w:rPr>
          <w:lang w:eastAsia="zh-CN"/>
        </w:rPr>
        <w:br/>
      </w:r>
      <w:r>
        <w:rPr>
          <w:lang w:eastAsia="zh-CN"/>
        </w:rPr>
        <w:t>　　甲方（盖章）：_________　　　　　　　乙方（盖章）：_________</w:t>
      </w:r>
      <w:r>
        <w:rPr>
          <w:lang w:eastAsia="zh-CN"/>
        </w:rPr>
        <w:br/>
      </w:r>
      <w:r>
        <w:rPr>
          <w:lang w:eastAsia="zh-CN"/>
        </w:rPr>
        <w:t>　　代表人：_________　　　　　　　　　　代表人：_________</w:t>
      </w:r>
      <w:r>
        <w:rPr>
          <w:lang w:eastAsia="zh-CN"/>
        </w:rPr>
        <w:br/>
      </w:r>
      <w:r>
        <w:rPr>
          <w:lang w:eastAsia="zh-CN"/>
        </w:rPr>
        <w:t>　　地址：_________　　　　　　　　　　　开户银行：_________</w:t>
      </w:r>
      <w:r>
        <w:rPr>
          <w:lang w:eastAsia="zh-CN"/>
        </w:rPr>
        <w:br/>
      </w:r>
      <w:r>
        <w:rPr>
          <w:lang w:eastAsia="zh-CN"/>
        </w:rPr>
        <w:t>　　邮编：_________　　　　　　　　　　　帐号：_________</w:t>
      </w:r>
      <w:r>
        <w:rPr>
          <w:lang w:eastAsia="zh-CN"/>
        </w:rPr>
        <w:br/>
      </w:r>
      <w:r>
        <w:rPr>
          <w:lang w:eastAsia="zh-CN"/>
        </w:rPr>
        <w:t>　　地址：_________</w:t>
      </w:r>
      <w:r>
        <w:rPr>
          <w:lang w:eastAsia="zh-CN"/>
        </w:rPr>
        <w:br/>
      </w:r>
      <w:r>
        <w:rPr>
          <w:lang w:eastAsia="zh-CN"/>
        </w:rPr>
        <w:t>　　邮编：_________</w:t>
      </w:r>
      <w:r>
        <w:rPr>
          <w:lang w:eastAsia="zh-CN"/>
        </w:rPr>
        <w:br/>
      </w:r>
      <w:r>
        <w:rPr>
          <w:lang w:eastAsia="zh-CN"/>
        </w:rPr>
        <w:t>　　_________年____月____日　　　　　　　_________年____月____日</w:t>
      </w:r>
      <w:r>
        <w:rPr>
          <w:lang w:eastAsia="zh-CN"/>
        </w:rPr>
        <w:br/>
      </w:r>
      <w:r>
        <w:rPr>
          <w:lang w:eastAsia="zh-CN"/>
        </w:rPr>
        <w:t xml:space="preserve">    关于汽车维修合同范本 篇5 </w:t>
      </w:r>
      <w:r>
        <w:rPr>
          <w:lang w:eastAsia="zh-CN"/>
        </w:rPr>
        <w:br/>
      </w:r>
      <w:r>
        <w:rPr>
          <w:lang w:eastAsia="zh-CN"/>
        </w:rPr>
        <w:t>　　甲方：</w:t>
      </w:r>
      <w:r>
        <w:rPr>
          <w:lang w:eastAsia="zh-CN"/>
        </w:rPr>
        <w:br/>
      </w:r>
      <w:r>
        <w:rPr>
          <w:lang w:eastAsia="zh-CN"/>
        </w:rPr>
        <w:t>　　乙方：</w:t>
      </w:r>
      <w:r>
        <w:rPr>
          <w:lang w:eastAsia="zh-CN"/>
        </w:rPr>
        <w:br/>
      </w:r>
      <w:r>
        <w:rPr>
          <w:lang w:eastAsia="zh-CN"/>
        </w:rPr>
        <w:t>　　甲、乙双方本着相互支持、互利互助的原则，经协商特制定如下车辆定点修理协议：</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一、甲方责任：</w:t>
      </w:r>
      <w:r>
        <w:rPr>
          <w:lang w:eastAsia="zh-CN"/>
        </w:rPr>
        <w:br/>
      </w:r>
      <w:r>
        <w:rPr>
          <w:lang w:eastAsia="zh-CN"/>
        </w:rPr>
        <w:t>　　1、优先安排修理乙方车辆，并提供节假日、夜间加班抢修服务。</w:t>
      </w:r>
      <w:r>
        <w:rPr>
          <w:lang w:eastAsia="zh-CN"/>
        </w:rPr>
        <w:br/>
      </w:r>
      <w:r>
        <w:rPr>
          <w:lang w:eastAsia="zh-CN"/>
        </w:rPr>
        <w:t>　　2、必要时根据乙方要求提供市区内上门抢修、免费拖车服务，市区外拖车协商计费。</w:t>
      </w:r>
      <w:r>
        <w:rPr>
          <w:lang w:eastAsia="zh-CN"/>
        </w:rPr>
        <w:br/>
      </w:r>
      <w:r>
        <w:rPr>
          <w:lang w:eastAsia="zh-CN"/>
        </w:rPr>
        <w:t>　　3、定期免费为乙方提供车辆安全检查（每季或根据乙方需要），在修车辆免费洗车、吸尘服务。</w:t>
      </w:r>
      <w:r>
        <w:rPr>
          <w:lang w:eastAsia="zh-CN"/>
        </w:rPr>
        <w:br/>
      </w:r>
      <w:r>
        <w:rPr>
          <w:lang w:eastAsia="zh-CN"/>
        </w:rPr>
        <w:t>　　4、经乙方委托，代办车辆行驶证年审：营运证年审、季审、技术评定等业务：代缴政府规定的税收和费用：办理车辆保险的购买及肇事车辆索赔。</w:t>
      </w:r>
      <w:r>
        <w:rPr>
          <w:lang w:eastAsia="zh-CN"/>
        </w:rPr>
        <w:br/>
      </w:r>
      <w:r>
        <w:rPr>
          <w:lang w:eastAsia="zh-CN"/>
        </w:rPr>
        <w:t>　　5、在修车如需更换500元以上的贵重零件，甲方要事先征得乙方主办人员同意方可更换。</w:t>
      </w:r>
      <w:r>
        <w:rPr>
          <w:lang w:eastAsia="zh-CN"/>
        </w:rPr>
        <w:br/>
      </w:r>
      <w:r>
        <w:rPr>
          <w:lang w:eastAsia="zh-CN"/>
        </w:rPr>
        <w:t>　　6、为乙方设立车辆修理和技术档案，提供技术咨询，为乙方安排保养计划，使乙方车辆按时保养，以免失保，影响车辆的素质和完好率。</w:t>
      </w:r>
      <w:r>
        <w:rPr>
          <w:lang w:eastAsia="zh-CN"/>
        </w:rPr>
        <w:br/>
      </w:r>
      <w:r>
        <w:rPr>
          <w:lang w:eastAsia="zh-CN"/>
        </w:rPr>
        <w:t>　　二、乙方责任：</w:t>
      </w:r>
      <w:r>
        <w:rPr>
          <w:lang w:eastAsia="zh-CN"/>
        </w:rPr>
        <w:br/>
      </w:r>
      <w:r>
        <w:rPr>
          <w:lang w:eastAsia="zh-CN"/>
        </w:rPr>
        <w:t>　　1、乙方将所属车辆共另附上所属车辆登记表。</w:t>
      </w:r>
      <w:r>
        <w:rPr>
          <w:lang w:eastAsia="zh-CN"/>
        </w:rPr>
        <w:br/>
      </w:r>
      <w:r>
        <w:rPr>
          <w:lang w:eastAsia="zh-CN"/>
        </w:rPr>
        <w:t>　　2、为甲方提供完备的办理车辆年审、季审、二保等证明证件手续。</w:t>
      </w:r>
      <w:r>
        <w:rPr>
          <w:lang w:eastAsia="zh-CN"/>
        </w:rPr>
        <w:br/>
      </w:r>
      <w:r>
        <w:rPr>
          <w:lang w:eastAsia="zh-CN"/>
        </w:rPr>
        <w:t>　　3、为处理旺、淡季关系，便于甲方安排生产，乙方如无特殊情况，按甲方计划将车辆送甲方保养和维修。</w:t>
      </w:r>
      <w:r>
        <w:rPr>
          <w:lang w:eastAsia="zh-CN"/>
        </w:rPr>
        <w:br/>
      </w:r>
      <w:r>
        <w:rPr>
          <w:lang w:eastAsia="zh-CN"/>
        </w:rPr>
        <w:t>　　三、验收标准。</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按国家和市交委车辆修竣验收标准，特殊情况双方另外协商。乙方需派一名专职人员负责车辆交接和验收把关工作。</w:t>
      </w:r>
      <w:r>
        <w:rPr>
          <w:lang w:eastAsia="zh-CN"/>
        </w:rPr>
        <w:br/>
      </w:r>
      <w:r>
        <w:rPr>
          <w:lang w:eastAsia="zh-CN"/>
        </w:rPr>
        <w:t>　　四、收费标准。</w:t>
      </w:r>
      <w:r>
        <w:rPr>
          <w:lang w:eastAsia="zh-CN"/>
        </w:rPr>
        <w:br/>
      </w:r>
      <w:r>
        <w:rPr>
          <w:lang w:eastAsia="zh-CN"/>
        </w:rPr>
        <w:t>　　以市交委及市物价局核准的规定标准收费，或双方协商价格收费。</w:t>
      </w:r>
      <w:r>
        <w:rPr>
          <w:lang w:eastAsia="zh-CN"/>
        </w:rPr>
        <w:br/>
      </w:r>
      <w:r>
        <w:rPr>
          <w:lang w:eastAsia="zh-CN"/>
        </w:rPr>
        <w:t>　　五、结算方式。</w:t>
      </w:r>
      <w:r>
        <w:rPr>
          <w:lang w:eastAsia="zh-CN"/>
        </w:rPr>
        <w:br/>
      </w:r>
      <w:r>
        <w:rPr>
          <w:lang w:eastAsia="zh-CN"/>
        </w:rPr>
        <w:t>　　凭乙方指定司机或者负责人签字认可的维修凭证，以现金或银行转帐形式每 结算一次。</w:t>
      </w:r>
      <w:r>
        <w:rPr>
          <w:lang w:eastAsia="zh-CN"/>
        </w:rPr>
        <w:br/>
      </w:r>
      <w:r>
        <w:rPr>
          <w:lang w:eastAsia="zh-CN"/>
        </w:rPr>
        <w:t>　　六、质量处理。</w:t>
      </w:r>
      <w:r>
        <w:rPr>
          <w:lang w:eastAsia="zh-CN"/>
        </w:rPr>
        <w:br/>
      </w:r>
      <w:r>
        <w:rPr>
          <w:lang w:eastAsia="zh-CN"/>
        </w:rPr>
        <w:t>　　竣工出厂的车辆乙方在合理使用的情况下在保修期内（发动机大修10000公里或三个月：中修3000公里或一个月，二保为20__公里或10天：小修为500公里或5天）出现质量问题，甲方无条件给予返修。属乙方使用操作造成损坏，由乙方负责，并由双方在平等互谅的情况下进行友好协商。</w:t>
      </w:r>
      <w:r>
        <w:rPr>
          <w:lang w:eastAsia="zh-CN"/>
        </w:rPr>
        <w:br/>
      </w:r>
      <w:r>
        <w:rPr>
          <w:lang w:eastAsia="zh-CN"/>
        </w:rPr>
        <w:t>　　甲方厂长质量投诉电话：</w:t>
      </w:r>
      <w:r>
        <w:rPr>
          <w:lang w:eastAsia="zh-CN"/>
        </w:rPr>
        <w:br/>
      </w:r>
      <w:r>
        <w:rPr>
          <w:lang w:eastAsia="zh-CN"/>
        </w:rPr>
        <w:t>　　七、其它约定条款：</w:t>
      </w:r>
      <w:r>
        <w:rPr>
          <w:lang w:eastAsia="zh-CN"/>
        </w:rPr>
        <w:br/>
      </w:r>
      <w:r>
        <w:rPr>
          <w:lang w:eastAsia="zh-CN"/>
        </w:rPr>
        <w:t>　　八、本协议一式二份，甲乙双方各执一份。有效期自 日起至年月生效。</w:t>
      </w:r>
      <w:r>
        <w:rPr>
          <w:lang w:eastAsia="zh-CN"/>
        </w:rPr>
        <w:br/>
      </w:r>
      <w:r>
        <w:rPr>
          <w:lang w:eastAsia="zh-CN"/>
        </w:rPr>
        <w:t>　　甲方： 乙方：</w:t>
      </w:r>
      <w:r>
        <w:rPr>
          <w:lang w:eastAsia="zh-CN"/>
        </w:rPr>
        <w:br/>
      </w:r>
      <w:r>
        <w:rPr>
          <w:lang w:eastAsia="zh-CN"/>
        </w:rPr>
        <w:t>　　地址： 地址：</w:t>
      </w:r>
      <w:r>
        <w:rPr>
          <w:lang w:eastAsia="zh-CN"/>
        </w:rPr>
        <w:br/>
      </w:r>
      <w:r>
        <w:rPr>
          <w:lang w:eastAsia="zh-CN"/>
        </w:rPr>
        <w:t>　　电话： 电话：</w:t>
      </w:r>
      <w:r>
        <w:rPr>
          <w:lang w:eastAsia="zh-CN"/>
        </w:rPr>
        <w:br/>
      </w:r>
      <w:r>
        <w:rPr>
          <w:lang w:eastAsia="zh-CN"/>
        </w:rPr>
        <w:t>　　开户行： 开户行：</w:t>
      </w:r>
      <w:r>
        <w:rPr>
          <w:lang w:eastAsia="zh-CN"/>
        </w:rPr>
        <w:br/>
      </w:r>
      <w:r>
        <w:rPr>
          <w:lang w:eastAsia="zh-CN"/>
        </w:rPr>
        <w:t>　　帐号： 帐户：</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签订时间：</w:t>
      </w:r>
      <w:r>
        <w:rPr>
          <w:lang w:eastAsia="zh-CN"/>
        </w:rPr>
        <w:br/>
      </w:r>
      <w:r>
        <w:rPr>
          <w:lang w:eastAsia="zh-CN"/>
        </w:rPr>
        <w:t xml:space="preserve">    关于汽车维修合同范本 篇6 </w:t>
      </w:r>
      <w:r>
        <w:rPr>
          <w:lang w:eastAsia="zh-CN"/>
        </w:rPr>
        <w:br/>
      </w:r>
      <w:r>
        <w:rPr>
          <w:lang w:eastAsia="zh-CN"/>
        </w:rPr>
        <w:t>　　甲方：</w:t>
      </w:r>
      <w:r>
        <w:rPr>
          <w:lang w:eastAsia="zh-CN"/>
        </w:rPr>
        <w:br/>
      </w:r>
      <w:r>
        <w:rPr>
          <w:lang w:eastAsia="zh-CN"/>
        </w:rPr>
        <w:t>　　乙方：</w:t>
      </w:r>
      <w:r>
        <w:rPr>
          <w:lang w:eastAsia="zh-CN"/>
        </w:rPr>
        <w:br/>
      </w:r>
      <w:r>
        <w:rPr>
          <w:lang w:eastAsia="zh-CN"/>
        </w:rPr>
        <w:t>　　按照《中华人民共和国合同法》和其他有关法规，经甲乙双方协商，本着平等自愿原则，订立本合同。</w:t>
      </w:r>
      <w:r>
        <w:rPr>
          <w:lang w:eastAsia="zh-CN"/>
        </w:rPr>
        <w:br/>
      </w:r>
      <w:r>
        <w:rPr>
          <w:lang w:eastAsia="zh-CN"/>
        </w:rPr>
        <w:t>　　第一条工程概况</w:t>
      </w:r>
      <w:r>
        <w:rPr>
          <w:lang w:eastAsia="zh-CN"/>
        </w:rPr>
        <w:br/>
      </w:r>
      <w:r>
        <w:rPr>
          <w:lang w:eastAsia="zh-CN"/>
        </w:rPr>
        <w:t>　　工程名称：</w:t>
      </w:r>
      <w:r>
        <w:rPr>
          <w:lang w:eastAsia="zh-CN"/>
        </w:rPr>
        <w:br/>
      </w:r>
      <w:r>
        <w:rPr>
          <w:lang w:eastAsia="zh-CN"/>
        </w:rPr>
        <w:t>　　工程地点：</w:t>
      </w:r>
      <w:r>
        <w:rPr>
          <w:lang w:eastAsia="zh-CN"/>
        </w:rPr>
        <w:br/>
      </w:r>
      <w:r>
        <w:rPr>
          <w:lang w:eastAsia="zh-CN"/>
        </w:rPr>
        <w:t>　　第二条甲方权利与义务</w:t>
      </w:r>
      <w:r>
        <w:rPr>
          <w:lang w:eastAsia="zh-CN"/>
        </w:rPr>
        <w:br/>
      </w:r>
      <w:r>
        <w:rPr>
          <w:lang w:eastAsia="zh-CN"/>
        </w:rPr>
        <w:t>　　1、甲方可向乙方书面阐述对工程及具体问题的意见；</w:t>
      </w:r>
      <w:r>
        <w:rPr>
          <w:lang w:eastAsia="zh-CN"/>
        </w:rPr>
        <w:br/>
      </w:r>
      <w:r>
        <w:rPr>
          <w:lang w:eastAsia="zh-CN"/>
        </w:rPr>
        <w:t>　　2、甲方应向乙方及时提供工作所需的修缮方案和必要的施工图纸及其他有关的书面资料；</w:t>
      </w:r>
      <w:r>
        <w:rPr>
          <w:lang w:eastAsia="zh-CN"/>
        </w:rPr>
        <w:br/>
      </w:r>
      <w:r>
        <w:rPr>
          <w:lang w:eastAsia="zh-CN"/>
        </w:rPr>
        <w:t>　　3、甲方为乙方的工作开展提供必要的配合；</w:t>
      </w:r>
      <w:r>
        <w:rPr>
          <w:lang w:eastAsia="zh-CN"/>
        </w:rPr>
        <w:br/>
      </w:r>
      <w:r>
        <w:rPr>
          <w:lang w:eastAsia="zh-CN"/>
        </w:rPr>
        <w:t>　　4、甲方须按约及时向乙方支付服务费用；</w:t>
      </w:r>
      <w:r>
        <w:rPr>
          <w:lang w:eastAsia="zh-CN"/>
        </w:rPr>
        <w:br/>
      </w:r>
      <w:r>
        <w:rPr>
          <w:lang w:eastAsia="zh-CN"/>
        </w:rPr>
        <w:t>　　第三条乙方权利与义务</w:t>
      </w:r>
      <w:r>
        <w:rPr>
          <w:lang w:eastAsia="zh-CN"/>
        </w:rPr>
        <w:br/>
      </w:r>
      <w:r>
        <w:rPr>
          <w:lang w:eastAsia="zh-CN"/>
        </w:rPr>
        <w:t>　　1、乙方可向甲方索取与委托内容有关的各类技术经济资料；</w:t>
      </w:r>
      <w:r>
        <w:rPr>
          <w:lang w:eastAsia="zh-CN"/>
        </w:rPr>
        <w:br/>
      </w:r>
      <w:r>
        <w:rPr>
          <w:lang w:eastAsia="zh-CN"/>
        </w:rPr>
        <w:t>　　2、乙方可要求甲方对有关问题做出解释和补充有关资料；</w:t>
      </w:r>
      <w:r>
        <w:rPr>
          <w:lang w:eastAsia="zh-CN"/>
        </w:rPr>
        <w:br/>
      </w:r>
      <w:r>
        <w:rPr>
          <w:lang w:eastAsia="zh-CN"/>
        </w:rPr>
        <w:t>　　3、乙方可要求甲方在工作进展中提供必要的配合；</w:t>
      </w:r>
      <w:r>
        <w:rPr>
          <w:lang w:eastAsia="zh-CN"/>
        </w:rPr>
        <w:br/>
      </w:r>
      <w:r>
        <w:rPr>
          <w:lang w:eastAsia="zh-CN"/>
        </w:rPr>
        <w:t>　　4、乙方应遵循公平、公正、公开及合法的原则，认真、细致、周到地进行服务工作；</w:t>
      </w:r>
      <w:r>
        <w:rPr>
          <w:lang w:eastAsia="zh-CN"/>
        </w:rPr>
        <w:br/>
      </w:r>
      <w:r>
        <w:rPr>
          <w:lang w:eastAsia="zh-CN"/>
        </w:rPr>
        <w:t>　　第四条合同费用</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甲乙双方商定：</w:t>
      </w:r>
      <w:r>
        <w:rPr>
          <w:lang w:eastAsia="zh-CN"/>
        </w:rPr>
        <w:br/>
      </w:r>
      <w:r>
        <w:rPr>
          <w:lang w:eastAsia="zh-CN"/>
        </w:rPr>
        <w:t>　　按国家审计标准为定额，所做项目以另行清单为主。</w:t>
      </w:r>
      <w:r>
        <w:rPr>
          <w:lang w:eastAsia="zh-CN"/>
        </w:rPr>
        <w:br/>
      </w:r>
      <w:r>
        <w:rPr>
          <w:lang w:eastAsia="zh-CN"/>
        </w:rPr>
        <w:t>　　付款方法：由甲方验收完工后一次性结清。</w:t>
      </w:r>
      <w:r>
        <w:rPr>
          <w:lang w:eastAsia="zh-CN"/>
        </w:rPr>
        <w:br/>
      </w:r>
      <w:r>
        <w:rPr>
          <w:lang w:eastAsia="zh-CN"/>
        </w:rPr>
        <w:t>　　甲方：</w:t>
      </w:r>
      <w:r>
        <w:rPr>
          <w:lang w:eastAsia="zh-CN"/>
        </w:rPr>
        <w:br/>
      </w:r>
      <w:r>
        <w:rPr>
          <w:lang w:eastAsia="zh-CN"/>
        </w:rPr>
        <w:t>　　乙方：</w:t>
      </w:r>
      <w:r>
        <w:rPr>
          <w:lang w:eastAsia="zh-CN"/>
        </w:rPr>
        <w:br/>
      </w:r>
      <w:r>
        <w:rPr>
          <w:lang w:eastAsia="zh-CN"/>
        </w:rPr>
        <w:t>　　签署日期：</w:t>
      </w:r>
      <w:r>
        <w:rPr>
          <w:lang w:eastAsia="zh-CN"/>
        </w:rPr>
        <w:br/>
      </w:r>
      <w:r>
        <w:rPr>
          <w:lang w:eastAsia="zh-CN"/>
        </w:rPr>
        <w:t xml:space="preserve">    关于汽车维修合同范本 篇7 </w:t>
      </w:r>
      <w:r>
        <w:rPr>
          <w:lang w:eastAsia="zh-CN"/>
        </w:rPr>
        <w:br/>
      </w:r>
      <w:r>
        <w:rPr>
          <w:lang w:eastAsia="zh-CN"/>
        </w:rPr>
        <w:t>　　甲方：</w:t>
      </w:r>
      <w:r>
        <w:rPr>
          <w:lang w:eastAsia="zh-CN"/>
        </w:rPr>
        <w:br/>
      </w:r>
      <w:r>
        <w:rPr>
          <w:lang w:eastAsia="zh-CN"/>
        </w:rPr>
        <w:t>　　乙方：</w:t>
      </w:r>
      <w:r>
        <w:rPr>
          <w:lang w:eastAsia="zh-CN"/>
        </w:rPr>
        <w:br/>
      </w:r>
      <w:r>
        <w:rPr>
          <w:lang w:eastAsia="zh-CN"/>
        </w:rPr>
        <w:t>　　甲、乙双方为了明确塔式起重机维修保养的责、权关系，经双方协商订立本合同。</w:t>
      </w:r>
      <w:r>
        <w:rPr>
          <w:lang w:eastAsia="zh-CN"/>
        </w:rPr>
        <w:br/>
      </w:r>
      <w:r>
        <w:rPr>
          <w:lang w:eastAsia="zh-CN"/>
        </w:rPr>
        <w:t>　　一、工程概况：</w:t>
      </w:r>
      <w:r>
        <w:rPr>
          <w:lang w:eastAsia="zh-CN"/>
        </w:rPr>
        <w:br/>
      </w:r>
      <w:r>
        <w:rPr>
          <w:lang w:eastAsia="zh-CN"/>
        </w:rPr>
        <w:t>　　1、工程名称：</w:t>
      </w:r>
      <w:r>
        <w:rPr>
          <w:lang w:eastAsia="zh-CN"/>
        </w:rPr>
        <w:br/>
      </w:r>
      <w:r>
        <w:rPr>
          <w:lang w:eastAsia="zh-CN"/>
        </w:rPr>
        <w:t>　　2、工程地址：</w:t>
      </w:r>
      <w:r>
        <w:rPr>
          <w:lang w:eastAsia="zh-CN"/>
        </w:rPr>
        <w:br/>
      </w:r>
      <w:r>
        <w:rPr>
          <w:lang w:eastAsia="zh-CN"/>
        </w:rPr>
        <w:t>　　3、甲方的起重设备经有资质的检测机构检验合格后，要书面通知乙方，本合同的有效时间为甲方实际通知函交给乙方签章之日起开始执行，至起重设备拆卸前20天结束。</w:t>
      </w:r>
      <w:r>
        <w:rPr>
          <w:lang w:eastAsia="zh-CN"/>
        </w:rPr>
        <w:br/>
      </w:r>
      <w:r>
        <w:rPr>
          <w:lang w:eastAsia="zh-CN"/>
        </w:rPr>
        <w:t>　　二、协议内容：</w:t>
      </w:r>
      <w:r>
        <w:rPr>
          <w:lang w:eastAsia="zh-CN"/>
        </w:rPr>
        <w:br/>
      </w:r>
      <w:r>
        <w:rPr>
          <w:lang w:eastAsia="zh-CN"/>
        </w:rPr>
        <w:t>　　1、甲方委托乙方每月定期进行维修、检查。乙方在下列定期检查内容中发现问题须及时书面报告甲方。实际维修的人工费、配件费及材料费等于由甲方另行支付，或由甲方及时自行更换配件。</w:t>
      </w:r>
      <w:r>
        <w:rPr>
          <w:lang w:eastAsia="zh-CN"/>
        </w:rPr>
        <w:br/>
      </w:r>
      <w:r>
        <w:rPr>
          <w:lang w:eastAsia="zh-CN"/>
        </w:rPr>
        <w:t>　　2、本合同乙方为先收维护、检查费后作业的原则。</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3、塔吊结构</w:t>
      </w:r>
      <w:r>
        <w:rPr>
          <w:lang w:eastAsia="zh-CN"/>
        </w:rPr>
        <w:br/>
      </w:r>
      <w:r>
        <w:rPr>
          <w:lang w:eastAsia="zh-CN"/>
        </w:rPr>
        <w:t>　　1、地脚螺栓、标准节螺栓连接是否松动、结构是否变形有无裂纹</w:t>
      </w:r>
      <w:r>
        <w:rPr>
          <w:lang w:eastAsia="zh-CN"/>
        </w:rPr>
        <w:br/>
      </w:r>
      <w:r>
        <w:rPr>
          <w:lang w:eastAsia="zh-CN"/>
        </w:rPr>
        <w:t>　　2、塔身垂直是否达到要求</w:t>
      </w:r>
      <w:r>
        <w:rPr>
          <w:lang w:eastAsia="zh-CN"/>
        </w:rPr>
        <w:br/>
      </w:r>
      <w:r>
        <w:rPr>
          <w:lang w:eastAsia="zh-CN"/>
        </w:rPr>
        <w:t>　　3、附着是否变形、焊缝是否裂开</w:t>
      </w:r>
      <w:r>
        <w:rPr>
          <w:lang w:eastAsia="zh-CN"/>
        </w:rPr>
        <w:br/>
      </w:r>
      <w:r>
        <w:rPr>
          <w:lang w:eastAsia="zh-CN"/>
        </w:rPr>
        <w:t>　　4、司机室、载人吊篮、平台栏杆是否可靠连接</w:t>
      </w:r>
      <w:r>
        <w:rPr>
          <w:lang w:eastAsia="zh-CN"/>
        </w:rPr>
        <w:br/>
      </w:r>
      <w:r>
        <w:rPr>
          <w:lang w:eastAsia="zh-CN"/>
        </w:rPr>
        <w:t>　　电器系统：</w:t>
      </w:r>
      <w:r>
        <w:rPr>
          <w:lang w:eastAsia="zh-CN"/>
        </w:rPr>
        <w:br/>
      </w:r>
      <w:r>
        <w:rPr>
          <w:lang w:eastAsia="zh-CN"/>
        </w:rPr>
        <w:t>　　1、电缆供电系统是否正常，工作电压为380v10%</w:t>
      </w:r>
      <w:r>
        <w:rPr>
          <w:lang w:eastAsia="zh-CN"/>
        </w:rPr>
        <w:br/>
      </w:r>
      <w:r>
        <w:rPr>
          <w:lang w:eastAsia="zh-CN"/>
        </w:rPr>
        <w:t>　　2、碳刷、接触器、继电器触点是否良好</w:t>
      </w:r>
      <w:r>
        <w:rPr>
          <w:lang w:eastAsia="zh-CN"/>
        </w:rPr>
        <w:br/>
      </w:r>
      <w:r>
        <w:rPr>
          <w:lang w:eastAsia="zh-CN"/>
        </w:rPr>
        <w:t>　　3、仪表、照明、报警系统是否完好、可靠</w:t>
      </w:r>
      <w:r>
        <w:rPr>
          <w:lang w:eastAsia="zh-CN"/>
        </w:rPr>
        <w:br/>
      </w:r>
      <w:r>
        <w:rPr>
          <w:lang w:eastAsia="zh-CN"/>
        </w:rPr>
        <w:t>　　4、控制、保护元件、操作系统是否完好、可靠</w:t>
      </w:r>
      <w:r>
        <w:rPr>
          <w:lang w:eastAsia="zh-CN"/>
        </w:rPr>
        <w:br/>
      </w:r>
      <w:r>
        <w:rPr>
          <w:lang w:eastAsia="zh-CN"/>
        </w:rPr>
        <w:t>　　5、制动系统灵敏是否可靠</w:t>
      </w:r>
      <w:r>
        <w:rPr>
          <w:lang w:eastAsia="zh-CN"/>
        </w:rPr>
        <w:br/>
      </w:r>
      <w:r>
        <w:rPr>
          <w:lang w:eastAsia="zh-CN"/>
        </w:rPr>
        <w:t>　　安全限位的保险装置：</w:t>
      </w:r>
      <w:r>
        <w:rPr>
          <w:lang w:eastAsia="zh-CN"/>
        </w:rPr>
        <w:br/>
      </w:r>
      <w:r>
        <w:rPr>
          <w:lang w:eastAsia="zh-CN"/>
        </w:rPr>
        <w:t>　　1、限制器断电范围是否满足100%额</w:t>
      </w:r>
      <w:r>
        <w:rPr>
          <w:lang w:eastAsia="zh-CN"/>
        </w:rPr>
        <w:br/>
      </w:r>
      <w:r>
        <w:rPr>
          <w:lang w:eastAsia="zh-CN"/>
        </w:rPr>
        <w:t>　　2、重量限位挡的断电范围是否满足100%</w:t>
      </w:r>
      <w:r>
        <w:rPr>
          <w:lang w:eastAsia="zh-CN"/>
        </w:rPr>
        <w:br/>
      </w:r>
      <w:r>
        <w:rPr>
          <w:lang w:eastAsia="zh-CN"/>
        </w:rPr>
        <w:t>　　3、回转限位器是否灵敏可靠</w:t>
      </w:r>
      <w:r>
        <w:rPr>
          <w:lang w:eastAsia="zh-CN"/>
        </w:rPr>
        <w:br/>
      </w:r>
      <w:r>
        <w:rPr>
          <w:lang w:eastAsia="zh-CN"/>
        </w:rPr>
        <w:t>　　4、变幅限位是否灵敏可靠</w:t>
      </w:r>
      <w:r>
        <w:rPr>
          <w:lang w:eastAsia="zh-CN"/>
        </w:rPr>
        <w:br/>
      </w:r>
      <w:r>
        <w:rPr>
          <w:lang w:eastAsia="zh-CN"/>
        </w:rPr>
        <w:t>　　5、起高限位是否灵敏可靠</w:t>
      </w:r>
      <w:r>
        <w:rPr>
          <w:lang w:eastAsia="zh-CN"/>
        </w:rPr>
        <w:br/>
      </w:r>
      <w:r>
        <w:rPr>
          <w:lang w:eastAsia="zh-CN"/>
        </w:rPr>
        <w:t>　　6、通讯系统是否有效</w:t>
      </w:r>
      <w:r>
        <w:rPr>
          <w:lang w:eastAsia="zh-CN"/>
        </w:rPr>
        <w:br/>
      </w:r>
      <w:r>
        <w:rPr>
          <w:lang w:eastAsia="zh-CN"/>
        </w:rPr>
        <w:t>　　绳轮钩系统：</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1、钢丝绳是否排列整齐，润滑是否良好，小车、吊钩钢丝绳是否变形、断丝、跳槽，在机械固定是否牢固，是否达到了4圈安全以上的要求</w:t>
      </w:r>
      <w:r>
        <w:rPr>
          <w:lang w:eastAsia="zh-CN"/>
        </w:rPr>
        <w:br/>
      </w:r>
      <w:r>
        <w:rPr>
          <w:lang w:eastAsia="zh-CN"/>
        </w:rPr>
        <w:t>　　2、各定、动滑轮、导向轮是否润滑灵活可靠</w:t>
      </w:r>
      <w:r>
        <w:rPr>
          <w:lang w:eastAsia="zh-CN"/>
        </w:rPr>
        <w:br/>
      </w:r>
      <w:r>
        <w:rPr>
          <w:lang w:eastAsia="zh-CN"/>
        </w:rPr>
        <w:t>　　3、吊钩保险是否可靠，轴承传动有无异响声传动系统</w:t>
      </w:r>
      <w:r>
        <w:rPr>
          <w:lang w:eastAsia="zh-CN"/>
        </w:rPr>
        <w:br/>
      </w:r>
      <w:r>
        <w:rPr>
          <w:lang w:eastAsia="zh-CN"/>
        </w:rPr>
        <w:t>　　1、各传动机构是否平稳、有无异常响声</w:t>
      </w:r>
      <w:r>
        <w:rPr>
          <w:lang w:eastAsia="zh-CN"/>
        </w:rPr>
        <w:br/>
      </w:r>
      <w:r>
        <w:rPr>
          <w:lang w:eastAsia="zh-CN"/>
        </w:rPr>
        <w:t>　　2、各滑动点是否润滑良好</w:t>
      </w:r>
      <w:r>
        <w:rPr>
          <w:lang w:eastAsia="zh-CN"/>
        </w:rPr>
        <w:br/>
      </w:r>
      <w:r>
        <w:rPr>
          <w:lang w:eastAsia="zh-CN"/>
        </w:rPr>
        <w:t>　　3、连轴装置、制动杠是否可靠</w:t>
      </w:r>
      <w:r>
        <w:rPr>
          <w:lang w:eastAsia="zh-CN"/>
        </w:rPr>
        <w:br/>
      </w:r>
      <w:r>
        <w:rPr>
          <w:lang w:eastAsia="zh-CN"/>
        </w:rPr>
        <w:t>　　三、费用（不含税金，税金另计）</w:t>
      </w:r>
      <w:r>
        <w:rPr>
          <w:lang w:eastAsia="zh-CN"/>
        </w:rPr>
        <w:br/>
      </w:r>
      <w:r>
        <w:rPr>
          <w:lang w:eastAsia="zh-CN"/>
        </w:rPr>
        <w:t>　　1、费用支付方式：先付费后作业原则</w:t>
      </w:r>
      <w:r>
        <w:rPr>
          <w:lang w:eastAsia="zh-CN"/>
        </w:rPr>
        <w:br/>
      </w:r>
      <w:r>
        <w:rPr>
          <w:lang w:eastAsia="zh-CN"/>
        </w:rPr>
        <w:t>　　2、元至施工电梯拆卸完毕。此费用不包含维修过程中的人工费和配件费。</w:t>
      </w:r>
      <w:r>
        <w:rPr>
          <w:lang w:eastAsia="zh-CN"/>
        </w:rPr>
        <w:br/>
      </w:r>
      <w:r>
        <w:rPr>
          <w:lang w:eastAsia="zh-CN"/>
        </w:rPr>
        <w:t>　　3、本合同有效期，经有资质的检测机构检验合格后，甲方书面通知乙方签章之日起开始执行，至起重设备拆卸前20天结束。</w:t>
      </w:r>
      <w:r>
        <w:rPr>
          <w:lang w:eastAsia="zh-CN"/>
        </w:rPr>
        <w:br/>
      </w:r>
      <w:r>
        <w:rPr>
          <w:lang w:eastAsia="zh-CN"/>
        </w:rPr>
        <w:t>　　4、紧固螺丝、加润滑油清理杂物等工作由甲方自行负责。</w:t>
      </w:r>
      <w:r>
        <w:rPr>
          <w:lang w:eastAsia="zh-CN"/>
        </w:rPr>
        <w:br/>
      </w:r>
      <w:r>
        <w:rPr>
          <w:lang w:eastAsia="zh-CN"/>
        </w:rPr>
        <w:t>　　5、甲方付款以现金或支票方式支付，乙方开出有效收款票据。</w:t>
      </w:r>
      <w:r>
        <w:rPr>
          <w:lang w:eastAsia="zh-CN"/>
        </w:rPr>
        <w:br/>
      </w:r>
      <w:r>
        <w:rPr>
          <w:lang w:eastAsia="zh-CN"/>
        </w:rPr>
        <w:t>　　四、乙方责任：</w:t>
      </w:r>
      <w:r>
        <w:rPr>
          <w:lang w:eastAsia="zh-CN"/>
        </w:rPr>
        <w:br/>
      </w:r>
      <w:r>
        <w:rPr>
          <w:lang w:eastAsia="zh-CN"/>
        </w:rPr>
        <w:t>　　乙方应为派往施工现场人员办理人身意外伤害保险等。服从甲方管理，遵守甲方施工现场指定各项规章制度。定期派人做好维保并保证质量对维保工作负责。</w:t>
      </w:r>
      <w:r>
        <w:rPr>
          <w:lang w:eastAsia="zh-CN"/>
        </w:rPr>
        <w:br/>
      </w:r>
      <w:r>
        <w:rPr>
          <w:lang w:eastAsia="zh-CN"/>
        </w:rPr>
        <w:t>　　五、本协议经双方代表签字即生效</w:t>
      </w:r>
      <w:r>
        <w:rPr>
          <w:lang w:eastAsia="zh-CN"/>
        </w:rPr>
        <w:br/>
      </w:r>
      <w:r>
        <w:rPr>
          <w:lang w:eastAsia="zh-CN"/>
        </w:rPr>
        <w:t>　　协议作为合同正本的附件一式两份，甲、乙方各执一份。</w:t>
      </w:r>
      <w:r>
        <w:rPr>
          <w:lang w:eastAsia="zh-CN"/>
        </w:rPr>
        <w:br/>
      </w:r>
      <w:r>
        <w:rPr>
          <w:lang w:eastAsia="zh-CN"/>
        </w:rPr>
        <w:t>　　郑重声明：</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1、非乙方人员进行安装作业时，所发生的一切安全责任与乙方无关。</w:t>
      </w:r>
      <w:r>
        <w:rPr>
          <w:lang w:eastAsia="zh-CN"/>
        </w:rPr>
        <w:br/>
      </w:r>
      <w:r>
        <w:rPr>
          <w:lang w:eastAsia="zh-CN"/>
        </w:rPr>
        <w:t>　　2、甲方必须保证委托乙方维修、检查的起重设备的所有部件，都是具有相关起重设备生产制造许可证单位生产的，因起重设备部件质量问题发生的所有事故由甲方负责。</w:t>
      </w:r>
      <w:r>
        <w:rPr>
          <w:lang w:eastAsia="zh-CN"/>
        </w:rPr>
        <w:br/>
      </w:r>
      <w:r>
        <w:rPr>
          <w:lang w:eastAsia="zh-CN"/>
        </w:rPr>
        <w:t>　　甲方：</w:t>
      </w:r>
      <w:r>
        <w:rPr>
          <w:lang w:eastAsia="zh-CN"/>
        </w:rPr>
        <w:br/>
      </w:r>
      <w:r>
        <w:rPr>
          <w:lang w:eastAsia="zh-CN"/>
        </w:rPr>
        <w:t>　　乙方：</w:t>
      </w:r>
      <w:r>
        <w:rPr>
          <w:lang w:eastAsia="zh-CN"/>
        </w:rPr>
        <w:br/>
      </w:r>
      <w:r>
        <w:rPr>
          <w:lang w:eastAsia="zh-CN"/>
        </w:rPr>
        <w:t>　　签署日期：</w:t>
      </w:r>
      <w:r>
        <w:rPr>
          <w:lang w:eastAsia="zh-CN"/>
        </w:rPr>
        <w:br/>
      </w:r>
      <w:r>
        <w:rPr>
          <w:lang w:eastAsia="zh-CN"/>
        </w:rPr>
        <w:t xml:space="preserve">    关于汽车维修合同范本 篇8 </w:t>
      </w:r>
      <w:r>
        <w:rPr>
          <w:lang w:eastAsia="zh-CN"/>
        </w:rPr>
        <w:br/>
      </w:r>
      <w:r>
        <w:rPr>
          <w:lang w:eastAsia="zh-CN"/>
        </w:rPr>
        <w:t>　　甲方：</w:t>
      </w:r>
      <w:r>
        <w:rPr>
          <w:lang w:eastAsia="zh-CN"/>
        </w:rPr>
        <w:br/>
      </w:r>
      <w:r>
        <w:rPr>
          <w:lang w:eastAsia="zh-CN"/>
        </w:rPr>
        <w:t>　　乙方：</w:t>
      </w:r>
      <w:r>
        <w:rPr>
          <w:lang w:eastAsia="zh-CN"/>
        </w:rPr>
        <w:br/>
      </w:r>
      <w:r>
        <w:rPr>
          <w:lang w:eastAsia="zh-CN"/>
        </w:rPr>
        <w:t>　　丙方：</w:t>
      </w:r>
      <w:r>
        <w:rPr>
          <w:lang w:eastAsia="zh-CN"/>
        </w:rPr>
        <w:br/>
      </w:r>
      <w:r>
        <w:rPr>
          <w:lang w:eastAsia="zh-CN"/>
        </w:rPr>
        <w:t>　　汽修厂是甲方出资设立的企业法人，为了搞活机制，提高经济效益，现经甲、乙、丙三方协商决定将汽修厂交由乙、丙承包经营，为维护各方合法权益，经三方协商一致，特签订本合同如下：</w:t>
      </w:r>
      <w:r>
        <w:rPr>
          <w:lang w:eastAsia="zh-CN"/>
        </w:rPr>
        <w:br/>
      </w:r>
      <w:r>
        <w:rPr>
          <w:lang w:eastAsia="zh-CN"/>
        </w:rPr>
        <w:t>　　1、乙方、丙方自愿承包汽修厂经营权；</w:t>
      </w:r>
      <w:r>
        <w:rPr>
          <w:lang w:eastAsia="zh-CN"/>
        </w:rPr>
        <w:br/>
      </w:r>
      <w:r>
        <w:rPr>
          <w:lang w:eastAsia="zh-CN"/>
        </w:rPr>
        <w:t>　　2、甲方自愿将汽修厂经营权根据本合同转让给乙方和丙方；</w:t>
      </w:r>
      <w:r>
        <w:rPr>
          <w:lang w:eastAsia="zh-CN"/>
        </w:rPr>
        <w:br/>
      </w:r>
      <w:r>
        <w:rPr>
          <w:lang w:eastAsia="zh-CN"/>
        </w:rPr>
        <w:t>　　3、乙方、丙方在承包期间拥有对汽修厂的生产、人事、财务等方面的管理权；由乙方、丙方经营，由乙方、丙方纳税，甲方不得干涉其正常经营活动。</w:t>
      </w:r>
      <w:r>
        <w:rPr>
          <w:lang w:eastAsia="zh-CN"/>
        </w:rPr>
        <w:br/>
      </w:r>
      <w:r>
        <w:rPr>
          <w:lang w:eastAsia="zh-CN"/>
        </w:rPr>
        <w:t>　　4、承包期间，乙方、丙方按月支付给甲方承包金；每月份承包金为人民币__元整（￥__元），承包金从合同生效后的第__个月起付，每月份的号为支付承包金的日期。</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5、甲、乙、丙三方应对承包前仓库的各类汽车配件进行盘点，并决定如何处理所盘存的零配件；其余各类生产设施、设备工具、办公用品、工房、车间等地面建筑及其附属设施作出清单并登记造册；对各类建筑及其附属设施非经三方同意不得私自拆迁改动，承包期满上述固定资产保质保量恢复原状（合理损耗除外）固定资产清单作为本合同附件附后。</w:t>
      </w:r>
      <w:r>
        <w:rPr>
          <w:lang w:eastAsia="zh-CN"/>
        </w:rPr>
        <w:br/>
      </w:r>
      <w:r>
        <w:rPr>
          <w:lang w:eastAsia="zh-CN"/>
        </w:rPr>
        <w:t>　　6、所附清单上的资产，甲方在合同期内不得以汽修厂名义或其它名义向银行或其它第三人作抵押；甲方也不得以汽修厂名义向他人借贷，由此产生的债务，乙、丙方不承担连带责任，甲方在与他人交易时，有作此申明的义务。</w:t>
      </w:r>
      <w:r>
        <w:rPr>
          <w:lang w:eastAsia="zh-CN"/>
        </w:rPr>
        <w:br/>
      </w:r>
      <w:r>
        <w:rPr>
          <w:lang w:eastAsia="zh-CN"/>
        </w:rPr>
        <w:t>　　10、所附清单上的资产，乙方、丙方在经营期间有谨慎维护的义务，但由于不可抗力所造成的相应损失由双方共同承担；</w:t>
      </w:r>
      <w:r>
        <w:rPr>
          <w:lang w:eastAsia="zh-CN"/>
        </w:rPr>
        <w:br/>
      </w:r>
      <w:r>
        <w:rPr>
          <w:lang w:eastAsia="zh-CN"/>
        </w:rPr>
        <w:t>　　11、合同期间汽修厂重大变更事项，须经三方协商一致，否则不产生变更效力；</w:t>
      </w:r>
      <w:r>
        <w:rPr>
          <w:lang w:eastAsia="zh-CN"/>
        </w:rPr>
        <w:br/>
      </w:r>
      <w:r>
        <w:rPr>
          <w:lang w:eastAsia="zh-CN"/>
        </w:rPr>
        <w:t>　　15、甲、乙、丙三方一致同意对承包前的债权债务作出清理。合同签定之日为合同生效日，合同生效日前的所有债权债务、所产生的经济纠纷均与乙方、丙方无关，也不承担连带责任。合同生效日后产生的所有债权债务、经济纠纷与甲方无关。</w:t>
      </w:r>
      <w:r>
        <w:rPr>
          <w:lang w:eastAsia="zh-CN"/>
        </w:rPr>
        <w:br/>
      </w:r>
      <w:r>
        <w:rPr>
          <w:lang w:eastAsia="zh-CN"/>
        </w:rPr>
        <w:t>　　16、乙、丙方应负责汽修厂的内部管理和安全生产，建立安全生产制度，对员工进行安全生产培训。在承包期内，汽修厂如果发生安全生产事故或交通事故及员工违法违纪情况，由乙、丙方承担全部责任；</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17、乙、丙方在承包期内应守法经营，如果其经营活动触犯国家法律法规，乙、丙方应承担全部责任；</w:t>
      </w:r>
      <w:r>
        <w:rPr>
          <w:lang w:eastAsia="zh-CN"/>
        </w:rPr>
        <w:br/>
      </w:r>
      <w:r>
        <w:rPr>
          <w:lang w:eastAsia="zh-CN"/>
        </w:rPr>
        <w:t>　　18、鉴于汽修厂的土地是租赁的，如果出租方要收回土地，则本合同从土地收回之日起自行中止，三方可以协商决定是否搬迁、继续合作还是分割拆分等事宜；</w:t>
      </w:r>
      <w:r>
        <w:rPr>
          <w:lang w:eastAsia="zh-CN"/>
        </w:rPr>
        <w:br/>
      </w:r>
      <w:r>
        <w:rPr>
          <w:lang w:eastAsia="zh-CN"/>
        </w:rPr>
        <w:t>　　19、各方均不得单方提前终止合同，否则视为违约。违约方须向非违约方支付违约金，违约金按计算。</w:t>
      </w:r>
      <w:r>
        <w:rPr>
          <w:lang w:eastAsia="zh-CN"/>
        </w:rPr>
        <w:br/>
      </w:r>
      <w:r>
        <w:rPr>
          <w:lang w:eastAsia="zh-CN"/>
        </w:rPr>
        <w:t>　　20、本合同自20__年__月__日至20__年__月__日止，本合同经三方签字生效。</w:t>
      </w:r>
      <w:r>
        <w:rPr>
          <w:lang w:eastAsia="zh-CN"/>
        </w:rPr>
        <w:br/>
      </w:r>
      <w:r>
        <w:rPr>
          <w:lang w:eastAsia="zh-CN"/>
        </w:rPr>
        <w:t>　　甲、乙、丙三方各执一份。</w:t>
      </w:r>
      <w:r>
        <w:rPr>
          <w:lang w:eastAsia="zh-CN"/>
        </w:rPr>
        <w:br/>
      </w:r>
      <w:r>
        <w:rPr>
          <w:lang w:eastAsia="zh-CN"/>
        </w:rPr>
        <w:t>　　甲方：</w:t>
      </w:r>
      <w:r>
        <w:rPr>
          <w:lang w:eastAsia="zh-CN"/>
        </w:rPr>
        <w:br/>
      </w:r>
      <w:r>
        <w:rPr>
          <w:lang w:eastAsia="zh-CN"/>
        </w:rPr>
        <w:t>　　乙方：</w:t>
      </w:r>
      <w:r>
        <w:rPr>
          <w:lang w:eastAsia="zh-CN"/>
        </w:rPr>
        <w:br/>
      </w:r>
      <w:r>
        <w:rPr>
          <w:lang w:eastAsia="zh-CN"/>
        </w:rPr>
        <w:t>　　丙方：</w:t>
      </w:r>
      <w:r>
        <w:rPr>
          <w:lang w:eastAsia="zh-CN"/>
        </w:rPr>
        <w:br/>
      </w:r>
      <w:r>
        <w:rPr>
          <w:lang w:eastAsia="zh-CN"/>
        </w:rPr>
        <w:t xml:space="preserve">    关于汽车维修合同范本 篇9 </w:t>
      </w:r>
      <w:r>
        <w:rPr>
          <w:lang w:eastAsia="zh-CN"/>
        </w:rPr>
        <w:br/>
      </w:r>
      <w:r>
        <w:rPr>
          <w:lang w:eastAsia="zh-CN"/>
        </w:rPr>
        <w:t>　　甲方：</w:t>
      </w:r>
      <w:r>
        <w:rPr>
          <w:lang w:eastAsia="zh-CN"/>
        </w:rPr>
        <w:br/>
      </w:r>
      <w:r>
        <w:rPr>
          <w:lang w:eastAsia="zh-CN"/>
        </w:rPr>
        <w:t>　　乙方：</w:t>
      </w:r>
      <w:r>
        <w:rPr>
          <w:lang w:eastAsia="zh-CN"/>
        </w:rPr>
        <w:br/>
      </w:r>
      <w:r>
        <w:rPr>
          <w:lang w:eastAsia="zh-CN"/>
        </w:rPr>
        <w:t>　　经甲乙双方协商，就汽车修理厂承包一事达成以下协议条款：</w:t>
      </w:r>
      <w:r>
        <w:rPr>
          <w:lang w:eastAsia="zh-CN"/>
        </w:rPr>
        <w:br/>
      </w:r>
      <w:r>
        <w:rPr>
          <w:lang w:eastAsia="zh-CN"/>
        </w:rPr>
        <w:t>　　一、甲方承包给乙方汽车修理场地，部份设备设施，办公用设施，简易的居住屋等(详细清单附后)。</w:t>
      </w:r>
      <w:r>
        <w:rPr>
          <w:lang w:eastAsia="zh-CN"/>
        </w:rPr>
        <w:br/>
      </w:r>
      <w:r>
        <w:rPr>
          <w:lang w:eastAsia="zh-CN"/>
        </w:rPr>
        <w:t>　　二、承包期限：承包期限为3年一签，乙方在当年十二月一日前交清次年的租金，其承包期限以此类推顺延;甲方若改变修理厂用途，应提前三个月告知乙方终止承包期。</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三、租金：承包期的第一年租金为人民币160000.00元(大写：壹拾陆万元整)。第二年起每年在上一年租金基数上递增壹万元整(10000.00元)，以此类推直到承包期满为止。</w:t>
      </w:r>
      <w:r>
        <w:rPr>
          <w:lang w:eastAsia="zh-CN"/>
        </w:rPr>
        <w:br/>
      </w:r>
      <w:r>
        <w:rPr>
          <w:lang w:eastAsia="zh-CN"/>
        </w:rPr>
        <w:t>　　四、约定事项</w:t>
      </w:r>
      <w:r>
        <w:rPr>
          <w:lang w:eastAsia="zh-CN"/>
        </w:rPr>
        <w:br/>
      </w:r>
      <w:r>
        <w:rPr>
          <w:lang w:eastAsia="zh-CN"/>
        </w:rPr>
        <w:t>　　1、承包期间乙方实行独立核算、自己经营、自负盈亏，按时上缴有关部门的各种费用，甲方不干涉乙方的经营管理活动。</w:t>
      </w:r>
      <w:r>
        <w:rPr>
          <w:lang w:eastAsia="zh-CN"/>
        </w:rPr>
        <w:br/>
      </w:r>
      <w:r>
        <w:rPr>
          <w:lang w:eastAsia="zh-CN"/>
        </w:rPr>
        <w:t>　　2、甲方向乙方提供正常的水电使用，费用由乙方承担。</w:t>
      </w:r>
      <w:r>
        <w:rPr>
          <w:lang w:eastAsia="zh-CN"/>
        </w:rPr>
        <w:br/>
      </w:r>
      <w:r>
        <w:rPr>
          <w:lang w:eastAsia="zh-CN"/>
        </w:rPr>
        <w:t>　　3、乙方在承包期间应爱护和保管好各种承包物，不得随意改变用途，不得遗漏或损坏，更不得用承包物作抵押借</w:t>
      </w:r>
      <w:r>
        <w:rPr>
          <w:lang w:eastAsia="zh-CN"/>
        </w:rPr>
        <w:br/>
      </w:r>
      <w:r>
        <w:rPr>
          <w:lang w:eastAsia="zh-CN"/>
        </w:rPr>
        <w:t>　　款，承包期满后乙方应将承包物完整的归还甲方，遗漏或损坏的按实价赔偿。</w:t>
      </w:r>
      <w:r>
        <w:rPr>
          <w:lang w:eastAsia="zh-CN"/>
        </w:rPr>
        <w:br/>
      </w:r>
      <w:r>
        <w:rPr>
          <w:lang w:eastAsia="zh-CN"/>
        </w:rPr>
        <w:t>　　4、承包期间，各种机器设备和设施的正常维修及产生的费用由乙方负责;房屋及场地遇不可抗拒的自然灾害而造成损失的，甲乙双方共同承担。</w:t>
      </w:r>
      <w:r>
        <w:rPr>
          <w:lang w:eastAsia="zh-CN"/>
        </w:rPr>
        <w:br/>
      </w:r>
      <w:r>
        <w:rPr>
          <w:lang w:eastAsia="zh-CN"/>
        </w:rPr>
        <w:t>　　5、乙方在承包期内所产生的债权债务以及法律行为由乙方全部承担，甲方不承担任何连带责任。</w:t>
      </w:r>
      <w:r>
        <w:rPr>
          <w:lang w:eastAsia="zh-CN"/>
        </w:rPr>
        <w:br/>
      </w:r>
      <w:r>
        <w:rPr>
          <w:lang w:eastAsia="zh-CN"/>
        </w:rPr>
        <w:t>　　6、乙方在承包期内要注意承包物的防火，防盗等安全隐患，造成事故灾难的乙方承担全部经济损失。</w:t>
      </w:r>
      <w:r>
        <w:rPr>
          <w:lang w:eastAsia="zh-CN"/>
        </w:rPr>
        <w:br/>
      </w:r>
      <w:r>
        <w:rPr>
          <w:lang w:eastAsia="zh-CN"/>
        </w:rPr>
        <w:t>　　五、本协议一式两份，双方各持一份，协议经双方签字后生效，并具有法律效力。</w:t>
      </w:r>
      <w:r>
        <w:rPr>
          <w:lang w:eastAsia="zh-CN"/>
        </w:rPr>
        <w:br/>
      </w:r>
      <w:r>
        <w:rPr>
          <w:lang w:eastAsia="zh-CN"/>
        </w:rPr>
        <w:t>　　六、未尽事宜，须经甲乙双方共同友好协商解决。</w:t>
      </w:r>
      <w:r>
        <w:rPr>
          <w:lang w:eastAsia="zh-CN"/>
        </w:rPr>
        <w:br/>
      </w:r>
      <w:r>
        <w:rPr>
          <w:lang w:eastAsia="zh-CN"/>
        </w:rPr>
        <w:t>　　甲方：</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乙方：</w:t>
      </w:r>
      <w:r>
        <w:rPr>
          <w:lang w:eastAsia="zh-CN"/>
        </w:rPr>
        <w:br/>
      </w:r>
      <w:r>
        <w:rPr>
          <w:lang w:eastAsia="zh-CN"/>
        </w:rPr>
        <w:t>　　签署日期：</w:t>
      </w:r>
      <w:r>
        <w:rPr>
          <w:lang w:eastAsia="zh-CN"/>
        </w:rPr>
        <w:br/>
      </w:r>
      <w:r>
        <w:rPr>
          <w:lang w:eastAsia="zh-CN"/>
        </w:rPr>
        <w:t xml:space="preserve">    关于汽车维修合同范本 篇10 </w:t>
      </w:r>
      <w:r>
        <w:rPr>
          <w:lang w:eastAsia="zh-CN"/>
        </w:rPr>
        <w:br/>
      </w:r>
      <w:r>
        <w:rPr>
          <w:lang w:eastAsia="zh-CN"/>
        </w:rPr>
        <w:t>　　托修方：签订时间：</w:t>
      </w:r>
      <w:r>
        <w:rPr>
          <w:lang w:eastAsia="zh-CN"/>
        </w:rPr>
        <w:br/>
      </w:r>
      <w:r>
        <w:rPr>
          <w:lang w:eastAsia="zh-CN"/>
        </w:rPr>
        <w:t>　　承修方：签订地点：</w:t>
      </w:r>
      <w:r>
        <w:rPr>
          <w:lang w:eastAsia="zh-CN"/>
        </w:rPr>
        <w:br/>
      </w:r>
      <w:r>
        <w:rPr>
          <w:lang w:eastAsia="zh-CN"/>
        </w:rPr>
        <w:t>　　一、车辆型号：</w:t>
      </w:r>
      <w:r>
        <w:rPr>
          <w:lang w:eastAsia="zh-CN"/>
        </w:rPr>
        <w:br/>
      </w:r>
      <w:r>
        <w:rPr>
          <w:lang w:eastAsia="zh-CN"/>
        </w:rPr>
        <w:t>　　车种3牌 照号车型3底盘号发动</w:t>
      </w:r>
      <w:r>
        <w:rPr>
          <w:lang w:eastAsia="zh-CN"/>
        </w:rPr>
        <w:br/>
      </w:r>
      <w:r>
        <w:rPr>
          <w:lang w:eastAsia="zh-CN"/>
        </w:rPr>
        <w:t>　　机型号编号</w:t>
      </w:r>
      <w:r>
        <w:rPr>
          <w:lang w:eastAsia="zh-CN"/>
        </w:rPr>
        <w:br/>
      </w:r>
      <w:r>
        <w:rPr>
          <w:lang w:eastAsia="zh-CN"/>
        </w:rPr>
        <w:t>　　二、车辆交接期限(事宜)：</w:t>
      </w:r>
      <w:r>
        <w:rPr>
          <w:lang w:eastAsia="zh-CN"/>
        </w:rPr>
        <w:br/>
      </w:r>
      <w:r>
        <w:rPr>
          <w:lang w:eastAsia="zh-CN"/>
        </w:rPr>
        <w:t>　　送修接车日期3方式5日期7方式地点地点</w:t>
      </w:r>
      <w:r>
        <w:rPr>
          <w:lang w:eastAsia="zh-CN"/>
        </w:rPr>
        <w:br/>
      </w:r>
      <w:r>
        <w:rPr>
          <w:lang w:eastAsia="zh-CN"/>
        </w:rPr>
        <w:t>　　三、维修类别及项目</w:t>
      </w:r>
      <w:r>
        <w:rPr>
          <w:lang w:eastAsia="zh-CN"/>
        </w:rPr>
        <w:br/>
      </w:r>
      <w:r>
        <w:rPr>
          <w:lang w:eastAsia="zh-CN"/>
        </w:rPr>
        <w:t>　　预计维修费总金额(大写)(其中工时费)</w:t>
      </w:r>
      <w:r>
        <w:rPr>
          <w:lang w:eastAsia="zh-CN"/>
        </w:rPr>
        <w:br/>
      </w:r>
      <w:r>
        <w:rPr>
          <w:lang w:eastAsia="zh-CN"/>
        </w:rPr>
        <w:t>　　四、材料提供方式：</w:t>
      </w:r>
      <w:r>
        <w:rPr>
          <w:lang w:eastAsia="zh-CN"/>
        </w:rPr>
        <w:br/>
      </w:r>
      <w:r>
        <w:rPr>
          <w:lang w:eastAsia="zh-CN"/>
        </w:rPr>
        <w:t>　　五、质量保证期：</w:t>
      </w:r>
      <w:r>
        <w:rPr>
          <w:lang w:eastAsia="zh-CN"/>
        </w:rPr>
        <w:br/>
      </w:r>
      <w:r>
        <w:rPr>
          <w:lang w:eastAsia="zh-CN"/>
        </w:rPr>
        <w:t>　　维修车辆自出厂之日起，在正常使用情况下，天或行驶公里以内出现维修质量问题承修方负责。</w:t>
      </w:r>
      <w:r>
        <w:rPr>
          <w:lang w:eastAsia="zh-CN"/>
        </w:rPr>
        <w:br/>
      </w:r>
      <w:r>
        <w:rPr>
          <w:lang w:eastAsia="zh-CN"/>
        </w:rPr>
        <w:t>　　六、验收标准及方式：</w:t>
      </w:r>
      <w:r>
        <w:rPr>
          <w:lang w:eastAsia="zh-CN"/>
        </w:rPr>
        <w:br/>
      </w:r>
      <w:r>
        <w:rPr>
          <w:lang w:eastAsia="zh-CN"/>
        </w:rPr>
        <w:t>　　七、结算方式及期限：</w:t>
      </w:r>
      <w:r>
        <w:rPr>
          <w:lang w:eastAsia="zh-CN"/>
        </w:rPr>
        <w:br/>
      </w:r>
      <w:r>
        <w:rPr>
          <w:lang w:eastAsia="zh-CN"/>
        </w:rPr>
        <w:t>　　现金转帐银行汇款期限</w:t>
      </w:r>
      <w:r>
        <w:rPr>
          <w:lang w:eastAsia="zh-CN"/>
        </w:rPr>
        <w:br/>
      </w:r>
      <w:r>
        <w:rPr>
          <w:lang w:eastAsia="zh-CN"/>
        </w:rPr>
        <w:t>　　八、违约责任及金额：</w:t>
      </w:r>
      <w:r>
        <w:rPr>
          <w:lang w:eastAsia="zh-CN"/>
        </w:rPr>
        <w:br/>
      </w:r>
      <w:r>
        <w:rPr>
          <w:lang w:eastAsia="zh-CN"/>
        </w:rPr>
        <w:t>　　九、如需提供担保，另立合同书，作为本合同附本。</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十、解决合同纠纷的方式：本合同在履行过程中发生争议，由当事人双方协商解决。协商不成，当事人双方同意由仲裁委员会仲裁(当事人双方未在本合同中约定仲裁机构，事后又未达成书面仲裁协议的，可向人民法院起诉)。</w:t>
      </w:r>
      <w:r>
        <w:rPr>
          <w:lang w:eastAsia="zh-CN"/>
        </w:rPr>
        <w:br/>
      </w:r>
      <w:r>
        <w:rPr>
          <w:lang w:eastAsia="zh-CN"/>
        </w:rPr>
        <w:t>　　十一、双方商定的其他条款：</w:t>
      </w:r>
      <w:r>
        <w:rPr>
          <w:lang w:eastAsia="zh-CN"/>
        </w:rPr>
        <w:br/>
      </w:r>
      <w:r>
        <w:rPr>
          <w:lang w:eastAsia="zh-CN"/>
        </w:rPr>
        <w:t>　　托修方单位：(章)</w:t>
      </w:r>
      <w:r>
        <w:rPr>
          <w:lang w:eastAsia="zh-CN"/>
        </w:rPr>
        <w:br/>
      </w:r>
      <w:r>
        <w:rPr>
          <w:lang w:eastAsia="zh-CN"/>
        </w:rPr>
        <w:t>　　单位地址：</w:t>
      </w:r>
      <w:r>
        <w:rPr>
          <w:lang w:eastAsia="zh-CN"/>
        </w:rPr>
        <w:br/>
      </w:r>
      <w:r>
        <w:rPr>
          <w:lang w:eastAsia="zh-CN"/>
        </w:rPr>
        <w:t>　　法定代表人：</w:t>
      </w:r>
      <w:r>
        <w:rPr>
          <w:lang w:eastAsia="zh-CN"/>
        </w:rPr>
        <w:br/>
      </w:r>
      <w:r>
        <w:rPr>
          <w:lang w:eastAsia="zh-CN"/>
        </w:rPr>
        <w:t>　　代表人：</w:t>
      </w:r>
      <w:r>
        <w:rPr>
          <w:lang w:eastAsia="zh-CN"/>
        </w:rPr>
        <w:br/>
      </w:r>
      <w:r>
        <w:rPr>
          <w:lang w:eastAsia="zh-CN"/>
        </w:rPr>
        <w:t>　　电话：电挂：</w:t>
      </w:r>
      <w:r>
        <w:rPr>
          <w:lang w:eastAsia="zh-CN"/>
        </w:rPr>
        <w:br/>
      </w:r>
      <w:r>
        <w:rPr>
          <w:lang w:eastAsia="zh-CN"/>
        </w:rPr>
        <w:t>　　开户银行：帐号：</w:t>
      </w:r>
      <w:r>
        <w:rPr>
          <w:lang w:eastAsia="zh-CN"/>
        </w:rPr>
        <w:br/>
      </w:r>
      <w:r>
        <w:rPr>
          <w:lang w:eastAsia="zh-CN"/>
        </w:rPr>
        <w:t>　　邮政编码：承修方单位：(章)</w:t>
      </w:r>
      <w:r>
        <w:rPr>
          <w:lang w:eastAsia="zh-CN"/>
        </w:rPr>
        <w:br/>
      </w:r>
      <w:r>
        <w:rPr>
          <w:lang w:eastAsia="zh-CN"/>
        </w:rPr>
        <w:t>　　单位地址：</w:t>
      </w:r>
      <w:r>
        <w:rPr>
          <w:lang w:eastAsia="zh-CN"/>
        </w:rPr>
        <w:br/>
      </w:r>
      <w:r>
        <w:rPr>
          <w:lang w:eastAsia="zh-CN"/>
        </w:rPr>
        <w:t>　　法定代表人：</w:t>
      </w:r>
      <w:r>
        <w:rPr>
          <w:lang w:eastAsia="zh-CN"/>
        </w:rPr>
        <w:br/>
      </w:r>
      <w:r>
        <w:rPr>
          <w:lang w:eastAsia="zh-CN"/>
        </w:rPr>
        <w:t>　　代表人：</w:t>
      </w:r>
      <w:r>
        <w:rPr>
          <w:lang w:eastAsia="zh-CN"/>
        </w:rPr>
        <w:br/>
      </w:r>
      <w:r>
        <w:rPr>
          <w:lang w:eastAsia="zh-CN"/>
        </w:rPr>
        <w:t>　　电话：电挂：</w:t>
      </w:r>
      <w:r>
        <w:rPr>
          <w:lang w:eastAsia="zh-CN"/>
        </w:rPr>
        <w:br/>
      </w:r>
      <w:r>
        <w:rPr>
          <w:lang w:eastAsia="zh-CN"/>
        </w:rPr>
        <w:t>　　开户 银行：帐号：</w:t>
      </w:r>
      <w:r>
        <w:rPr>
          <w:lang w:eastAsia="zh-CN"/>
        </w:rPr>
        <w:br/>
      </w:r>
      <w:r>
        <w:rPr>
          <w:lang w:eastAsia="zh-CN"/>
        </w:rPr>
        <w:t>　　邮政编码：</w:t>
      </w:r>
      <w:r>
        <w:rPr>
          <w:lang w:eastAsia="zh-CN"/>
        </w:rPr>
        <w:br/>
      </w:r>
      <w:r>
        <w:rPr>
          <w:lang w:eastAsia="zh-CN"/>
        </w:rPr>
        <w:t>　　时间：</w:t>
      </w:r>
      <w:r>
        <w:rPr>
          <w:lang w:eastAsia="zh-CN"/>
        </w:rPr>
        <w:br/>
      </w:r>
      <w:r>
        <w:rPr>
          <w:lang w:eastAsia="zh-CN"/>
        </w:rPr>
        <w:t xml:space="preserve">    关于汽车维修合同范本 篇11 </w:t>
      </w:r>
      <w:r>
        <w:rPr>
          <w:lang w:eastAsia="zh-CN"/>
        </w:rPr>
        <w:br/>
      </w:r>
      <w:r>
        <w:rPr>
          <w:lang w:eastAsia="zh-CN"/>
        </w:rPr>
        <w:t>　　甲方：</w:t>
      </w:r>
      <w:r>
        <w:rPr>
          <w:lang w:eastAsia="zh-CN"/>
        </w:rPr>
        <w:br/>
      </w:r>
      <w:r>
        <w:rPr>
          <w:lang w:eastAsia="zh-CN"/>
        </w:rPr>
        <w:t>　　乙方：</w:t>
      </w:r>
      <w:r>
        <w:rPr>
          <w:lang w:eastAsia="zh-CN"/>
        </w:rPr>
        <w:br/>
      </w:r>
      <w:r>
        <w:rPr>
          <w:lang w:eastAsia="zh-CN"/>
        </w:rPr>
        <w:t>　　经双方友好平等协商，特达成以下车辆维修保养服务协议：</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一、甲方将其送货车辆的日常维修、保养及年审交由乙方负责，乙方须及时、恰当地提供相应的服务。</w:t>
      </w:r>
      <w:r>
        <w:rPr>
          <w:lang w:eastAsia="zh-CN"/>
        </w:rPr>
        <w:br/>
      </w:r>
      <w:r>
        <w:rPr>
          <w:lang w:eastAsia="zh-CN"/>
        </w:rPr>
        <w:t>　　二、乙方在提供服务时不得以次充好，不得使用假冒伪劣产品，不得更换没有必要拆卸的既有装置及设备。</w:t>
      </w:r>
      <w:r>
        <w:rPr>
          <w:lang w:eastAsia="zh-CN"/>
        </w:rPr>
        <w:br/>
      </w:r>
      <w:r>
        <w:rPr>
          <w:lang w:eastAsia="zh-CN"/>
        </w:rPr>
        <w:t>　　三、所有服务项目、更换设备/零部件及其价格均需征得甲方车辆管理负责人及司机的同意，并当面拆卸，以书面的形式共同签名确认；服务完成后，须经甲方负责人、司机验收合格并签名确认后方可结算费用。</w:t>
      </w:r>
      <w:r>
        <w:rPr>
          <w:lang w:eastAsia="zh-CN"/>
        </w:rPr>
        <w:br/>
      </w:r>
      <w:r>
        <w:rPr>
          <w:lang w:eastAsia="zh-CN"/>
        </w:rPr>
        <w:t>　　四、提供服务后，乙方需向甲方提供正规专用发票方可结算。单次金额在200.00元以下的每月结算一次，单次金额在200.00元以上的经验收合格后立即结算。</w:t>
      </w:r>
      <w:r>
        <w:rPr>
          <w:lang w:eastAsia="zh-CN"/>
        </w:rPr>
        <w:br/>
      </w:r>
      <w:r>
        <w:rPr>
          <w:lang w:eastAsia="zh-CN"/>
        </w:rPr>
        <w:t>　　五、车辆年审的有关费用由乙方凭相关单据实报实销。</w:t>
      </w:r>
      <w:r>
        <w:rPr>
          <w:lang w:eastAsia="zh-CN"/>
        </w:rPr>
        <w:br/>
      </w:r>
      <w:r>
        <w:rPr>
          <w:lang w:eastAsia="zh-CN"/>
        </w:rPr>
        <w:t>　　六、乙方提供的发票及单据必须真实有效，否则，甲方有权不予认可。</w:t>
      </w:r>
      <w:r>
        <w:rPr>
          <w:lang w:eastAsia="zh-CN"/>
        </w:rPr>
        <w:br/>
      </w:r>
      <w:r>
        <w:rPr>
          <w:lang w:eastAsia="zh-CN"/>
        </w:rPr>
        <w:t>　　七、甲方有权随时对比乙方同行的相关收费标准，若发现乙方的收费价格超出通常标准，甲方有权要求乙方予以更正。</w:t>
      </w:r>
      <w:r>
        <w:rPr>
          <w:lang w:eastAsia="zh-CN"/>
        </w:rPr>
        <w:br/>
      </w:r>
      <w:r>
        <w:rPr>
          <w:lang w:eastAsia="zh-CN"/>
        </w:rPr>
        <w:t>　　八、所更换的零部件及设备均需按《消费者权益保护法》的规定在发票上注明免费维护及保修期限。</w:t>
      </w:r>
      <w:r>
        <w:rPr>
          <w:lang w:eastAsia="zh-CN"/>
        </w:rPr>
        <w:br/>
      </w:r>
      <w:r>
        <w:rPr>
          <w:lang w:eastAsia="zh-CN"/>
        </w:rPr>
        <w:t>　　九、反商业贿赂约定：</w:t>
      </w:r>
      <w:r>
        <w:rPr>
          <w:lang w:eastAsia="zh-CN"/>
        </w:rPr>
        <w:br/>
      </w:r>
      <w:r>
        <w:rPr>
          <w:lang w:eastAsia="zh-CN"/>
        </w:rPr>
        <w:t>　　乙方不得以各种方式拉拢贿赂本公司相关人员，否则，一经发现，甲方有权不予结算过往已发生的服务费用，并每次对乙方处以一千元罚款，甲方同时保留其他追索权利。</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十、本协议自 年 月 日起至 年 月 日止。签订本协议后，双方试用期三个月，试用期结束后，若双方均没有异议，本协议自动转入正式合作期；试用期结束后，若一方有异议，可另行协商或随即终止协议，试用期终止协议后，双方随即结算相关费用；</w:t>
      </w:r>
      <w:r>
        <w:rPr>
          <w:lang w:eastAsia="zh-CN"/>
        </w:rPr>
        <w:br/>
      </w:r>
      <w:r>
        <w:rPr>
          <w:lang w:eastAsia="zh-CN"/>
        </w:rPr>
        <w:t>　　十一、 争议解决：</w:t>
      </w:r>
      <w:r>
        <w:rPr>
          <w:lang w:eastAsia="zh-CN"/>
        </w:rPr>
        <w:br/>
      </w:r>
      <w:r>
        <w:rPr>
          <w:lang w:eastAsia="zh-CN"/>
        </w:rPr>
        <w:t>　　本合同在履行过程中若发生任何争议，双方应首先采取协商的办法解决，若协商不成，任何一方可申请仲裁或向有管辖权的人民法院起诉。</w:t>
      </w:r>
      <w:r>
        <w:rPr>
          <w:lang w:eastAsia="zh-CN"/>
        </w:rPr>
        <w:br/>
      </w:r>
      <w:r>
        <w:rPr>
          <w:lang w:eastAsia="zh-CN"/>
        </w:rPr>
        <w:t>　　十二、其 他：</w:t>
      </w:r>
      <w:r>
        <w:rPr>
          <w:lang w:eastAsia="zh-CN"/>
        </w:rPr>
        <w:br/>
      </w:r>
      <w:r>
        <w:rPr>
          <w:lang w:eastAsia="zh-CN"/>
        </w:rPr>
        <w:t>　　(1）本合同未尽事宜经协商后届时可补充制定。</w:t>
      </w:r>
      <w:r>
        <w:rPr>
          <w:lang w:eastAsia="zh-CN"/>
        </w:rPr>
        <w:br/>
      </w:r>
      <w:r>
        <w:rPr>
          <w:lang w:eastAsia="zh-CN"/>
        </w:rPr>
        <w:t>　　(2）本合同的附件、附表及补充协议与本合约具备同等法律效力。</w:t>
      </w:r>
      <w:r>
        <w:rPr>
          <w:lang w:eastAsia="zh-CN"/>
        </w:rPr>
        <w:br/>
      </w:r>
      <w:r>
        <w:rPr>
          <w:lang w:eastAsia="zh-CN"/>
        </w:rPr>
        <w:t>　　(3）本合同一式二份，甲乙双方执一份，具备同等法律效力。</w:t>
      </w:r>
      <w:r>
        <w:rPr>
          <w:lang w:eastAsia="zh-CN"/>
        </w:rPr>
        <w:br/>
      </w:r>
      <w:r>
        <w:rPr>
          <w:lang w:eastAsia="zh-CN"/>
        </w:rPr>
        <w:t>　　(4）本合约自甲乙双方签字盖章之日起生效。</w:t>
      </w:r>
      <w:r>
        <w:rPr>
          <w:lang w:eastAsia="zh-CN"/>
        </w:rPr>
        <w:br/>
      </w:r>
      <w:r>
        <w:rPr>
          <w:lang w:eastAsia="zh-CN"/>
        </w:rPr>
        <w:t>　　甲方 （公章）： 乙方（公章）：</w:t>
      </w:r>
      <w:r>
        <w:rPr>
          <w:lang w:eastAsia="zh-CN"/>
        </w:rPr>
        <w:br/>
      </w:r>
      <w:r>
        <w:rPr>
          <w:lang w:eastAsia="zh-CN"/>
        </w:rPr>
        <w:t>　　代表人： 代表人：</w:t>
      </w:r>
      <w:r>
        <w:rPr>
          <w:lang w:eastAsia="zh-CN"/>
        </w:rPr>
        <w:br/>
      </w:r>
      <w:r>
        <w:rPr>
          <w:lang w:eastAsia="zh-CN"/>
        </w:rPr>
        <w:t xml:space="preserve">    关于汽车维修合同范本 篇12 </w:t>
      </w:r>
      <w:r>
        <w:rPr>
          <w:lang w:eastAsia="zh-CN"/>
        </w:rPr>
        <w:br/>
      </w:r>
      <w:r>
        <w:rPr>
          <w:lang w:eastAsia="zh-CN"/>
        </w:rPr>
        <w:t>　　甲方：(以下简称甲方)</w:t>
      </w:r>
      <w:r>
        <w:rPr>
          <w:lang w:eastAsia="zh-CN"/>
        </w:rPr>
        <w:br/>
      </w:r>
      <w:r>
        <w:rPr>
          <w:lang w:eastAsia="zh-CN"/>
        </w:rPr>
        <w:t>　　乙方：(以下简称乙方)</w:t>
      </w:r>
      <w:r>
        <w:rPr>
          <w:lang w:eastAsia="zh-CN"/>
        </w:rPr>
        <w:br/>
      </w:r>
      <w:r>
        <w:rPr>
          <w:lang w:eastAsia="zh-CN"/>
        </w:rPr>
        <w:t>　　一、 车辆维修合同签定原则：</w:t>
      </w:r>
      <w:r>
        <w:rPr>
          <w:lang w:eastAsia="zh-CN"/>
        </w:rPr>
        <w:br/>
      </w:r>
    </w:p>
    <w:p w:rsidR="001B1F19" w14:textId="27C3F48A">
      <w:pPr>
        <w:rPr>
          <w:lang w:eastAsia="zh-CN"/>
        </w:rPr>
      </w:pPr>
      <w:r>
        <w:rPr>
          <w:lang w:eastAsia="zh-CN"/>
        </w:rPr>
        <w:t>　　经甲方考察乙方车辆维修、保养业务水平，确认乙方的维修车辆设备、人员、公司规模满足甲方单位车辆维修及保养条件和要求，甲、乙双方按照平等自愿的原则，甲方愿以将本单位的所有车辆在乙方单位进行维修及保养，经充分协商一致，特签订车辆维修合同。</w:t>
      </w:r>
      <w:r>
        <w:rPr>
          <w:lang w:eastAsia="zh-CN"/>
        </w:rPr>
        <w:br/>
      </w:r>
      <w:r>
        <w:rPr>
          <w:lang w:eastAsia="zh-CN"/>
        </w:rPr>
        <w:t>　　二、甲方责任</w:t>
      </w:r>
      <w:r>
        <w:rPr>
          <w:lang w:eastAsia="zh-CN"/>
        </w:rPr>
        <w:br/>
      </w:r>
      <w:r>
        <w:rPr>
          <w:lang w:eastAsia="zh-CN"/>
        </w:rPr>
        <w:t>　　1、甲方将本单位车辆、车辆品牌进行维修内容及保养内容告知乙方。</w:t>
      </w:r>
      <w:r>
        <w:rPr>
          <w:lang w:eastAsia="zh-CN"/>
        </w:rPr>
        <w:br/>
      </w:r>
      <w:r>
        <w:rPr>
          <w:lang w:eastAsia="zh-CN"/>
        </w:rPr>
        <w:t>　　2、甲方到年底时全年车辆的维修和保养费用一次性付给乙方。</w:t>
      </w:r>
      <w:r>
        <w:rPr>
          <w:lang w:eastAsia="zh-CN"/>
        </w:rPr>
        <w:br/>
      </w:r>
      <w:r>
        <w:rPr>
          <w:lang w:eastAsia="zh-CN"/>
        </w:rPr>
        <w:t>　　三、乙方责任</w:t>
      </w:r>
      <w:r>
        <w:rPr>
          <w:lang w:eastAsia="zh-CN"/>
        </w:rPr>
        <w:br/>
      </w:r>
      <w:r>
        <w:rPr>
          <w:lang w:eastAsia="zh-CN"/>
        </w:rPr>
        <w:t>　　1、乙方接到甲方车辆维修和保养时，必须按规定及时进行维修和保养。</w:t>
      </w:r>
      <w:r>
        <w:rPr>
          <w:lang w:eastAsia="zh-CN"/>
        </w:rPr>
        <w:br/>
      </w:r>
      <w:r>
        <w:rPr>
          <w:lang w:eastAsia="zh-CN"/>
        </w:rPr>
        <w:t>　　2、乙方按甲方规定时间内交付维修和保养的车辆。</w:t>
      </w:r>
      <w:r>
        <w:rPr>
          <w:lang w:eastAsia="zh-CN"/>
        </w:rPr>
        <w:br/>
      </w:r>
      <w:r>
        <w:rPr>
          <w:lang w:eastAsia="zh-CN"/>
        </w:rPr>
        <w:t>　　四、其它约定事项</w:t>
      </w:r>
      <w:r>
        <w:rPr>
          <w:lang w:eastAsia="zh-CN"/>
        </w:rPr>
        <w:br/>
      </w:r>
      <w:r>
        <w:rPr>
          <w:lang w:eastAsia="zh-CN"/>
        </w:rPr>
        <w:t>　　1、甲乙双方发生争议的，可以协商解决，双方协商不成时，任何一方都有权向本合同签署地的法院起诉，本合同签署地为：河南省平顶山市。</w:t>
      </w:r>
      <w:r>
        <w:rPr>
          <w:lang w:eastAsia="zh-CN"/>
        </w:rPr>
        <w:br/>
      </w:r>
      <w:r>
        <w:rPr>
          <w:lang w:eastAsia="zh-CN"/>
        </w:rPr>
        <w:t>　　2、本合同未尽事宜，由双方协商解决。</w:t>
      </w:r>
      <w:r>
        <w:rPr>
          <w:lang w:eastAsia="zh-CN"/>
        </w:rPr>
        <w:br/>
      </w:r>
      <w:r>
        <w:rPr>
          <w:lang w:eastAsia="zh-CN"/>
        </w:rPr>
        <w:t>　　3、本合同后附每年的车辆维修和保养费用表。</w:t>
      </w:r>
      <w:r>
        <w:rPr>
          <w:lang w:eastAsia="zh-CN"/>
        </w:rPr>
        <w:br/>
      </w:r>
      <w:r>
        <w:rPr>
          <w:lang w:eastAsia="zh-CN"/>
        </w:rPr>
        <w:t>　　五、合同生效</w:t>
      </w:r>
      <w:r>
        <w:rPr>
          <w:lang w:eastAsia="zh-CN"/>
        </w:rPr>
        <w:br/>
      </w:r>
      <w:r>
        <w:rPr>
          <w:lang w:eastAsia="zh-CN"/>
        </w:rPr>
        <w:t>　　本合同自双方签字盖章之日起生效。合同一式贰份，双方各执壹份。</w:t>
      </w:r>
      <w:r>
        <w:rPr>
          <w:lang w:eastAsia="zh-CN"/>
        </w:rPr>
        <w:br/>
      </w:r>
      <w:r>
        <w:rPr>
          <w:lang w:eastAsia="zh-CN"/>
        </w:rPr>
        <w:t>　　甲方（签字）：_____________乙方（签字）：_____________</w:t>
      </w:r>
      <w:r>
        <w:rPr>
          <w:lang w:eastAsia="zh-CN"/>
        </w:rPr>
        <w:br/>
      </w:r>
      <w:r>
        <w:rPr>
          <w:lang w:eastAsia="zh-CN"/>
        </w:rPr>
        <w:t>　　联系电话：_________________联系电话：__________________</w:t>
      </w:r>
      <w:r>
        <w:rPr>
          <w:lang w:eastAsia="zh-CN"/>
        </w:rPr>
        <w:br/>
      </w:r>
      <w:r>
        <w:rPr>
          <w:lang w:eastAsia="zh-CN"/>
        </w:rPr>
        <w:t>　　____________年______月____日</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https://d.book118.com/805201200322011121</w:t>
        </w:r>
      </w:hyperlink>
    </w:p>
    <w:p w:rsidR="001B1F19">
      <w:pPr>
        <w:rPr>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520120032201112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