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2024描写军训心得体会（32篇）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2024描写军训心得体会（通用32篇）</w:t>
      </w:r>
      <w:r>
        <w:rPr>
          <w:lang w:eastAsia="zh-CN"/>
        </w:rPr>
        <w:br/>
      </w:r>
      <w:r>
        <w:rPr>
          <w:lang w:eastAsia="zh-CN"/>
        </w:rPr>
        <w:t xml:space="preserve">    2024描写军训心得体会 篇1 </w:t>
      </w:r>
      <w:r>
        <w:rPr>
          <w:lang w:eastAsia="zh-CN"/>
        </w:rPr>
        <w:br/>
      </w:r>
      <w:r>
        <w:rPr>
          <w:lang w:eastAsia="zh-CN"/>
        </w:rPr>
        <w:t>　　告别了那个有着无限美好回忆的小学校园，我们带着青涩与懵懂踏进了绚丽多彩的初中校园。在真正开始初中生活之前，我们还需要接受一次从心灵到身体的考验，那便是军训。</w:t>
      </w:r>
      <w:r>
        <w:rPr>
          <w:lang w:eastAsia="zh-CN"/>
        </w:rPr>
        <w:br/>
      </w:r>
      <w:r>
        <w:rPr>
          <w:lang w:eastAsia="zh-CN"/>
        </w:rPr>
        <w:t>　　军训是每个初一新生都需要经历的，而这必须经历的军训，对于我来说就像是一道坎，一道让我想到后会觉得毛骨悚然的.坎。在没有开始军训之前我对未知的它充满着恐惧。</w:t>
      </w:r>
      <w:r>
        <w:rPr>
          <w:lang w:eastAsia="zh-CN"/>
        </w:rPr>
        <w:br/>
      </w:r>
      <w:r>
        <w:rPr>
          <w:lang w:eastAsia="zh-CN"/>
        </w:rPr>
        <w:t>　　军训对我们这些“娇生惯养”的小孩也是有好处的。有人说：“为什么要军训？军训有什么好处呢？”军训能使我们养成不畏困难的精神；使我们身体素质等方面都得到发展，并有时间培养一技之长，创造新的财富，只有这样，我们将来才能在社会上找到立足之地，成为一名合格的接班人；也只有这样我们才能更好地建设祖国的未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军训的感受像个五味瓶，酸，甜，苦，辣，咸样样都有。军训是残酷的，记得刚开始军训的第一天，教官就给我们一个下马威。让我们在烈日炙烤后的操场上站上一段时间。热气不断的从地里面往上透，脚底又酸又烫，汗不断地从脸上流下来，滴在地上，而且还口干舌燥的，我有点想打“退堂鼓”了，但是我没有这样做。我一直告诫自己：一定要坚持下去，时间快到了，再忍一下就行了，要是现在放弃的话，那我前面所做的不就是白费了吗？于是我就咬着牙，硬撑了下来。</w:t>
      </w:r>
      <w:r>
        <w:rPr>
          <w:lang w:eastAsia="zh-CN"/>
        </w:rPr>
        <w:br/>
      </w:r>
      <w:r>
        <w:rPr>
          <w:lang w:eastAsia="zh-CN"/>
        </w:rPr>
        <w:t>　　一天下来，我已经是筋疲力尽了，晚上，当我软绵绵地躺在床上，回想军训时由于我们大家的努力，得到了教官和老师的好评。不一会儿我就进入了甜美的梦乡。这一天虽然很累，但让我懂得了想要完成一件事，就必须坚持不懈，持之以恒的努力，才能到达成功的彼岸。</w:t>
      </w:r>
      <w:r>
        <w:rPr>
          <w:lang w:eastAsia="zh-CN"/>
        </w:rPr>
        <w:br/>
      </w:r>
      <w:r>
        <w:rPr>
          <w:lang w:eastAsia="zh-CN"/>
        </w:rPr>
        <w:t xml:space="preserve">    2024描写军训心得体会 篇2 </w:t>
      </w:r>
      <w:r>
        <w:rPr>
          <w:lang w:eastAsia="zh-CN"/>
        </w:rPr>
        <w:br/>
      </w:r>
      <w:r>
        <w:rPr>
          <w:lang w:eastAsia="zh-CN"/>
        </w:rPr>
        <w:t>　　3月21日，我们期盼已久的学军活动拉开帷幕，大家将在洞桥营地开展为期三天的军训。到达学军目的地，总营地是一艘巨型母舰的形状，红旗迎风招展，教官站着笔挺的军姿迎接我们，一股浓浓的军人气息。</w:t>
      </w:r>
      <w:r>
        <w:rPr>
          <w:lang w:eastAsia="zh-CN"/>
        </w:rPr>
        <w:br/>
      </w:r>
      <w:r>
        <w:rPr>
          <w:lang w:eastAsia="zh-CN"/>
        </w:rPr>
        <w:t>　　同学们见到如此场面，立刻变得严肃起来，对齐队伍，懒懒散散的队伍突然变得整齐有序。我们换上了迷彩服，头戴军帽，正式成为了营地中的一名小军人，也意味着要严格遵守规定。学军第一课便是列队训练，一声哨响，大家迅速排成四列横队，向右看齐。教官让我们站军姿，大家昂首挺胸，双眼目视上方，瞪大眼睛，神情严肃，背脊挺直，双手紧贴裤缝，中间不留空隙，小腿夹紧，脚成60，向上挺拔。稍息时，出脚要快而有力，发出声音，立正时，收脚也要迅速，后脚跟紧贴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然后，教官教我们敬军礼。我们半面向左转，也就是转45，目视前方，当喊敬礼的时候，所有人的右手，从胸前举起，放到帽檐边。“敬礼”，刷的一下全部人的手整齐划一的挥起，庄严的敬礼。“礼毕”，大家的手又刷的一下从胸前划过，贴牢大腿。这严肃、整齐的敬军礼，仿佛我们都化身为了军人。</w:t>
      </w:r>
      <w:r>
        <w:rPr>
          <w:lang w:eastAsia="zh-CN"/>
        </w:rPr>
        <w:br/>
      </w:r>
      <w:r>
        <w:rPr>
          <w:lang w:eastAsia="zh-CN"/>
        </w:rPr>
        <w:t>　　最后，我们进行踏步走，大家手摆得笔直，腿抬得很高，踏步声整齐响亮，铿锵有力，每踏一步仿佛大地都要颤抖一下，天空都要摇晃一下，场面十分壮观、震撼人心。“一二一，一二一”，接着我们喊出了响亮的口号声，这斗志昂扬的口号声气势磅礴，整个甲板上，我们的声音响彻云霄。</w:t>
      </w:r>
      <w:r>
        <w:rPr>
          <w:lang w:eastAsia="zh-CN"/>
        </w:rPr>
        <w:br/>
      </w:r>
      <w:r>
        <w:rPr>
          <w:lang w:eastAsia="zh-CN"/>
        </w:rPr>
        <w:t>　　这趟学军必修课，让我们学会了自学、自理、自护、自律、自强，学会了吃苦耐劳，学会了坚持努力，使我懂得了团结合作与分享互助。学军的酸甜苦辣咸，这五种不同的滋味交杂在我心中，时间很短暂，一眨眼就要一一告别，好好珍惜这短短的三天两夜，这必然是我人生道路上难忘的记忆。</w:t>
      </w:r>
      <w:r>
        <w:rPr>
          <w:lang w:eastAsia="zh-CN"/>
        </w:rPr>
        <w:br/>
      </w:r>
      <w:r>
        <w:rPr>
          <w:lang w:eastAsia="zh-CN"/>
        </w:rPr>
        <w:t xml:space="preserve">    2024描写军训心得体会 篇3 </w:t>
      </w:r>
      <w:r>
        <w:rPr>
          <w:lang w:eastAsia="zh-CN"/>
        </w:rPr>
        <w:br/>
      </w:r>
      <w:r>
        <w:rPr>
          <w:lang w:eastAsia="zh-CN"/>
        </w:rPr>
        <w:t>　　当我们满怀着眷恋走出小学校门，当我们与曾经并肩作战的同学挥手告别，时间给我们的童年画上了圆满的句号。在父母与老师的期许中，在他们充满希望的眼神中，我们迎来了初中开学的第一课——军训。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六天的军训时间，说长不长，说短也不短。在这几天里，我明白了什么是团结，学会了自立，重新认识了一个集体该有的纪律和作风。“纪律是块铁，谁碰谁出血”。训练中，有的同学搞小动作，交头接耳，影响了队列的整齐。教官为了让我们知道集体的意义，全班同学接受俯卧撑惩罚。当个人利益与集体利益出现冲突的时候，永远不要忘记你是集体中的一员，集体利益重于泰山。</w:t>
      </w:r>
      <w:r>
        <w:rPr>
          <w:lang w:eastAsia="zh-CN"/>
        </w:rPr>
        <w:br/>
      </w:r>
      <w:r>
        <w:rPr>
          <w:lang w:eastAsia="zh-CN"/>
        </w:rPr>
        <w:t>　　在漫长而艰辛的训练中，我也曾想过“放弃”。记得那天晚上，我毫无征兆地发起了高烧，当我拖着疲惫的身躯躺在床上，家中舒适的大床和妈妈慈祥的脸庞便盘旋在我的脑海。它像一只无形的手，把我拉进温暖的陷阱中。现在想来，“放弃”这个词语是多么荒谬而可笑。在我的字典中，不存在“放弃”!第二天的清晨，响亮的集合号吹响的时候，在室友们鼓励的目光中，自尊心激励着我，成功的目标推动着我，我坚定了信念，走向了训练场……</w:t>
      </w:r>
      <w:r>
        <w:rPr>
          <w:lang w:eastAsia="zh-CN"/>
        </w:rPr>
        <w:br/>
      </w:r>
      <w:r>
        <w:rPr>
          <w:lang w:eastAsia="zh-CN"/>
        </w:rPr>
        <w:t>　　训练场上，我们挥汗如雨;主席台前我们歌声嘹亮，时间成为了最好的见证人。我们的成功，少不了教官们严厉的教导和老师不离不弃的陪伴。无论是军训时我们咬牙坚持的坚定目光，还是寝室里我们的欢声笑语，都铭刻在我的心中，成为永恒。</w:t>
      </w:r>
      <w:r>
        <w:rPr>
          <w:lang w:eastAsia="zh-CN"/>
        </w:rPr>
        <w:br/>
      </w:r>
      <w:r>
        <w:rPr>
          <w:lang w:eastAsia="zh-CN"/>
        </w:rPr>
        <w:t>　　在一个烈日炎炎的下午，我们用完美的状态，向老师和父母交上了一份满意的答卷!那响亮的口号，整齐划一的动作，让我体会到了一个集体强大的凝聚力!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当我背上行囊，离开了训练场，军训时的种种情景再次在我脑中一一闪过。看着教官们离去的背影，听着同学们自豪的欢呼声，分离的悲伤和成功的喜悦交织在一起，变成泪水无声地落下。离开挥汗如雨的训练场，走进宽敞明亮的教室，我将在今后的学习道路上勇往直前，展示出我最坚强的一面!</w:t>
      </w:r>
      <w:r>
        <w:rPr>
          <w:lang w:eastAsia="zh-CN"/>
        </w:rPr>
        <w:br/>
      </w:r>
      <w:r>
        <w:rPr>
          <w:lang w:eastAsia="zh-CN"/>
        </w:rPr>
        <w:t>　　初中的第一课让我感到艰苦又充实，疲惫而快乐，虽然短暂，却让人永生难忘!</w:t>
      </w:r>
      <w:r>
        <w:rPr>
          <w:lang w:eastAsia="zh-CN"/>
        </w:rPr>
        <w:br/>
      </w:r>
      <w:r>
        <w:rPr>
          <w:lang w:eastAsia="zh-CN"/>
        </w:rPr>
        <w:t xml:space="preserve">    2024描写军训心得体会 篇4 </w:t>
      </w:r>
      <w:r>
        <w:rPr>
          <w:lang w:eastAsia="zh-CN"/>
        </w:rPr>
        <w:br/>
      </w:r>
      <w:r>
        <w:rPr>
          <w:lang w:eastAsia="zh-CN"/>
        </w:rPr>
        <w:t>　　，我认为军事训练是为了训练我们，磨砺我们。要想成为闪耀的金子，就要有足够的勇气接受军训的洗礼。这样才能变得更强大，更有勇气乘风破浪，迎接学习和生活的挑战！</w:t>
      </w:r>
      <w:r>
        <w:rPr>
          <w:lang w:eastAsia="zh-CN"/>
        </w:rPr>
        <w:br/>
      </w:r>
      <w:r>
        <w:rPr>
          <w:lang w:eastAsia="zh-CN"/>
        </w:rPr>
        <w:t>　　第一天军训我们已经尝试过了，但是第三天军训结束后，我感觉第一天的军训对我们来说似乎很放松，感觉自己像被保护的温室花，几乎经不起风雨的考验。这一次，军训是我们的试金石。</w:t>
      </w:r>
      <w:r>
        <w:rPr>
          <w:lang w:eastAsia="zh-CN"/>
        </w:rPr>
        <w:br/>
      </w:r>
      <w:r>
        <w:rPr>
          <w:lang w:eastAsia="zh-CN"/>
        </w:rPr>
        <w:t>　　这一次军训的要求更加严格：在烈日下，我们以军人的姿势一动不动地站着，让汗水从额头沿着滚烫的脸颊流下来，然后流到发黑的脖子上。没有教官的指挥，即使出汗也不能用手擦汗，更不能动手脚。</w:t>
      </w:r>
      <w:r>
        <w:rPr>
          <w:lang w:eastAsia="zh-CN"/>
        </w:rPr>
        <w:br/>
      </w:r>
      <w:r>
        <w:rPr>
          <w:lang w:eastAsia="zh-CN"/>
        </w:rPr>
        <w:t>　　如果我们中的一个人放松下来，甚至安静地移动，也逃不过教练的眼睛，我们都会因为跑圈、俯卧撑、蹲下、站起来而受到惩罚……每一次惩罚都会让我们筋疲力尽。这一刻，我真的很想放弃，但是我默默的鼓励自己：一定要坚持！永远不要轻易放弃。然后我会咬紧牙关，努力熬过去。哈哈！让阳光来得更猛烈！我不会这么轻易屈服的！我会坚持下去！</w:t>
      </w:r>
      <w:r>
        <w:rPr>
          <w:lang w:eastAsia="zh-CN"/>
        </w:rPr>
        <w:br/>
      </w:r>
      <w:r>
        <w:rPr>
          <w:lang w:eastAsia="zh-CN"/>
        </w:rPr>
        <w:t>　　军训不仅锻炼了我的体质和意志，也对我的思想教育产生了很大的影响。虽然在德育课上，教官说的是老生常谈，但他没有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像专业的老师那样出口成章，也没有妙语连珠，但是，从他专注的眼神，和用心的教育里，我读懂了他，读懂了他对我们的严格要求，读懂了对我们无尽的关怀。</w:t>
      </w:r>
      <w:r>
        <w:rPr>
          <w:lang w:eastAsia="zh-CN"/>
        </w:rPr>
        <w:br/>
      </w:r>
      <w:r>
        <w:rPr>
          <w:lang w:eastAsia="zh-CN"/>
        </w:rPr>
        <w:t>　　虽然许多道理，我早已懂得，但是在这短短的四天军训里，我发现，那些我曾经以为耳熟能详的道理，原来有了真正的意义，有了真正的诠释，直到今天，我才赫然觉得，这是我第一次真切地感受它们的真谛——一个人，你可以是矮小的，你可以是瘦弱的，但你绝对不能没有精神！</w:t>
      </w:r>
      <w:r>
        <w:rPr>
          <w:lang w:eastAsia="zh-CN"/>
        </w:rPr>
        <w:br/>
      </w:r>
      <w:r>
        <w:rPr>
          <w:lang w:eastAsia="zh-CN"/>
        </w:rPr>
        <w:t>　　一个集体，你可以不是秀的，你可以不是学习的，但是你绝对不能失去团结的力量！在一个部队里，在一个班级里，你代表的不仅仅是你个人，你的言行举止还代表了整个集体！人不仅要向前看，有时还应该向后看一下，看自己是否错过了什么！不论何时何地，我们都应该学会换位思考，因为这个世界不只是你一个人……</w:t>
      </w:r>
      <w:r>
        <w:rPr>
          <w:lang w:eastAsia="zh-CN"/>
        </w:rPr>
        <w:br/>
      </w:r>
      <w:r>
        <w:rPr>
          <w:lang w:eastAsia="zh-CN"/>
        </w:rPr>
        <w:t>　　经过军训，我们能更加勇敢地翱翔天际，搏击苍穹；经过军训，我们不再是温室娇嫩的花朵，我们能长成参天大树，迎接暴风雨；经过军训，我们人生上了重要的一课！</w:t>
      </w:r>
      <w:r>
        <w:rPr>
          <w:lang w:eastAsia="zh-CN"/>
        </w:rPr>
        <w:br/>
      </w:r>
      <w:r>
        <w:rPr>
          <w:lang w:eastAsia="zh-CN"/>
        </w:rPr>
        <w:t xml:space="preserve">    2024描写军训心得体会 篇5 </w:t>
      </w:r>
      <w:r>
        <w:rPr>
          <w:lang w:eastAsia="zh-CN"/>
        </w:rPr>
        <w:br/>
      </w:r>
      <w:r>
        <w:rPr>
          <w:lang w:eastAsia="zh-CN"/>
        </w:rPr>
        <w:t>　　本周在，我们学校组织了军事训练，非常有趣。我们不仅学到了很多有用的知识，还享受了挥之不去的快乐。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们坐在通往军营的大巴上，却不知道累了，以为好玩的旅程慢慢临近。营房到了，我们在教官的带领下来到操场，教官让我们排队等他。我们的教官很大，很高，很壮，眉毛很浓，眼睛炯炯有神，嘴巴很大。他穿尼采军装很帅。</w:t>
      </w:r>
      <w:r>
        <w:rPr>
          <w:lang w:eastAsia="zh-CN"/>
        </w:rPr>
        <w:br/>
      </w:r>
      <w:r>
        <w:rPr>
          <w:lang w:eastAsia="zh-CN"/>
        </w:rPr>
        <w:t>　　几分钟后，教官拿着一叠军装过来了。哇！没有！教官把军装扔在地上，地上全是淤泥。几个男生说：“谁穿最下面的那个，谁就是最差的。”结果教官听到了，大声说：“安静。谁再说话就跑十圈。”吓得我们动弹不得，马上穿上衣服。总教官来了，教我们站姿军姿，左右转弯，立正，稍息。我们把一切都重复了很多遍，直到满意为止，筋疲力尽。吃完午饭，不用数躺在床上的羊，马上就睡着了。</w:t>
      </w:r>
      <w:r>
        <w:rPr>
          <w:lang w:eastAsia="zh-CN"/>
        </w:rPr>
        <w:br/>
      </w:r>
      <w:r>
        <w:rPr>
          <w:lang w:eastAsia="zh-CN"/>
        </w:rPr>
        <w:t>　　下午教练教我们做人工呼吸和心肺复苏，还叫了几个同学来做示范，有些做的不好，逗得大家哈哈大笑。但是因为盘腿坐了一下午，腿都麻木的不能动了，有几个同学哭了。晚上大家看了四川地震，开始地震。当救援队到达时，人们看到了希望。他们用“爱”战胜了一个又一个困难，解救了苦难的同胞。我们热泪盈眶，激动万分。团结和爱战胜了一切。</w:t>
      </w:r>
      <w:r>
        <w:rPr>
          <w:lang w:eastAsia="zh-CN"/>
        </w:rPr>
        <w:br/>
      </w:r>
      <w:r>
        <w:rPr>
          <w:lang w:eastAsia="zh-CN"/>
        </w:rPr>
        <w:t>　　第二天，军官让我们重复昨天的巩固训练。因为学校有比赛，我们校队先回去。当我们离开军营时，我们不愿意分开。不知道什么时候才能再见到我们帅气的教官。</w:t>
      </w:r>
      <w:r>
        <w:rPr>
          <w:lang w:eastAsia="zh-CN"/>
        </w:rPr>
        <w:br/>
      </w:r>
      <w:r>
        <w:rPr>
          <w:lang w:eastAsia="zh-CN"/>
        </w:rPr>
        <w:t>　　两天军训就结束了。樱花如果没有先绽放花朵的气魄，就不会成为美丽春天里独一无二的秀；荷花如果没有不染泥的意志，在炎炎夏日也不会是君子。梅花如果没有勇气以霜雪为傲，就不会在残酷的冬日里成为一道亮丽的风景；人如果没有坚持下去的毅力，就不会成为军训中的一颗亮星。同学们加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2024描写军训心得体会 篇6 </w:t>
      </w:r>
      <w:r>
        <w:rPr>
          <w:lang w:eastAsia="zh-CN"/>
        </w:rPr>
        <w:br/>
      </w:r>
      <w:r>
        <w:rPr>
          <w:lang w:eastAsia="zh-CN"/>
        </w:rPr>
        <w:t>　　一分耕耘一分收获我们付出多少就一定会收获多少，相信自己一定行、相信自己是最棒的，在艰辛、在困难的军训我都熬过了，还有什么过不了的军训的生活让我们体会到做军人的辛苦，也体会到他们的不如意。</w:t>
      </w:r>
      <w:r>
        <w:rPr>
          <w:lang w:eastAsia="zh-CN"/>
        </w:rPr>
        <w:br/>
      </w:r>
      <w:r>
        <w:rPr>
          <w:lang w:eastAsia="zh-CN"/>
        </w:rPr>
        <w:t>　　军训里的五天虽然是非常的让人回忆，非常的热我们把一个个动作都做标准了，也得到了应有的回报军训虽苦、虽累、这些苦、这些累变成了一首首优美的歌曲，这一些场景变成了一幅幅精美的图画，这些歌曲、这些图画永远保留我们心里，纹丝不动的军姿、刚硬的军步、五颜六色的军服让我想起军训中的我们，再见了军训、再见了那曾经湿了又干干了又湿的军服、再见了严格的教官、再见了五天的生活，当结营仪式的广播声响遍了整个体育场，那个时候的我们为了最后一次的比赛、为了送给老师第一份教师节礼物加以练习我们的军姿、军步，结束了比赛、也结束了这一次军训的旅程当大巴在路上行驶的时候回头看看那五天的生活、回头想想这一次难忘的军训，告别了教官、告别了五天的生活、告别了这一次军训。</w:t>
      </w:r>
      <w:r>
        <w:rPr>
          <w:lang w:eastAsia="zh-CN"/>
        </w:rPr>
        <w:br/>
      </w:r>
      <w:r>
        <w:rPr>
          <w:lang w:eastAsia="zh-CN"/>
        </w:rPr>
        <w:t>　　军训，一个令人听到就感到害怕的字眼，一个能影响一生的字眼，一个令人激动的字眼，一个幻想的字眼。五天的军训，就像一个调味瓶。酸甜苦辣样样齐全。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开学前的一个星期，军训就拉开了帷幕，8月25日这一天就成为我们的苦难日。这五天的时间像星星眨眼般，不知不觉的溜走了。每当天一刚亮，我们就已经穿好整洁的军装，戴着军帽。个个英姿飚爽，昂首挺胸的等候教官的到来。我们静静的伫立在烈日下，展现军姿，热情的太阳散发自己的所有光芒。几丝热流滑过脸庞，滴下了一颗颗晶莹剔透的汗珠······</w:t>
      </w:r>
      <w:r>
        <w:rPr>
          <w:lang w:eastAsia="zh-CN"/>
        </w:rPr>
        <w:br/>
      </w:r>
      <w:r>
        <w:rPr>
          <w:lang w:eastAsia="zh-CN"/>
        </w:rPr>
        <w:t>　　而这五天里，幽默风趣的教官教我们从立正到稍息，从稍息到跨立，从跨立到蹲下，从蹲下到齐步，每天只为了一个小小的动作，一个小小的细节，练得筋疲力尽，那又有什么关系呢？况且，教官一丝不苟的教我们，每天在炎炎夏日下练习，教官的声音都沙哑了，但他还是一如既往的叫口令。这五天里，我们再也不像温室里的花朵一碰就碎，而是一枝迎雪傲开的梅花。我们学会了坚强，学会了自立，学会了如何面对挫折与失败，学会了团结友爱。</w:t>
      </w:r>
      <w:r>
        <w:rPr>
          <w:lang w:eastAsia="zh-CN"/>
        </w:rPr>
        <w:br/>
      </w:r>
      <w:r>
        <w:rPr>
          <w:lang w:eastAsia="zh-CN"/>
        </w:rPr>
        <w:t>　　当我们迈开军校的步伐的那一刻，心中却有一种不舍的感觉。在这里，我们尝到了种种滋味。我们磨练了意志，品尝到苦涩；品尝到失败的痛楚。这将会是我人生光辉的一页，是我迈开中学的第一步。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时光流逝，一转眼，我们军训已经到了三分之一又多了一天。曾经一个电影里有两句台词：我们要学会珍惜生活中的每一天。因为，这每一天的开始，都将是我们余下生命中的第一天。总是不屑一顾，不以为然。面对军训，今天终有一点觉悟。人活着总要有一些不同寻常的意义和不同价值的创造。以后当我们回想往事时，可以毫不犹豫地说：“我不后悔”。军训，简而言之是以军人地标准去训练。虽然与我们平时相比，很苦，很累……但是当我们与教官一起吃西瓜，一起做游戏时，我们是快乐的。永恒是美丽的，执着就是艺术，平凡造就伟大。这是人们对军人的崇高评价。而我们军训就要达到这个目的，必须经过所有队友共同努力。我相信，不管还有经过什么样的辛苦，不管还要经历多少时间，我们都会变得越来越好。每个人都有一段自己的路程要跑。每个人都有自己的任务要完成，军训，总要给自己留下些不同的意义和体现个人价值的东西吧。只要我们努力，就会为自己的一生留下不同的剪影。</w:t>
      </w:r>
      <w:r>
        <w:rPr>
          <w:lang w:eastAsia="zh-CN"/>
        </w:rPr>
        <w:br/>
      </w:r>
      <w:r>
        <w:rPr>
          <w:lang w:eastAsia="zh-CN"/>
        </w:rPr>
        <w:t>　　励志：比别人多一点努力，你就会多一份成绩；比别人多一点志气，你就会多一份出息；比别人多一点坚持，你就会夺取胜利；比别人多一点执着，你就会创造奇迹。</w:t>
      </w:r>
      <w:r>
        <w:rPr>
          <w:lang w:eastAsia="zh-CN"/>
        </w:rPr>
        <w:br/>
      </w:r>
      <w:r>
        <w:rPr>
          <w:lang w:eastAsia="zh-CN"/>
        </w:rPr>
        <w:t xml:space="preserve">    2024描写军训心得体会 篇7 </w:t>
      </w:r>
      <w:r>
        <w:rPr>
          <w:lang w:eastAsia="zh-CN"/>
        </w:rPr>
        <w:br/>
      </w:r>
      <w:r>
        <w:rPr>
          <w:lang w:eastAsia="zh-CN"/>
        </w:rPr>
        <w:t>　　不得不承认，时间过得真快！转眼间，六天的军训很快就过去了。第一天的场景依然历历在目，仿佛近在咫尺。但是日历上的日期和被撕裂的日子清楚地记录着，这六天已经悄悄地从我们身边溜走了。</w:t>
      </w:r>
      <w:r>
        <w:rPr>
          <w:lang w:eastAsia="zh-CN"/>
        </w:rPr>
        <w:br/>
      </w:r>
      <w:r>
        <w:rPr>
          <w:lang w:eastAsia="zh-CN"/>
        </w:rPr>
        <w:t>　　想念，想念这六天的一切。教官在我们面前走来走去，我们穿着制服站在草坪上，和教官一起唱歌，一起玩.</w:t>
      </w:r>
      <w:r>
        <w:rPr>
          <w:lang w:eastAsia="zh-CN"/>
        </w:rPr>
        <w:br/>
      </w:r>
      <w:r>
        <w:rPr>
          <w:lang w:eastAsia="zh-CN"/>
        </w:rPr>
        <w:t>　　这一切只留下回忆。看着我们躺在床上散落的照片，我不禁流了几滴泪。</w:t>
      </w:r>
      <w:r>
        <w:rPr>
          <w:lang w:eastAsia="zh-CN"/>
        </w:rPr>
        <w:br/>
      </w:r>
      <w:r>
        <w:rPr>
          <w:lang w:eastAsia="zh-CN"/>
        </w:rPr>
        <w:t>　　这六天走的每一步都深深的印在我的心里，深深的印在我的脑海里。</w:t>
      </w:r>
      <w:r>
        <w:rPr>
          <w:lang w:eastAsia="zh-CN"/>
        </w:rPr>
        <w:br/>
      </w:r>
      <w:r>
        <w:rPr>
          <w:lang w:eastAsia="zh-CN"/>
        </w:rPr>
        <w:t>　　回忆起六天的训练，我深受感动。</w:t>
      </w:r>
      <w:r>
        <w:rPr>
          <w:lang w:eastAsia="zh-CN"/>
        </w:rPr>
        <w:br/>
      </w:r>
      <w:r>
        <w:rPr>
          <w:lang w:eastAsia="zh-CN"/>
        </w:rPr>
        <w:t>　　这些天，我们得到了幸福和友谊，但更多的是锻炼。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烈日烤着大地。而我们还站在操场上，挥汗如雨，一心一意的练习。我们站在阳光下，以军人的姿势站着，双脚发软，头晕目眩。每天的军训都是接受汗水的洗礼。但是我们</w:t>
      </w:r>
      <w:r>
        <w:rPr>
          <w:lang w:eastAsia="zh-CN"/>
        </w:rPr>
        <w:br/>
      </w:r>
      <w:r>
        <w:rPr>
          <w:lang w:eastAsia="zh-CN"/>
        </w:rPr>
        <w:t>　　坚持住了，再苦再累也要扛过去。这种钢铁般的意志，遍布了整个军训操场。</w:t>
      </w:r>
      <w:r>
        <w:rPr>
          <w:lang w:eastAsia="zh-CN"/>
        </w:rPr>
        <w:br/>
      </w:r>
      <w:r>
        <w:rPr>
          <w:lang w:eastAsia="zh-CN"/>
        </w:rPr>
        <w:t>　　这六天里，我明白了许多，但最多的还是团结。</w:t>
      </w:r>
      <w:r>
        <w:rPr>
          <w:lang w:eastAsia="zh-CN"/>
        </w:rPr>
        <w:br/>
      </w:r>
      <w:r>
        <w:rPr>
          <w:lang w:eastAsia="zh-CN"/>
        </w:rPr>
        <w:t>　　这六天里，我们学习了很多：稍息、蹲下、跑步、正步、齐步……这一切中并没有什么难的东西，但要体现整个班级走得怎样最重要的是团结。大家要一致的走起来确实是件困难的事：要同时迈出脚，每一步都要迈出一样大的步子……这些无一不需要我们的默契。我们只有用心团结起来，坚持下去才可能取胜!</w:t>
      </w:r>
      <w:r>
        <w:rPr>
          <w:lang w:eastAsia="zh-CN"/>
        </w:rPr>
        <w:br/>
      </w:r>
      <w:r>
        <w:rPr>
          <w:lang w:eastAsia="zh-CN"/>
        </w:rPr>
        <w:t>　　这些日子里，我遇到了不少困难。全班因走不好被惩罚蹲下，过了不到10分钟谁都坚持不住了，但谁也不敢动。只有趁教官离开时轻轻活动双脚，为了不使教官看到而生气，大家就轮流派人冒着被惩罚的危险望风——教官来了提早通知大家。虽然这是违反了规矩，但却让大家体会到了班级同学们的友谊，大家的团结。</w:t>
      </w:r>
      <w:r>
        <w:rPr>
          <w:lang w:eastAsia="zh-CN"/>
        </w:rPr>
        <w:br/>
      </w:r>
      <w:r>
        <w:rPr>
          <w:lang w:eastAsia="zh-CN"/>
        </w:rPr>
        <w:t>　　军训带给我了许多许多，也让我明白了许多许多，我相信这六天我永生难忘……</w:t>
      </w:r>
      <w:r>
        <w:rPr>
          <w:lang w:eastAsia="zh-CN"/>
        </w:rPr>
        <w:br/>
      </w:r>
      <w:r>
        <w:rPr>
          <w:lang w:eastAsia="zh-CN"/>
        </w:rPr>
        <w:t xml:space="preserve">    2024描写军训心得体会 篇8 </w:t>
      </w:r>
      <w:r>
        <w:rPr>
          <w:lang w:eastAsia="zh-CN"/>
        </w:rPr>
        <w:br/>
      </w:r>
      <w:r>
        <w:rPr>
          <w:lang w:eastAsia="zh-CN"/>
        </w:rPr>
        <w:t>　　初二的生活已经拉开序幕，首先迎接我们的是为期三天半的军训。起初，听到军训，自以为很有趣，甚至觉得很好玩。可直到自己亲身体验才知道那有多么的累啊!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在这三天半的军训中我学到了很多，也收获了很多。</w:t>
      </w:r>
      <w:r>
        <w:rPr>
          <w:lang w:eastAsia="zh-CN"/>
        </w:rPr>
        <w:br/>
      </w:r>
      <w:r>
        <w:rPr>
          <w:lang w:eastAsia="zh-CN"/>
        </w:rPr>
        <w:t>　　一大早我就怀着无比激动的心情踏进校园，准备开始我的军训之旅。</w:t>
      </w:r>
      <w:r>
        <w:rPr>
          <w:lang w:eastAsia="zh-CN"/>
        </w:rPr>
        <w:br/>
      </w:r>
      <w:r>
        <w:rPr>
          <w:lang w:eastAsia="zh-CN"/>
        </w:rPr>
        <w:t>　　到了学校，同学们都在操场上了。首先，教官告诉我们要学的内容是站军姿、立正、稍息等等。听到这些心中不以为然，觉得这些内容自己早已掌握，可没想到这些动作在教官眼里却是难看无比。先说站军姿吧，其实站军姿说起来容易，做起来就难呐!</w:t>
      </w:r>
      <w:r>
        <w:rPr>
          <w:lang w:eastAsia="zh-CN"/>
        </w:rPr>
        <w:br/>
      </w:r>
      <w:r>
        <w:rPr>
          <w:lang w:eastAsia="zh-CN"/>
        </w:rPr>
        <w:t>　　教官说为了锻炼我们的意志，要求我们每天训练之前都要纹丝不动的站半小时的军姿。天哪!心中不惊暗暗叫苦。时间一秒一秒过去了，整齐的队伍中，只听见呼吸声。渐渐地，有的同学坚持不住了，只感觉汗水他在淘气。在你的脸上慢慢往下蠕动，痒痒的，但你又不敢去擦，心里难受极了!我也快坚持不住了，就在心里默默地想：平时半小时眨眼就过去了，为什么这半小时这么漫长呢?</w:t>
      </w:r>
      <w:r>
        <w:rPr>
          <w:lang w:eastAsia="zh-CN"/>
        </w:rPr>
        <w:br/>
      </w:r>
      <w:r>
        <w:rPr>
          <w:lang w:eastAsia="zh-CN"/>
        </w:rPr>
        <w:t>　　好不容易挨过了一天，第二天的军训任务又开始了。“稍息!立正!齐步走!一二一、一二一……立正!稍息!”唉，我们一遍又一遍地重复着这些机械动作。就连太阳公公也跟我们过不去是的，火辣辣的太阳照在身上，我们的心好像燃烧一般!汗水顺着脸颊不断往下流!如果静心聆听，就能清晰地听到汗水滴落的声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发觉越是烈日如火，教官们越是越练越精神!而我们，简直快要受不了了!直到把我们练得腰酸背痛，汗流浃背才罢休。随着一声“原地休息十分钟”的口令响起，我们就如同皇帝大赐天下一样，终于可以喘口气了!心中叫起苦来：原来当兵的这么辛苦!真的不容易呀!此时此刻，我真的连动都不想动!不禁又想：教官们是怎么坚持下来的呢?他们真的好辛苦!</w:t>
      </w:r>
      <w:r>
        <w:rPr>
          <w:lang w:eastAsia="zh-CN"/>
        </w:rPr>
        <w:br/>
      </w:r>
      <w:r>
        <w:rPr>
          <w:lang w:eastAsia="zh-CN"/>
        </w:rPr>
        <w:t>　　接下来的半天里，我们都在坚持训练，虽然还是感觉很辛苦，但自己还是明白了团结的重要，纪律的重要，持之以恒的重要，直到检阅结束。我才细细品味这几天的生活。发现军训的感受就像一个五味瓶：酸、甜、苦、辣、咸真是样样俱全呀!</w:t>
      </w:r>
      <w:r>
        <w:rPr>
          <w:lang w:eastAsia="zh-CN"/>
        </w:rPr>
        <w:br/>
      </w:r>
      <w:r>
        <w:rPr>
          <w:lang w:eastAsia="zh-CN"/>
        </w:rPr>
        <w:t xml:space="preserve">    2024描写军训心得体会 篇9 </w:t>
      </w:r>
      <w:r>
        <w:rPr>
          <w:lang w:eastAsia="zh-CN"/>
        </w:rPr>
        <w:br/>
      </w:r>
      <w:r>
        <w:rPr>
          <w:lang w:eastAsia="zh-CN"/>
        </w:rPr>
        <w:t>　　进入高中并接受军事训练，这对我们这些一直生活在父母羽翼下的学生来说无疑是一个挑战。短短几天的军训让我们脱离了慵懒的夏日生活，让我们接受阳光的洗礼，学会互助，团结一心，学会忍耐，坦然面对各种困难。</w:t>
      </w:r>
      <w:r>
        <w:rPr>
          <w:lang w:eastAsia="zh-CN"/>
        </w:rPr>
        <w:br/>
      </w:r>
      <w:r>
        <w:rPr>
          <w:lang w:eastAsia="zh-CN"/>
        </w:rPr>
        <w:t>　　军训刚开始，同学们都容光焕发，对军训充满好奇。可是过了半天，同学们一个个怨声载道，有的同学幽默地说：“我累了，想死了！”军训的时候说爱你不容易。</w:t>
      </w:r>
      <w:r>
        <w:rPr>
          <w:lang w:eastAsia="zh-CN"/>
        </w:rPr>
        <w:br/>
      </w:r>
      <w:r>
        <w:rPr>
          <w:lang w:eastAsia="zh-CN"/>
        </w:rPr>
        <w:t>　　我们军训的第一课就是练站姿。挺直背部，五指并拢，中指贴在裤缝上，微微前倾，双脚分开60度。这一站是一个早上，太阳晒得皮肤酸痛，但我动不了。终于熬到中午了。我的脚很痛，腿也很虚弱。因为站在部队的姿势要绷紧，不能放松，肌肉也酸痛。不过这只是军训的开始，更苦更累的还在后面。</w:t>
      </w:r>
      <w:r>
        <w:rPr>
          <w:lang w:eastAsia="zh-CN"/>
        </w:rPr>
        <w:br/>
      </w:r>
      <w:r>
        <w:rPr>
          <w:lang w:eastAsia="zh-CN"/>
        </w:rPr>
        <w:t>　　然后我们练习快步走。一个班50多人。尽可能整齐地移动并不容易。摆动双臂，保持同样的步伐，跺脚，喊口号。这样走来走去一个多小时，同学们都快崩溃了。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第三天，我们1班、2班和3班开始联合训练，以便参加城市的体育表演。就这样，同学们的激情瞬间被点燃，新一轮开始了</w:t>
      </w:r>
      <w:r>
        <w:rPr>
          <w:lang w:eastAsia="zh-CN"/>
        </w:rPr>
        <w:br/>
      </w:r>
      <w:r>
        <w:rPr>
          <w:lang w:eastAsia="zh-CN"/>
        </w:rPr>
        <w:t>　　“魔鬼”训练。军训辛苦但不枯燥，每天的唱歌就是单调军训的调节器。我不仅听到了“原始的吼声”，还听到了笑声和笑声。笑声和灿烂的笑容唤醒了我们疲惫的身体，这是我们最喜欢的时刻。</w:t>
      </w:r>
      <w:r>
        <w:rPr>
          <w:lang w:eastAsia="zh-CN"/>
        </w:rPr>
        <w:br/>
      </w:r>
      <w:r>
        <w:rPr>
          <w:lang w:eastAsia="zh-CN"/>
        </w:rPr>
        <w:t>　　浸透汗水需要耐心，在烈日下烘烤需要耐心，饥饿也需要耐心。似乎一切都要不断忍受。在这种潜移默化的隐忍中，隐藏的力量逐渐被挖掘出来。潜力爆发的时候，我们每个人脸上都挂着幸福的笑容。一天的训练结束时，我们又痛又开心。</w:t>
      </w:r>
      <w:r>
        <w:rPr>
          <w:lang w:eastAsia="zh-CN"/>
        </w:rPr>
        <w:br/>
      </w:r>
      <w:r>
        <w:rPr>
          <w:lang w:eastAsia="zh-CN"/>
        </w:rPr>
        <w:t>　　几天的军训并不能改变我们什么，也不能决定我们的未来，但是生活中这一顿美好的饭，一定会让我们回味无穷。我们相信这次军训将是我们未来学习的宝贵财富，所以让我们继续努力。</w:t>
      </w:r>
      <w:r>
        <w:rPr>
          <w:lang w:eastAsia="zh-CN"/>
        </w:rPr>
        <w:br/>
      </w:r>
      <w:r>
        <w:rPr>
          <w:lang w:eastAsia="zh-CN"/>
        </w:rPr>
        <w:t xml:space="preserve">    2024描写军训心得体会 篇10 </w:t>
      </w:r>
      <w:r>
        <w:rPr>
          <w:lang w:eastAsia="zh-CN"/>
        </w:rPr>
        <w:br/>
      </w:r>
      <w:r>
        <w:rPr>
          <w:lang w:eastAsia="zh-CN"/>
        </w:rPr>
        <w:t>　　当我们走进,的国防教育学校时，我们的心中充满了对军训生活的期待和恐惧。恐惧的原因是因为期待；期待的原因未知。是的，一切都是未知的，未知的同学，未知的导师，未知的地方…</w:t>
      </w:r>
      <w:r>
        <w:rPr>
          <w:lang w:eastAsia="zh-CN"/>
        </w:rPr>
        <w:br/>
      </w:r>
      <w:r>
        <w:rPr>
          <w:lang w:eastAsia="zh-CN"/>
        </w:rPr>
        <w:t>　　经过四天多的相处，一切都从未知变成了互知。可爱活泼的学生，善良逗乐的教官，还有这个带给我们努力和快乐的地方…</w:t>
      </w:r>
      <w:r>
        <w:rPr>
          <w:lang w:eastAsia="zh-CN"/>
        </w:rPr>
        <w:br/>
      </w:r>
      <w:r>
        <w:rPr>
          <w:lang w:eastAsia="zh-CN"/>
        </w:rPr>
        <w:t>　　“啪”，从门被打开的那一刻起，六天的军训生活就艰难地开始了。</w:t>
      </w:r>
      <w:r>
        <w:rPr>
          <w:lang w:eastAsia="zh-CN"/>
        </w:rPr>
        <w:br/>
      </w:r>
      <w:r>
        <w:rPr>
          <w:lang w:eastAsia="zh-CN"/>
        </w:rPr>
        <w:t>　　每天早上起床铃响的时候，我们都要起床：梳头、叠被子、洗衣服、换衣服。一切准备就绪，6:</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20在操场上排队。早饭前，我们以军人的姿势站了一会儿，但这短短的十分钟，足以让我们养尊处优的孩子哭累哭。短暂的休息后，我又开始了训练：左转弯、右转弯、后转弯、急行军、向前走、以军人的姿势站立。也许，只有到了晚上，我们才会聚在一起欢笑娱乐。</w:t>
      </w:r>
      <w:r>
        <w:rPr>
          <w:lang w:eastAsia="zh-CN"/>
        </w:rPr>
        <w:br/>
      </w:r>
      <w:r>
        <w:rPr>
          <w:lang w:eastAsia="zh-CN"/>
        </w:rPr>
        <w:t>　　对于我们来说军训是如此的艰辛痛苦。连续四天来，不少人支持不住回家了，剩下的人也止不住地想家，想回那个容忍自我撒娇偷懒的地方。我们总是显得很懒散，总是不能看齐走齐。我在想到底是什么原因使我们没有团体荣誉感。我迷茫过，也想过放弃，因为我怕苦怕累更怕流汗。但当我抬起头望见了那棵青葱挺拔的大树时，我的勇气再次被点燃，我的坚持再次恢复。人和树一样，仅有不断地努力，不断的坚持，才能成材——哪怕不是最好的那块料，支撑不起半边天，但终有所用。站在队伍中，不漂亮，不高挑，做最平凡的，永远跟着团队走。</w:t>
      </w:r>
      <w:r>
        <w:rPr>
          <w:lang w:eastAsia="zh-CN"/>
        </w:rPr>
        <w:br/>
      </w:r>
      <w:r>
        <w:rPr>
          <w:lang w:eastAsia="zh-CN"/>
        </w:rPr>
        <w:t>　　军训，就是对于我们身体和心理的一种锻炼，它不仅仅能够帮忙我们学会独立、坚持，并且还帮忙我们完成初中到高中的一个过渡，让我们更快地适应高中的新生活。愿每个人都能顺利地军训，并且期望每一个完成军训的人三年之后学业有成，考上梦想的大学!</w:t>
      </w:r>
      <w:r>
        <w:rPr>
          <w:lang w:eastAsia="zh-CN"/>
        </w:rPr>
        <w:br/>
      </w:r>
      <w:r>
        <w:rPr>
          <w:lang w:eastAsia="zh-CN"/>
        </w:rPr>
        <w:t>　　数着日子，今日已经第四天了，明天第五天。后天，我们就要回家了。激动不舍，但也能笑着离开。</w:t>
      </w:r>
      <w:r>
        <w:rPr>
          <w:lang w:eastAsia="zh-CN"/>
        </w:rPr>
        <w:br/>
      </w:r>
      <w:r>
        <w:rPr>
          <w:lang w:eastAsia="zh-CN"/>
        </w:rPr>
        <w:t>　　辛苦了尊敬的教官们，多谢了同学们，别了绿树环抱的地方!</w:t>
      </w:r>
      <w:r>
        <w:rPr>
          <w:lang w:eastAsia="zh-CN"/>
        </w:rPr>
        <w:br/>
      </w:r>
      <w:r>
        <w:rPr>
          <w:lang w:eastAsia="zh-CN"/>
        </w:rPr>
        <w:t xml:space="preserve">    2024描写军训心得体会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终于到了军训的日子。我梦想军训。当兵是我从小的梦想。军训就是考验一个人的意志品质，多考验自己，让自己变得更强！</w:t>
      </w:r>
      <w:r>
        <w:rPr>
          <w:lang w:eastAsia="zh-CN"/>
        </w:rPr>
        <w:br/>
      </w:r>
      <w:r>
        <w:rPr>
          <w:lang w:eastAsia="zh-CN"/>
        </w:rPr>
        <w:t>　　迷彩服在我手里的时候，我爱抚它，感受它，这就是我所渴望的。在镜子前穿得整整齐齐真的是英雄！很是兴奋！即使衣服不合身，穿上也能感受到军人的力量！</w:t>
      </w:r>
      <w:r>
        <w:rPr>
          <w:lang w:eastAsia="zh-CN"/>
        </w:rPr>
        <w:br/>
      </w:r>
      <w:r>
        <w:rPr>
          <w:lang w:eastAsia="zh-CN"/>
        </w:rPr>
        <w:t>　　第一个练习是以军人的姿势站立。烈日下，大家汗流浃背，却鸦雀无声，没有人叫苦！我也觉得当兵不容易，但是想想，一个军人的姿态能难倒我吗？突然，旁边的同学摔倒了。我立刻把他扶了起来。教官带了水。同学中暑了。一开始，我们都很担心。但是班主任说这种情况很常见，但是可以预防。有点不舒服希望同学们不要再练了！我们真的需要提高自己的体能，不能被一个军人的姿态打败！</w:t>
      </w:r>
      <w:r>
        <w:rPr>
          <w:lang w:eastAsia="zh-CN"/>
        </w:rPr>
        <w:br/>
      </w:r>
      <w:r>
        <w:rPr>
          <w:lang w:eastAsia="zh-CN"/>
        </w:rPr>
        <w:t>　　我们的教官是一个很年轻很帅的小伙子，对我们要求很严格，充分说明他的技术很优秀，立正，站好，跨坐，停转法。经过反复的训练，我们终于制服了，突然发现我们从小到大的训练老师真的不标准！感觉好难！抬起头，挺胸，收腹。我背教官的话，剩下的时间一直在练，怕训练时出错</w:t>
      </w:r>
      <w:r>
        <w:rPr>
          <w:lang w:eastAsia="zh-CN"/>
        </w:rPr>
        <w:br/>
      </w:r>
      <w:r>
        <w:rPr>
          <w:lang w:eastAsia="zh-CN"/>
        </w:rPr>
        <w:t>　　，接而被点名！必须得时刻保持警惕！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我们喜欢下雨的时刻，因为只有这个时候，我们才能真正休息！“来来，同学们，我们来拉歌吧！《说句心里话》，大家都会吗？”我们都感到不是很熟悉，“这样，我教你们！”“说句心里话，我也想家，家中的老妈妈，已是满头白发……”“来来来来，既然来当兵，来来来，就是责任大，你不扛枪，我不扛枪，谁来保卫咱妈妈，谁来保卫她，谁来保卫她……”在嘹亮的歌声中，我们结束了一天的训练，让人更加心潮澎湃！</w:t>
      </w:r>
      <w:r>
        <w:rPr>
          <w:lang w:eastAsia="zh-CN"/>
        </w:rPr>
        <w:br/>
      </w:r>
      <w:r>
        <w:rPr>
          <w:lang w:eastAsia="zh-CN"/>
        </w:rPr>
        <w:t>　　当我们进行军训汇报的时候，心里是紧张的，每个人都不想拖班级后腿！可是当我们踏着整齐的步伐经过校领导的时候，我们的内心是淡定和坚韧的，这是我们绿色的梦想，是我们意志品质的充分表达，是我们对教官最好的回报，当看到教官脸上露出了欣慰的笑容，我们知道，我们胜利了，战胜了自己！</w:t>
      </w:r>
      <w:r>
        <w:rPr>
          <w:lang w:eastAsia="zh-CN"/>
        </w:rPr>
        <w:br/>
      </w:r>
      <w:r>
        <w:rPr>
          <w:lang w:eastAsia="zh-CN"/>
        </w:rPr>
        <w:t>　　挥别教官的时候，我们心情很复杂，我们互相承诺，会经常联系，会不忘这段情，我们的心是互通的，都承载着绿色梦想！期待着下个军训，再见！</w:t>
      </w:r>
      <w:r>
        <w:rPr>
          <w:lang w:eastAsia="zh-CN"/>
        </w:rPr>
        <w:br/>
      </w:r>
      <w:r>
        <w:rPr>
          <w:lang w:eastAsia="zh-CN"/>
        </w:rPr>
        <w:t xml:space="preserve">    2024描写军训心得体会 篇12 </w:t>
      </w:r>
      <w:r>
        <w:rPr>
          <w:lang w:eastAsia="zh-CN"/>
        </w:rPr>
        <w:br/>
      </w:r>
      <w:r>
        <w:rPr>
          <w:lang w:eastAsia="zh-CN"/>
        </w:rPr>
        <w:t>　　军训?因为这是我平生第一次参加，所以当我看到通知书的第一秒起，就对这军训充满了各种美好的幻想。回想起电视剧《加油吧，实习生》军训的场景又是穿整套军装，又是夜里紧急集合，还有下山找特务、玩打枪，啊!这一定是一次美妙而神奇的历程。</w:t>
      </w:r>
      <w:r>
        <w:rPr>
          <w:lang w:eastAsia="zh-CN"/>
        </w:rPr>
        <w:br/>
      </w:r>
      <w:r>
        <w:rPr>
          <w:lang w:eastAsia="zh-CN"/>
        </w:rPr>
        <w:t>　　学校军训的报到却让我大跌眼镜，本该是酷酷的迷彩服却是一件普通得不能再普通的纯白色T恤与一顶类似旅行社的橘色鸭舌帽，晚上也不可以睡在学校，与平时上学一样，七点半到校，下午四点半回家，这让我原本无比高涨的情绪立刻减了大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随着一位女教官的到来，军训就不可避免地迎着我们走来了。坐在教室里的我们望着窗外那炎炎的烈日，不断地发出牢骚，“那么大的太阳也要去军训，就不怕我们中暑?”“多涂点儿防晒霜吧”“好希望天公作美，快点下雨吧”。不管我们议论地多么响，那军官好像一点儿也听不见，依旧组织着同学们排队。</w:t>
      </w:r>
      <w:r>
        <w:rPr>
          <w:lang w:eastAsia="zh-CN"/>
        </w:rPr>
        <w:br/>
      </w:r>
      <w:r>
        <w:rPr>
          <w:lang w:eastAsia="zh-CN"/>
        </w:rPr>
        <w:t>　　到了毫无遮蔽的大操场上，大家也许是不敢再言论，也许是觉得已挽回不了什么了，因此本来就安静地儿也只能听见大家的呼吸声了。这时，不知是哪一位同学动了一下，那些军官立马给了我们“当头一棒”罚下蹲。</w:t>
      </w:r>
      <w:r>
        <w:rPr>
          <w:lang w:eastAsia="zh-CN"/>
        </w:rPr>
        <w:br/>
      </w:r>
      <w:r>
        <w:rPr>
          <w:lang w:eastAsia="zh-CN"/>
        </w:rPr>
        <w:t>　　火辣辣的阳光使头皮阵阵发烫，酷暑无风的天气摧下我们一粒粒豆大的汗珠，长时间的下蹲让我已经感觉不到自己脚的存在，同学们纷纷咬牙切齿，纷纷换脚，甚至旁边的同学见我疼痛，用眼神提醒我换脚，而我却陷入一两难的境地阵阵的麻意与始终等不到头的时间燃起我心中有了换脚的念头，而表现自己与锻炼自己想法也似水一般不断地浇灭我那自认为不好的念头。</w:t>
      </w:r>
      <w:r>
        <w:rPr>
          <w:lang w:eastAsia="zh-CN"/>
        </w:rPr>
        <w:br/>
      </w:r>
      <w:r>
        <w:rPr>
          <w:lang w:eastAsia="zh-CN"/>
        </w:rPr>
        <w:t>　　时间一分一秒地过去，我始终没有换，我战胜了自己。当教官说“起立”时，有人立刻坐下，有人的脚马上抽筋，而我强装着镇定。这时，我尝到了教官的威严，也尝到了坚持的滋味。</w:t>
      </w:r>
      <w:r>
        <w:rPr>
          <w:lang w:eastAsia="zh-CN"/>
        </w:rPr>
        <w:br/>
      </w:r>
      <w:r>
        <w:rPr>
          <w:lang w:eastAsia="zh-CN"/>
        </w:rPr>
        <w:t>　　军训是漫长而又短暂的，六天的军训已经接近了尾声，最后一天的展示与评比过程中，没有了故意捣乱与开小差的各个“马小跳”(教官把乱动的人统称为马小跳)，原本有气无力的喊声变得那么洪亮，懒散的步伐也变得坚定而有力，动作几乎整齐划一，在大家的共同努力下，我们第八营地获得了一等奖，这是大家共同努力的结果，这让我尝到了团结的快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几天的军训生活可谓苦中有笑，笑中有泪，原来这杯苦咖啡背后是一丝淡淡的清甜。</w:t>
      </w:r>
      <w:r>
        <w:rPr>
          <w:lang w:eastAsia="zh-CN"/>
        </w:rPr>
        <w:br/>
      </w:r>
      <w:r>
        <w:rPr>
          <w:lang w:eastAsia="zh-CN"/>
        </w:rPr>
        <w:t xml:space="preserve">    2024描写军训心得体会 篇13 </w:t>
      </w:r>
      <w:r>
        <w:rPr>
          <w:lang w:eastAsia="zh-CN"/>
        </w:rPr>
        <w:br/>
      </w:r>
      <w:r>
        <w:rPr>
          <w:lang w:eastAsia="zh-CN"/>
        </w:rPr>
        <w:t>　　在,军训好累：每天站着，每天走着；军训，好幸福：每天有一个好教官在身边，享受每天被爱的感觉；都是因为教官。</w:t>
      </w:r>
      <w:r>
        <w:rPr>
          <w:lang w:eastAsia="zh-CN"/>
        </w:rPr>
        <w:br/>
      </w:r>
      <w:r>
        <w:rPr>
          <w:lang w:eastAsia="zh-CN"/>
        </w:rPr>
        <w:t>　　第一天，带着一种仇恨的感觉，因为对军校没什么好印象，所以看到教官就像看到法西斯，快死了，算了，忍了。</w:t>
      </w:r>
      <w:r>
        <w:rPr>
          <w:lang w:eastAsia="zh-CN"/>
        </w:rPr>
        <w:br/>
      </w:r>
      <w:r>
        <w:rPr>
          <w:lang w:eastAsia="zh-CN"/>
        </w:rPr>
        <w:t>　　第二天，我发现了一件大事。我们教官是全营最帅脾气最好的。他对我们很好。</w:t>
      </w:r>
      <w:r>
        <w:rPr>
          <w:lang w:eastAsia="zh-CN"/>
        </w:rPr>
        <w:br/>
      </w:r>
      <w:r>
        <w:rPr>
          <w:lang w:eastAsia="zh-CN"/>
        </w:rPr>
        <w:t>　　第三天，第四天，直到最后，那种发现似乎才刚刚出现。教官一天比一天好，我们却不好！</w:t>
      </w:r>
      <w:r>
        <w:rPr>
          <w:lang w:eastAsia="zh-CN"/>
        </w:rPr>
        <w:br/>
      </w:r>
      <w:r>
        <w:rPr>
          <w:lang w:eastAsia="zh-CN"/>
        </w:rPr>
        <w:t>　　我忘不了我们第一天糟糕的内务，第一次考核的失败，教官失望的表情，还有他说不出的烦恼。但他没有骂我们，而是挥手让我们回宿舍。那天晚上我的心很难过，我流泪了。回到宿舍，我没有多说话，只是默默收拾东西。</w:t>
      </w:r>
      <w:r>
        <w:rPr>
          <w:lang w:eastAsia="zh-CN"/>
        </w:rPr>
        <w:br/>
      </w:r>
      <w:r>
        <w:rPr>
          <w:lang w:eastAsia="zh-CN"/>
        </w:rPr>
        <w:t>　　我知道9班的学生不是不团结，而是永远找不到能影响我们的人。现在，那个人出现了，教官，你就是上天派来影响我们的天使。</w:t>
      </w:r>
      <w:r>
        <w:rPr>
          <w:lang w:eastAsia="zh-CN"/>
        </w:rPr>
        <w:br/>
      </w:r>
      <w:r>
        <w:rPr>
          <w:lang w:eastAsia="zh-CN"/>
        </w:rPr>
        <w:t>　　我们上课前的团结，但是再团结也阻挡不了时间的流逝。4月15日，我们将离开军校。这一天曾经是我们的希望，但真正到了这个时候，我们就不再有这个想法了。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哭是我们唯一的办法。教官吓得说笑话，眼泪却控制不住了。15日中午，我们带着教官一起唱歌。看着教官微笑的帅气样子，我们无法承受离别的痛苦。不知道导师怎么想的。反正我们只有三个字：舍不得。真的舍不得！</w:t>
      </w:r>
      <w:r>
        <w:rPr>
          <w:lang w:eastAsia="zh-CN"/>
        </w:rPr>
        <w:br/>
      </w:r>
      <w:r>
        <w:rPr>
          <w:lang w:eastAsia="zh-CN"/>
        </w:rPr>
        <w:t>　　终于，我走出了军校。我开车的那一刻，眼泪又滑了下来。窃窃私语教官教我们用沙哑的声音唱的军歌，才发现他们那么热爱军训。之前的仇恨，在和教官相处的五天时间里，已经消失的无影无踪。</w:t>
      </w:r>
      <w:r>
        <w:rPr>
          <w:lang w:eastAsia="zh-CN"/>
        </w:rPr>
        <w:br/>
      </w:r>
      <w:r>
        <w:rPr>
          <w:lang w:eastAsia="zh-CN"/>
        </w:rPr>
        <w:t>　　一个故事总是有结局的，我们的结局是被眼泪画的句号。我们是故事里的情节，教官是小标点，点缀着我们不成文的烂情节，最后把故事做的完美。</w:t>
      </w:r>
      <w:r>
        <w:rPr>
          <w:lang w:eastAsia="zh-CN"/>
        </w:rPr>
        <w:br/>
      </w:r>
      <w:r>
        <w:rPr>
          <w:lang w:eastAsia="zh-CN"/>
        </w:rPr>
        <w:t xml:space="preserve">    2024描写军训心得体会 篇14 </w:t>
      </w:r>
      <w:r>
        <w:rPr>
          <w:lang w:eastAsia="zh-CN"/>
        </w:rPr>
        <w:br/>
      </w:r>
      <w:r>
        <w:rPr>
          <w:lang w:eastAsia="zh-CN"/>
        </w:rPr>
        <w:t>　　九月的金秋我们迎来高中第一次无法忘怀的经历——高一军训。五天的军训在我们踏步声中悄悄的消失散去。回想起那几日的艰辛与快乐，我只能说它好似一杯中国茶!怨声载道我们只是一个莽撞的品茶人。初碰时是炙热与疼痛，咂一下，铺天盖地的苦涩就这样慢慢透进心里。我们这群泡在糖罐里的娃娃被这突如其来的苦折腾得喘不过气来。苦轻轻漫开在心头，颤抖，直到让我们颤巍巍醉倒下来。但是一种莫名的甜会悄悄掺在苦里，不知不觉滋润身心。然后呢?然后怀一种享受的心情安静的品着……</w:t>
      </w:r>
      <w:r>
        <w:rPr>
          <w:lang w:eastAsia="zh-CN"/>
        </w:rPr>
        <w:br/>
      </w:r>
      <w:r>
        <w:rPr>
          <w:lang w:eastAsia="zh-CN"/>
        </w:rPr>
        <w:t>　　痛，并快乐着!在这短短的天里，我们看着太阳在东方升起，又在西方缓缓落下;看着自己的影子从东边慢慢移到西边;也看着小虫、蜻蜓飞过……在大雨下依然不动，跌倒了，拍拍身上的泥土接着跑下去!</w:t>
      </w:r>
      <w:r>
        <w:rPr>
          <w:lang w:eastAsia="zh-CN"/>
        </w:rPr>
        <w:br/>
      </w:r>
    </w:p>
    <w:p w:rsidR="001B1F19" w14:textId="27C3F48A">
      <w:pPr>
        <w:rPr>
          <w:rFonts w:hint="eastAsia"/>
          <w:lang w:eastAsia="zh-CN"/>
        </w:rPr>
      </w:pPr>
      <w:r>
        <w:rPr>
          <w:lang w:eastAsia="zh-CN"/>
        </w:rPr>
        <w:t>　　在这五天里我们听惯了“一二一”的口令，也重复了一次又一次的“稍息、立正”。在我映像最深的是第一天的军训。头顶着火辣辣的烈日，身上的汗珠犹如大豆般，它从额头划落胸前，从胸前划到干燥的地面，直到地面没有了水渍!风吹汗成花，汗水被日光蒸发。10分钟、15分钟、20分钟……腰酸了，腿麻了，口也干了!但我们依然挺立着，直到下一秒的指令。</w:t>
      </w:r>
      <w:r>
        <w:rPr>
          <w:lang w:eastAsia="zh-CN"/>
        </w:rPr>
        <w:br/>
      </w:r>
      <w:r>
        <w:rPr>
          <w:lang w:eastAsia="zh-CN"/>
        </w:rPr>
        <w:t>　　印度诗人泰戈尔潇潇洒写下“只有经历过地狱般的磨练才能创造出天堂般的力量，只有流过血的手指才能弹奏出世界上那个最美妙的声音。”雄鹰经历了多少风雨才能振翅高飞，自由而高傲!瀑布经历了多少峭崖险绝，才一泻千里，银流似玉，灵动似龙!海燕在经历了多少惊涛骇浪，才能发出“让暴风雨来得更猛烈些”的呐喊!有汗，有苦，有泪，所以我们更加坚强!</w:t>
      </w:r>
      <w:r>
        <w:rPr>
          <w:lang w:eastAsia="zh-CN"/>
        </w:rPr>
        <w:br/>
      </w:r>
      <w:r>
        <w:rPr>
          <w:lang w:eastAsia="zh-CN"/>
        </w:rPr>
        <w:t>　　最后一天下午，我们的军训画上一个圆满的句号!一阵阵秋风迎来我们13财经1、2班获得第一的成功喜讯!秋风啊!秋风求你别吹去，我们在一起军训过的日子!秋风，也无法吹去我们在一起军训的日子!</w:t>
      </w:r>
      <w:r>
        <w:rPr>
          <w:lang w:eastAsia="zh-CN"/>
        </w:rPr>
        <w:br/>
      </w:r>
      <w:r>
        <w:rPr>
          <w:lang w:eastAsia="zh-CN"/>
        </w:rPr>
        <w:t xml:space="preserve">    2024描写军训心得体会 篇15 </w:t>
      </w:r>
      <w:r>
        <w:rPr>
          <w:lang w:eastAsia="zh-CN"/>
        </w:rPr>
        <w:br/>
      </w:r>
      <w:r>
        <w:rPr>
          <w:lang w:eastAsia="zh-CN"/>
        </w:rPr>
        <w:t>　　一年一度的新生入学军训课让人羡慕，好容易今天轮到我们了。</w:t>
      </w:r>
      <w:r>
        <w:rPr>
          <w:lang w:eastAsia="zh-CN"/>
        </w:rPr>
        <w:br/>
      </w:r>
      <w:r>
        <w:rPr>
          <w:lang w:eastAsia="zh-CN"/>
        </w:rPr>
        <w:t>　　8月20日下午，我们到了新学校，晚自习的时候，班主任给我们发了军训服装：一套迷彩服，还有一条腰带。我们高高兴兴地换上军装，等待着为期五天的军训。</w:t>
      </w:r>
      <w:r>
        <w:rPr>
          <w:lang w:eastAsia="zh-CN"/>
        </w:rPr>
        <w:br/>
      </w:r>
      <w:r>
        <w:rPr>
          <w:lang w:eastAsia="zh-CN"/>
        </w:rPr>
        <w:t>　　第二天一早，我们师生站在操场上，举行了新生军训开训典礼，迎接了五位英俊潇洒的教官。</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https://d.book118.com/806133000031010043</w:t>
        </w:r>
      </w:hyperlink>
    </w:p>
    <w:p w:rsidR="001B1F19">
      <w:pPr>
        <w:rPr>
          <w:rFonts w:hint="eastAsia"/>
          <w:lang w:eastAsia="zh-CN"/>
        </w:rPr>
      </w:pPr>
    </w:p>
    <w:sectPr>
      <w:type w:val="nextPage"/>
      <w:pgSz w:w="11906" w:h="16838"/>
      <w:pgMar w:top="1440" w:right="1800" w:bottom="1440" w:left="1800" w:header="851" w:footer="992" w:gutter="0"/>
      <w:pgNumType w:start="2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06133000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