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了不起的小叶子读书心得体会范文（31篇）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了不起的小叶子读书心得体会范文（通用31篇）</w:t>
      </w:r>
      <w:r>
        <w:rPr>
          <w:lang w:eastAsia="zh-CN"/>
        </w:rPr>
        <w:br/>
      </w:r>
      <w:r>
        <w:rPr>
          <w:lang w:eastAsia="zh-CN"/>
        </w:rPr>
        <w:t xml:space="preserve">    了不起的小叶子读书心得体会范文 篇1 </w:t>
      </w:r>
      <w:r>
        <w:rPr>
          <w:lang w:eastAsia="zh-CN"/>
        </w:rPr>
        <w:br/>
      </w:r>
      <w:r>
        <w:rPr>
          <w:lang w:eastAsia="zh-CN"/>
        </w:rPr>
        <w:t>　　小叶子是一个可爱的小女孩，她长得一般，并不是很漂亮。说话也直直白白从来不绕弯子，成绩也不怎么好。其实也没什么“了不起”的。但她不管是对家人还是对朋友都非常真诚，绝不掺杂一丝丝欺骗。同时她又是一个热心肠，别人一有难她便会在第一时间挺身而出，只要能帮到的都会帮。她还有很多的绰号，例如叶子酱、小田田等。她还有一个特别的外号叫“慢小姐”，是小叶子的外婆给她取的，因为小叶子做事慢。</w:t>
      </w:r>
      <w:r>
        <w:rPr>
          <w:lang w:eastAsia="zh-CN"/>
        </w:rPr>
        <w:br/>
      </w:r>
      <w:r>
        <w:rPr>
          <w:lang w:eastAsia="zh-CN"/>
        </w:rPr>
        <w:t>　　零号宝座，这是小叶子专属宝座。因为有时候小叶子会经常犯小糊涂，上课老走神，所以经常被老师叫过去做。零号宝座是李校长发明的，专门给不太听话和上课不认真的人坐的。因为小叶子上课经常走神，所以小叶子经常坐，但是小叶子很乐观，把零号宝座的好处都总结了一下，小叶子这一总结，居然还有这么多和好处。</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有一次，小叶子的学校让她们去选择一次职业，体验一次职业的辛苦。但小叶子却不知道要当什么，于是小叶子想到了自己的幸运数字是七，于是在排名第七的“幼儿园”上面打上了钩，小叶子想的可没那么简单，到了那里小叶子快疯了，因为那里的小朋友太调皮，小叶子好不容易才熬过了这一天。</w:t>
      </w:r>
      <w:r>
        <w:rPr>
          <w:lang w:eastAsia="zh-CN"/>
        </w:rPr>
        <w:br/>
      </w:r>
      <w:r>
        <w:rPr>
          <w:lang w:eastAsia="zh-CN"/>
        </w:rPr>
        <w:t>　　还有一次，小叶子的学校来了一群外国人，肖琪琪英语特别好，所以，肖琪琪此时就变得特别的重要了，因为她可以充当翻译家，而大多数同学都需要一个翻译家。到了外国小朋友该走的时候，老师说：“同学们明天别忘了你们给外国友人的小礼物哦！”小叶子突然想起来自己还没有做呢，于是小叶子便给爸爸打电话寻求帮助。爸爸同意帮小叶子准备礼物，但是礼物准备好之后小叶子却发现礼物是买的，因此有点伤心。可是爸爸却说心意到了就行。但是这个买来的礼物却被校长选出来当做众多礼物中的代表被展览。羞愧的小叶子尹无法摆脱内心的挣扎在QQ上跟外国小朋友道出了实情并真诚道歉，并承诺下次一定亲手给外国友人做一个礼物。</w:t>
      </w:r>
      <w:r>
        <w:rPr>
          <w:lang w:eastAsia="zh-CN"/>
        </w:rPr>
        <w:br/>
      </w:r>
      <w:r>
        <w:rPr>
          <w:lang w:eastAsia="zh-CN"/>
        </w:rPr>
        <w:t>　　通过读这篇文章，我认识了一个纯真善良，活泼，可爱待人真诚的小叶子。虽然她做事情有时候马马虎虎，大大咧咧，但却总是让人不由自主地喜欢上这个马虎女孩，因为她的单纯，因为她的快乐。</w:t>
      </w:r>
      <w:r>
        <w:rPr>
          <w:lang w:eastAsia="zh-CN"/>
        </w:rPr>
        <w:br/>
      </w:r>
      <w:r>
        <w:rPr>
          <w:lang w:eastAsia="zh-CN"/>
        </w:rPr>
        <w:t xml:space="preserve">    了不起的小叶子读书心得体会范文 篇2 </w:t>
      </w:r>
      <w:r>
        <w:rPr>
          <w:lang w:eastAsia="zh-CN"/>
        </w:rPr>
        <w:br/>
      </w:r>
      <w:r>
        <w:rPr>
          <w:lang w:eastAsia="zh-CN"/>
        </w:rPr>
        <w:t>　　今年寒假我读了三本书，《查理九世》、《童话山海经》、《了不起的小叶子》。我最喜欢《了不起的小叶子》这本书。其中，了不起的小叶子里有一篇我的假期我做主写的非常好，里面写了小叶子放假以后的打算，干什么，做什么和对事情了解经过。</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小叶子是一个迷迷糊糊，大大咧咧的可爱小女生，她成绩一般，长相一般，也没什么“了不起”的。但她纯真善良，真诚地对待朋友，她乐观开朗，对周围的一切都抱有好奇心。所以，有时候她又挺“了不起”的。</w:t>
      </w:r>
      <w:r>
        <w:rPr>
          <w:lang w:eastAsia="zh-CN"/>
        </w:rPr>
        <w:br/>
      </w:r>
      <w:r>
        <w:rPr>
          <w:lang w:eastAsia="zh-CN"/>
        </w:rPr>
        <w:t>　　快放假的时候老师让写一份假期计划。小叶子也写了一份，她写的特别美好。同学们看了非常的羡慕，老师看了说：“梦想总是要有的，万一要是实现了呢？”小叶子回家以后把假期计划告诉了妈妈，妈妈说：“要从小事做起，积累经验。”总之意思是你现在还小，小叶子不服气在居委会待了一段时间体会到了一些事情，不像自己想的那么好，那么完美。</w:t>
      </w:r>
      <w:r>
        <w:rPr>
          <w:lang w:eastAsia="zh-CN"/>
        </w:rPr>
        <w:br/>
      </w:r>
      <w:r>
        <w:rPr>
          <w:lang w:eastAsia="zh-CN"/>
        </w:rPr>
        <w:t>　　最后，假期还是妈妈给安排的，在这本书里我学会了很多东西，对事情要有一定的'了解。要用实际的东西，做符合自己年龄的事。</w:t>
      </w:r>
      <w:r>
        <w:rPr>
          <w:lang w:eastAsia="zh-CN"/>
        </w:rPr>
        <w:br/>
      </w:r>
      <w:r>
        <w:rPr>
          <w:lang w:eastAsia="zh-CN"/>
        </w:rPr>
        <w:t xml:space="preserve">    了不起的小叶子读书心得体会范文 篇3 </w:t>
      </w:r>
      <w:r>
        <w:rPr>
          <w:lang w:eastAsia="zh-CN"/>
        </w:rPr>
        <w:br/>
      </w:r>
      <w:r>
        <w:rPr>
          <w:lang w:eastAsia="zh-CN"/>
        </w:rPr>
        <w:t>　　暑假，妈妈给我买了一本书，名字叫《了不起的小叶子》。我很感兴趣，所以把这本书从头看到尾。</w:t>
      </w:r>
      <w:r>
        <w:rPr>
          <w:lang w:eastAsia="zh-CN"/>
        </w:rPr>
        <w:br/>
      </w:r>
      <w:r>
        <w:rPr>
          <w:lang w:eastAsia="zh-CN"/>
        </w:rPr>
        <w:t>　　小叶子是一个迷迷糊糊、大大咧咧的可爱的小女生，成绩一般，长相一般，没什么“了不起”的，但她纯真、善良，真诚的对待朋友，她乐观、开朗，对周围的一切都抱有好奇心。所以，有时候她又挺“了不起”的。</w:t>
      </w:r>
      <w:r>
        <w:rPr>
          <w:lang w:eastAsia="zh-CN"/>
        </w:rPr>
        <w:br/>
      </w:r>
      <w:r>
        <w:rPr>
          <w:lang w:eastAsia="zh-CN"/>
        </w:rPr>
        <w:t>　　书中讲的是小叶子在学校的故事。李校长发明了一个零号宝座，在每间教室的讲台上放置一个座位，为了惩治那些调皮不听话的孩子而发明的。刚开始小叶子还不理解为什么大家不喜欢坐这个位置，离黑板、老师近，没有人影响学习，没有同桌不会有人影响学习……</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有一次小叶子不小心犯了错误，被老师叫到零号宝座坐了一节课，回到家里，妈妈狠狠的批评了她，小叶子的爸爸是一名工程师，还是名牌大学的博士生，下班回来后也给她讲了很多关于学习成长的事情，小叶子一家三口听得不亦乐乎。后面又讲到了学校里新来的美术老师，上课时画了各种各样的蛤蟆，不同姿势，一个个栩栩如生，非但不可怕，还很可爱，并且让同学们也画出任何造型的蛤蟆，哈哈，实在太有趣了，一节课下来，老师夸赞同学们的想象力非常棒，大家也很高兴，看到这儿，我也拿出纸笔，画了几只蛤蟆，真是太好玩儿了。</w:t>
      </w:r>
      <w:r>
        <w:rPr>
          <w:lang w:eastAsia="zh-CN"/>
        </w:rPr>
        <w:br/>
      </w:r>
      <w:r>
        <w:rPr>
          <w:lang w:eastAsia="zh-CN"/>
        </w:rPr>
        <w:t>　　后来小叶子又和德国的小朋友一起上课，做陶艺，举办文艺晚会，一起参观博物馆等，德国小朋友还给小叶子邮来的亲手做的手工巧克力，小叶子觉得亲手做的是最有意义的礼物。</w:t>
      </w:r>
      <w:r>
        <w:rPr>
          <w:lang w:eastAsia="zh-CN"/>
        </w:rPr>
        <w:br/>
      </w:r>
      <w:r>
        <w:rPr>
          <w:lang w:eastAsia="zh-CN"/>
        </w:rPr>
        <w:t>　　我也要学习书中的小叶子，她乐观，开朗，爱交朋友。</w:t>
      </w:r>
      <w:r>
        <w:rPr>
          <w:lang w:eastAsia="zh-CN"/>
        </w:rPr>
        <w:br/>
      </w:r>
      <w:r>
        <w:rPr>
          <w:lang w:eastAsia="zh-CN"/>
        </w:rPr>
        <w:t xml:space="preserve">    了不起的小叶子读书心得体会范文 篇4 </w:t>
      </w:r>
      <w:r>
        <w:rPr>
          <w:lang w:eastAsia="zh-CN"/>
        </w:rPr>
        <w:br/>
      </w:r>
      <w:r>
        <w:rPr>
          <w:lang w:eastAsia="zh-CN"/>
        </w:rPr>
        <w:t>　　寒假期间，我读了一本具有纪念意义的书，我从中学到了很多团结同学的道理，我对他爱不释手，一口气就把他读完了。这本书的作者是庞婕蕾，名字叫《了不起的小叶子》。</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起初，我还以为小叶子是一片“叶子”呢？这引起了我的好奇心，我想：“叶子怎么能了不起呢。”现在，看了书里的内容我明白了小叶子是一名叫叶小田的女生。她生性柔顺，长相一般，学习也一般。总之，她是一个普通的女生，但她具有幽默感，能时常把同学们的不开心化解，在她的世界里开心就是每天的工作。她有许多好朋友，越就是他好朋友之中的一个，书中介绍了她和越之间的故事，写了“小叶子”与她之间的友谊，以及“小叶子”能想她之想帮她化解危机。有一次班级选举班干部，“小叶子”想选中队长，这几次成绩都比较靠前，有信心能当选中队长。但是，越很沮丧的对叶小田说“你不能不能不当中队长，我妈妈生病了，要是中队长的位置也没了，妈妈的病也好不了。”霎时间，她的眼泪把脸笼罩了。叶小田同情他，她去了老师的办公室说：“我还想当小队长。”老师答应了她的要求。越也保住中队长的位置。从中我要学习叶小田，学习他舍己为人、乐观豁达的精神。</w:t>
      </w:r>
      <w:r>
        <w:rPr>
          <w:lang w:eastAsia="zh-CN"/>
        </w:rPr>
        <w:br/>
      </w:r>
      <w:r>
        <w:rPr>
          <w:lang w:eastAsia="zh-CN"/>
        </w:rPr>
        <w:t>　　我喜欢叶小田，因为她是同学们中的“开心果，”同学们的困难她都愿意帮助，怪不得叫：“了不起”的小叶子呢！我也要成为“了不起”的人。</w:t>
      </w:r>
      <w:r>
        <w:rPr>
          <w:lang w:eastAsia="zh-CN"/>
        </w:rPr>
        <w:br/>
      </w:r>
      <w:r>
        <w:rPr>
          <w:lang w:eastAsia="zh-CN"/>
        </w:rPr>
        <w:t xml:space="preserve">    了不起的小叶子读书心得体会范文 篇5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故事中的主人公是小叶子和她的同学们，他们分别是小叶子的同桌奥斯卡，小叶子对他的评价是，钢琴键盘上的小王子，泳池里的小飞鱼，世界上最棒的同桌；小叶子的好朋友，钱亚亚，小叶子对她的评价是，超级爱美，伶牙俐齿，一般人说不过她。小叶子的家人，小叶子的爸爸，一位工程师，名校学霸，小叶子的妈妈，说话直来直去，有点懒，但要求很高，尤其是对小叶子。小叶子的外婆是最宠爱小叶子的，不管小叶子几岁了，依然拿她当小宝。小叶子的老师韩老师，记性超好，小叶子在学校里做的任何事情她都能记得一清二楚。小叶子的原名叫叶小田，外号小叶子，叶子酱，菜叶子等等。</w:t>
      </w:r>
      <w:r>
        <w:rPr>
          <w:lang w:eastAsia="zh-CN"/>
        </w:rPr>
        <w:br/>
      </w:r>
      <w:r>
        <w:rPr>
          <w:lang w:eastAsia="zh-CN"/>
        </w:rPr>
        <w:t>　　小叶子最喜爱吃芒果、草莓、火龙果等水果，最喜欢看书、跳舞、画画和发呆。星座是白羊座（小叶子的妈妈说白羊座的女生勇往直前，热情勇敢）。这本书为什么叫了不起的小叶子呢，因为有一次小叶子路过一家蛋糕店，看见一块草绿色的蛋糕被命名为了不起的小青。可是为什么它叫这个名字呢？店员姐姐说，因为它颜色很正，所以了不起。喔，既然一块蛋糕都可以是了不起的，那作为一个长相80分，成绩80分的女生，也可以是了不起的啊。</w:t>
      </w:r>
      <w:r>
        <w:rPr>
          <w:lang w:eastAsia="zh-CN"/>
        </w:rPr>
        <w:br/>
      </w:r>
      <w:r>
        <w:rPr>
          <w:lang w:eastAsia="zh-CN"/>
        </w:rPr>
        <w:t>　　后来小叶子就在自己的成长手册上写下了这几个打字：了不起的小叶子。其实，小叶子是迷迷糊糊、大大咧咧的可爱女生，她成绩一般，长相一般，没什么了不起的。但她纯真善良、真诚的对待朋友。她乐观开朗，对周围的一切都抱有好奇心，所以有时候她又挺“了不起”的。读完这本书后，我觉得我要向小叶子学习，学习小叶子的纯真善良和乐观开朗、要真诚地对待朋友。</w:t>
      </w:r>
      <w:r>
        <w:rPr>
          <w:lang w:eastAsia="zh-CN"/>
        </w:rPr>
        <w:br/>
      </w:r>
      <w:r>
        <w:rPr>
          <w:lang w:eastAsia="zh-CN"/>
        </w:rPr>
        <w:t xml:space="preserve">    了不起的小叶子读书心得体会范文 篇6 </w:t>
      </w:r>
      <w:r>
        <w:rPr>
          <w:lang w:eastAsia="zh-CN"/>
        </w:rPr>
        <w:br/>
      </w:r>
      <w:r>
        <w:rPr>
          <w:lang w:eastAsia="zh-CN"/>
        </w:rPr>
        <w:t>　　近来，我读了一本很有意义的书，书名是《了不起的小叶子》。这本书的作者是庞婕蕾，一个偏爱粉红色，出版很多儿童作品的大姐姐，她的作品还获得过冰心儿童图书奖呢。</w:t>
      </w:r>
      <w:r>
        <w:rPr>
          <w:lang w:eastAsia="zh-CN"/>
        </w:rPr>
        <w:br/>
      </w:r>
      <w:r>
        <w:rPr>
          <w:lang w:eastAsia="zh-CN"/>
        </w:rPr>
        <w:t>　　起初，我还以为小叶子是一片“叶子”呢？这引起了我的好奇心，我想：“叶子怎么能了不起呢？”现在，看了书里的内容我明白了，原来小叶子是一名叫叶小田的女生。</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叶小田生性柔顺，长相一般，学习也一般。总之，她是一个普通的女生，但她具有幽默感，能时常把同学们的不开心化解，在她的世界里开心就是每天的工作。她还纯真善良，真诚的对待朋友，她乐观开朗，对周围的一切都抱有好奇心。</w:t>
      </w:r>
      <w:r>
        <w:rPr>
          <w:lang w:eastAsia="zh-CN"/>
        </w:rPr>
        <w:br/>
      </w:r>
      <w:r>
        <w:rPr>
          <w:lang w:eastAsia="zh-CN"/>
        </w:rPr>
        <w:t>　　小叶子勇往直前，不怕困难的精神非常值得我们学习，所以，有时候她又让人觉得挺了不起的。我们要向小叶子那样，遇到困难认真地去解决，对待老师要尊重，对待同学朋友要热情。我们不一定都是优等生，只要我们努力了就好。我们成长的路还很长，还有许多困难，但只要我们努力，就一定会成功。</w:t>
      </w:r>
      <w:r>
        <w:rPr>
          <w:lang w:eastAsia="zh-CN"/>
        </w:rPr>
        <w:br/>
      </w:r>
      <w:r>
        <w:rPr>
          <w:lang w:eastAsia="zh-CN"/>
        </w:rPr>
        <w:t xml:space="preserve">    了不起的小叶子读书心得体会范文 篇7 </w:t>
      </w:r>
      <w:r>
        <w:rPr>
          <w:lang w:eastAsia="zh-CN"/>
        </w:rPr>
        <w:br/>
      </w:r>
      <w:r>
        <w:rPr>
          <w:lang w:eastAsia="zh-CN"/>
        </w:rPr>
        <w:t>　　今年寒假我读了很多课外书，《爱的教育》、《傻瓜维特》、《恰同学少年》和《了不起的小叶子》。其中《了不起的小叶子》非常好看。</w:t>
      </w:r>
      <w:r>
        <w:rPr>
          <w:lang w:eastAsia="zh-CN"/>
        </w:rPr>
        <w:br/>
      </w:r>
      <w:r>
        <w:rPr>
          <w:lang w:eastAsia="zh-CN"/>
        </w:rPr>
        <w:t>　　我先来介绍一下小叶子：小叶子的真名是“叶小田”，可是她的妈妈觉得叫“田小叶”更好听；小叶子的外号像天上的星星数也数不清，叶子酱、菜叶子等；小叶子是白羊座，她的妈妈说，白羊座的人勇往直前，热情勇敢。知道为什么这本书叫了不起的小叶子吗？因为有一次＂我＂路过一个蛋糕店，看见一块草绿的蛋糕被命名为＂了不起的小青＂呀，好特别！既然一块蛋糕都可以是了不起的，那作为一个长相八十分，成绩八十分的女生，蛋糕都了不起，那我肯定也是了不起呀！所以我叫了不起的小叶子。</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书中讲的是小叶子在学校的事。我印像最深的一篇文章就是零号宝座。刚听到这个名字我心想：零号宝座是什么，它有什么用呢？带这着重重疑问，我开始看了。零号宝座可是小叶子的老地方，只要小叶子一睡觉或一走神老师就会让小叶子坐到零号宝座。每一次小叶子坐到零号宝座，下面的同学就＂嘘＂会松一口气，因为他们＂解脱了。＂全班同学都认为坐上零号宝座的都不是好的事情，可唯独小叶子她觉得坐零号宝座好处多着呢！</w:t>
      </w:r>
      <w:r>
        <w:rPr>
          <w:lang w:eastAsia="zh-CN"/>
        </w:rPr>
        <w:br/>
      </w:r>
      <w:r>
        <w:rPr>
          <w:lang w:eastAsia="zh-CN"/>
        </w:rPr>
        <w:t>　　1、可以看清黑板上的字。</w:t>
      </w:r>
      <w:r>
        <w:rPr>
          <w:lang w:eastAsia="zh-CN"/>
        </w:rPr>
        <w:br/>
      </w:r>
      <w:r>
        <w:rPr>
          <w:lang w:eastAsia="zh-CN"/>
        </w:rPr>
        <w:t>　　2、离老师近，可以闻见老师身上的香水味。</w:t>
      </w:r>
      <w:r>
        <w:rPr>
          <w:lang w:eastAsia="zh-CN"/>
        </w:rPr>
        <w:br/>
      </w:r>
      <w:r>
        <w:rPr>
          <w:lang w:eastAsia="zh-CN"/>
        </w:rPr>
        <w:t>　　3、张小越没机会拉我的辫子了。</w:t>
      </w:r>
      <w:r>
        <w:rPr>
          <w:lang w:eastAsia="zh-CN"/>
        </w:rPr>
        <w:br/>
      </w:r>
      <w:r>
        <w:rPr>
          <w:lang w:eastAsia="zh-CN"/>
        </w:rPr>
        <w:t>　　4、没有同桌讲话，听课效率一下提高了。</w:t>
      </w:r>
      <w:r>
        <w:rPr>
          <w:lang w:eastAsia="zh-CN"/>
        </w:rPr>
        <w:br/>
      </w:r>
      <w:r>
        <w:rPr>
          <w:lang w:eastAsia="zh-CN"/>
        </w:rPr>
        <w:t>　　5、下课后可以直奔厕所；不用排队。</w:t>
      </w:r>
      <w:r>
        <w:rPr>
          <w:lang w:eastAsia="zh-CN"/>
        </w:rPr>
        <w:br/>
      </w:r>
      <w:r>
        <w:rPr>
          <w:lang w:eastAsia="zh-CN"/>
        </w:rPr>
        <w:t>　　这么多的好处小叶子可舍不得把零号宝座让给别人。回家小叶子给她妈妈一说，她妈妈可气坏了；你以后还要坐吗？嗯、坐那可好了呢！妈妈又用杀手锏，用手戳我脑袋，我想：这样不会越戳越傻吧！</w:t>
      </w:r>
      <w:r>
        <w:rPr>
          <w:lang w:eastAsia="zh-CN"/>
        </w:rPr>
        <w:br/>
      </w:r>
      <w:r>
        <w:rPr>
          <w:lang w:eastAsia="zh-CN"/>
        </w:rPr>
        <w:t>　　读了这本书让我感到，小叶子是一个迷迷糊糊。大大咧咧的可爱的小女生，对周围的一切都抱有好奇的心里。勇往直前，不怕困难非常值得我们学习，所以，有时候她又让人觉得了不起的。我们成长的路还很长，还有许多困难，只要我们努力，就一定会成功。</w:t>
      </w:r>
      <w:r>
        <w:rPr>
          <w:lang w:eastAsia="zh-CN"/>
        </w:rPr>
        <w:br/>
      </w:r>
      <w:r>
        <w:rPr>
          <w:lang w:eastAsia="zh-CN"/>
        </w:rPr>
        <w:t xml:space="preserve">    了不起的小叶子读书心得体会范文 篇8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在学校的故事。李校长发明了一个零号宝座，在每间教室的讲台上放置一个座位，为了惩治那些调皮不听话的孩子而发明的。刚开始还不理解为什么大家不喜欢坐这个位置，离黑板、老师近，没有人影响学习，没有同桌不会有人影响学习……有一次小叶子不小心犯了错误，被老师叫到零号宝座坐了一节课，回到家里，妈妈狠狠的批评了她，小叶子的爸爸是一名工程师，还是名牌大学的博士生，下班回来后也给她讲了很多关于学习成长的事情，小叶子一家三口听得不亦乐乎。后面又讲到了学校里新来的，上课时画了各种各样的蛤蟆，不同姿势，一个个栩栩如生，非但不可怕，还很可爱，并且让同学们也画出任何造型的蛤蟆，哈哈，实在太有趣了，一节课下来，老师夸赞同学们的想象力非常棒，大家也很高兴，看到这儿，我也拿出纸笔，画了几只蛤蟆，真是太好玩儿了。后来小叶子又和德国的小朋友一起上课，做陶艺，举办文艺晚会，一起参观博物馆等，德国小朋友还给小叶子邮来的亲手做的，小叶子觉得亲手做的是最有意义的礼物。</w:t>
      </w:r>
      <w:r>
        <w:rPr>
          <w:lang w:eastAsia="zh-CN"/>
        </w:rPr>
        <w:br/>
      </w:r>
      <w:r>
        <w:rPr>
          <w:lang w:eastAsia="zh-CN"/>
        </w:rPr>
        <w:t>　　“小叶子”就是一个性格大大咧咧的名叫叶小田的女生的绰号。她成绩一般，长相一般，但她纯真善良，真诚对待朋友的心让我十分感动。</w:t>
      </w:r>
      <w:r>
        <w:rPr>
          <w:lang w:eastAsia="zh-CN"/>
        </w:rPr>
        <w:br/>
      </w:r>
      <w:r>
        <w:rPr>
          <w:lang w:eastAsia="zh-CN"/>
        </w:rPr>
        <w:t>　　她有很多好朋友，比如爱臭美的钱亚亚，喜欢帮助他人的奥斯卡，还有鬼点子多，嗓门大的越，他们之间发生了许多有趣的事。书中还讲了许多在学校的故事，对于“零号宝座”，小叶子起初不理解，不知道那个座位是惩罚调皮不听话的孩子而设置的，她反而觉的那个位置优点很多，离老师近能闻到老师的香水味，没有同桌不用听那些无聊的话，看黑板清楚……有一次还被老师叫到“零号宝座”上坐了一节课，回家被妈妈批评了一顿。</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新来的美术老师赖老师教同学画蛤蟆，同学们发挥想象，画出了各种造型的蛤蟆，真有趣！小叶子还和德国的小朋友一起做陶艺，办晚会，还收到德国小朋友寄来的亲手做的巧克力，她认为那才是最有意义的礼物。小叶子和他们班的同学每天都开开心心的，从来不会因为有什么矛盾打起来？</w:t>
      </w:r>
      <w:r>
        <w:rPr>
          <w:lang w:eastAsia="zh-CN"/>
        </w:rPr>
        <w:br/>
      </w:r>
      <w:r>
        <w:rPr>
          <w:lang w:eastAsia="zh-CN"/>
        </w:rPr>
        <w:t>　　有时我也想到我自己，原来念一二年级时，上课时调皮也曾被老师扭到讲台或教室门口。还不如小叶子的零号宝座舒服呢，那时也不觉得怎么丢人。现在想想，每个人的成长都有许多回忆，有喜怒哀乐和同学之间的真挚友情。在以后的学习中，我要尊重老师。对同学热情，我也会变得很“了不起”。</w:t>
      </w:r>
      <w:r>
        <w:rPr>
          <w:lang w:eastAsia="zh-CN"/>
        </w:rPr>
        <w:br/>
      </w:r>
      <w:r>
        <w:rPr>
          <w:lang w:eastAsia="zh-CN"/>
        </w:rPr>
        <w:t xml:space="preserve">    了不起的小叶子读书心得体会范文 篇9 </w:t>
      </w:r>
      <w:r>
        <w:rPr>
          <w:lang w:eastAsia="zh-CN"/>
        </w:rPr>
        <w:br/>
      </w:r>
      <w:r>
        <w:rPr>
          <w:lang w:eastAsia="zh-CN"/>
        </w:rPr>
        <w:t>　　《西游记》这本书讲述的是唐僧师徒四人前往西天取经的艰辛旅途。打小我就知道这本书的各个章节，暑假在老师的要求下，我又重新拿起了这本书。</w:t>
      </w:r>
      <w:r>
        <w:rPr>
          <w:lang w:eastAsia="zh-CN"/>
        </w:rPr>
        <w:br/>
      </w:r>
      <w:r>
        <w:rPr>
          <w:lang w:eastAsia="zh-CN"/>
        </w:rPr>
        <w:t>　　《西游记》塑造了四个个性鲜明的人物形象：唐僧一心向佛、顽固执着，说白了就是个啰嗦但又善良的神棍；孙悟空勇敢无畏，技艺高超，是妖怪们的克星；猪八戒虽然贪图美色，好吃懒做，但又不缺乏善心；沙僧心地善良、忠心耿耿，一心想取到真经。其中我最喜欢的便是孙悟空，因为他神通广大、技艺高超，一路保护师父成功地取得了真经。</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这本书中令我印象最深刻的章节是第二回——《三星洞访仙学道》，虽然只是开头的一段章节，但孙悟空与菩提祖师之间的暗语却令我印象深刻，也佩服孙悟空的聪明机智，竟能知晓菩提祖师给他的暗号，并且学会了七十二般变化等通天本领。</w:t>
      </w:r>
      <w:r>
        <w:rPr>
          <w:lang w:eastAsia="zh-CN"/>
        </w:rPr>
        <w:br/>
      </w:r>
      <w:r>
        <w:rPr>
          <w:lang w:eastAsia="zh-CN"/>
        </w:rPr>
        <w:t>　　《西游记》不愧是中国四大名著之一，每次看都有新的感悟，每一个章节都有许多不同的冒险，书中的情节扣人心弦，让人不由自主的一页一页往下看，甚至令人废寝忘食。</w:t>
      </w:r>
      <w:r>
        <w:rPr>
          <w:lang w:eastAsia="zh-CN"/>
        </w:rPr>
        <w:br/>
      </w:r>
      <w:r>
        <w:rPr>
          <w:lang w:eastAsia="zh-CN"/>
        </w:rPr>
        <w:t>　　书中写唐僧师徒经历了八十一个磨难让我联想到了他们的执着、不畏艰险、锲而不舍的精神。这着实是一种值得我们学习的精神。再想想自己的半途而废，我不禁惭愧自己当初为何不能像他们一样坚持到底呢？也许这就是我所缺少的，所以我要学习他们的精神，将革命继续到底。</w:t>
      </w:r>
      <w:r>
        <w:rPr>
          <w:lang w:eastAsia="zh-CN"/>
        </w:rPr>
        <w:br/>
      </w:r>
      <w:r>
        <w:rPr>
          <w:lang w:eastAsia="zh-CN"/>
        </w:rPr>
        <w:t>　　尽管看了无数遍我有些地方还是没看懂，不过无妨，如果这本书这么容易就被我掌握了，它也就不是名著了。</w:t>
      </w:r>
      <w:r>
        <w:rPr>
          <w:lang w:eastAsia="zh-CN"/>
        </w:rPr>
        <w:br/>
      </w:r>
      <w:r>
        <w:rPr>
          <w:lang w:eastAsia="zh-CN"/>
        </w:rPr>
        <w:t xml:space="preserve">    了不起的小叶子读书心得体会范文 篇10 </w:t>
      </w:r>
      <w:r>
        <w:rPr>
          <w:lang w:eastAsia="zh-CN"/>
        </w:rPr>
        <w:br/>
      </w:r>
      <w:r>
        <w:rPr>
          <w:lang w:eastAsia="zh-CN"/>
        </w:rPr>
        <w:t>　　从古至今，天下熙熙皆为利来，天下攘攘皆为利往，即使是科学家，也难逃名利的纠缠。但是在历史上却有这样一个人，她以她高尚的品质赢得世人的尊敬，她以她卓越的贡献让后人永远铭记于心，她就是居里夫人。</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居里夫人，原名玛丽-斯科洛多斯卡（后因与皮埃尔-居里喜结良缘而改姓居里）。她从小就遭受苦难。9岁大姐索菲娅因病去世，11岁时母亲也同样因病去世。她的祖国波兰当时受到俄国殖民者的统治，时时处在俄国的监控之下。后来为了上大学，独身一人来法国读书，生活贫困无比，连吃饭都是问题（在姐姐与姐夫的帮助之下，她最终撑了过来）。后来与皮埃尔认识，几年后便结婚了。婚后仅度了几个月的蜜月生活，便重新投身到科学之中，经过多次失败，终于发现多种新元素，成为第一个拿了两次诺贝尔奖的女性。后来丈夫去世，她仍在研究，直到她八十多岁时因病去世。</w:t>
      </w:r>
      <w:r>
        <w:rPr>
          <w:lang w:eastAsia="zh-CN"/>
        </w:rPr>
        <w:br/>
      </w:r>
      <w:r>
        <w:rPr>
          <w:lang w:eastAsia="zh-CN"/>
        </w:rPr>
        <w:t>　　她的一生所经历的苦难足以击倒芸芸众生，而这苦难却在她面前失去了尖锐感、刺痛感，变成了一只粗粝的手，推动这位坚强的女子前进的同时，还在世人面前展现她最真实、高尚的品质。</w:t>
      </w:r>
      <w:r>
        <w:rPr>
          <w:lang w:eastAsia="zh-CN"/>
        </w:rPr>
        <w:br/>
      </w:r>
      <w:r>
        <w:rPr>
          <w:lang w:eastAsia="zh-CN"/>
        </w:rPr>
        <w:t>　　在她求学于法国时，那时她还年轻，孤身一人，但幸运的是，时而涌上心头的孤独感并不能打败这个坚强的姑娘。在传记中，居里夫人是这样解释的：“这或许是因为我情绪通常十分平静，精神上十分满足。”这句话算是这位伟人通篇下来唯一对自己的褒奖之辞，恰恰道出了她不同于凡人的品质。</w:t>
      </w:r>
      <w:r>
        <w:rPr>
          <w:lang w:eastAsia="zh-CN"/>
        </w:rPr>
        <w:br/>
      </w:r>
      <w:r>
        <w:rPr>
          <w:lang w:eastAsia="zh-CN"/>
        </w:rPr>
        <w:t>　　一切个体层面的情绪都无法动摇内心深处的信仰，与不完美的世界相对的是另一个世界，同样真实却别样美好，是她真正渴望回归的故乡——那就是科学的世界。</w:t>
      </w:r>
      <w:r>
        <w:rPr>
          <w:lang w:eastAsia="zh-CN"/>
        </w:rPr>
        <w:br/>
      </w:r>
      <w:r>
        <w:rPr>
          <w:lang w:eastAsia="zh-CN"/>
        </w:rPr>
        <w:t>　　因此，在居里夫人与她的丈夫——皮埃尔·居里，在最初的实验室中——一个极其简陋的屋子，完成了震惊世界的研究，在刚刚提炼出镭时，这位品质高尚的人经历了人生中最宁静喜悦的时刻：“可以在玻璃瓶或玻璃管里看到我们提炼分离出来的宝贝在向四周散发出淡淡的光，真是美丽动人，令我们既欣喜又激动。”那闪烁着的奇光异彩，宛如神话中神灯的光芒。</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居里夫人是人品高尚的写照。在他们获得诺贝尔奖时，为了在之后更好地进行科学研究，他们推迟了领奖时间；在受世人关注时坚决回避，只是为了有更多时间进行研究；在一个破屋子里工作将近二十年，不在初次成功时就宣布结果，只是为了科学的严谨性。</w:t>
      </w:r>
      <w:r>
        <w:rPr>
          <w:lang w:eastAsia="zh-CN"/>
        </w:rPr>
        <w:br/>
      </w:r>
      <w:r>
        <w:rPr>
          <w:lang w:eastAsia="zh-CN"/>
        </w:rPr>
        <w:t>　　她用她的生命质量，让“科学”二字拥有不一样的分量；她用她的生命光亮，让“科学”二字绽放出更加灿烂的光华。</w:t>
      </w:r>
      <w:r>
        <w:rPr>
          <w:lang w:eastAsia="zh-CN"/>
        </w:rPr>
        <w:br/>
      </w:r>
      <w:r>
        <w:rPr>
          <w:lang w:eastAsia="zh-CN"/>
        </w:rPr>
        <w:t>　　她是居里夫人，一个对科学极端热枕的、高尚的女人。</w:t>
      </w:r>
      <w:r>
        <w:rPr>
          <w:lang w:eastAsia="zh-CN"/>
        </w:rPr>
        <w:br/>
      </w:r>
      <w:r>
        <w:rPr>
          <w:lang w:eastAsia="zh-CN"/>
        </w:rPr>
        <w:t xml:space="preserve">    了不起的小叶子读书心得体会范文 篇11 </w:t>
      </w:r>
      <w:r>
        <w:rPr>
          <w:lang w:eastAsia="zh-CN"/>
        </w:rPr>
        <w:br/>
      </w:r>
      <w:r>
        <w:rPr>
          <w:lang w:eastAsia="zh-CN"/>
        </w:rPr>
        <w:t>　　近期，好友推荐我有空看一下，余秋雨先生系列书籍。其正在阅读《中国文脉》一书，故亦从此书读开去，以窥端倪。自上周从淘宝天猫购得《中国文脉》一书，即阅之。</w:t>
      </w:r>
      <w:r>
        <w:rPr>
          <w:lang w:eastAsia="zh-CN"/>
        </w:rPr>
        <w:br/>
      </w:r>
      <w:r>
        <w:rPr>
          <w:lang w:eastAsia="zh-CN"/>
        </w:rPr>
        <w:t>　　深深被余先生文笔吸引，第一次看到有人以人为脉，以史为鉴，融会贯通将史上孤立的人物，孤立的事件，通过文化的启承转接发展串联在一起。使每一个历史人物，宛如昨天，就在眼前，是那么有血有肉活灵活现，个性实足，仿佛隔空在与历史人物对话，仿佛余先生穿越到4000年前的古国，一步一步沿着每个朝代，一路一风景，详细记下了沿途所见所思。真实所见的就如实记叙，道听途说的，难以见证的，多方求证，力求真实。史上没有结果的，想象无穷而符逻辑。</w:t>
      </w:r>
      <w:r>
        <w:rPr>
          <w:lang w:eastAsia="zh-CN"/>
        </w:rPr>
        <w:br/>
      </w:r>
      <w:r>
        <w:rPr>
          <w:lang w:eastAsia="zh-CN"/>
        </w:rPr>
        <w:t>　　其将文人、政治家等，置身于当时当刻来分析，显其质，传其神。将历史人物以史学家般的研究并给予文学家的独到见解，让枯燥的历史人物生动而易读易懂。</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复原人物情感，凸显历史地位，摘其一二感受如下：禹传位于子，结束了禅让选贤，开创了世袭制，实是无奈防争斗；老子之学乃吾友，道法自然，沁人心脾。孔子之学乃吾师，深深教诲，发自肺腑。两者秋水共长天一色，相映趣；一身侠气，四海为家，充满理想，自视过高而缺乏判断力和执行力的李白，时时想报效朝廷，却输得一败涂地；南山脚下，悠然采菊，怡然自得的陶渊明，数百年后才被人记起；聊发少年狂，欲要射天狼的苏东坡，多次被贬谪，等不到冯唐持节云中；当年万里觅封侯，却身老沧州的陆游，至死也未见九州同；本想了却君王天下事，赢得生前身后名的辛弃疾，可怜白发生；八千里征途，三十年征战，而怒发冲冠，欲雪靖康耻的.岳飞，终究不抵流言，空悲切；不畏汉武，严谨记实，受奇耻大辱后仍不停笔写《史记》的司马迁，人情失恰，不知所踪；死而后已，鞠躬尽瘁的诸葛亮，终究敌不过对酒当歌，人生几何的曹操。前者忠心耿耿，留下《出师表》受人敬仰，后者雄才伟略，成就一代文豪；墨子兼爱非攻过于理想而不宜推行，孔子仁爱人本现实而易行；持《离骚》，问九天的屈原，一路在问却无人回答，曲高和寡，郁郁寡欢，投江而去！</w:t>
      </w:r>
      <w:r>
        <w:rPr>
          <w:lang w:eastAsia="zh-CN"/>
        </w:rPr>
        <w:br/>
      </w:r>
      <w:r>
        <w:rPr>
          <w:lang w:eastAsia="zh-CN"/>
        </w:rPr>
        <w:t>　　综观余秋雨先生在本书所写的文人志士，大多壮志未酬，空留遗憾！但是正是这帮豪情高涨，充满斗志却显无奈，似是不懂风情的文人志士，传承发展了中华文化，是真正的民族脊梁！他们那种国家民族利益高于一切，置生死与度外，不失气节大义的气概，是我等学习的楷模！</w:t>
      </w:r>
      <w:r>
        <w:rPr>
          <w:lang w:eastAsia="zh-CN"/>
        </w:rPr>
        <w:br/>
      </w:r>
      <w:r>
        <w:rPr>
          <w:lang w:eastAsia="zh-CN"/>
        </w:rPr>
        <w:t>　　路漫漫其修远兮，吾将上下而求索！</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xml:space="preserve">    了不起的小叶子读书心得体会范文 篇12 </w:t>
      </w:r>
      <w:r>
        <w:rPr>
          <w:lang w:eastAsia="zh-CN"/>
        </w:rPr>
        <w:br/>
      </w:r>
      <w:r>
        <w:rPr>
          <w:lang w:eastAsia="zh-CN"/>
        </w:rPr>
        <w:t>　　小飞侠彼得潘，是一位神奇，活泼，充满活力的少年。他真的像小飞侠中的飞字一样。他不但自己会飞，还可以让别人像他一样飞起来。他也充满了童真。</w:t>
      </w:r>
      <w:r>
        <w:rPr>
          <w:lang w:eastAsia="zh-CN"/>
        </w:rPr>
        <w:br/>
      </w:r>
      <w:r>
        <w:rPr>
          <w:lang w:eastAsia="zh-CN"/>
        </w:rPr>
        <w:t>　　一位小姑娘与她的哥哥、弟弟听了妈妈讲的、关于彼得的故事，他们也想去看看</w:t>
      </w:r>
      <w:r>
        <w:rPr>
          <w:lang w:eastAsia="zh-CN"/>
        </w:rPr>
        <w:br/>
      </w:r>
      <w:r>
        <w:rPr>
          <w:lang w:eastAsia="zh-CN"/>
        </w:rPr>
        <w:t>　　彼得潘的梦幻岛(永无岛)。这一天机会来了。因为妈妈在关抽屉的时候把彼得的影子也关了进去，彼得来取影子了，并同意带他们去永无岛了。告诉他们，只要想快乐的事情就可以飞去了。</w:t>
      </w:r>
      <w:r>
        <w:rPr>
          <w:lang w:eastAsia="zh-CN"/>
        </w:rPr>
        <w:br/>
      </w:r>
      <w:r>
        <w:rPr>
          <w:lang w:eastAsia="zh-CN"/>
        </w:rPr>
        <w:t>　　到了永无岛，小姑娘被作为妈妈，彼得作为爸爸。因为小姑娘是这里唯一的一位女孩，所以她在陆地上有一座小屋，还用花草装饰的很漂亮。彼得虽然是爸爸，但他还是喜欢睡在原来的树屋里。每天，他们都听妈妈讲故事，生活的很开心。但小姑娘还是有一点遗憾：因为这里不像她想像的那样，没有可爱的小天使，没有无尽的野花，更没有美丽的天神。取而代之的是讨厌又可怕的海盗，是脾气坏透了的小精灵，更多的是流浪的男孩子。</w:t>
      </w:r>
      <w:r>
        <w:rPr>
          <w:lang w:eastAsia="zh-CN"/>
        </w:rPr>
        <w:br/>
      </w:r>
      <w:r>
        <w:rPr>
          <w:lang w:eastAsia="zh-CN"/>
        </w:rPr>
        <w:t>　　但不管怎么样，海盗们是受不了他们那快乐幸福的生活了。一场可怕的战争正在海盗们的脑海中产生着。</w:t>
      </w:r>
      <w:r>
        <w:rPr>
          <w:lang w:eastAsia="zh-CN"/>
        </w:rPr>
        <w:br/>
      </w:r>
      <w:r>
        <w:rPr>
          <w:lang w:eastAsia="zh-CN"/>
        </w:rPr>
        <w:t>　　孩子们和彼得在一起玩，而小姑娘已经被海盗绑走了，海盗们还做了一个看起来很好看却有剧毒的大蛋糕放在那里。彼得玩累了，回来一看有一个漂亮的大蛋糕，</w:t>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xml:space="preserve"> 想道：这一定是小姑娘做的，真漂亮。我尝一尝。彼得不知道它有毒，这时，小精灵叮当铃飞过来说它有毒。彼得不信，一定要吃。叮当铃只好把它吃掉，叮当铃就要毒死了，彼得相信了，他急匆匆地问有什么办法可以把它救活，叮当铃说：只有孩子们说他相信世上有小精灵。彼得急忙把孩子们叫来说，叮当铃又复活了。</w:t>
      </w:r>
      <w:r>
        <w:rPr>
          <w:lang w:eastAsia="zh-CN"/>
        </w:rPr>
        <w:br/>
      </w:r>
      <w:r>
        <w:rPr>
          <w:lang w:eastAsia="zh-CN"/>
        </w:rPr>
        <w:t>　　大家知道了小姑娘(妈妈)被绑走了，都去救她。而孩子们也被绑了。这下只有彼得了。然而，彼得独当一面，把海盗们依次消除了把他们救了出来。</w:t>
      </w:r>
      <w:r>
        <w:rPr>
          <w:lang w:eastAsia="zh-CN"/>
        </w:rPr>
        <w:br/>
      </w:r>
      <w:r>
        <w:rPr>
          <w:lang w:eastAsia="zh-CN"/>
        </w:rPr>
        <w:t>　　这本书虽然挺薄的，但是，他却写出了真正的童年，童真，让人读了之后还回味无穷。</w:t>
      </w:r>
      <w:r>
        <w:rPr>
          <w:lang w:eastAsia="zh-CN"/>
        </w:rPr>
        <w:br/>
      </w:r>
      <w:r>
        <w:rPr>
          <w:lang w:eastAsia="zh-CN"/>
        </w:rPr>
        <w:t xml:space="preserve">    了不起的小叶子读书心得体会范文 篇13 </w:t>
      </w:r>
      <w:r>
        <w:rPr>
          <w:lang w:eastAsia="zh-CN"/>
        </w:rPr>
        <w:br/>
      </w:r>
      <w:r>
        <w:rPr>
          <w:lang w:eastAsia="zh-CN"/>
        </w:rPr>
        <w:t>　　中秋放假三天，我最大的收获就是利用三天将我七月份就买到手的《万历十五年》看完了，打了三天的篮球，两天打的非常精彩，这个假期还是过的很开心和满足。</w:t>
      </w:r>
      <w:r>
        <w:rPr>
          <w:lang w:eastAsia="zh-CN"/>
        </w:rPr>
        <w:br/>
      </w:r>
      <w:r>
        <w:rPr>
          <w:lang w:eastAsia="zh-CN"/>
        </w:rPr>
        <w:t>　　读后《万历十五年后》，大明朝这段历史还是活生生地塞到了我的脑子中，其中事非功过，真是很耐心回味，不管是大到今日之中国，还是小到日常的工作环境，均可以从中找到许多答案、许多启发。以下是我的一些读后思考：</w:t>
      </w:r>
      <w:r>
        <w:rPr>
          <w:lang w:eastAsia="zh-CN"/>
        </w:rPr>
        <w:br/>
      </w:r>
      <w:r>
        <w:rPr>
          <w:lang w:eastAsia="zh-CN"/>
        </w:rPr>
        <w:t>　　一、近现代中国落后于西方的原因何在?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中国自三皇五帝开始，经历几百上升年，万历及期先辈，必然对于历史兴衰之道，对于管理一部国家机器有自己的做法，可是，不管是哪一个朝代，当经过多年的发展后，最终走向没落，就像一个得了癌症的人，从早期、中期到晚期，似乎一步步走向衰亡而没有一点办法或有的只是苟延残息，在这个进程中，能人志仕，当然包括万历也想励精图治，富国强兵，可是就是无法施展，甚至是一国之君，似乎一国之君就是被文官阶层所绑架。我在想，大明的覆灭之路，那些文官阶层不知道吗?大明倒台，对他们有益吗?其实是无益的，这一点，可以从文官同意戚继光与日本浪人在沿海开战，可以看的出来!因为日本浪人在大明的沿海已成为心腹之患，如若不除，也会威胁到文官阶层自己的利益，其实这些文官不知是不是像血吸虫一样?如果外界环境不至于伤害到他们继续谋取既得利益时，天塌下来，他们也不理会，但一部国家机器凭借惯性向没落方向行进时，这些文官还以为天下太平!可悲!他们不知道同时代的，欧洲发展如何了?坚船厉炮发展到什么样子了!帝国的没落给大清的衰落、近代中华所受的欺辱埋下了多少种子!一个人犯错，可能影响他一个，一个国君，一个管理国家的机构如果出错，其再纠正是需要付出大么大的代价啊!中国浩瀚历史长河，中华民族经历多少灾难，最终屹立不倒!为何我们近现代却输给了西方?甚至我们身边的弹丸之土?这不光是历史学家需要研究的问题，更是所有中国人应思考的问题，国家的统治阶级自不必说!黄仁宇先生在书中给出了自己的答案，一方面是由于文官阶层的腐朽，另一方面是由于统治阶层与社会的脱节，再就是中国人一直沿用的以道德代替法制的思维习惯。由于我看的书还不够，思考的深度也不足，因此我姑且记住，我会在日后的学习过程中，带着这个疑问一直去研究，去思考。</w:t>
      </w:r>
      <w:r>
        <w:rPr>
          <w:lang w:eastAsia="zh-CN"/>
        </w:rPr>
        <w:br/>
      </w:r>
      <w:r>
        <w:rPr>
          <w:lang w:eastAsia="zh-CN"/>
        </w:rPr>
        <w:t>　　二、孔孟之道，仁义之学到底应坚持还是摒弃?</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黄先生说中国人用道德代替法制，这似乎是历朝历代一直沿用的方法，孔孟之道在中国人心目中占据着重要的位置，百姓如想步入仕途，必读《四书》、朱熹四书译注等相关书籍，可以说形成了整个中国社会的思想基石和共识，在国家的统治和管理中，这些思想又真正可以带来多少好处?又有什么坏处呢?这是一个值得深入研究的问题。辩证看待，有选择的吸取，才是适应当下世界环境的上策。</w:t>
      </w:r>
      <w:r>
        <w:rPr>
          <w:lang w:eastAsia="zh-CN"/>
        </w:rPr>
        <w:br/>
      </w:r>
      <w:r>
        <w:rPr>
          <w:lang w:eastAsia="zh-CN"/>
        </w:rPr>
        <w:t>　　三、人具有阴阳两性吗?</w:t>
      </w:r>
      <w:r>
        <w:rPr>
          <w:lang w:eastAsia="zh-CN"/>
        </w:rPr>
        <w:br/>
      </w:r>
      <w:r>
        <w:rPr>
          <w:lang w:eastAsia="zh-CN"/>
        </w:rPr>
        <w:t>　　答案是肯定的，即一方面人们总是口口声声大喊仁义之道，这是阳，另一方面，又不得不顾及自己的利益，虽然老子倡导无为，孔孟让人们行仁义之道，佛教告诉我们无我，一切皆因缘，想必那些文官阶层不比我少理解这些知识和道理，可是他们中许多却中饱私囊，拉帮结派，挑起内耗，并最终导致了帝国的灭亡。这其中真包含有易经的许多层深意，物极必反，文极必开动乱之机，如若人，特别是统治管理者，不进行自我省，自我救赎，或只有一小部分在这样做时，这群人是可悲、可怜又应该打入地狱的!因为他们的呆板僵化，最终导致了帝国的覆灭。</w:t>
      </w:r>
      <w:r>
        <w:rPr>
          <w:lang w:eastAsia="zh-CN"/>
        </w:rPr>
        <w:br/>
      </w:r>
      <w:r>
        <w:rPr>
          <w:lang w:eastAsia="zh-CN"/>
        </w:rPr>
        <w:t>　　四、张居正其人</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在书中，黄先生似乎一直抱有一种同情、支持、理解的态度来看待张居正，我也是这样的态度，在明末，如果没有这样一个强力的人物，党派之争将更加激烈，许多实事也将不能实施，明朝的覆灭也将更快!也许历史会批评张的专权，可是如果不专权，如何能办成事?位极人臣!死后却被清算，实在有些凄凉。从中也可以看到政治斗争的厉害和残酷，我们中国人有一点特别不好，就是当一个人什么不好，连你死了，也要挖出来清算，真是凶狠毒辣!对于政治斗争的残酷，张不是不知道的，他在生前说过入大火如入清凉界，这是张居正独特的政治哲学。大火，能把人烧焦;清凉界，能使人心静如怡。语出《华严经》，华严宗讲宇宙万般境界，都可以即出即入，互涉互入，也就是说都能相融相通。如果你说张居正贪恋权贵，无强国之治，我想是不可能的，因此，对于这个人物，我本人很佩服，佩服其才能，其志向!其气度!</w:t>
      </w:r>
      <w:r>
        <w:rPr>
          <w:lang w:eastAsia="zh-CN"/>
        </w:rPr>
        <w:br/>
      </w:r>
      <w:r>
        <w:rPr>
          <w:lang w:eastAsia="zh-CN"/>
        </w:rPr>
        <w:t>　　五、申时行其人</w:t>
      </w:r>
      <w:r>
        <w:rPr>
          <w:lang w:eastAsia="zh-CN"/>
        </w:rPr>
        <w:br/>
      </w:r>
      <w:r>
        <w:rPr>
          <w:lang w:eastAsia="zh-CN"/>
        </w:rPr>
        <w:t>　　一个忍耐待机会到时，抓住机会的典型代表，一个一生追求真诚的官员，他也许从张居正的一生看到了暴风骤雨似的改革由于文官阶层的阻挠而不能实现，更看到了其悲惨的结局，在理想和实现之间，他选择了一种平衡之策，虽然得善终，但对一个病入膏肓的帝国，我更佩服张居正那种大无畏的精神!</w:t>
      </w:r>
      <w:r>
        <w:rPr>
          <w:lang w:eastAsia="zh-CN"/>
        </w:rPr>
        <w:br/>
      </w:r>
      <w:r>
        <w:rPr>
          <w:lang w:eastAsia="zh-CN"/>
        </w:rPr>
        <w:t>　　因为此时的帝国，其实是需要猛药的，如若不然，只是苟延残喘，最终终归覆灭。</w:t>
      </w:r>
      <w:r>
        <w:rPr>
          <w:lang w:eastAsia="zh-CN"/>
        </w:rPr>
        <w:br/>
      </w:r>
      <w:r>
        <w:rPr>
          <w:lang w:eastAsia="zh-CN"/>
        </w:rPr>
        <w:t>　　六、海瑞其人</w:t>
      </w:r>
      <w:r>
        <w:rPr>
          <w:lang w:eastAsia="zh-CN"/>
        </w:rPr>
        <w:br/>
      </w:r>
    </w:p>
    <w:p w:rsidR="001B1F19" w14:textId="27C3F48A">
      <w:pPr>
        <w:rPr>
          <w:rFonts w:hint="eastAsia"/>
          <w:lang w:eastAsia="zh-CN"/>
        </w:rPr>
      </w:pPr>
      <w:r>
        <w:rPr>
          <w:lang w:eastAsia="zh-CN"/>
        </w:rPr>
        <w:t>　　每一次以全新的视角，来看海瑞其人，也许海瑞圆润一些，可以让自己过的更舒服，对社稷、对百姓的贡献也越大，但是他是一个孤独的理想主义者和实践人!最终草草了却一生，但其代表中国文人的那种锲而不舍的追求精神，是感动和鼓舞千秋的，这也形成了中华文化、中华精神的一个组成部分。类似的历史人物，我想还有屈原。</w:t>
      </w:r>
      <w:r>
        <w:rPr>
          <w:lang w:eastAsia="zh-CN"/>
        </w:rPr>
        <w:br/>
      </w:r>
      <w:r>
        <w:rPr>
          <w:lang w:eastAsia="zh-CN"/>
        </w:rPr>
        <w:t>　　七、戚继光其人</w:t>
      </w:r>
      <w:r>
        <w:rPr>
          <w:lang w:eastAsia="zh-CN"/>
        </w:rPr>
        <w:br/>
      </w:r>
      <w:r>
        <w:rPr>
          <w:lang w:eastAsia="zh-CN"/>
        </w:rPr>
        <w:t>　　不论如何，其将帅之才足以使其彪炳千秋。成功清剿南方沿海日本倭寇，并威退北方蛮夷，其实戚继光有许多更为先进的方案，但他能洞悉当朝允许他做什么，不能做什么，并在这个范围能做到最好，这一点，非常厉害!人常常是不知何可为?何不可为?能洞悉当时的社会本质，也说明戚非等闲之辈了!有机会，研究一下他的著作，看能否从中学会一些。很可惜的是，明王朝没有继续发展武力!不然如何可以轻易为清所取代!在读这本书的过程中，可以发现和感受到许多重要的历史契机!真的像缘份一样，稍纵即逝!而且影响深远!甚至影响中华民族的命运!为何几百年后，我们才发现这些?才发出一声叹息啊!一个国家，如果让真正有远见的的人来统治，政令通达是一件多么幸运的事!</w:t>
      </w:r>
      <w:r>
        <w:rPr>
          <w:lang w:eastAsia="zh-CN"/>
        </w:rPr>
        <w:br/>
      </w:r>
      <w:r>
        <w:rPr>
          <w:lang w:eastAsia="zh-CN"/>
        </w:rPr>
        <w:t>　　八、李贽其人</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https://d.book118.com/807050104051006042</w:t>
        </w:r>
      </w:hyperlink>
    </w:p>
    <w:p w:rsidR="001B1F19">
      <w:pPr>
        <w:rPr>
          <w:rFonts w:hint="eastAsia"/>
          <w:lang w:eastAsia="zh-CN"/>
        </w:rPr>
      </w:pPr>
    </w:p>
    <w:sectPr>
      <w:type w:val="nextPage"/>
      <w:pgSz w:w="11906" w:h="16838"/>
      <w:pgMar w:top="1440" w:right="1800" w:bottom="1440" w:left="1800" w:header="851" w:footer="992" w:gutter="0"/>
      <w:pgNumType w:start="2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807050104051006042"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