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2024开学典礼学生发言稿（31篇）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2024开学典礼学生发言稿（精选31篇）</w:t>
      </w:r>
      <w:r>
        <w:rPr>
          <w:lang w:eastAsia="zh-CN"/>
        </w:rPr>
        <w:br/>
      </w:r>
      <w:r>
        <w:rPr>
          <w:lang w:eastAsia="zh-CN"/>
        </w:rPr>
        <w:t xml:space="preserve">    2024开学典礼学生发言稿 篇1 </w:t>
      </w:r>
      <w:r>
        <w:rPr>
          <w:lang w:eastAsia="zh-CN"/>
        </w:rPr>
        <w:br/>
      </w:r>
      <w:r>
        <w:rPr>
          <w:lang w:eastAsia="zh-CN"/>
        </w:rPr>
        <w:t>　　尊敬的老师、亲爱的同学们：</w:t>
      </w:r>
      <w:r>
        <w:rPr>
          <w:lang w:eastAsia="zh-CN"/>
        </w:rPr>
        <w:br/>
      </w:r>
      <w:r>
        <w:rPr>
          <w:lang w:eastAsia="zh-CN"/>
        </w:rPr>
        <w:t>　　大家上午好!</w:t>
      </w:r>
      <w:r>
        <w:rPr>
          <w:lang w:eastAsia="zh-CN"/>
        </w:rPr>
        <w:br/>
      </w:r>
      <w:r>
        <w:rPr>
          <w:lang w:eastAsia="zh-CN"/>
        </w:rPr>
        <w:t>　　我是六年级(1)班的 同学。短暂而又愉快的暑假生活已告结束。在这 月的晨风中，我们再一次聚会在我们可爱的校园中，熟悉的操场上。新学期的钟声已经敲响，你是否已经做好了踏上新征程的准备?</w:t>
      </w:r>
      <w:r>
        <w:rPr>
          <w:lang w:eastAsia="zh-CN"/>
        </w:rPr>
        <w:br/>
      </w:r>
      <w:r>
        <w:rPr>
          <w:lang w:eastAsia="zh-CN"/>
        </w:rPr>
        <w:t>　　新的学期，我们要有新的起色;新的学期，我们要拿出新的学习精神;新的学期，我们要做得更好!</w:t>
      </w:r>
      <w:r>
        <w:rPr>
          <w:lang w:eastAsia="zh-CN"/>
        </w:rPr>
        <w:br/>
      </w:r>
      <w:r>
        <w:rPr>
          <w:lang w:eastAsia="zh-CN"/>
        </w:rPr>
        <w:t>　　首先，必须调整好精神状态，决不能用假期的散漫习惯对待学习，更要积极调动学习的热情、兴趣，全身心投入到学习中去。其次，我们一定要把每科都认真学好，让成绩在原有的基础上节节升高。我们要在各项活动中把自己培养成为一个有道德的人，比如，为学习困难的同学解答一个疑难问题，在公交车上主动为年迈的老人让座，把被风吹歪了的小苗扶正，见到纸屑弯腰捡起等，事事都从身边的小事做起。当然，老师所留的作业同样要安置按量地完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同学们，金秋九月是一个收获的季节，更是我们学习的大好时机.我们为何不为这美丽的图景再添一笔锦绣，让琅琅的读书声响彻校园的每一个角落呢?要想无愧于辛苦教育我们的老师，无愧于无怨忙碌的父母，更无愧于我们自己，那么就让我们行动起来，与我们的老师共同奋进，去迎接那更加灿烂的阳光吧。</w:t>
      </w:r>
      <w:r>
        <w:rPr>
          <w:lang w:eastAsia="zh-CN"/>
        </w:rPr>
        <w:br/>
      </w:r>
      <w:r>
        <w:rPr>
          <w:lang w:eastAsia="zh-CN"/>
        </w:rPr>
        <w:t>　　谢谢大家!</w:t>
      </w:r>
      <w:r>
        <w:rPr>
          <w:lang w:eastAsia="zh-CN"/>
        </w:rPr>
        <w:br/>
      </w:r>
      <w:r>
        <w:rPr>
          <w:lang w:eastAsia="zh-CN"/>
        </w:rPr>
        <w:t xml:space="preserve">    2024开学典礼学生发言稿 篇2 </w:t>
      </w:r>
      <w:r>
        <w:rPr>
          <w:lang w:eastAsia="zh-CN"/>
        </w:rPr>
        <w:br/>
      </w:r>
      <w:r>
        <w:rPr>
          <w:lang w:eastAsia="zh-CN"/>
        </w:rPr>
        <w:t>　　敬爱的老师，亲爱的同学们：</w:t>
      </w:r>
      <w:r>
        <w:rPr>
          <w:lang w:eastAsia="zh-CN"/>
        </w:rPr>
        <w:br/>
      </w:r>
      <w:r>
        <w:rPr>
          <w:lang w:eastAsia="zh-CN"/>
        </w:rPr>
        <w:t>　　大家好!我是班的，今天，我非常荣幸地在这里代表全校同学发言。 月 日，是我们健康成长的又一个新起点，在这令人振奋的日子里，在这个美好的黄金季节，我们又迎来了一个快乐的新学年，我祝全体老师工作顺利，祝全体同学学习进步!</w:t>
      </w:r>
      <w:r>
        <w:rPr>
          <w:lang w:eastAsia="zh-CN"/>
        </w:rPr>
        <w:br/>
      </w:r>
      <w:r>
        <w:rPr>
          <w:lang w:eastAsia="zh-CN"/>
        </w:rPr>
        <w:t>　　转眼间，愉快而短暂的假期过去了，我们又迎来了充满挑战和希望的新学年。当又回到了熟悉而亲切的校园。看着一年级的小弟弟小妹妹，我想起了四年前的我。那时，我对我们的学校充满了陌生感，对学习更是茫然不知。感谢老师辛勤的培养，让我成长为一名有知识的少先队员;感谢学校为我们创造的良好学习环境，让我天天快乐学习，生活充实。</w:t>
      </w:r>
      <w:r>
        <w:rPr>
          <w:lang w:eastAsia="zh-CN"/>
        </w:rPr>
        <w:br/>
      </w:r>
      <w:r>
        <w:rPr>
          <w:lang w:eastAsia="zh-CN"/>
        </w:rPr>
        <w:t>　　同学们，新的学期，就是一个新的开始，对于今后的学习生活又是一个新的阶梯。我们要把以前那些作业偷懒，上课不守纪律，乱扔垃圾，损坏公物，破坏环境的坏习惯通通改正。争做一名成绩优异的好学生，争做一名热爱祖国，热爱社会，热爱集体的少先队员。给低年级小弟弟小妹妹们做出榜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因此，我们要努力做好以下几方面：</w:t>
      </w:r>
      <w:r>
        <w:rPr>
          <w:lang w:eastAsia="zh-CN"/>
        </w:rPr>
        <w:br/>
      </w:r>
      <w:r>
        <w:rPr>
          <w:lang w:eastAsia="zh-CN"/>
        </w:rPr>
        <w:t>　　一、做护绿使者。爱护学校的一草一木，不践踏草坪，不采摘花草。</w:t>
      </w:r>
      <w:r>
        <w:rPr>
          <w:lang w:eastAsia="zh-CN"/>
        </w:rPr>
        <w:br/>
      </w:r>
      <w:r>
        <w:rPr>
          <w:lang w:eastAsia="zh-CN"/>
        </w:rPr>
        <w:t>　　二、做礼仪天使。说话做事文明有礼，尊敬老师，团结同学，关心帮助有困难的同学。</w:t>
      </w:r>
      <w:r>
        <w:rPr>
          <w:lang w:eastAsia="zh-CN"/>
        </w:rPr>
        <w:br/>
      </w:r>
      <w:r>
        <w:rPr>
          <w:lang w:eastAsia="zh-CN"/>
        </w:rPr>
        <w:t>　　三、做卫生志愿者。自觉维护学校和班级的环境卫生，不随地吐痰，不乱扔纸屑和杂物，不乱涂乱画。看见纸屑、落叶、杂物能主动捡起，并扔到垃圾箱里。</w:t>
      </w:r>
      <w:r>
        <w:rPr>
          <w:lang w:eastAsia="zh-CN"/>
        </w:rPr>
        <w:br/>
      </w:r>
      <w:r>
        <w:rPr>
          <w:lang w:eastAsia="zh-CN"/>
        </w:rPr>
        <w:t>　　四、做学习小主人。少年易学老难成，一寸光阴不可轻。从今天开始，我要抓紧时间，听好每一堂课，做好每一次作业，争取以优异的成绩向父母老师汇报。</w:t>
      </w:r>
      <w:r>
        <w:rPr>
          <w:lang w:eastAsia="zh-CN"/>
        </w:rPr>
        <w:br/>
      </w:r>
      <w:r>
        <w:rPr>
          <w:lang w:eastAsia="zh-CN"/>
        </w:rPr>
        <w:t>　　同学们，在新的学年里，我们要树立远大志向，热爱祖国，掌握过硬的本领，我相信：在老师的辛勤培育下，我们一定会取得更大的进步。</w:t>
      </w:r>
      <w:r>
        <w:rPr>
          <w:lang w:eastAsia="zh-CN"/>
        </w:rPr>
        <w:br/>
      </w:r>
      <w:r>
        <w:rPr>
          <w:lang w:eastAsia="zh-CN"/>
        </w:rPr>
        <w:t>　　谢谢大家。</w:t>
      </w:r>
      <w:r>
        <w:rPr>
          <w:lang w:eastAsia="zh-CN"/>
        </w:rPr>
        <w:br/>
      </w:r>
      <w:r>
        <w:rPr>
          <w:lang w:eastAsia="zh-CN"/>
        </w:rPr>
        <w:t xml:space="preserve">    2024开学典礼学生发言稿 篇3 </w:t>
      </w:r>
      <w:r>
        <w:rPr>
          <w:lang w:eastAsia="zh-CN"/>
        </w:rPr>
        <w:br/>
      </w:r>
      <w:r>
        <w:rPr>
          <w:lang w:eastAsia="zh-CN"/>
        </w:rPr>
        <w:t>　　尊敬的领导老师、亲爱的同学们：</w:t>
      </w:r>
      <w:r>
        <w:rPr>
          <w:lang w:eastAsia="zh-CN"/>
        </w:rPr>
        <w:br/>
      </w:r>
      <w:r>
        <w:rPr>
          <w:lang w:eastAsia="zh-CN"/>
        </w:rPr>
        <w:t>　　你们好!</w:t>
      </w:r>
      <w:r>
        <w:rPr>
          <w:lang w:eastAsia="zh-CN"/>
        </w:rPr>
        <w:br/>
      </w:r>
      <w:r>
        <w:rPr>
          <w:lang w:eastAsia="zh-CN"/>
        </w:rPr>
        <w:t>　　踏着 月的金色阳光，我们又迎来了新的学习生活，从今天开始我们又回到了我们美丽的校园，作为河西区中心校的学生，我们倍感自豪。今天，我有幸代表全校学生在这发言，心里更是无比激动。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我们的校园美丽整洁，这里有最好的领导，有学识渊博.认真负责的老师，有精神饱满，好学上进，求实创新的学生。能融入到这样的学习环境中，是我们每一个学生的幸运。在明亮的教室中，与可亲的同学一起学习，知识的大门向我们敞开。</w:t>
      </w:r>
      <w:r>
        <w:rPr>
          <w:lang w:eastAsia="zh-CN"/>
        </w:rPr>
        <w:br/>
      </w:r>
      <w:r>
        <w:rPr>
          <w:lang w:eastAsia="zh-CN"/>
        </w:rPr>
        <w:t>　　我们进了学校，就应该做最好的学生。如何做最好的小学生呢?我想，我们应该做到以下几点：</w:t>
      </w:r>
      <w:r>
        <w:rPr>
          <w:lang w:eastAsia="zh-CN"/>
        </w:rPr>
        <w:br/>
      </w:r>
      <w:r>
        <w:rPr>
          <w:lang w:eastAsia="zh-CN"/>
        </w:rPr>
        <w:t>　　一、认真学习新《小学生日常行为规范》和《小学生礼仪常规》，严格执行规范，用规范来指导自己的言行。</w:t>
      </w:r>
      <w:r>
        <w:rPr>
          <w:lang w:eastAsia="zh-CN"/>
        </w:rPr>
        <w:br/>
      </w:r>
      <w:r>
        <w:rPr>
          <w:lang w:eastAsia="zh-CN"/>
        </w:rPr>
        <w:t>　　二、树立远大理想，正确的人生观，自觉抵制不良思想的侵袭，不接触不健康.低级趣味的东西，学做品德高尚的人。</w:t>
      </w:r>
      <w:r>
        <w:rPr>
          <w:lang w:eastAsia="zh-CN"/>
        </w:rPr>
        <w:br/>
      </w:r>
      <w:r>
        <w:rPr>
          <w:lang w:eastAsia="zh-CN"/>
        </w:rPr>
        <w:t>　　三、明确学习目的，端正学习态度，认真学好各科文化，在班内形成比、学、赶、帮、超的氛围。</w:t>
      </w:r>
      <w:r>
        <w:rPr>
          <w:lang w:eastAsia="zh-CN"/>
        </w:rPr>
        <w:br/>
      </w:r>
      <w:r>
        <w:rPr>
          <w:lang w:eastAsia="zh-CN"/>
        </w:rPr>
        <w:t>　　四、尊敬师长，团结同学。对学习有困难的同学大家要伸出援助之手，多帮助，多关心，以达到共同提高的目的。</w:t>
      </w:r>
      <w:r>
        <w:rPr>
          <w:lang w:eastAsia="zh-CN"/>
        </w:rPr>
        <w:br/>
      </w:r>
      <w:r>
        <w:rPr>
          <w:lang w:eastAsia="zh-CN"/>
        </w:rPr>
        <w:t>　　五、要自强自立，作为小学生，我们不能像在幼儿园里那样，事事要父母操心，我们应当自己来管好自己的生活、学习。</w:t>
      </w:r>
      <w:r>
        <w:rPr>
          <w:lang w:eastAsia="zh-CN"/>
        </w:rPr>
        <w:br/>
      </w:r>
      <w:r>
        <w:rPr>
          <w:lang w:eastAsia="zh-CN"/>
        </w:rPr>
        <w:t>　　六、要多读书，读好书，宽阔自己的知识面，去欣赏优秀的书籍，在书海中遨游。</w:t>
      </w:r>
      <w:r>
        <w:rPr>
          <w:lang w:eastAsia="zh-CN"/>
        </w:rPr>
        <w:br/>
      </w:r>
      <w:r>
        <w:rPr>
          <w:lang w:eastAsia="zh-CN"/>
        </w:rPr>
        <w:t>　　同学们，宝剑锋从磨砺出，梅花香自苦寒来。我们只有付出了，才会有收获。相信在学校领导的关心下，在老师的辛勤培育下，经过我们不懈的努力，几年后，我们一定会成长为有理想，有道德，有文化，守纪律的合格小学生，给社会，给学校，给家庭一份合格的答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xml:space="preserve">    2024开学典礼学生发言稿 篇4 </w:t>
      </w:r>
      <w:r>
        <w:rPr>
          <w:lang w:eastAsia="zh-CN"/>
        </w:rPr>
        <w:br/>
      </w:r>
      <w:r>
        <w:rPr>
          <w:lang w:eastAsia="zh-CN"/>
        </w:rPr>
        <w:t>　　尊敬的各位老师、亲爱的同学们:</w:t>
      </w:r>
      <w:r>
        <w:rPr>
          <w:lang w:eastAsia="zh-CN"/>
        </w:rPr>
        <w:br/>
      </w:r>
      <w:r>
        <w:rPr>
          <w:lang w:eastAsia="zh-CN"/>
        </w:rPr>
        <w:t>　　大家早上好!我是来自六一班的，走上这个舞台，我的心情既激动又兴奋，因为在学校我快乐，我发展的办学理念正确指引和老师们的悉心教育下，我在这里快乐学习着，健康成长着老师们不仅教给我们知识，更重要的是教会了我们怎样做人，养成良好的学习和生活习惯。一个人，只有学会做好人，才能做好事，才能成大业。在此我借此机会感谢学校全体老师!谢谢!现在我想为大家演讲的题目是《好习惯，益终生》。</w:t>
      </w:r>
      <w:r>
        <w:rPr>
          <w:lang w:eastAsia="zh-CN"/>
        </w:rPr>
        <w:br/>
      </w:r>
      <w:r>
        <w:rPr>
          <w:lang w:eastAsia="zh-CN"/>
        </w:rPr>
        <w:t>　　法国学者培根说过，习惯是人生的主宰，人们应该努力追求好习惯。是的，行为习惯就像我们身上的指南针，指引着我们的行为。爱因斯坦有句名言，一个人取得的成绩往往取决于性格上的伟大。而构成这样性格的，正是日常生活中的一个个好习惯。好习惯养成得越多，个人的能力就越强。养成好的习惯，就如同为梦想插上了翅膀，它将为人生的成功打下坚定的基石。小时候的鲁迅先生，就养成了不迟到的习惯，他要求自己抓紧时间，时刻叮嘱自己凡事时时早，事事早。这位以小跑走完一生的作家，在中国文学史上留下了辉煌的业绩。可见，行为习惯对一个人各方面的素质起了决定性的作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我曾经在报刊上看到这样一个故事：一家著名的企业公开招聘管理人才，在应聘者当中，有高学历的人，也有口才非常出众的公关人员，更有曾经从事过管理工作的人。但是，到了最后，负责招聘的企业老总却选中了一位在走廊上随手捡起一张废纸的应聘者。有人问企业老总：为什么你要选那位不占任何优势的应聘的人呢?企业老总回答说，一个有好习惯的员工，就是一座金矿;有这种人格魅力的人，一定可以为公司创造更多的财富。是的，当一个人养成了良好的习惯，他的人格魅力便会自然得到提升。</w:t>
      </w:r>
      <w:r>
        <w:rPr>
          <w:lang w:eastAsia="zh-CN"/>
        </w:rPr>
        <w:br/>
      </w:r>
      <w:r>
        <w:rPr>
          <w:lang w:eastAsia="zh-CN"/>
        </w:rPr>
        <w:t>　　同学们，听了这则故事，你们一定有许多感想。要知道，今日的习惯，决定明天的我们。因此，在今天的学习生活中，我们一定要养成一些好的习惯，怎样培养自己的好习惯?首先需要检查一下自己，反省一下自身的一些坏习惯。曾子说：吾日三省吾身，我们虽然达不到圣人的境界，但我们可以追求这种境界。我们今天可否一省吾身呢?比如：是否习惯于主动打扫卫生，形成热爱劳动的习惯;是否习惯于说声谢谢、你好、对不起，形成以礼待人的好习惯;是否习惯于每天坚持锻炼，形成健美的体魄;同学交往中习惯于理解、宽容，便能化干戈为玉帛;是否习惯于去用心观察，才能形成好的观察能力;是否习惯于提前预习，课后复习，才能形成高效的学习方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人们常说，播下一个行动，便会收获一种习惯;播下一种习惯，便会收获一种性格;播下一种性格，便会收获一种命运。我送给同学们几句话&amp;&amp;积一千，累一万，不如养成个好习惯、勿以善小而不为，勿以恶小而为之、扔一次垃圾，心灵就蒙上一层灰尘;捡一次垃圾，心灵就添上一块净土、好言一句三冬暖，恶语伤人六月寒、文明谦让，让出安全，让出和谐、每天锻炼一小时，健康工作五十年，幸福生活一辈子同学们，希望你们从小将好习惯，好人生的种子埋下，用恒心去浇灌，去成就你们生命的精彩!</w:t>
      </w:r>
      <w:r>
        <w:rPr>
          <w:lang w:eastAsia="zh-CN"/>
        </w:rPr>
        <w:br/>
      </w:r>
      <w:r>
        <w:rPr>
          <w:lang w:eastAsia="zh-CN"/>
        </w:rPr>
        <w:t>　　我的演讲完了，谢谢大家!预祝每个同学在好习惯的养成下期末考试都取得好成绩!谢谢!</w:t>
      </w:r>
      <w:r>
        <w:rPr>
          <w:lang w:eastAsia="zh-CN"/>
        </w:rPr>
        <w:br/>
      </w:r>
      <w:r>
        <w:rPr>
          <w:lang w:eastAsia="zh-CN"/>
        </w:rPr>
        <w:t xml:space="preserve">    2024开学典礼学生发言稿 篇5 </w:t>
      </w:r>
      <w:r>
        <w:rPr>
          <w:lang w:eastAsia="zh-CN"/>
        </w:rPr>
        <w:br/>
      </w:r>
      <w:r>
        <w:rPr>
          <w:lang w:eastAsia="zh-CN"/>
        </w:rPr>
        <w:t>　　尊敬的领导，敬爱的老师，亲爱的同学们：</w:t>
      </w:r>
      <w:r>
        <w:rPr>
          <w:lang w:eastAsia="zh-CN"/>
        </w:rPr>
        <w:br/>
      </w:r>
      <w:r>
        <w:rPr>
          <w:lang w:eastAsia="zh-CN"/>
        </w:rPr>
        <w:t>　　上午好、</w:t>
      </w:r>
      <w:r>
        <w:rPr>
          <w:lang w:eastAsia="zh-CN"/>
        </w:rPr>
        <w:br/>
      </w:r>
      <w:r>
        <w:rPr>
          <w:lang w:eastAsia="zh-CN"/>
        </w:rPr>
        <w:t>　　踏着九月的金色阳光，我们迈进了长治县四中的大门，成为四中的初一新生，我们倍感自豪。我是一名来自初一18班的学生，今天，我有幸代表20__级初一新生在这里发言，心里更是无比激动。值此教师节即将来临之际，我谨代表初一全体同学向我们辛勤的园丁道一声：老师，您辛苦了!</w:t>
      </w:r>
      <w:r>
        <w:rPr>
          <w:lang w:eastAsia="zh-CN"/>
        </w:rPr>
        <w:br/>
      </w:r>
      <w:r>
        <w:rPr>
          <w:lang w:eastAsia="zh-CN"/>
        </w:rPr>
        <w:t>　　在漫长的希翼与等待中，在父母的殷殷期盼下，在师长的声声叮咛中，我们终于迈进了哈弗中学的大门。这里不但有整洁的校园，有良好的校风校纪;更有学识渊博、锐意进取的领导、老师，有精神饱满，好学上进的学生。能融入到这样的学习环境中，是我们每一个初一新生的幸运。我们将在明亮的教室中、在和谐的校园里，与亲爱的老师、同学们一起学习成长，知识的大门正向我们敞开，我们为成为哈弗大家庭的一员而备感骄傲!</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在这里，我代表全体新生郑重承诺：在学习上我们将严格要求自己，远离浮躁情绪，做到胜不骄，败不馁;互相学习，共同进步，争做学习的主人翁。在日常生活中，我们将严格遵守校纪校规，自尊自强，自爱自律，诚实守信，尊敬师长，宽以待人。在集体活动中，我们要团结拼搏，奋勇争先。我们要多读书，读好书，拓宽自己的知识面，去欣赏优秀的书籍，在书海中遨游。</w:t>
      </w:r>
      <w:r>
        <w:rPr>
          <w:lang w:eastAsia="zh-CN"/>
        </w:rPr>
        <w:br/>
      </w:r>
      <w:r>
        <w:rPr>
          <w:lang w:eastAsia="zh-CN"/>
        </w:rPr>
        <w:t>　　我们将用求知、拼搏的快乐来丰富我们生活的色彩，我们将用飞扬的青春、跳动的热情来续写长治县四中的光辉历史!</w:t>
      </w:r>
      <w:r>
        <w:rPr>
          <w:lang w:eastAsia="zh-CN"/>
        </w:rPr>
        <w:br/>
      </w:r>
      <w:r>
        <w:rPr>
          <w:lang w:eastAsia="zh-CN"/>
        </w:rPr>
        <w:t>　　我们坚信：只要我们牢记师长的教诲，以锐意进取的初二、初三年级的哥哥姐姐们为榜样，不断充实自我、完善自我、升华自我，就一定能成长为一名优秀的中学生，就一定能为我们的学校增光添彩，明天我们的学校一定会以我们为荣。</w:t>
      </w:r>
      <w:r>
        <w:rPr>
          <w:lang w:eastAsia="zh-CN"/>
        </w:rPr>
        <w:br/>
      </w:r>
      <w:r>
        <w:rPr>
          <w:lang w:eastAsia="zh-CN"/>
        </w:rPr>
        <w:t>　　最后，我代表全体新生衷心地祝愿我们的领导、老师节日快乐、身体健康、工作顺利，祝愿全体同学鲲鹏展翅，翱翔蓝天，祝福我们的学校越来越美丽、越来越辉煌。</w:t>
      </w:r>
      <w:r>
        <w:rPr>
          <w:lang w:eastAsia="zh-CN"/>
        </w:rPr>
        <w:br/>
      </w:r>
      <w:r>
        <w:rPr>
          <w:lang w:eastAsia="zh-CN"/>
        </w:rPr>
        <w:t>　　谢谢大家。</w:t>
      </w:r>
      <w:r>
        <w:rPr>
          <w:lang w:eastAsia="zh-CN"/>
        </w:rPr>
        <w:br/>
      </w:r>
      <w:r>
        <w:rPr>
          <w:lang w:eastAsia="zh-CN"/>
        </w:rPr>
        <w:t xml:space="preserve">    2024开学典礼学生发言稿 篇6 </w:t>
      </w:r>
      <w:r>
        <w:rPr>
          <w:lang w:eastAsia="zh-CN"/>
        </w:rPr>
        <w:br/>
      </w:r>
      <w:r>
        <w:rPr>
          <w:lang w:eastAsia="zh-CN"/>
        </w:rPr>
        <w:t>　　新的学期开启新的希望，新的空白承载新的梦想，新的起点酝酿新的辉煌。我们拂去岁月之尘，重回知识殿堂。</w:t>
      </w:r>
      <w:r>
        <w:rPr>
          <w:lang w:eastAsia="zh-CN"/>
        </w:rPr>
        <w:br/>
      </w:r>
      <w:r>
        <w:rPr>
          <w:lang w:eastAsia="zh-CN"/>
        </w:rPr>
        <w:t>　　想一想，新学期,你准备好了吗?</w:t>
      </w:r>
      <w:r>
        <w:rPr>
          <w:lang w:eastAsia="zh-CN"/>
        </w:rPr>
        <w:br/>
      </w:r>
      <w:r>
        <w:rPr>
          <w:lang w:eastAsia="zh-CN"/>
        </w:rPr>
        <w:t>　　信心，对学习的信心、对自己的信心、对未来的信心。因为失败、因为挫折、因为竞争，你的信心也许会有磨损，但卓越的成就往往是用眼泪换来的。孟子曰： 天将降大任于斯人也，必先苦其心智，劳其筋骨，饿其体肤，空乏其身。只有备受折磨，才能有更坚定的信心，才能对理想、对希望保持那一份热诚。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说到理想，我想到有志者事竟成，理想的分量不言而喻。有人说：没有理想的生活，犹如没有罗盘的航行。我们生活学习，都需要理想的指引。理想是开启幸福之门的力量，理想是奋斗的源泉。</w:t>
      </w:r>
      <w:r>
        <w:rPr>
          <w:lang w:eastAsia="zh-CN"/>
        </w:rPr>
        <w:br/>
      </w:r>
      <w:r>
        <w:rPr>
          <w:lang w:eastAsia="zh-CN"/>
        </w:rPr>
        <w:t>　　因为奋斗的艰苦，成功之花才显得那样娇艳;因为奋斗的酸涩，成功之实才显得那样甜美。读书似潜海寻宝，越深宝越多;求知如寻花采蜜，越勤蜜越多。辛勤的奋斗为我们提供许多宝贵的经验。</w:t>
      </w:r>
      <w:r>
        <w:rPr>
          <w:lang w:eastAsia="zh-CN"/>
        </w:rPr>
        <w:br/>
      </w:r>
      <w:r>
        <w:rPr>
          <w:lang w:eastAsia="zh-CN"/>
        </w:rPr>
        <w:t>　　经验是奋斗的成果，经验是智慧的源泉，经验是可靠的指路明灯，经验是真知灼见之母，从经验中得到的教训比从经验中得到的真理还要珍贵。在你我奋斗的历程中，可以获得的经验教训不胜枚举，但重要的是能否真正吸收，用它指导我们的学习生活不会重蹈覆辙。</w:t>
      </w:r>
      <w:r>
        <w:rPr>
          <w:lang w:eastAsia="zh-CN"/>
        </w:rPr>
        <w:br/>
      </w:r>
      <w:r>
        <w:rPr>
          <w:lang w:eastAsia="zh-CN"/>
        </w:rPr>
        <w:t>　　信心，理想，奋斗加经验，这样充分的准备一定会让新的学期更有意义，更加充实，更多收获!</w:t>
      </w:r>
      <w:r>
        <w:rPr>
          <w:lang w:eastAsia="zh-CN"/>
        </w:rPr>
        <w:br/>
      </w:r>
      <w:r>
        <w:rPr>
          <w:lang w:eastAsia="zh-CN"/>
        </w:rPr>
        <w:t>　　新的学期，你准备好了吗?</w:t>
      </w:r>
      <w:r>
        <w:rPr>
          <w:lang w:eastAsia="zh-CN"/>
        </w:rPr>
        <w:br/>
      </w:r>
      <w:r>
        <w:rPr>
          <w:lang w:eastAsia="zh-CN"/>
        </w:rPr>
        <w:t xml:space="preserve">    2024开学典礼学生发言稿 篇7 </w:t>
      </w:r>
      <w:r>
        <w:rPr>
          <w:lang w:eastAsia="zh-CN"/>
        </w:rPr>
        <w:br/>
      </w:r>
      <w:r>
        <w:rPr>
          <w:lang w:eastAsia="zh-CN"/>
        </w:rPr>
        <w:t>　　尊敬的领导，敬爱的老师，亲爱的同学们：</w:t>
      </w:r>
      <w:r>
        <w:rPr>
          <w:lang w:eastAsia="zh-CN"/>
        </w:rPr>
        <w:br/>
      </w:r>
      <w:r>
        <w:rPr>
          <w:lang w:eastAsia="zh-CN"/>
        </w:rPr>
        <w:t>　　大家好.</w:t>
      </w:r>
      <w:r>
        <w:rPr>
          <w:lang w:eastAsia="zh-CN"/>
        </w:rPr>
        <w:br/>
      </w:r>
      <w:r>
        <w:rPr>
          <w:lang w:eastAsia="zh-CN"/>
        </w:rPr>
        <w:t>　　伴着清爽的秋风，迎着金色的阳光，在九月，在这个收获的季节，我们踏进了__初中的大门，成为一名光荣的初一新生，我们倍感自豪。我是一名来自初一、二班的学生，今天，我有幸代表20__界初一新生在这里发言，心里更是无比激动。值此教师节即将来临之际，我谨代表所有学生向我们辛勤的园丁道一声：老师，您辛苦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在漫长的希翼与等待中，在父母的殷殷期盼下，在师长的声声叮咛中，我们终于迈进了__初中的大门。这里不但有整洁的校园，有良好的校风、校纪;更有学识渊博、锐意进取的领导、老师，有精神饱满，好学上进的学生。能融入到这样的学习环境中，是我们每一个初一新生的幸运。我们将在明亮的教室中、在和谐的校园里，与亲爱的老师、同学们一起学习成长，知识的大门正向我们敞开，我们为成为__初中大家庭的一员而备感骄傲!</w:t>
      </w:r>
      <w:r>
        <w:rPr>
          <w:lang w:eastAsia="zh-CN"/>
        </w:rPr>
        <w:br/>
      </w:r>
      <w:r>
        <w:rPr>
          <w:lang w:eastAsia="zh-CN"/>
        </w:rPr>
        <w:t>　　作为一名新时代的中学生，我们会以《中学生行为规范》、《中学生守则》严格要求自己，不做任何有损中学生形象的事情。热爱祖国，树立远大理想和正确的人生观，学做品德高尚的人。诚实守信，尊敬老师，礼貌待人，勤奋学习，上课专心听讲，勤于思考，勤劳俭朴，孝敬父母，关心集体，爱护公物，坚持体育锻炼，讲究卫生，积极参加学校组织的活动，正确对待困难与挫折，保持心理健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我们知道，升入初中，学习任务会变得很艰巨，我们做好了充分的心理准备，我们会用心去学，努力拼搏，保持良好的心态，迎接新的学习生活。爱迪生说过：天才就是百分之一的灵感加上百分之九十九的汗水。如果爱迪生怕吃苦，不勤奋，就不会有电灯，留声机等1000多项伟大的发明;如果牛顿不喜欢思考，懒得动脑筋，就不会有万有引力定律的发现;如果袁隆平没有走遍全国各地，去培育，实验，那杂交水稻也许还只是一纸空文许许多多的例子，向我们证明，只有勤奋努力，才能取得成功。宝剑锋从磨砺出，梅花香自苦寒来。我们只要付出了，就会有收获。</w:t>
      </w:r>
      <w:r>
        <w:rPr>
          <w:lang w:eastAsia="zh-CN"/>
        </w:rPr>
        <w:br/>
      </w:r>
      <w:r>
        <w:rPr>
          <w:lang w:eastAsia="zh-CN"/>
        </w:rPr>
        <w:t>　　在这里，我代表全体新生郑重承诺：在学习上,我们将严格要求自己，远离浮躁情绪，做到胜不骄，败不馁;互相学习，共同进步，争做学习的主人翁。在日常生活中，我们将严格遵守校纪校规，自尊自强，自爱自律，诚实守信，尊敬师长，宽以待人。在集体活动中，我们要团结拼搏，奋勇争先。我们要多读书，读好书，拓宽自己的知识面，去欣赏优秀的书籍，在书海中遨游。我们将用求知、拼搏的快乐来丰富我们生活的色彩，我们将用飞扬的青春、跳动的热情来续写__初中的光辉历史!</w:t>
      </w:r>
      <w:r>
        <w:rPr>
          <w:lang w:eastAsia="zh-CN"/>
        </w:rPr>
        <w:br/>
      </w:r>
      <w:r>
        <w:rPr>
          <w:lang w:eastAsia="zh-CN"/>
        </w:rPr>
        <w:t>　　我们坚信：只要我们牢记师长的教诲，以锐意进取的高年级的哥哥姐姐们为榜样，不断充实自我、完善自我、升华自我，就一定能成长为一名优秀的中学生，就一定能为我们的学校增光添彩，明天我们的学校一定会以我们为荣。</w:t>
      </w:r>
      <w:r>
        <w:rPr>
          <w:lang w:eastAsia="zh-CN"/>
        </w:rPr>
        <w:br/>
      </w:r>
      <w:r>
        <w:rPr>
          <w:lang w:eastAsia="zh-CN"/>
        </w:rPr>
        <w:t>　　最后，我代表全体新生衷心地祝愿我们的领导、老师身体健康、工作顺利，祝愿全体同学鲲鹏展翅，翱翔蓝天，祝福我们的学校越来越美、越来越辉煌。</w:t>
      </w:r>
      <w:r>
        <w:rPr>
          <w:lang w:eastAsia="zh-CN"/>
        </w:rPr>
        <w:br/>
      </w:r>
      <w:r>
        <w:rPr>
          <w:lang w:eastAsia="zh-CN"/>
        </w:rPr>
        <w:t>　　我的发言完毕，谢谢大家。</w:t>
      </w:r>
      <w:r>
        <w:rPr>
          <w:lang w:eastAsia="zh-CN"/>
        </w:rPr>
        <w:br/>
      </w:r>
      <w:r>
        <w:rPr>
          <w:lang w:eastAsia="zh-CN"/>
        </w:rPr>
        <w:t xml:space="preserve">    2024开学典礼学生发言稿 篇8 </w:t>
      </w:r>
      <w:r>
        <w:rPr>
          <w:lang w:eastAsia="zh-CN"/>
        </w:rPr>
        <w:br/>
      </w:r>
      <w:r>
        <w:rPr>
          <w:lang w:eastAsia="zh-CN"/>
        </w:rPr>
        <w:t>　　尊敬的老师，亲爱的同学们：</w:t>
      </w:r>
      <w:r>
        <w:rPr>
          <w:lang w:eastAsia="zh-CN"/>
        </w:rPr>
        <w:br/>
      </w:r>
      <w:r>
        <w:rPr>
          <w:lang w:eastAsia="zh-CN"/>
        </w:rPr>
        <w:t>　　大家好!</w:t>
      </w:r>
      <w:r>
        <w:rPr>
          <w:lang w:eastAsia="zh-CN"/>
        </w:rPr>
        <w:br/>
      </w:r>
      <w:r>
        <w:rPr>
          <w:lang w:eastAsia="zh-CN"/>
        </w:rPr>
        <w:t>　　沐浴着九月的金色阳光，伴着中秋的清爽的秋风，我们踏进了明德学校的大门，成为一名光荣的明德学校的初一新生。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今天，在这里我作为初一新生的代表，在这里发言，我倍感荣幸。此时此刻我的既兴奋又激动。</w:t>
      </w:r>
      <w:r>
        <w:rPr>
          <w:lang w:eastAsia="zh-CN"/>
        </w:rPr>
        <w:br/>
      </w:r>
      <w:r>
        <w:rPr>
          <w:lang w:eastAsia="zh-CN"/>
        </w:rPr>
        <w:t>　　兴奋，是因为这里有干净整洁、环境优美的校园，有优良的校风，先进的办学理念;兴奋，因为这里有乐于奉献，诲人不倦的老师，有求真、求实、求新的教风，他们甘于吃苦，乐于奉献，诲人不倦;有好学、好思、好问的学风，他们精神饱满，好学上进，求实创新。有团结友爱、勤学好问的同学。能融入到这样的学习环境中，是我们每一个初一新生的幸运。</w:t>
      </w:r>
      <w:r>
        <w:rPr>
          <w:lang w:eastAsia="zh-CN"/>
        </w:rPr>
        <w:br/>
      </w:r>
      <w:r>
        <w:rPr>
          <w:lang w:eastAsia="zh-CN"/>
        </w:rPr>
        <w:t>　　激动，是因为来到这个新的集体里，这里，承载了老师的汗水，家长的期望，还有&amp;&amp;我们的梦想。值此教师节即将来临之际，我代表所有初一新生向我们辛勤的园丁道一声：老师，您们辛苦了!同时，我还要代表所有初一新生，向老师，向高年级的同学们郑重地表个态：</w:t>
      </w:r>
      <w:r>
        <w:rPr>
          <w:lang w:eastAsia="zh-CN"/>
        </w:rPr>
        <w:br/>
      </w:r>
      <w:r>
        <w:rPr>
          <w:lang w:eastAsia="zh-CN"/>
        </w:rPr>
        <w:t>　　第一，作为一名新时代的中学生，我们会以《中学生行为规范》、《中学生守则》严格要求自己，不做任何有损中学生形象的事情。</w:t>
      </w:r>
      <w:r>
        <w:rPr>
          <w:lang w:eastAsia="zh-CN"/>
        </w:rPr>
        <w:br/>
      </w:r>
      <w:r>
        <w:rPr>
          <w:lang w:eastAsia="zh-CN"/>
        </w:rPr>
        <w:t>　　第二，热爱祖国，树立远大理想和正确的人生观，自觉抵制不良思想的侵袭。诚实守信，尊敬老师，礼貌待人，勤奋学习，上课专心听讲，勤于思考，勤劳俭朴，孝敬父母，关心集体，爱护公物，学做品德高尚的人。</w:t>
      </w:r>
      <w:r>
        <w:rPr>
          <w:lang w:eastAsia="zh-CN"/>
        </w:rPr>
        <w:br/>
      </w:r>
      <w:r>
        <w:rPr>
          <w:lang w:eastAsia="zh-CN"/>
        </w:rPr>
        <w:t>　　第三，坚持体育锻炼，讲究卫生，正确对待困难与挫折，保持身心健康。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第四，我们还要多读书，读好书，在书籍中汲取营养，在知识的海洋里遨游。 第五，作为中学生还要自强自立，我们不能象小学生那样，事事要父母操心，养成自理的能力。</w:t>
      </w:r>
      <w:r>
        <w:rPr>
          <w:lang w:eastAsia="zh-CN"/>
        </w:rPr>
        <w:br/>
      </w:r>
      <w:r>
        <w:rPr>
          <w:lang w:eastAsia="zh-CN"/>
        </w:rPr>
        <w:t>　　同学们，知识在于积累，天才在于勤奋。我们清楚地知道：学习是取得成功的基础，只有青少年时期努力学习，积累丰富的知识，才能为将来的成功打下坚实的基础。实践是取得成功的源泉。在掌握知识的基础上，我们还必须到生活中去汲取养料。奋斗是取得成功的关键。只有不断奋斗，努力进取，才能使学习和实践的成果得以充分展示。在这一点上，我们要向初二初三的大哥哥大姐姐们学习，学习他们刻苦钻研奋力拼搏的精神。</w:t>
      </w:r>
      <w:r>
        <w:rPr>
          <w:lang w:eastAsia="zh-CN"/>
        </w:rPr>
        <w:br/>
      </w:r>
      <w:r>
        <w:rPr>
          <w:lang w:eastAsia="zh-CN"/>
        </w:rPr>
        <w:t>　　我们知道，升入初中，学习任务会变得很艰巨，我们要做好充分的心理准备，我们会用心去学，努力拼搏，保持良好的心态，迎接新的学习生活。爱迪生说过：天才就是百分之一的灵感加上百分之九十九的汗水。如果爱迪生怕吃苦，不勤奋，就不会有电灯，留声机等1000多项伟大的发明;如果牛顿不喜欢思考，懒得动脑筋，就不会有万有引力定律的发现;如果袁隆平没有走遍全国各地，去培育，实验，那杂交水稻到现在也许还只是一纸空文许许多多的例子，向我们证明，只有勤奋努力，才能取得成功。</w:t>
      </w:r>
      <w:r>
        <w:rPr>
          <w:lang w:eastAsia="zh-CN"/>
        </w:rPr>
        <w:br/>
      </w:r>
      <w:r>
        <w:rPr>
          <w:lang w:eastAsia="zh-CN"/>
        </w:rPr>
        <w:t>　　同学们，宝剑锋从磨砺出，梅花香自苦寒来。我们只要付出了，都会有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收获。相信在学校领导的关心下，在老师的辛勤培育下，经过我们不懈的努力，三年后，我们一定会成长为有理想、有道德、有文化、守纪律的合格中学生。</w:t>
      </w:r>
      <w:r>
        <w:rPr>
          <w:lang w:eastAsia="zh-CN"/>
        </w:rPr>
        <w:br/>
      </w:r>
      <w:r>
        <w:rPr>
          <w:lang w:eastAsia="zh-CN"/>
        </w:rPr>
        <w:t>　　我的发言完毕，谢谢大家!</w:t>
      </w:r>
      <w:r>
        <w:rPr>
          <w:lang w:eastAsia="zh-CN"/>
        </w:rPr>
        <w:br/>
      </w:r>
      <w:r>
        <w:rPr>
          <w:lang w:eastAsia="zh-CN"/>
        </w:rPr>
        <w:t xml:space="preserve">    2024开学典礼学生发言稿 篇9 </w:t>
      </w:r>
      <w:r>
        <w:rPr>
          <w:lang w:eastAsia="zh-CN"/>
        </w:rPr>
        <w:br/>
      </w:r>
      <w:r>
        <w:rPr>
          <w:lang w:eastAsia="zh-CN"/>
        </w:rPr>
        <w:t>　　老师们，同学们：</w:t>
      </w:r>
      <w:r>
        <w:rPr>
          <w:lang w:eastAsia="zh-CN"/>
        </w:rPr>
        <w:br/>
      </w:r>
      <w:r>
        <w:rPr>
          <w:lang w:eastAsia="zh-CN"/>
        </w:rPr>
        <w:t>　　带着春节的喜庆，我们迎来了新的学期。此时此刻，回顾奋斗的历程，分享成功的喜悦，我们欢欣鼓舞；展望未来的征程，共担历史的重任，我们信心百倍。在这辞旧迎新的美好时刻，我代表学校党总支和行政向大家拜个晚年，祝大家幸福吉祥！</w:t>
      </w:r>
      <w:r>
        <w:rPr>
          <w:lang w:eastAsia="zh-CN"/>
        </w:rPr>
        <w:br/>
      </w:r>
      <w:r>
        <w:rPr>
          <w:lang w:eastAsia="zh-CN"/>
        </w:rPr>
        <w:t>　　送走极不平凡的兔年，我们迎来充满希望的兔年。过去的一年，全校上下深入贯彻落实科学发展观，带着“天生我材必有用”的理念，坚持走成功发展之路，各项工作呈现良好态势，规划确定的目标任务全面完成。通过的发展，我们不仅取得了超出预期的发展成果，创造了学校发展的又一个黄金期，而且积累了在复杂困难局面中推进又好又快发展的新经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当前，我们正处于两个五年规划承前启后、继往开来的时空交替点上。学校初步确立了“十二五”发展的奋斗目标和主要任务，为我们展示了未来五年的宏伟蓝图。我们一定要充分调动一切积极因素，广泛凝聚各方面智慧和力量，紧紧围绕推动科学发展、建设美好学校这个主题，切实抓住加快发展这条主线，走立足园区区位优势，着力培养地方建设人才的特色发展之路。实施“立足五大园区，瞄准十大产业，实现三个结合，建立六大专业基地，打造双师型教师，培养多面手学生”可持续发展战略，巩固和扩大过去所取得的成果，促进学校平稳发展和和谐稳定，在发展道路上铸造新的辉煌。</w:t>
      </w:r>
      <w:r>
        <w:rPr>
          <w:lang w:eastAsia="zh-CN"/>
        </w:rPr>
        <w:br/>
      </w:r>
      <w:r>
        <w:rPr>
          <w:lang w:eastAsia="zh-CN"/>
        </w:rPr>
        <w:t>　　老师们，同学们，江宁中专不断前行和发展，是我们的共同愿望，也是我们的共同使命、共同责任。让我们团结一致，凝心聚力，锐意进取，扎实工作，在新的起点上开创江宁中专科学发展和各项工作新局面，以优异成绩迎接中国共产党成立__周年！祝大家新春愉快，万事如意！</w:t>
      </w:r>
      <w:r>
        <w:rPr>
          <w:lang w:eastAsia="zh-CN"/>
        </w:rPr>
        <w:br/>
      </w:r>
      <w:r>
        <w:rPr>
          <w:lang w:eastAsia="zh-CN"/>
        </w:rPr>
        <w:t xml:space="preserve">    2024开学典礼学生发言稿 篇10 </w:t>
      </w:r>
      <w:r>
        <w:rPr>
          <w:lang w:eastAsia="zh-CN"/>
        </w:rPr>
        <w:br/>
      </w:r>
      <w:r>
        <w:rPr>
          <w:lang w:eastAsia="zh-CN"/>
        </w:rPr>
        <w:t>　　尊敬的领导、老师、亲爱的同学们：</w:t>
      </w:r>
      <w:r>
        <w:rPr>
          <w:lang w:eastAsia="zh-CN"/>
        </w:rPr>
        <w:br/>
      </w:r>
      <w:r>
        <w:rPr>
          <w:lang w:eastAsia="zh-CN"/>
        </w:rPr>
        <w:t>　　大家晚上好！我是__学院的，在_大学读书。在阳光明媚的金秋时节，在_学院生机勃勃的校园里，我们迎来了新的开始。今天站在这里代表_级本科班全体同学发言，我感到非常荣幸！</w:t>
      </w:r>
      <w:r>
        <w:rPr>
          <w:lang w:eastAsia="zh-CN"/>
        </w:rPr>
        <w:br/>
      </w:r>
      <w:r>
        <w:rPr>
          <w:lang w:eastAsia="zh-CN"/>
        </w:rPr>
        <w:t>　　首先感谢学校领导给了我们一个宝贵的继续深造的机会，感谢_教育机构给了我们这个平台。为了我们在未来激烈的社会竞争中不落后于人，学校领导会防患于未然，与_大学、_农业大学、_师范大学、_大学、_大学以及专业自考培训机构_教育机构合作，让我们重温本科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今天，我非常兴奋和高兴地与你分享我的感受和想法。十几年后。学完之后来到_学院，这里学习氛围浓厚，校园文化丰富多彩。现在，它给我们提供了一个深造的机会——“自学考试”。面对如此难得的学习机会，我们会努力学习，努力工作，不断提高自己的知识水平和文化素养。在学好专科全部课程的前提下，学好本科，全面提高自身素质，让我们的大学生活更加充实。学生，科技进步永无止境；知识日新月异。只有不断学习，才能与时俱进，无愧于历史使命。我们应该努力成为一名合格的大学生，并随时准备将我们的青春奉献给社会！</w:t>
      </w:r>
      <w:r>
        <w:rPr>
          <w:lang w:eastAsia="zh-CN"/>
        </w:rPr>
        <w:br/>
      </w:r>
      <w:r>
        <w:rPr>
          <w:lang w:eastAsia="zh-CN"/>
        </w:rPr>
        <w:t>　　人要学会自尊、自爱、自强。我始终相信自尊是靠自己努力的，我始终相信人要学会自强不息。我们很幸福很幸运，因为我们有这么好的机会，一定要珍惜！也许，我们会面临更多的挑战，时间会更紧张，压力会增加。但我们坚信：“没有风雨，很难看到彩虹！谁也不能随随便便成功。”经过两年的努力，甜美的果实会远远大于我们现在的努力，这才是我们要坚持不懈追求的。</w:t>
      </w:r>
      <w:r>
        <w:rPr>
          <w:lang w:eastAsia="zh-CN"/>
        </w:rPr>
        <w:br/>
      </w:r>
      <w:r>
        <w:rPr>
          <w:lang w:eastAsia="zh-CN"/>
        </w:rPr>
        <w:t>　　同学们，生活并不顺利。让我们恪守“实事求是，知识赋予事物”的校训；让我们表现出“生而有用”的自信；表现出“把我浑浊的帆竖起来，跨过深深的大海”的勇气；拿出“吹黄沙捡黄金”的毅力；来迎接大学的风雨洗礼吧！让我们从今天开始，从现在开始，为国家的未来而奋斗！</w:t>
      </w:r>
      <w:r>
        <w:rPr>
          <w:lang w:eastAsia="zh-CN"/>
        </w:rPr>
        <w:br/>
      </w:r>
      <w:r>
        <w:rPr>
          <w:lang w:eastAsia="zh-CN"/>
        </w:rPr>
        <w:t>　　我们承诺：我们将抓住机遇，全力以赴，努力为我们的青春增添新的风采！</w:t>
      </w:r>
      <w:r>
        <w:rPr>
          <w:lang w:eastAsia="zh-CN"/>
        </w:rPr>
        <w:br/>
      </w:r>
      <w:r>
        <w:rPr>
          <w:lang w:eastAsia="zh-CN"/>
        </w:rPr>
        <w:t>　　最后祝你身体健康，学业有成！我演讲完了，谢谢！</w:t>
      </w:r>
      <w:r>
        <w:rPr>
          <w:lang w:eastAsia="zh-CN"/>
        </w:rPr>
        <w:br/>
      </w:r>
      <w:r>
        <w:rPr>
          <w:lang w:eastAsia="zh-CN"/>
        </w:rPr>
        <w:t xml:space="preserve">    2024开学典礼学生发言稿 篇11 </w:t>
      </w:r>
      <w:r>
        <w:rPr>
          <w:lang w:eastAsia="zh-CN"/>
        </w:rPr>
        <w:br/>
      </w:r>
      <w:r>
        <w:rPr>
          <w:lang w:eastAsia="zh-CN"/>
        </w:rPr>
        <w:t>　　大家好!经过了一个平安、愉快的暑假，我们满怀着希望迎来了新的学期。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回顾上个学期，我们播种过希望、我们曾有过收获，但是也有些遗憾、或有些失落。怎样发扬成绩，弥补过去的不足?这是摆在我们每位同学面前并且需要用实际行动来回答的又一个问题。</w:t>
      </w:r>
      <w:r>
        <w:rPr>
          <w:lang w:eastAsia="zh-CN"/>
        </w:rPr>
        <w:br/>
      </w:r>
      <w:r>
        <w:rPr>
          <w:lang w:eastAsia="zh-CN"/>
        </w:rPr>
        <w:t>　　新的学期开启新的希望,新的空白承载新的梦想。为了让我们的梦想能成为现实，在这里，我代表五年一班全体同学给同学们提几点希望和要求：</w:t>
      </w:r>
      <w:r>
        <w:rPr>
          <w:lang w:eastAsia="zh-CN"/>
        </w:rPr>
        <w:br/>
      </w:r>
      <w:r>
        <w:rPr>
          <w:lang w:eastAsia="zh-CN"/>
        </w:rPr>
        <w:t>　　1、在行为礼仪方面，要严格按照《小学生日常行为规范》来要求自己，认真学习《弟子规》做好一周一行争做文明向上的好学生。把尊师爱校、团结同学真正落实到行动中。</w:t>
      </w:r>
      <w:r>
        <w:rPr>
          <w:lang w:eastAsia="zh-CN"/>
        </w:rPr>
        <w:br/>
      </w:r>
      <w:r>
        <w:rPr>
          <w:lang w:eastAsia="zh-CN"/>
        </w:rPr>
        <w:t>　　2、在安全与纪律方面，一定要按学校的要求办，听从老师及管理人员指挥，上楼下楼、出操、课间活动都要把安全放在第一位，绝不开展危险性游戏。</w:t>
      </w:r>
      <w:r>
        <w:rPr>
          <w:lang w:eastAsia="zh-CN"/>
        </w:rPr>
        <w:br/>
      </w:r>
      <w:r>
        <w:rPr>
          <w:lang w:eastAsia="zh-CN"/>
        </w:rPr>
        <w:t>　　3、在学习方面，人人都要弄清一个小学生的主要任务是什么，认真改掉学习中的一些不良习惯，不浪费课堂上的一分一秒，发扬刻苦钻研精神，在同学中开展比学赶帮活动，人人订出学习目标并向自己理想的目标奋斗。在这里要特别提醒我们那些在学习中有一定困难,以前留下了遗憾的同学，你们更要吸取教训，加倍努力，力争缩小与其他同学在学习效果上的差距。</w:t>
      </w:r>
      <w:r>
        <w:rPr>
          <w:lang w:eastAsia="zh-CN"/>
        </w:rPr>
        <w:br/>
      </w:r>
      <w:r>
        <w:rPr>
          <w:lang w:eastAsia="zh-CN"/>
        </w:rPr>
        <w:t>　　让我们在新的学期里发扬互帮互助、积极主动、探索创新的精神，取得各自满意的成绩。共同畅想八浪小学美好的明天!</w:t>
      </w:r>
      <w:r>
        <w:rPr>
          <w:lang w:eastAsia="zh-CN"/>
        </w:rPr>
        <w:br/>
      </w:r>
      <w:r>
        <w:rPr>
          <w:lang w:eastAsia="zh-CN"/>
        </w:rPr>
        <w:t xml:space="preserve">    2024开学典礼学生发言稿 篇12 </w:t>
      </w:r>
      <w:r>
        <w:rPr>
          <w:lang w:eastAsia="zh-CN"/>
        </w:rPr>
        <w:br/>
      </w:r>
      <w:r>
        <w:rPr>
          <w:lang w:eastAsia="zh-CN"/>
        </w:rPr>
        <w:t>　　敬爱的老师，亲爱的大哥哥、大姐姐:</w:t>
      </w:r>
      <w:r>
        <w:rPr>
          <w:lang w:eastAsia="zh-CN"/>
        </w:rPr>
        <w:br/>
      </w:r>
      <w:r>
        <w:rPr>
          <w:lang w:eastAsia="zh-CN"/>
        </w:rPr>
        <w:t>　　你们好!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在这春暖花开的日子里,我们又回到了美丽的实小。 我的心里是多么高兴啊!特别是今天，我们又迎来了新学期的开学典礼。看到了老师们亲切的笑脸，听到了小朋友们甜甜的话语.....一切都是多么的熟悉啊!怎不叫人喜笑颜开呢?</w:t>
      </w:r>
      <w:r>
        <w:rPr>
          <w:lang w:eastAsia="zh-CN"/>
        </w:rPr>
        <w:br/>
      </w:r>
      <w:r>
        <w:rPr>
          <w:lang w:eastAsia="zh-CN"/>
        </w:rPr>
        <w:t>　　今天我真高兴，站在这个讲台上，我想代表一年级所有的小朋友们对老师们说：在新的学期里我会更加认真学习，上课认真听讲，按时完成作业，做听话的好孩子!</w:t>
      </w:r>
      <w:r>
        <w:rPr>
          <w:lang w:eastAsia="zh-CN"/>
        </w:rPr>
        <w:br/>
      </w:r>
      <w:r>
        <w:rPr>
          <w:lang w:eastAsia="zh-CN"/>
        </w:rPr>
        <w:t>　　对大哥哥大姐姐们说：我要以你们为榜样，和你们一起健康成长!</w:t>
      </w:r>
      <w:r>
        <w:rPr>
          <w:lang w:eastAsia="zh-CN"/>
        </w:rPr>
        <w:br/>
      </w:r>
      <w:r>
        <w:rPr>
          <w:lang w:eastAsia="zh-CN"/>
        </w:rPr>
        <w:t>　　最后祝老师们身体健康!工作顺利!祝大哥哥大姐姐们学习愉快!</w:t>
      </w:r>
      <w:r>
        <w:rPr>
          <w:lang w:eastAsia="zh-CN"/>
        </w:rPr>
        <w:br/>
      </w:r>
      <w:r>
        <w:rPr>
          <w:lang w:eastAsia="zh-CN"/>
        </w:rPr>
        <w:t>　　谢谢大家!</w:t>
      </w:r>
      <w:r>
        <w:rPr>
          <w:lang w:eastAsia="zh-CN"/>
        </w:rPr>
        <w:br/>
      </w:r>
      <w:r>
        <w:rPr>
          <w:lang w:eastAsia="zh-CN"/>
        </w:rPr>
        <w:t xml:space="preserve">    2024开学典礼学生发言稿 篇13 </w:t>
      </w:r>
      <w:r>
        <w:rPr>
          <w:lang w:eastAsia="zh-CN"/>
        </w:rPr>
        <w:br/>
      </w:r>
      <w:r>
        <w:rPr>
          <w:lang w:eastAsia="zh-CN"/>
        </w:rPr>
        <w:t>　　尊敬的各位领导、各位老师，亲爱的同学们：</w:t>
      </w:r>
      <w:r>
        <w:rPr>
          <w:lang w:eastAsia="zh-CN"/>
        </w:rPr>
        <w:br/>
      </w:r>
      <w:r>
        <w:rPr>
          <w:lang w:eastAsia="zh-CN"/>
        </w:rPr>
        <w:t>　　大家好!</w:t>
      </w:r>
      <w:r>
        <w:rPr>
          <w:lang w:eastAsia="zh-CN"/>
        </w:rPr>
        <w:br/>
      </w:r>
      <w:r>
        <w:rPr>
          <w:lang w:eastAsia="zh-CN"/>
        </w:rPr>
        <w:t>　　很荣幸，我今天能够代表全体教师在这里发言。一起庆祝__中学今秋的开学。</w:t>
      </w:r>
      <w:r>
        <w:rPr>
          <w:lang w:eastAsia="zh-CN"/>
        </w:rPr>
        <w:br/>
      </w:r>
      <w:r>
        <w:rPr>
          <w:lang w:eastAsia="zh-CN"/>
        </w:rPr>
        <w:t>　　九月，对于学校，对于教师，是个激动人心的季节，因为它是个收获的季节。我为今年我校的毕业生在高考和中考中取得的优异成绩感到骄傲，是他们为母校争添了光彩，赢得了荣誉。这成绩来之不易，它是全校师生领导、教职员工共同努力的结晶，但是成绩又只能属于过去，未来要靠我们大家一起继续努力奋斗拼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新学期的开始，意味着新的希望、新的憧憬和新的征程。作为教师，在新学期里，我们依然会本着对学生负责的宗旨，以敬业务实的工作精神开拓进取;立足于讲台，向课堂教学要效率、要质量，奏响大面积提高教学质量的凯歌!用新鲜的活水浇灌求知的心灵，用灵动的智慧音符去弹奏学生的心灵之乐，用和煦的道德微风去抚慰学生稚嫩的灵魂!力争在新的学期里取得更大的成绩。学生的内心世界就像一张纯洁的白纸，让我们用爱和智慧描绘一幅幅多姿多彩的图画，谱写出一曲曲美妙的乐章;让我们用生命之火点燃孩子们理想的明灯。虽然我们的名字不会名垂千古，流芳百世，但我们会骄傲地说：我们的青春和生命将在一批又一批学生身上得到延续和永生!人间春色本无价，笔底耕耘总有情，只要从内心深处充满了对教育事业的无限忠诚和热爱，就能实现我们中国人高素质、高修养的宏伟目标。</w:t>
      </w:r>
      <w:r>
        <w:rPr>
          <w:lang w:eastAsia="zh-CN"/>
        </w:rPr>
        <w:br/>
      </w:r>
      <w:r>
        <w:rPr>
          <w:lang w:eastAsia="zh-CN"/>
        </w:rPr>
        <w:t>　　作为教师，我们早已做好准备，我们愿倾我们所有，全力以赴。因为选择了这个职业，就注定我们的梦想荣誉都与你们连在了一起，你们是幸福的，我们就是快乐的;你们是进步的，我们就是欣慰的;你们是成功的，我们才是优秀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借此机会，对同学们提出几点希望：高三、初三年级的同学们，你们是__中学新的希望，社会、学校、家长对你们寄以很高的期望，希望你们不负众望，从我做起，从现在做起，争分夺秒，刻苦学习，勇于拼搏，运用恰当的学习方法，认真地把握好每一天，从各个方面为学弟学妹作出表率，为母校争光添彩;高二、初二年级的同学们，你们肩负着承上启下的重任，希望你们再接再厉，努力拼搏，为明年的学习打好厚实的基础，争取在各项常规工作中做好榜样，一年更比一年好!高一、初一新生们，你们是育才的新鲜血液，希望你们尽快适应新的环境，在平时努力做到：学会做人，学会做事，学会生活，学会学习，学会合作。</w:t>
      </w:r>
      <w:r>
        <w:rPr>
          <w:lang w:eastAsia="zh-CN"/>
        </w:rPr>
        <w:br/>
      </w:r>
      <w:r>
        <w:rPr>
          <w:lang w:eastAsia="zh-CN"/>
        </w:rPr>
        <w:t>　　良好的开端是成功的一半。一个好的开始，就意味着同学们应该树立起一个远大的理想，就像一棵树，正是有了对阳光的渴望，它才可能直插云霄;就像一只鹰，正是有了对蓝天的向往，它才可能遨游天际。所以，只有有理想的人生才是积极的人生，才能飞得更高，才能飞得更远，才能真正体会到会当凌绝顶，一览众山小的境界。</w:t>
      </w:r>
      <w:r>
        <w:rPr>
          <w:lang w:eastAsia="zh-CN"/>
        </w:rPr>
        <w:br/>
      </w:r>
      <w:r>
        <w:rPr>
          <w:lang w:eastAsia="zh-CN"/>
        </w:rPr>
        <w:t>　　人生非坦途。同学们应该有充分的心理准备，学习中一定会有很多困难。所以，拿出你天生我材必有用的信心，拿出你吹尽黄沙始到金的毅力，拿出你直挂云帆济沧海的勇气，去迎接人生风雨的洗礼，毕竟只有经历风雨，我们才可能见到美丽的彩虹。</w:t>
      </w:r>
      <w:r>
        <w:rPr>
          <w:lang w:eastAsia="zh-CN"/>
        </w:rPr>
        <w:br/>
      </w:r>
      <w:r>
        <w:rPr>
          <w:lang w:eastAsia="zh-CN"/>
        </w:rPr>
        <w:t>　　新的学期又开始了，在我们每个人的面前都摊开了一张新白纸，那么我们将如何在这张白纸上画出人生的又一幅精彩的画卷呢?同学们，选择了勤勉和奋斗，也就选择了希望与收获;选择了纪律与约束，也就选择了理智与自由;选择了痛苦与艰难，也就选择了练达与成熟;选择了拼搏与超越，也就选择了成功与辉煌!那么就请用我们的勤奋和汗水，用我们的智慧和热情，抓住这宝贵的今天，师生团结一心，努力在今朝，去创造美好的明天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最后深深地祝福__中学的全体师生，在新的学期里工作顺利、学习进步，祝福我们的__中学越办越辉煌!</w:t>
      </w:r>
      <w:r>
        <w:rPr>
          <w:lang w:eastAsia="zh-CN"/>
        </w:rPr>
        <w:br/>
      </w:r>
      <w:r>
        <w:rPr>
          <w:lang w:eastAsia="zh-CN"/>
        </w:rPr>
        <w:t xml:space="preserve">    2024开学典礼学生发言稿 篇14 </w:t>
      </w:r>
      <w:r>
        <w:rPr>
          <w:lang w:eastAsia="zh-CN"/>
        </w:rPr>
        <w:br/>
      </w:r>
      <w:r>
        <w:rPr>
          <w:lang w:eastAsia="zh-CN"/>
        </w:rPr>
        <w:t>　　大家好! 踏着九月的金色阳光，我们迈进了__中学的大门。</w:t>
      </w:r>
      <w:r>
        <w:rPr>
          <w:lang w:eastAsia="zh-CN"/>
        </w:rPr>
        <w:br/>
      </w:r>
      <w:r>
        <w:rPr>
          <w:lang w:eastAsia="zh-CN"/>
        </w:rPr>
        <w:t>　　成了要中的初一新生，我们倍感自豪。我是一名来自初一(1)班的学生， 今天，我有幸代表_届初一新生在这发言，心里更是无比激动。值此第_个教师节即将来临之际，我谨代表所有学生向我们辛勤的园丁道一声：老师，您辛苦了! 我们要中校园虽然不大，但这里有办规范加特色学校，铸胜任加特性教师，育合格加特长学生的先进办学理念;有立志、立德、立业的校风;有求真、求实、求新的教风，他们甘于吃苦，乐于奉献，诲人不倦;有好学、好思、好问的学风，他们精神饱满，好学上进，求实创新。能融入到这样的学习环境中，是我们每一个初一新生的幸运。</w:t>
      </w:r>
      <w:r>
        <w:rPr>
          <w:lang w:eastAsia="zh-CN"/>
        </w:rPr>
        <w:br/>
      </w:r>
      <w:r>
        <w:rPr>
          <w:lang w:eastAsia="zh-CN"/>
        </w:rPr>
        <w:t>　　这里，绿色的校园是那么的吸引人，五彩缤纷的花坛，绿草如茵的操场，似乎都在向我们招手。在明亮的教室中，与可亲的同学一直学习，知识的大门向我们敞开。 __中学是我们同学快乐的大家园，国有国法，校有校规。作为一名新时代的中学生，我们要养成良好的道德行为习惯，为此我们必须认真学习《中学生日常行为规范》，要从规范日常行为做起，用规范来指导自己的言行，热爱祖国，树立远大理想，正确的人生观，自觉抵制不良思想的侵袭，不接触不健康、低级趣味的东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学做品德高尚的人，诚实守信，尊敬老师，礼貌待人，遵规守纪，勤奋学习，按时到校，不迟到、不早退、不旷课，上课专心听讲，勤于思考，勤劳俭朴，孝敬父母，严于律己，遵守公德，关心集体，爱护公物，坚持体育锻炼，讲究卫生，积极参加学校组织的活动，正确对待困难与挫折，保持心理健康。</w:t>
      </w:r>
      <w:r>
        <w:rPr>
          <w:lang w:eastAsia="zh-CN"/>
        </w:rPr>
        <w:br/>
      </w:r>
      <w:r>
        <w:rPr>
          <w:lang w:eastAsia="zh-CN"/>
        </w:rPr>
        <w:t>　　作为中学生还要自强自立，我们不能象小学生那样，事事要父母操心，我们应当自己来管好自己的生活，我们还要多读书，读好书，拓宽自己的知识面，去欣赏优秀的书籍，在书海中遨游。 同学们，知识在于积累，天才在于勤奋。我们清楚地知道：学习是取得成功的基础，只有青少年时期努力学习，积累丰富的知识，才能为将来的成功打下坚实的基础。实践是取得成功的源泉。在掌握知识的基础上，我们还必须到生活中去汲取养料。奋斗是取得成功的关键。只有不断奋斗，努力进取，才能使学习和实践的成果得以充分展示。</w:t>
      </w:r>
      <w:r>
        <w:rPr>
          <w:lang w:eastAsia="zh-CN"/>
        </w:rPr>
        <w:br/>
      </w:r>
      <w:r>
        <w:rPr>
          <w:lang w:eastAsia="zh-CN"/>
        </w:rPr>
        <w:t>　　在这一点上，我们要向初三的大哥哥大姐姐们学习，学习他们刻苦钻研奋力拼搏的精神。 同学们，宝剑锋从磨砺出，梅花香自苦寒来。我们只要付出了，都会有收获。相信在学校领导的关心下，在老师的辛勤培育下，经过我们不懈的努力，三年后，我们一定会成长为有理想，有道理，有文化，守纪律的合格中学生，给社会，给学校，给家庭一份合格的答卷。</w:t>
      </w:r>
      <w:r>
        <w:rPr>
          <w:lang w:eastAsia="zh-CN"/>
        </w:rPr>
        <w:br/>
      </w:r>
      <w:r>
        <w:rPr>
          <w:lang w:eastAsia="zh-CN"/>
        </w:rPr>
        <w:t xml:space="preserve">    2024开学典礼学生发言稿 篇15 </w:t>
      </w:r>
      <w:r>
        <w:rPr>
          <w:lang w:eastAsia="zh-CN"/>
        </w:rPr>
        <w:br/>
      </w:r>
      <w:r>
        <w:rPr>
          <w:lang w:eastAsia="zh-CN"/>
        </w:rPr>
        <w:t>　　尊敬的学校领导、老师，亲爱的同学们：</w:t>
      </w:r>
      <w:r>
        <w:rPr>
          <w:lang w:eastAsia="zh-CN"/>
        </w:rPr>
        <w:br/>
      </w:r>
      <w:r>
        <w:rPr>
          <w:lang w:eastAsia="zh-CN"/>
        </w:rPr>
        <w:t>　　你们好！我是__学校小学部六（3）班学生袁_。今天我作为学部20__年秋季学期插班生代表在这里发言，我异常高兴！</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展开稚嫩的翅膀，离开父母双亲温暖的怀抱，来到__学校这个和谐融洽的大家庭里学习生活，我倍感温馨快乐！</w:t>
      </w:r>
      <w:r>
        <w:rPr>
          <w:lang w:eastAsia="zh-CN"/>
        </w:rPr>
        <w:br/>
      </w:r>
      <w:r>
        <w:rPr>
          <w:lang w:eastAsia="zh-CN"/>
        </w:rPr>
        <w:t>　　校园环境优美，绿树成荫；老师们，在学习上对我们细心讲解、耐心辅导，生活中细致入微，关怀备至；同学之间，学习上比高低、争上下，合作学习、互动交流，学在其中，乐在其里；生活中，同起居、共饮食，相互嬉戏，彼此玩耍，亲如姐妹，胜似兄弟……</w:t>
      </w:r>
      <w:r>
        <w:rPr>
          <w:lang w:eastAsia="zh-CN"/>
        </w:rPr>
        <w:br/>
      </w:r>
      <w:r>
        <w:rPr>
          <w:lang w:eastAsia="zh-CN"/>
        </w:rPr>
        <w:t>　　“我行，我能行，我一定能行”，每日清晨，铿锵有力、势如破竹的学部誓词声总会从我们口中喷薄而出，我们喊出的不仅仅是雄壮有力的口号，更是我们决心坚定、意志顽强的展现。是的，我们是__学校最优秀的学生，我们是父母的希望，更是祖国的未来，民族的前途……</w:t>
      </w:r>
      <w:r>
        <w:rPr>
          <w:lang w:eastAsia="zh-CN"/>
        </w:rPr>
        <w:br/>
      </w:r>
      <w:r>
        <w:rPr>
          <w:lang w:eastAsia="zh-CN"/>
        </w:rPr>
        <w:t>　　我决心：学习上专心听讲，认真完成每一次作业，仔细做好每一张试卷，力争考好每一次！生活中，不挑食、不厌食、不攀比、团结同学、与人为善，生活学习、行为习惯严守学部一日常规。</w:t>
      </w:r>
      <w:r>
        <w:rPr>
          <w:lang w:eastAsia="zh-CN"/>
        </w:rPr>
        <w:br/>
      </w:r>
      <w:r>
        <w:rPr>
          <w:lang w:eastAsia="zh-CN"/>
        </w:rPr>
        <w:t>　　老师们！同学们！我是今年秋季来到__学校的插班生。我将在__学校这片新的天地里虚心地向老师求教、向同学学习。新的学校、新的学期、新的起点，我将倍加努力，用勤奋的汗水浇灌成长的每一步！</w:t>
      </w:r>
      <w:r>
        <w:rPr>
          <w:lang w:eastAsia="zh-CN"/>
        </w:rPr>
        <w:br/>
      </w:r>
      <w:r>
        <w:rPr>
          <w:lang w:eastAsia="zh-CN"/>
        </w:rPr>
        <w:t>　　同学们，让我们沐浴着金秋的阳光，踏着青春的步伐！以新的'起点走好人生的每一步；以新的面貌迎接每一个新的开始！</w:t>
      </w:r>
      <w:r>
        <w:rPr>
          <w:lang w:eastAsia="zh-CN"/>
        </w:rPr>
        <w:br/>
      </w:r>
      <w:r>
        <w:rPr>
          <w:lang w:eastAsia="zh-CN"/>
        </w:rPr>
        <w:t>　　谢谢大家！</w:t>
      </w:r>
      <w:r>
        <w:rPr>
          <w:lang w:eastAsia="zh-CN"/>
        </w:rPr>
        <w:br/>
      </w:r>
      <w:r>
        <w:rPr>
          <w:lang w:eastAsia="zh-CN"/>
        </w:rPr>
        <w:t xml:space="preserve">    2024开学典礼学生发言稿 篇16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尊敬的学校、老师们，亲爱的同学们：</w:t>
      </w:r>
      <w:r>
        <w:rPr>
          <w:lang w:eastAsia="zh-CN"/>
        </w:rPr>
        <w:br/>
      </w:r>
      <w:r>
        <w:rPr>
          <w:lang w:eastAsia="zh-CN"/>
        </w:rPr>
        <w:t>　　大家下午好！</w:t>
      </w:r>
      <w:r>
        <w:rPr>
          <w:lang w:eastAsia="zh-CN"/>
        </w:rPr>
        <w:br/>
      </w:r>
      <w:r>
        <w:rPr>
          <w:lang w:eastAsia="zh-CN"/>
        </w:rPr>
        <w:t>　　我是五年级二班的陈。首先，请允许我代表保升小学的全体同学对辛勤工作的老师们致以衷心的感谢和祝福，祝老师们工作顺利，身体健康，万事如意！</w:t>
      </w:r>
      <w:r>
        <w:rPr>
          <w:lang w:eastAsia="zh-CN"/>
        </w:rPr>
        <w:br/>
      </w:r>
      <w:r>
        <w:rPr>
          <w:lang w:eastAsia="zh-CN"/>
        </w:rPr>
        <w:t>　　新学期，新气象，在这充满希望的春天里，我们要以全新的面貌投入到学习生活中：我们要规范自己的行为，做到校内、校外不乱扔；用餐排队，讲秩序；爱护环境，讲卫生，坚决不使用一次性饭盒，反对铺张浪费，节约每一粒粮食；我们要尊敬师长，见到老师问声好；团结同学，互帮助，做品德高尚的人；我们要树立远大的理想，树立新的学习目标，端正学习态度，鞭策自己的学习，抢抓时间，掌握学习技能；新学期，我们要多读书，读好书，拓宽自己的知识面，去欣赏优秀的书籍，在书海中遨游，使自己更加优秀。听老师的教导，让老师少但心，做表里如一的孩子。</w:t>
      </w:r>
      <w:r>
        <w:rPr>
          <w:lang w:eastAsia="zh-CN"/>
        </w:rPr>
        <w:br/>
      </w:r>
      <w:r>
        <w:rPr>
          <w:lang w:eastAsia="zh-CN"/>
        </w:rPr>
        <w:t>　　当看到五星红旗冉冉升起，雄壮的国歌响彻校园，鲜红的领巾飘扬在胸前，我们的心情无比激动。我们时刻铭记，红领巾是旗、国旗、团旗、队旗的一角；要多方面发展，做一名合格的小学生。时刻提醒自己是保升小学大家庭中的一员，做一名自信、自强的好学生。</w:t>
      </w:r>
      <w:r>
        <w:rPr>
          <w:lang w:eastAsia="zh-CN"/>
        </w:rPr>
        <w:br/>
      </w:r>
    </w:p>
    <w:p w:rsidR="001B1F19" w14:textId="27C3F48A">
      <w:pPr>
        <w:rPr>
          <w:rFonts w:hint="eastAsia"/>
          <w:lang w:eastAsia="zh-CN"/>
        </w:rPr>
      </w:pPr>
      <w:r>
        <w:rPr>
          <w:lang w:eastAsia="zh-CN"/>
        </w:rPr>
        <w:t>　　千里之行，始于足下。新学期开学之际，衷心祝愿老师们工作顺利、身体健康；祝全体同学新学期新风貌，新姿态，迎接新挑战！我相信：在学校的正确指引下，在老师的辛勤培育下，我们一定会取得更大的进步。让我们一起努力吧！</w:t>
      </w:r>
      <w:r>
        <w:rPr>
          <w:lang w:eastAsia="zh-CN"/>
        </w:rPr>
        <w:br/>
      </w:r>
      <w:r>
        <w:rPr>
          <w:lang w:eastAsia="zh-CN"/>
        </w:rPr>
        <w:t>　　谢谢大家！</w:t>
      </w:r>
      <w:r>
        <w:rPr>
          <w:lang w:eastAsia="zh-CN"/>
        </w:rPr>
        <w:br/>
      </w:r>
      <w:r>
        <w:rPr>
          <w:lang w:eastAsia="zh-CN"/>
        </w:rPr>
        <w:t xml:space="preserve">    2024开学典礼学生发言稿 篇17 </w:t>
      </w:r>
      <w:r>
        <w:rPr>
          <w:lang w:eastAsia="zh-CN"/>
        </w:rPr>
        <w:br/>
      </w:r>
      <w:r>
        <w:rPr>
          <w:lang w:eastAsia="zh-CN"/>
        </w:rPr>
        <w:t>　　尊敬的学校领导、老师，亲爱的同学们：</w:t>
      </w:r>
      <w:r>
        <w:rPr>
          <w:lang w:eastAsia="zh-CN"/>
        </w:rPr>
        <w:br/>
      </w:r>
      <w:r>
        <w:rPr>
          <w:lang w:eastAsia="zh-CN"/>
        </w:rPr>
        <w:t>　　你们好！</w:t>
      </w:r>
      <w:r>
        <w:rPr>
          <w:lang w:eastAsia="zh-CN"/>
        </w:rPr>
        <w:br/>
      </w:r>
      <w:r>
        <w:rPr>
          <w:lang w:eastAsia="zh-CN"/>
        </w:rPr>
        <w:t>　　从今天开始我们又回到了我们美丽的校园，作为城西小学的学生，我们倍感自豪。今天，我有幸代表全校学生在这发言，心里更是无比激动。</w:t>
      </w:r>
      <w:r>
        <w:rPr>
          <w:lang w:eastAsia="zh-CN"/>
        </w:rPr>
        <w:br/>
      </w:r>
      <w:r>
        <w:rPr>
          <w:lang w:eastAsia="zh-CN"/>
        </w:rPr>
        <w:t>　　我们的校园壮丽整洁，这里有最好的领导，有学识渊博、认真负责的老师，有精神饱满、好学上进、求实创新的学生。能融入到这样的学习环境中，是我们每一个学生的幸运。 我们进了最好的学校，就应该做最好的学生。如何做最好的小学生呢？我想，我们应该做到以下几点：</w:t>
      </w:r>
      <w:r>
        <w:rPr>
          <w:lang w:eastAsia="zh-CN"/>
        </w:rPr>
        <w:br/>
      </w:r>
      <w:r>
        <w:rPr>
          <w:lang w:eastAsia="zh-CN"/>
        </w:rPr>
        <w:t>　　一、认真学习《小学生日常行为规范》，严格执行规范，用规范来指导自己的言行。</w:t>
      </w:r>
      <w:r>
        <w:rPr>
          <w:lang w:eastAsia="zh-CN"/>
        </w:rPr>
        <w:br/>
      </w:r>
      <w:r>
        <w:rPr>
          <w:lang w:eastAsia="zh-CN"/>
        </w:rPr>
        <w:t>　　二、树立远大理想，自觉抵制不良思想的侵袭，不接触不健康、低级趣味的东西，学做品德高尚的人。</w:t>
      </w:r>
      <w:r>
        <w:rPr>
          <w:lang w:eastAsia="zh-CN"/>
        </w:rPr>
        <w:br/>
      </w:r>
      <w:r>
        <w:rPr>
          <w:lang w:eastAsia="zh-CN"/>
        </w:rPr>
        <w:t>　　三、明确学习目的，端正学习态度，认真学好各科文化，在班内形成”比、学、赶、帮、超“的氛围。</w:t>
      </w:r>
      <w:r>
        <w:rPr>
          <w:lang w:eastAsia="zh-CN"/>
        </w:rPr>
        <w:br/>
      </w:r>
      <w:r>
        <w:rPr>
          <w:lang w:eastAsia="zh-CN"/>
        </w:rPr>
        <w:t>　　四、尊敬师长，团结同学。对学习有困难的同学大家要伸出援助之手，多帮助，多关心，以达到共同提高的目的。</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https://d.book118.com/807105044006006043</w:t>
        </w:r>
      </w:hyperlink>
    </w:p>
    <w:p w:rsidR="001B1F19">
      <w:pPr>
        <w:rPr>
          <w:rFonts w:hint="eastAsia"/>
          <w:lang w:eastAsia="zh-CN"/>
        </w:rPr>
      </w:pPr>
    </w:p>
    <w:sectPr>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07105044006006043"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