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14:paraId="7F7A67AA" w14:textId="0AE8485B">
      <w:pPr>
        <w:pStyle w:val="Heading1"/>
        <w:jc w:val="center"/>
        <w:rPr>
          <w:rFonts w:hint="eastAsia"/>
          <w:lang w:eastAsia="zh-CN"/>
        </w:rPr>
      </w:pPr>
      <w:r>
        <w:rPr>
          <w:sz w:val="44"/>
          <w:lang w:eastAsia="zh-CN"/>
        </w:rPr>
        <w:t>有关寒假学习计划模板汇编（32篇）</w:t>
      </w:r>
    </w:p>
    <w:p w:rsidR="001B1F19" w14:paraId="15E7D7A0" w14:textId="27C3F48A"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有关寒假学习计划模板汇编（精选32篇）</w:t>
      </w:r>
      <w:r>
        <w:rPr>
          <w:lang w:eastAsia="zh-CN"/>
        </w:rPr>
        <w:br/>
      </w:r>
      <w:r>
        <w:rPr>
          <w:lang w:eastAsia="zh-CN"/>
        </w:rPr>
        <w:t xml:space="preserve">    有关寒假学习计划模板汇编 篇1 </w:t>
      </w:r>
      <w:r>
        <w:rPr>
          <w:lang w:eastAsia="zh-CN"/>
        </w:rPr>
        <w:br/>
      </w:r>
      <w:r>
        <w:rPr>
          <w:lang w:eastAsia="zh-CN"/>
        </w:rPr>
        <w:t>　　五年级上学期就快要过完了，等把期末考试考完后，就迎来了美好的寒假生活，为了让自己度过一个既快乐又有意义的假期，我特意制定了一个寒假活动计划表，内容如下表:</w:t>
      </w:r>
      <w:r>
        <w:rPr>
          <w:lang w:eastAsia="zh-CN"/>
        </w:rPr>
        <w:br/>
      </w:r>
      <w:r>
        <w:rPr>
          <w:lang w:eastAsia="zh-CN"/>
        </w:rPr>
        <w:t>　　一.按时作息，早上8 :00起床，晚上9：30----10:00之间这个时间睡觉。</w:t>
      </w:r>
      <w:r>
        <w:rPr>
          <w:lang w:eastAsia="zh-CN"/>
        </w:rPr>
        <w:br/>
      </w:r>
      <w:r>
        <w:rPr>
          <w:lang w:eastAsia="zh-CN"/>
        </w:rPr>
        <w:t>　　二.每天上午.下午各用2个小时认真完成各科老师布置的寒假作业，每天至少做五页，尽快完成，然后一条心玩，应接新的一年的到来，快快乐乐过新年!</w:t>
      </w:r>
      <w:r>
        <w:rPr>
          <w:lang w:eastAsia="zh-CN"/>
        </w:rPr>
        <w:br/>
      </w:r>
      <w:r>
        <w:rPr>
          <w:lang w:eastAsia="zh-CN"/>
        </w:rPr>
        <w:t>　　三.坚持每天课外阅读一小时，并且摘抄好词.好句.好段，</w:t>
      </w:r>
      <w:r>
        <w:rPr>
          <w:lang w:eastAsia="zh-CN"/>
        </w:rPr>
        <w:br/>
      </w:r>
      <w:r>
        <w:rPr>
          <w:lang w:eastAsia="zh-CN"/>
        </w:rPr>
        <w:t>　　四.帮助爸爸妈妈做力所能及的事。为家人讲笑话或者小故事，给家里带来笑声和快乐。</w:t>
      </w:r>
      <w:r>
        <w:rPr>
          <w:lang w:eastAsia="zh-CN"/>
        </w:rPr>
        <w:br/>
      </w:r>
      <w:r>
        <w:rPr>
          <w:lang w:eastAsia="zh-CN"/>
        </w:rPr>
        <w:t>　　五.坚持每天在qq空间里写自己的心情。</w:t>
      </w:r>
      <w:r>
        <w:rPr>
          <w:lang w:eastAsia="zh-CN"/>
        </w:rPr>
        <w:br/>
      </w:r>
      <w:r>
        <w:rPr>
          <w:lang w:eastAsia="zh-CN"/>
        </w:rPr>
        <w:t>　　六.坚持每天在网上玩半小时动脑筋的游戏，提高智力。</w:t>
      </w:r>
      <w:r>
        <w:rPr>
          <w:lang w:eastAsia="zh-CN"/>
        </w:rPr>
        <w:br/>
      </w:r>
      <w:r>
        <w:rPr>
          <w:lang w:eastAsia="zh-CN"/>
        </w:rPr>
        <w:t>　　七.坚持每天写一篇日记，记录自己每一天的生活。</w:t>
      </w:r>
      <w:r>
        <w:rPr>
          <w:lang w:eastAsia="zh-CN"/>
        </w:rPr>
        <w:br/>
      </w:r>
      <w:r>
        <w:rPr>
          <w:lang w:eastAsia="zh-CN"/>
        </w:rPr>
        <w:t>　　八.坚持每周写一篇周记，提高习作水平。</w:t>
      </w:r>
      <w:r>
        <w:rPr>
          <w:lang w:eastAsia="zh-CN"/>
        </w:rPr>
        <w:br/>
      </w:r>
      <w:r>
        <w:rPr>
          <w:lang w:eastAsia="zh-CN"/>
        </w:rPr>
        <w:t>　　九.由我当导演和主角，策划一次“家庭春节联欢会”。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>　　十.积极参加体育锻炼和社区的各项活动，注意安全。</w:t>
      </w:r>
      <w:r>
        <w:rPr>
          <w:lang w:eastAsia="zh-CN"/>
        </w:rPr>
        <w:br/>
      </w:r>
      <w:r>
        <w:rPr>
          <w:lang w:eastAsia="zh-CN"/>
        </w:rPr>
        <w:t xml:space="preserve">    有关寒假学习计划模板汇编 篇2 </w:t>
      </w:r>
      <w:r>
        <w:rPr>
          <w:lang w:eastAsia="zh-CN"/>
        </w:rPr>
        <w:br/>
      </w:r>
      <w:r>
        <w:rPr>
          <w:lang w:eastAsia="zh-CN"/>
        </w:rPr>
        <w:t>　　愉快的寒假已经开始了，基于拓宽知识面目的，按时学习生活，做事有规律，度过一个快乐充实有意义的寒假，因此制定一个合理寒假学习计划对初一孩子们是非常有必要。下面为您制定具体计划如下：</w:t>
      </w:r>
      <w:r>
        <w:rPr>
          <w:lang w:eastAsia="zh-CN"/>
        </w:rPr>
        <w:br/>
      </w:r>
      <w:r>
        <w:rPr>
          <w:lang w:eastAsia="zh-CN"/>
        </w:rPr>
        <w:t>　　1、每天必须保证足量学习6小时，内容包括:寒假各科作业、语文阅读、数学练习、英语复习等。</w:t>
      </w:r>
      <w:r>
        <w:rPr>
          <w:lang w:eastAsia="zh-CN"/>
        </w:rPr>
        <w:br/>
      </w:r>
      <w:r>
        <w:rPr>
          <w:lang w:eastAsia="zh-CN"/>
        </w:rPr>
        <w:t>　　2、保证中午一小时的休息时间，下午在家里学习，或者外出进行体育活动</w:t>
      </w:r>
      <w:r>
        <w:rPr>
          <w:lang w:eastAsia="zh-CN"/>
        </w:rPr>
        <w:br/>
      </w:r>
      <w:r>
        <w:rPr>
          <w:lang w:eastAsia="zh-CN"/>
        </w:rPr>
        <w:t>　　3、在复习期间如果遇到不会的问题要标记出来，打电话请教老师或同学，千万不能一概而过。</w:t>
      </w:r>
      <w:r>
        <w:rPr>
          <w:lang w:eastAsia="zh-CN"/>
        </w:rPr>
        <w:br/>
      </w:r>
      <w:r>
        <w:rPr>
          <w:lang w:eastAsia="zh-CN"/>
        </w:rPr>
        <w:t>　　4、以下计划安排适用于没有参加课外补习的学生，如有课外补习，可替换或顺延来执行以下复习计划。</w:t>
      </w:r>
      <w:r>
        <w:rPr>
          <w:lang w:eastAsia="zh-CN"/>
        </w:rPr>
        <w:br/>
      </w:r>
      <w:r>
        <w:rPr>
          <w:lang w:eastAsia="zh-CN"/>
        </w:rPr>
        <w:t>　　以下计划三天循环一次</w:t>
      </w:r>
      <w:r>
        <w:rPr>
          <w:lang w:eastAsia="zh-CN"/>
        </w:rPr>
        <w:br/>
      </w:r>
      <w:r>
        <w:rPr>
          <w:lang w:eastAsia="zh-CN"/>
        </w:rPr>
        <w:t>　　第一天</w:t>
      </w:r>
      <w:r>
        <w:rPr>
          <w:lang w:eastAsia="zh-CN"/>
        </w:rPr>
        <w:br/>
      </w:r>
      <w:r>
        <w:rPr>
          <w:lang w:eastAsia="zh-CN"/>
        </w:rPr>
        <w:t>　　6：45起来跑步。</w:t>
      </w:r>
      <w:r>
        <w:rPr>
          <w:lang w:eastAsia="zh-CN"/>
        </w:rPr>
        <w:br/>
      </w:r>
      <w:r>
        <w:rPr>
          <w:lang w:eastAsia="zh-CN"/>
        </w:rPr>
        <w:t>　　7：20 洗漱完毕</w:t>
      </w:r>
      <w:r>
        <w:rPr>
          <w:lang w:eastAsia="zh-CN"/>
        </w:rPr>
        <w:br/>
      </w:r>
      <w:r>
        <w:rPr>
          <w:lang w:eastAsia="zh-CN"/>
        </w:rPr>
        <w:t>　　7：20吃饭</w:t>
      </w:r>
      <w:r>
        <w:rPr>
          <w:lang w:eastAsia="zh-CN"/>
        </w:rPr>
        <w:br/>
      </w:r>
      <w:r>
        <w:rPr>
          <w:lang w:eastAsia="zh-CN"/>
        </w:rPr>
        <w:t>　　7：45开始写作业</w:t>
      </w:r>
      <w:r>
        <w:rPr>
          <w:lang w:eastAsia="zh-CN"/>
        </w:rPr>
        <w:br/>
      </w:r>
      <w:r>
        <w:rPr>
          <w:lang w:eastAsia="zh-CN"/>
        </w:rPr>
        <w:t>　　9：25—11：25 试卷一份</w:t>
      </w:r>
      <w:r>
        <w:rPr>
          <w:lang w:eastAsia="zh-CN"/>
        </w:rPr>
        <w:br/>
      </w:r>
      <w:r>
        <w:rPr>
          <w:lang w:eastAsia="zh-CN"/>
        </w:rPr>
        <w:t>　　11：25---11：45 看报 ，课外书。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11：45--13：00 吃饭 午休</w:t>
      </w:r>
      <w:r>
        <w:rPr>
          <w:lang w:eastAsia="zh-CN"/>
        </w:rPr>
        <w:br/>
      </w:r>
      <w:r>
        <w:rPr>
          <w:lang w:eastAsia="zh-CN"/>
        </w:rPr>
        <w:t>　　13：10---14：10 语文(词语解释，近义词，反义词，组词，多音字等)</w:t>
      </w:r>
      <w:r>
        <w:rPr>
          <w:lang w:eastAsia="zh-CN"/>
        </w:rPr>
        <w:br/>
      </w:r>
      <w:r>
        <w:rPr>
          <w:lang w:eastAsia="zh-CN"/>
        </w:rPr>
        <w:t>　　14：25--15：25 英语复习</w:t>
      </w:r>
      <w:r>
        <w:rPr>
          <w:lang w:eastAsia="zh-CN"/>
        </w:rPr>
        <w:br/>
      </w:r>
      <w:r>
        <w:rPr>
          <w:lang w:eastAsia="zh-CN"/>
        </w:rPr>
        <w:t>　　15：40—16：40地理</w:t>
      </w:r>
      <w:r>
        <w:rPr>
          <w:lang w:eastAsia="zh-CN"/>
        </w:rPr>
        <w:br/>
      </w:r>
      <w:r>
        <w:rPr>
          <w:lang w:eastAsia="zh-CN"/>
        </w:rPr>
        <w:t>　　16：40---吃晚饭前 自由时间</w:t>
      </w:r>
      <w:r>
        <w:rPr>
          <w:lang w:eastAsia="zh-CN"/>
        </w:rPr>
        <w:br/>
      </w:r>
      <w:r>
        <w:rPr>
          <w:lang w:eastAsia="zh-CN"/>
        </w:rPr>
        <w:t>　　吃完饭后：家长检查作业</w:t>
      </w:r>
      <w:r>
        <w:rPr>
          <w:lang w:eastAsia="zh-CN"/>
        </w:rPr>
        <w:br/>
      </w:r>
      <w:r>
        <w:rPr>
          <w:lang w:eastAsia="zh-CN"/>
        </w:rPr>
        <w:t>　　21：00—21：30 电视，电脑，课外书。</w:t>
      </w:r>
      <w:r>
        <w:rPr>
          <w:lang w:eastAsia="zh-CN"/>
        </w:rPr>
        <w:br/>
      </w:r>
      <w:r>
        <w:rPr>
          <w:lang w:eastAsia="zh-CN"/>
        </w:rPr>
        <w:t>　　21：30 睡觉</w:t>
      </w:r>
      <w:r>
        <w:rPr>
          <w:lang w:eastAsia="zh-CN"/>
        </w:rPr>
        <w:br/>
      </w:r>
      <w:r>
        <w:rPr>
          <w:lang w:eastAsia="zh-CN"/>
        </w:rPr>
        <w:t>　　第二天</w:t>
      </w:r>
      <w:r>
        <w:rPr>
          <w:lang w:eastAsia="zh-CN"/>
        </w:rPr>
        <w:br/>
      </w:r>
      <w:r>
        <w:rPr>
          <w:lang w:eastAsia="zh-CN"/>
        </w:rPr>
        <w:t>　　6：45跑步</w:t>
      </w:r>
      <w:r>
        <w:rPr>
          <w:lang w:eastAsia="zh-CN"/>
        </w:rPr>
        <w:br/>
      </w:r>
      <w:r>
        <w:rPr>
          <w:lang w:eastAsia="zh-CN"/>
        </w:rPr>
        <w:t>　　7：20 洗漱完毕</w:t>
      </w:r>
      <w:r>
        <w:rPr>
          <w:lang w:eastAsia="zh-CN"/>
        </w:rPr>
        <w:br/>
      </w:r>
      <w:r>
        <w:rPr>
          <w:lang w:eastAsia="zh-CN"/>
        </w:rPr>
        <w:t>　　7：45开始做作业</w:t>
      </w:r>
      <w:r>
        <w:rPr>
          <w:lang w:eastAsia="zh-CN"/>
        </w:rPr>
        <w:br/>
      </w:r>
      <w:r>
        <w:rPr>
          <w:lang w:eastAsia="zh-CN"/>
        </w:rPr>
        <w:t>　　9：15—10：55 试卷一份</w:t>
      </w:r>
      <w:r>
        <w:rPr>
          <w:lang w:eastAsia="zh-CN"/>
        </w:rPr>
        <w:br/>
      </w:r>
      <w:r>
        <w:rPr>
          <w:lang w:eastAsia="zh-CN"/>
        </w:rPr>
        <w:t>　　11：00---11：45生物(复习学习过的知识)</w:t>
      </w:r>
      <w:r>
        <w:rPr>
          <w:lang w:eastAsia="zh-CN"/>
        </w:rPr>
        <w:br/>
      </w:r>
      <w:r>
        <w:rPr>
          <w:lang w:eastAsia="zh-CN"/>
        </w:rPr>
        <w:t>　　11：45--13：00 吃饭 午休</w:t>
      </w:r>
      <w:r>
        <w:rPr>
          <w:lang w:eastAsia="zh-CN"/>
        </w:rPr>
        <w:br/>
      </w:r>
      <w:r>
        <w:rPr>
          <w:lang w:eastAsia="zh-CN"/>
        </w:rPr>
        <w:t>　　13：10---14：10 语文(可写作文，或文言文)</w:t>
      </w:r>
      <w:r>
        <w:rPr>
          <w:lang w:eastAsia="zh-CN"/>
        </w:rPr>
        <w:br/>
      </w:r>
      <w:r>
        <w:rPr>
          <w:lang w:eastAsia="zh-CN"/>
        </w:rPr>
        <w:t>　　14：25--15：25 数学</w:t>
      </w:r>
      <w:r>
        <w:rPr>
          <w:lang w:eastAsia="zh-CN"/>
        </w:rPr>
        <w:br/>
      </w:r>
      <w:r>
        <w:rPr>
          <w:lang w:eastAsia="zh-CN"/>
        </w:rPr>
        <w:t>　　15：40—16：40历史(复习学习过的知识)</w:t>
      </w:r>
      <w:r>
        <w:rPr>
          <w:lang w:eastAsia="zh-CN"/>
        </w:rPr>
        <w:br/>
      </w:r>
      <w:r>
        <w:rPr>
          <w:lang w:eastAsia="zh-CN"/>
        </w:rPr>
        <w:t>　　16：40---5：30 自由时间</w:t>
      </w:r>
      <w:r>
        <w:rPr>
          <w:lang w:eastAsia="zh-CN"/>
        </w:rPr>
        <w:br/>
      </w:r>
      <w:r>
        <w:rPr>
          <w:lang w:eastAsia="zh-CN"/>
        </w:rPr>
        <w:t>　　吃完饭后：家长检查作业</w:t>
      </w:r>
      <w:r>
        <w:rPr>
          <w:lang w:eastAsia="zh-CN"/>
        </w:rPr>
        <w:br/>
      </w:r>
      <w:r>
        <w:rPr>
          <w:lang w:eastAsia="zh-CN"/>
        </w:rPr>
        <w:t>　　21;00—21：30 电视，电脑，课外书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21：30 睡觉</w:t>
      </w:r>
      <w:r>
        <w:rPr>
          <w:lang w:eastAsia="zh-CN"/>
        </w:rPr>
        <w:br/>
      </w:r>
      <w:r>
        <w:rPr>
          <w:lang w:eastAsia="zh-CN"/>
        </w:rPr>
        <w:t>　　第三天</w:t>
      </w:r>
      <w:r>
        <w:rPr>
          <w:lang w:eastAsia="zh-CN"/>
        </w:rPr>
        <w:br/>
      </w:r>
      <w:r>
        <w:rPr>
          <w:lang w:eastAsia="zh-CN"/>
        </w:rPr>
        <w:t>　　6：45起床跑步</w:t>
      </w:r>
      <w:r>
        <w:rPr>
          <w:lang w:eastAsia="zh-CN"/>
        </w:rPr>
        <w:br/>
      </w:r>
      <w:r>
        <w:rPr>
          <w:lang w:eastAsia="zh-CN"/>
        </w:rPr>
        <w:t>　　7：45开始写作业</w:t>
      </w:r>
      <w:r>
        <w:rPr>
          <w:lang w:eastAsia="zh-CN"/>
        </w:rPr>
        <w:br/>
      </w:r>
      <w:r>
        <w:rPr>
          <w:lang w:eastAsia="zh-CN"/>
        </w:rPr>
        <w:t>　　9：15—10：55 试卷一份</w:t>
      </w:r>
      <w:r>
        <w:rPr>
          <w:lang w:eastAsia="zh-CN"/>
        </w:rPr>
        <w:br/>
      </w:r>
      <w:r>
        <w:rPr>
          <w:lang w:eastAsia="zh-CN"/>
        </w:rPr>
        <w:t>　　11：00---11：45英语</w:t>
      </w:r>
      <w:r>
        <w:rPr>
          <w:lang w:eastAsia="zh-CN"/>
        </w:rPr>
        <w:br/>
      </w:r>
      <w:r>
        <w:rPr>
          <w:lang w:eastAsia="zh-CN"/>
        </w:rPr>
        <w:t>　　11：45--13：00 吃饭 午休</w:t>
      </w:r>
      <w:r>
        <w:rPr>
          <w:lang w:eastAsia="zh-CN"/>
        </w:rPr>
        <w:br/>
      </w:r>
      <w:r>
        <w:rPr>
          <w:lang w:eastAsia="zh-CN"/>
        </w:rPr>
        <w:t>　　13：10---14：10 语文(阅读一篇和摘抄)</w:t>
      </w:r>
      <w:r>
        <w:rPr>
          <w:lang w:eastAsia="zh-CN"/>
        </w:rPr>
        <w:br/>
      </w:r>
      <w:r>
        <w:rPr>
          <w:lang w:eastAsia="zh-CN"/>
        </w:rPr>
        <w:t>　　14：25--15：25 地理(复习学习过的知识)</w:t>
      </w:r>
      <w:r>
        <w:rPr>
          <w:lang w:eastAsia="zh-CN"/>
        </w:rPr>
        <w:br/>
      </w:r>
      <w:r>
        <w:rPr>
          <w:lang w:eastAsia="zh-CN"/>
        </w:rPr>
        <w:t>　　15：40—16：40政治复习</w:t>
      </w:r>
      <w:r>
        <w:rPr>
          <w:lang w:eastAsia="zh-CN"/>
        </w:rPr>
        <w:br/>
      </w:r>
      <w:r>
        <w:rPr>
          <w:lang w:eastAsia="zh-CN"/>
        </w:rPr>
        <w:t>　　吃完饭后，家长检查作业。</w:t>
      </w:r>
      <w:r>
        <w:rPr>
          <w:lang w:eastAsia="zh-CN"/>
        </w:rPr>
        <w:br/>
      </w:r>
      <w:r>
        <w:rPr>
          <w:lang w:eastAsia="zh-CN"/>
        </w:rPr>
        <w:t>　　21;00—21：30 电视，电脑，课外书</w:t>
      </w:r>
      <w:r>
        <w:rPr>
          <w:lang w:eastAsia="zh-CN"/>
        </w:rPr>
        <w:br/>
      </w:r>
      <w:r>
        <w:rPr>
          <w:lang w:eastAsia="zh-CN"/>
        </w:rPr>
        <w:t>　　21：30 睡觉</w:t>
      </w:r>
      <w:r>
        <w:rPr>
          <w:lang w:eastAsia="zh-CN"/>
        </w:rPr>
        <w:br/>
      </w:r>
      <w:r>
        <w:rPr>
          <w:lang w:eastAsia="zh-CN"/>
        </w:rPr>
        <w:t>　　以上计划，三天一循环。</w:t>
      </w:r>
      <w:r>
        <w:rPr>
          <w:lang w:eastAsia="zh-CN"/>
        </w:rPr>
        <w:br/>
      </w:r>
      <w:r>
        <w:rPr>
          <w:lang w:eastAsia="zh-CN"/>
        </w:rPr>
        <w:t>　　注：大年三十、初一、初二放假，初三半天学习时间。出门走亲戚时间去掉两天时间另定。外出参加实践调查半天。严格按照计划学习和生活。</w:t>
      </w:r>
      <w:r>
        <w:rPr>
          <w:lang w:eastAsia="zh-CN"/>
        </w:rPr>
        <w:br/>
      </w:r>
      <w:r>
        <w:rPr>
          <w:lang w:eastAsia="zh-CN"/>
        </w:rPr>
        <w:t xml:space="preserve">    有关寒假学习计划模板汇编 篇3 </w:t>
      </w:r>
      <w:r>
        <w:rPr>
          <w:lang w:eastAsia="zh-CN"/>
        </w:rPr>
        <w:br/>
      </w:r>
      <w:r>
        <w:rPr>
          <w:lang w:eastAsia="zh-CN"/>
        </w:rPr>
        <w:t>　　愉快的寒假已经开始了，基于拓宽知识面的目的，按时学习生活，做事有规律，度过一个快乐充实有意义的寒假，因此制定一个合理的寒假学习计划对初一孩子们是非常有必要的。下面制定具体计划如下：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1、每天必须保证足量学习6小时，内容包括:寒假各科作业、语文阅读、数学练习、英语复习等。</w:t>
      </w:r>
      <w:r>
        <w:rPr>
          <w:lang w:eastAsia="zh-CN"/>
        </w:rPr>
        <w:br/>
      </w:r>
      <w:r>
        <w:rPr>
          <w:lang w:eastAsia="zh-CN"/>
        </w:rPr>
        <w:t>　　2、保证中午一小时的休息时间，下午在家里学习，或者外出进行体育活动</w:t>
      </w:r>
      <w:r>
        <w:rPr>
          <w:lang w:eastAsia="zh-CN"/>
        </w:rPr>
        <w:br/>
      </w:r>
      <w:r>
        <w:rPr>
          <w:lang w:eastAsia="zh-CN"/>
        </w:rPr>
        <w:t>　　3、在复习期间如果遇到不会的问题要标记出来，打电话请教老师或同学，千万不能一概而过。</w:t>
      </w:r>
      <w:r>
        <w:rPr>
          <w:lang w:eastAsia="zh-CN"/>
        </w:rPr>
        <w:br/>
      </w:r>
      <w:r>
        <w:rPr>
          <w:lang w:eastAsia="zh-CN"/>
        </w:rPr>
        <w:t>　　4、以下计划安排适用于没有参加课外补习的学生，如有课外补习，可替换或顺延来执行以下复习计划。</w:t>
      </w:r>
      <w:r>
        <w:rPr>
          <w:lang w:eastAsia="zh-CN"/>
        </w:rPr>
        <w:br/>
      </w:r>
      <w:r>
        <w:rPr>
          <w:lang w:eastAsia="zh-CN"/>
        </w:rPr>
        <w:t>　　以下计划三天循环一次</w:t>
      </w:r>
      <w:r>
        <w:rPr>
          <w:lang w:eastAsia="zh-CN"/>
        </w:rPr>
        <w:br/>
      </w:r>
      <w:r>
        <w:rPr>
          <w:lang w:eastAsia="zh-CN"/>
        </w:rPr>
        <w:t>　　1第一天</w:t>
      </w:r>
      <w:r>
        <w:rPr>
          <w:lang w:eastAsia="zh-CN"/>
        </w:rPr>
        <w:br/>
      </w:r>
      <w:r>
        <w:rPr>
          <w:lang w:eastAsia="zh-CN"/>
        </w:rPr>
        <w:t>　　6：45起来跑步。</w:t>
      </w:r>
      <w:r>
        <w:rPr>
          <w:lang w:eastAsia="zh-CN"/>
        </w:rPr>
        <w:br/>
      </w:r>
      <w:r>
        <w:rPr>
          <w:lang w:eastAsia="zh-CN"/>
        </w:rPr>
        <w:t>　　7：20 洗漱完毕</w:t>
      </w:r>
      <w:r>
        <w:rPr>
          <w:lang w:eastAsia="zh-CN"/>
        </w:rPr>
        <w:br/>
      </w:r>
      <w:r>
        <w:rPr>
          <w:lang w:eastAsia="zh-CN"/>
        </w:rPr>
        <w:t>　　7：20吃饭</w:t>
      </w:r>
      <w:r>
        <w:rPr>
          <w:lang w:eastAsia="zh-CN"/>
        </w:rPr>
        <w:br/>
      </w:r>
      <w:r>
        <w:rPr>
          <w:lang w:eastAsia="zh-CN"/>
        </w:rPr>
        <w:t>　　7：45开始写作业</w:t>
      </w:r>
      <w:r>
        <w:rPr>
          <w:lang w:eastAsia="zh-CN"/>
        </w:rPr>
        <w:br/>
      </w:r>
      <w:r>
        <w:rPr>
          <w:lang w:eastAsia="zh-CN"/>
        </w:rPr>
        <w:t>　　9：25—11：25 试卷一份</w:t>
      </w:r>
      <w:r>
        <w:rPr>
          <w:lang w:eastAsia="zh-CN"/>
        </w:rPr>
        <w:br/>
      </w:r>
      <w:r>
        <w:rPr>
          <w:lang w:eastAsia="zh-CN"/>
        </w:rPr>
        <w:t>　　11：25---11：45 看报 ，课外书。</w:t>
      </w:r>
      <w:r>
        <w:rPr>
          <w:lang w:eastAsia="zh-CN"/>
        </w:rPr>
        <w:br/>
      </w:r>
      <w:r>
        <w:rPr>
          <w:lang w:eastAsia="zh-CN"/>
        </w:rPr>
        <w:t>　　11：45--13：00 吃饭 午休</w:t>
      </w:r>
      <w:r>
        <w:rPr>
          <w:lang w:eastAsia="zh-CN"/>
        </w:rPr>
        <w:br/>
      </w:r>
      <w:r>
        <w:rPr>
          <w:lang w:eastAsia="zh-CN"/>
        </w:rPr>
        <w:t>　　13：10---14：10 语文(词语解释，近义词，反义词，组词，多音字等)</w:t>
      </w:r>
      <w:r>
        <w:rPr>
          <w:lang w:eastAsia="zh-CN"/>
        </w:rPr>
        <w:br/>
      </w:r>
      <w:r>
        <w:rPr>
          <w:lang w:eastAsia="zh-CN"/>
        </w:rPr>
        <w:t>　　14：25--15：25 英语复习</w:t>
      </w:r>
      <w:r>
        <w:rPr>
          <w:lang w:eastAsia="zh-CN"/>
        </w:rPr>
        <w:br/>
      </w:r>
      <w:r>
        <w:rPr>
          <w:lang w:eastAsia="zh-CN"/>
        </w:rPr>
        <w:t>　　15：40—16：40地理</w:t>
      </w:r>
      <w:r>
        <w:rPr>
          <w:lang w:eastAsia="zh-CN"/>
        </w:rPr>
        <w:br/>
      </w:r>
      <w:r>
        <w:rPr>
          <w:lang w:eastAsia="zh-CN"/>
        </w:rPr>
        <w:t>　　16：40---吃晚饭前 自由时间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吃完饭后：家长检查作业</w:t>
      </w:r>
      <w:r>
        <w:rPr>
          <w:lang w:eastAsia="zh-CN"/>
        </w:rPr>
        <w:br/>
      </w:r>
      <w:r>
        <w:rPr>
          <w:lang w:eastAsia="zh-CN"/>
        </w:rPr>
        <w:t>　　21：00—21：30 电视，电脑，课外书。</w:t>
      </w:r>
      <w:r>
        <w:rPr>
          <w:lang w:eastAsia="zh-CN"/>
        </w:rPr>
        <w:br/>
      </w:r>
      <w:r>
        <w:rPr>
          <w:lang w:eastAsia="zh-CN"/>
        </w:rPr>
        <w:t>　　21：30 睡觉</w:t>
      </w:r>
      <w:r>
        <w:rPr>
          <w:lang w:eastAsia="zh-CN"/>
        </w:rPr>
        <w:br/>
      </w:r>
      <w:r>
        <w:rPr>
          <w:lang w:eastAsia="zh-CN"/>
        </w:rPr>
        <w:t>　　2第二天</w:t>
      </w:r>
      <w:r>
        <w:rPr>
          <w:lang w:eastAsia="zh-CN"/>
        </w:rPr>
        <w:br/>
      </w:r>
      <w:r>
        <w:rPr>
          <w:lang w:eastAsia="zh-CN"/>
        </w:rPr>
        <w:t>　　6：45跑步</w:t>
      </w:r>
      <w:r>
        <w:rPr>
          <w:lang w:eastAsia="zh-CN"/>
        </w:rPr>
        <w:br/>
      </w:r>
      <w:r>
        <w:rPr>
          <w:lang w:eastAsia="zh-CN"/>
        </w:rPr>
        <w:t>　　7：20 洗漱完毕</w:t>
      </w:r>
      <w:r>
        <w:rPr>
          <w:lang w:eastAsia="zh-CN"/>
        </w:rPr>
        <w:br/>
      </w:r>
      <w:r>
        <w:rPr>
          <w:lang w:eastAsia="zh-CN"/>
        </w:rPr>
        <w:t>　　7：45开始做作业</w:t>
      </w:r>
      <w:r>
        <w:rPr>
          <w:lang w:eastAsia="zh-CN"/>
        </w:rPr>
        <w:br/>
      </w:r>
      <w:r>
        <w:rPr>
          <w:lang w:eastAsia="zh-CN"/>
        </w:rPr>
        <w:t>　　9：15—10：55 试卷一份</w:t>
      </w:r>
      <w:r>
        <w:rPr>
          <w:lang w:eastAsia="zh-CN"/>
        </w:rPr>
        <w:br/>
      </w:r>
      <w:r>
        <w:rPr>
          <w:lang w:eastAsia="zh-CN"/>
        </w:rPr>
        <w:t>　　11：00---11：45生物(复习学习过的知识)</w:t>
      </w:r>
      <w:r>
        <w:rPr>
          <w:lang w:eastAsia="zh-CN"/>
        </w:rPr>
        <w:br/>
      </w:r>
      <w:r>
        <w:rPr>
          <w:lang w:eastAsia="zh-CN"/>
        </w:rPr>
        <w:t>　　11：45--13：00 吃饭 午休</w:t>
      </w:r>
      <w:r>
        <w:rPr>
          <w:lang w:eastAsia="zh-CN"/>
        </w:rPr>
        <w:br/>
      </w:r>
      <w:r>
        <w:rPr>
          <w:lang w:eastAsia="zh-CN"/>
        </w:rPr>
        <w:t>　　13：10---14：10 语文(可写作文，或文言文)</w:t>
      </w:r>
      <w:r>
        <w:rPr>
          <w:lang w:eastAsia="zh-CN"/>
        </w:rPr>
        <w:br/>
      </w:r>
      <w:r>
        <w:rPr>
          <w:lang w:eastAsia="zh-CN"/>
        </w:rPr>
        <w:t>　　14：25--15：25 数学</w:t>
      </w:r>
      <w:r>
        <w:rPr>
          <w:lang w:eastAsia="zh-CN"/>
        </w:rPr>
        <w:br/>
      </w:r>
      <w:r>
        <w:rPr>
          <w:lang w:eastAsia="zh-CN"/>
        </w:rPr>
        <w:t>　　15：40—16：40历史(复习学习过的知识)</w:t>
      </w:r>
      <w:r>
        <w:rPr>
          <w:lang w:eastAsia="zh-CN"/>
        </w:rPr>
        <w:br/>
      </w:r>
      <w:r>
        <w:rPr>
          <w:lang w:eastAsia="zh-CN"/>
        </w:rPr>
        <w:t>　　16：40---5：30 自由时间</w:t>
      </w:r>
      <w:r>
        <w:rPr>
          <w:lang w:eastAsia="zh-CN"/>
        </w:rPr>
        <w:br/>
      </w:r>
      <w:r>
        <w:rPr>
          <w:lang w:eastAsia="zh-CN"/>
        </w:rPr>
        <w:t>　　吃完饭后：家长检查作业</w:t>
      </w:r>
      <w:r>
        <w:rPr>
          <w:lang w:eastAsia="zh-CN"/>
        </w:rPr>
        <w:br/>
      </w:r>
      <w:r>
        <w:rPr>
          <w:lang w:eastAsia="zh-CN"/>
        </w:rPr>
        <w:t>　　21;00—21：30 电视，电脑，课外书</w:t>
      </w:r>
      <w:r>
        <w:rPr>
          <w:lang w:eastAsia="zh-CN"/>
        </w:rPr>
        <w:br/>
      </w:r>
      <w:r>
        <w:rPr>
          <w:lang w:eastAsia="zh-CN"/>
        </w:rPr>
        <w:t>　　21：30 睡觉</w:t>
      </w:r>
      <w:r>
        <w:rPr>
          <w:lang w:eastAsia="zh-CN"/>
        </w:rPr>
        <w:br/>
      </w:r>
      <w:r>
        <w:rPr>
          <w:lang w:eastAsia="zh-CN"/>
        </w:rPr>
        <w:t>　　3第三天</w:t>
      </w:r>
      <w:r>
        <w:rPr>
          <w:lang w:eastAsia="zh-CN"/>
        </w:rPr>
        <w:br/>
      </w:r>
      <w:r>
        <w:rPr>
          <w:lang w:eastAsia="zh-CN"/>
        </w:rPr>
        <w:t>　　6：45起床跑步</w:t>
      </w:r>
      <w:r>
        <w:rPr>
          <w:lang w:eastAsia="zh-CN"/>
        </w:rPr>
        <w:br/>
      </w:r>
      <w:r>
        <w:rPr>
          <w:lang w:eastAsia="zh-CN"/>
        </w:rPr>
        <w:t>　　7：45开始写作业</w:t>
      </w:r>
      <w:r>
        <w:rPr>
          <w:lang w:eastAsia="zh-CN"/>
        </w:rPr>
        <w:br/>
      </w:r>
      <w:r>
        <w:rPr>
          <w:lang w:eastAsia="zh-CN"/>
        </w:rPr>
        <w:t>　　9：15—10：55 试卷一份</w:t>
      </w:r>
      <w:r>
        <w:rPr>
          <w:lang w:eastAsia="zh-CN"/>
        </w:rPr>
        <w:br/>
      </w:r>
      <w:r>
        <w:rPr>
          <w:lang w:eastAsia="zh-CN"/>
        </w:rPr>
        <w:t>　　11：00---11：45英语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   有关寒假学习计划模板汇编 篇4 </w:t>
      </w:r>
      <w:r>
        <w:rPr>
          <w:lang w:eastAsia="zh-CN"/>
        </w:rPr>
        <w:br/>
      </w:r>
      <w:r>
        <w:rPr>
          <w:lang w:eastAsia="zh-CN"/>
        </w:rPr>
        <w:t>　　一日之计在于晨，此时对大多数同学来说，疲劳已消除，头脑清醒，体力充沛，是学习的黄金时段，可以考虑进行全面复习、背诵文章等。</w:t>
      </w:r>
      <w:r>
        <w:rPr>
          <w:lang w:eastAsia="zh-CN"/>
        </w:rPr>
        <w:br/>
      </w:r>
      <w:r>
        <w:rPr>
          <w:lang w:eastAsia="zh-CN"/>
        </w:rPr>
        <w:t>　　8:00-9:00</w:t>
      </w:r>
      <w:r>
        <w:rPr>
          <w:lang w:eastAsia="zh-CN"/>
        </w:rPr>
        <w:br/>
      </w:r>
      <w:r>
        <w:rPr>
          <w:lang w:eastAsia="zh-CN"/>
        </w:rPr>
        <w:t>　　试验结果表明，此时人的耐力处于良好状态，适宜进行难题攻克，可以安排难度较大的攻坚内容，如挑战压轴题、疑难知识点理解等。</w:t>
      </w:r>
      <w:r>
        <w:rPr>
          <w:lang w:eastAsia="zh-CN"/>
        </w:rPr>
        <w:br/>
      </w:r>
      <w:r>
        <w:rPr>
          <w:lang w:eastAsia="zh-CN"/>
        </w:rPr>
        <w:t>　　9:00-11:00</w:t>
      </w:r>
      <w:r>
        <w:rPr>
          <w:lang w:eastAsia="zh-CN"/>
        </w:rPr>
        <w:br/>
      </w:r>
      <w:r>
        <w:rPr>
          <w:lang w:eastAsia="zh-CN"/>
        </w:rPr>
        <w:t>　　据试验结果显示，该时间段短期记忆效果良好，可以对马上要考核的内容进行速记，事半功倍。</w:t>
      </w:r>
      <w:r>
        <w:rPr>
          <w:lang w:eastAsia="zh-CN"/>
        </w:rPr>
        <w:br/>
      </w:r>
      <w:r>
        <w:rPr>
          <w:lang w:eastAsia="zh-CN"/>
        </w:rPr>
        <w:t>　　13:00-14:00</w:t>
      </w:r>
      <w:r>
        <w:rPr>
          <w:lang w:eastAsia="zh-CN"/>
        </w:rPr>
        <w:br/>
      </w:r>
      <w:r>
        <w:rPr>
          <w:lang w:eastAsia="zh-CN"/>
        </w:rPr>
        <w:t>　　饭后易疲劳，此时可以进行适当休整，养精蓄锐，为接下来的复习积蓄能量。可以听一些轻音乐，或是小睡一会儿。</w:t>
      </w:r>
      <w:r>
        <w:rPr>
          <w:lang w:eastAsia="zh-CN"/>
        </w:rPr>
        <w:br/>
      </w:r>
      <w:r>
        <w:rPr>
          <w:lang w:eastAsia="zh-CN"/>
        </w:rPr>
        <w:t>　　15:00-16:00</w:t>
      </w:r>
      <w:r>
        <w:rPr>
          <w:lang w:eastAsia="zh-CN"/>
        </w:rPr>
        <w:br/>
      </w:r>
      <w:r>
        <w:rPr>
          <w:lang w:eastAsia="zh-CN"/>
        </w:rPr>
        <w:t>　　试验表明此时长期记忆效果极好，可以安排背诵一些需要长久记忆的内容，如语文古诗词，英语单词，数学公式等。</w:t>
      </w:r>
      <w:r>
        <w:rPr>
          <w:lang w:eastAsia="zh-CN"/>
        </w:rPr>
        <w:br/>
      </w:r>
      <w:r>
        <w:rPr>
          <w:lang w:eastAsia="zh-CN"/>
        </w:rPr>
        <w:t>　　17:00-18:00</w:t>
      </w:r>
      <w:r>
        <w:rPr>
          <w:lang w:eastAsia="zh-CN"/>
        </w:rPr>
        <w:br/>
      </w:r>
      <w:r>
        <w:rPr>
          <w:lang w:eastAsia="zh-CN"/>
        </w:rPr>
        <w:t>　　试验显示这是进行复杂计算或是消耗脑力较多的作业的好时间。可以安排数学复杂计算、逻辑分析等。</w:t>
      </w:r>
      <w:r>
        <w:rPr>
          <w:lang w:eastAsia="zh-CN"/>
        </w:rPr>
        <w:br/>
      </w:r>
      <w:r>
        <w:rPr>
          <w:lang w:eastAsia="zh-CN"/>
        </w:rPr>
        <w:t>　　晚饭后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可根据自身情况自行安排，既可分为几个时间段对各科进行复习，也可学科交叉安排，难易交替安排。注意劳逸结合。</w:t>
      </w:r>
      <w:r>
        <w:rPr>
          <w:lang w:eastAsia="zh-CN"/>
        </w:rPr>
        <w:br/>
      </w:r>
      <w:r>
        <w:rPr>
          <w:lang w:eastAsia="zh-CN"/>
        </w:rPr>
        <w:t xml:space="preserve">    有关寒假学习计划模板汇编 篇5 </w:t>
      </w:r>
      <w:r>
        <w:rPr>
          <w:lang w:eastAsia="zh-CN"/>
        </w:rPr>
        <w:br/>
      </w:r>
      <w:r>
        <w:rPr>
          <w:lang w:eastAsia="zh-CN"/>
        </w:rPr>
        <w:t>　　我的寒假生活计划表</w:t>
      </w:r>
      <w:r>
        <w:rPr>
          <w:lang w:eastAsia="zh-CN"/>
        </w:rPr>
        <w:br/>
      </w:r>
      <w:r>
        <w:rPr>
          <w:lang w:eastAsia="zh-CN"/>
        </w:rPr>
        <w:t>　　8：30起床</w:t>
      </w:r>
      <w:r>
        <w:rPr>
          <w:lang w:eastAsia="zh-CN"/>
        </w:rPr>
        <w:br/>
      </w:r>
      <w:r>
        <w:rPr>
          <w:lang w:eastAsia="zh-CN"/>
        </w:rPr>
        <w:t>　　8：30 —— 9：30锻炼、洗漱、早餐、房间整理 9：30 ——11:00写作业 11:00 —— 12:00看书</w:t>
      </w:r>
      <w:r>
        <w:rPr>
          <w:lang w:eastAsia="zh-CN"/>
        </w:rPr>
        <w:br/>
      </w:r>
      <w:r>
        <w:rPr>
          <w:lang w:eastAsia="zh-CN"/>
        </w:rPr>
        <w:t>　　12:00 —— 2：00午餐、午休</w:t>
      </w:r>
      <w:r>
        <w:rPr>
          <w:lang w:eastAsia="zh-CN"/>
        </w:rPr>
        <w:br/>
      </w:r>
      <w:r>
        <w:rPr>
          <w:lang w:eastAsia="zh-CN"/>
        </w:rPr>
        <w:t>　　2：00—— 3：00写作业</w:t>
      </w:r>
      <w:r>
        <w:rPr>
          <w:lang w:eastAsia="zh-CN"/>
        </w:rPr>
        <w:br/>
      </w:r>
      <w:r>
        <w:rPr>
          <w:lang w:eastAsia="zh-CN"/>
        </w:rPr>
        <w:t>　　3：00——4：00看书</w:t>
      </w:r>
      <w:r>
        <w:rPr>
          <w:lang w:eastAsia="zh-CN"/>
        </w:rPr>
        <w:br/>
      </w:r>
      <w:r>
        <w:rPr>
          <w:lang w:eastAsia="zh-CN"/>
        </w:rPr>
        <w:t>　　4：00 ——5：00打电脑</w:t>
      </w:r>
      <w:r>
        <w:rPr>
          <w:lang w:eastAsia="zh-CN"/>
        </w:rPr>
        <w:br/>
      </w:r>
      <w:r>
        <w:rPr>
          <w:lang w:eastAsia="zh-CN"/>
        </w:rPr>
        <w:t>　　5：00 —— 7：00晚餐、自由活动</w:t>
      </w:r>
      <w:r>
        <w:rPr>
          <w:lang w:eastAsia="zh-CN"/>
        </w:rPr>
        <w:br/>
      </w:r>
      <w:r>
        <w:rPr>
          <w:lang w:eastAsia="zh-CN"/>
        </w:rPr>
        <w:t>　　7：00 —— 8 ：00日记</w:t>
      </w:r>
      <w:r>
        <w:rPr>
          <w:lang w:eastAsia="zh-CN"/>
        </w:rPr>
        <w:br/>
      </w:r>
      <w:r>
        <w:rPr>
          <w:lang w:eastAsia="zh-CN"/>
        </w:rPr>
        <w:t>　　8：00 ——9：00电视</w:t>
      </w:r>
      <w:r>
        <w:rPr>
          <w:lang w:eastAsia="zh-CN"/>
        </w:rPr>
        <w:br/>
      </w:r>
      <w:r>
        <w:rPr>
          <w:lang w:eastAsia="zh-CN"/>
        </w:rPr>
        <w:t>　　9：00 —— 9：20洗澡、刷牙</w:t>
      </w:r>
      <w:r>
        <w:rPr>
          <w:lang w:eastAsia="zh-CN"/>
        </w:rPr>
        <w:br/>
      </w:r>
      <w:r>
        <w:rPr>
          <w:lang w:eastAsia="zh-CN"/>
        </w:rPr>
        <w:t>　　9：20—— 9：50 看书</w:t>
      </w:r>
      <w:r>
        <w:rPr>
          <w:lang w:eastAsia="zh-CN"/>
        </w:rPr>
        <w:br/>
      </w:r>
      <w:r>
        <w:rPr>
          <w:lang w:eastAsia="zh-CN"/>
        </w:rPr>
        <w:t>　　9：50 —— 10：00 上床睡觉</w:t>
      </w:r>
      <w:r>
        <w:rPr>
          <w:lang w:eastAsia="zh-CN"/>
        </w:rPr>
        <w:br/>
      </w:r>
      <w:r>
        <w:rPr>
          <w:lang w:eastAsia="zh-CN"/>
        </w:rPr>
        <w:t xml:space="preserve">    有关寒假学习计划模板汇编 篇6 </w:t>
      </w:r>
      <w:r>
        <w:rPr>
          <w:lang w:eastAsia="zh-CN"/>
        </w:rPr>
        <w:br/>
      </w:r>
      <w:r>
        <w:rPr>
          <w:lang w:eastAsia="zh-CN"/>
        </w:rPr>
        <w:t>　　暑假马上就要开始了，我也要开始制定我的暑假计划了，今年暑假我要学习更多的知识，因此我要更快的进入角色。</w:t>
      </w:r>
      <w:r>
        <w:rPr>
          <w:lang w:eastAsia="zh-CN"/>
        </w:rPr>
        <w:br/>
      </w:r>
      <w:r>
        <w:rPr>
          <w:lang w:eastAsia="zh-CN"/>
        </w:rPr>
        <w:t>　　我要利用半个月的时间把我的暑假作业做完，我要充分利用这段时间把我这学期的知识再巩固一下，然后我要提前预习三年级的知识，尽早掌握新的知识。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我还要利用暑假的时间学习一些课外的知识，我对象棋和英语比较感兴趣，我要让我的爸爸妈妈每天帮助我学习英语的知识，同时我要尽量的从书上学习一些象棋的知识，我要做一个象棋大师。超过我的爸爸和妈妈。</w:t>
      </w:r>
      <w:r>
        <w:rPr>
          <w:lang w:eastAsia="zh-CN"/>
        </w:rPr>
        <w:br/>
      </w:r>
      <w:r>
        <w:rPr>
          <w:lang w:eastAsia="zh-CN"/>
        </w:rPr>
        <w:t>　　这就是我这个暑假的学习计划，大家帮我看看 ，还有什么需要补充的吗？</w:t>
      </w:r>
      <w:r>
        <w:rPr>
          <w:lang w:eastAsia="zh-CN"/>
        </w:rPr>
        <w:br/>
      </w:r>
      <w:r>
        <w:rPr>
          <w:lang w:eastAsia="zh-CN"/>
        </w:rPr>
        <w:t xml:space="preserve">    有关寒假学习计划模板汇编 篇7 </w:t>
      </w:r>
      <w:r>
        <w:rPr>
          <w:lang w:eastAsia="zh-CN"/>
        </w:rPr>
        <w:br/>
      </w:r>
      <w:r>
        <w:rPr>
          <w:lang w:eastAsia="zh-CN"/>
        </w:rPr>
        <w:t>　　终于9月了，终于升高中了。对于初中升高中的新高一生来说，人生的又一个里程碑已经开始了!为了在高中各个阶段都能够有清晰的方向，同学们们需要在高中生活即将拉开序幕时进行一个全面的规划。高分网高考频道整理高一整年学习计划书给大家。</w:t>
      </w:r>
      <w:r>
        <w:rPr>
          <w:lang w:eastAsia="zh-CN"/>
        </w:rPr>
        <w:br/>
      </w:r>
      <w:r>
        <w:rPr>
          <w:lang w:eastAsia="zh-CN"/>
        </w:rPr>
        <w:t>　　不觉间我以踏上人生中的新的一段征程，从现在起，我要把全部精力都放在学习，认真学习，努力学习。所以，从现在起，我要有一份合理的学习计划来辅导我学习：</w:t>
      </w:r>
      <w:r>
        <w:rPr>
          <w:lang w:eastAsia="zh-CN"/>
        </w:rPr>
        <w:br/>
      </w:r>
      <w:r>
        <w:rPr>
          <w:lang w:eastAsia="zh-CN"/>
        </w:rPr>
        <w:t>　　学习前先预习。在认真投入学习之前，先把要学习的'内容快速浏览一遍，了解学习的大致内容及结构，以便能及时理解和消化学习内容。在重要的地方，稍微放慢学习进程。</w:t>
      </w:r>
      <w:r>
        <w:rPr>
          <w:lang w:eastAsia="zh-CN"/>
        </w:rPr>
        <w:br/>
      </w:r>
      <w:r>
        <w:rPr>
          <w:lang w:eastAsia="zh-CN"/>
        </w:rPr>
        <w:t>　　充分利用课堂时间。课堂上要及时配合老师，做好笔记来帮助自己记住老师讲授的内容，尤其重要的是要积极地独立思考，跟得上老师的思维与节奏。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课堂上做的笔记要在课后及时复习，不仅要复习老师在课堂上讲授的重要内容，还要复习那些仍感模糊的认识。坚持定期复习笔记和课本，并做一些相关的题目。</w:t>
      </w:r>
      <w:r>
        <w:rPr>
          <w:lang w:eastAsia="zh-CN"/>
        </w:rPr>
        <w:br/>
      </w:r>
      <w:r>
        <w:rPr>
          <w:lang w:eastAsia="zh-CN"/>
        </w:rPr>
        <w:t>　　找一个安静的、舒适的地方学习。图书馆，安静而没有干扰。开始学习时，应该全神贯注于功课，千万不能“身在曹营心在汉”。</w:t>
      </w:r>
      <w:r>
        <w:rPr>
          <w:lang w:eastAsia="zh-CN"/>
        </w:rPr>
        <w:br/>
      </w:r>
      <w:r>
        <w:rPr>
          <w:lang w:eastAsia="zh-CN"/>
        </w:rPr>
        <w:t>　　养成良好的学习习惯。改掉以往学习的粗心、边看电视边写作业、边写边问、不独立思考等学习恶习。制定可行的学习计划并严格遵守。</w:t>
      </w:r>
      <w:r>
        <w:rPr>
          <w:lang w:eastAsia="zh-CN"/>
        </w:rPr>
        <w:br/>
      </w:r>
      <w:r>
        <w:rPr>
          <w:lang w:eastAsia="zh-CN"/>
        </w:rPr>
        <w:t>　　严格按照学校的作息时间和安排自己的学习生活，除了上课时间外，晚自习时间做完各科作业，记5个英语单词，预习下一章的数学课本，复习本章内容，做适量习题，加以巩固。背诵所有科目必背的课文。</w:t>
      </w:r>
      <w:r>
        <w:rPr>
          <w:lang w:eastAsia="zh-CN"/>
        </w:rPr>
        <w:br/>
      </w:r>
      <w:r>
        <w:rPr>
          <w:lang w:eastAsia="zh-CN"/>
        </w:rPr>
        <w:t>　　利用课外时间多阅读中外名著，加强写作，开阔视野。</w:t>
      </w:r>
      <w:r>
        <w:rPr>
          <w:lang w:eastAsia="zh-CN"/>
        </w:rPr>
        <w:br/>
      </w:r>
      <w:r>
        <w:rPr>
          <w:lang w:eastAsia="zh-CN"/>
        </w:rPr>
        <w:t>　　上课前预习，找不懂的地方，上课时学习，解决不懂的地方，上课后复习，温故而知新。</w:t>
      </w:r>
      <w:r>
        <w:rPr>
          <w:lang w:eastAsia="zh-CN"/>
        </w:rPr>
        <w:br/>
      </w:r>
      <w:r>
        <w:rPr>
          <w:lang w:eastAsia="zh-CN"/>
        </w:rPr>
        <w:t>　　认真上每一节课。集中注意力，思考老师讲的每一个问题，没有听懂的地方课后向老师提问，做到当天的知识当天融会贯通。</w:t>
      </w:r>
      <w:r>
        <w:rPr>
          <w:lang w:eastAsia="zh-CN"/>
        </w:rPr>
        <w:br/>
      </w:r>
      <w:r>
        <w:rPr>
          <w:lang w:eastAsia="zh-CN"/>
        </w:rPr>
        <w:t>　　学习态度端正，认真改正自身的不良学习习惯，对待大小考试的成绩要有正确的认识，深刻的自省，不骄不躁。</w:t>
      </w:r>
      <w:r>
        <w:rPr>
          <w:lang w:eastAsia="zh-CN"/>
        </w:rPr>
        <w:br/>
      </w:r>
      <w:r>
        <w:rPr>
          <w:lang w:eastAsia="zh-CN"/>
        </w:rPr>
        <w:t>　　积极参加学校和班集体组织的各种活动，团结同学，乐于助人。以优异的成绩考上理想的大学。</w:t>
      </w:r>
      <w:r>
        <w:rPr>
          <w:lang w:eastAsia="zh-CN"/>
        </w:rPr>
        <w:br/>
      </w:r>
      <w:r>
        <w:rPr>
          <w:lang w:eastAsia="zh-CN"/>
        </w:rPr>
        <w:t>　　这就是我的学习计划书，希望我按照计划书中的去做，期末考试可以取的优异的成绩。</w:t>
      </w:r>
      <w:r>
        <w:rPr>
          <w:lang w:eastAsia="zh-CN"/>
        </w:rPr>
        <w:br/>
      </w:r>
      <w:r>
        <w:rPr>
          <w:lang w:eastAsia="zh-CN"/>
        </w:rPr>
        <w:t>　　高一寒假学习计划(四)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高一上学期期末考试已经结束了，高一年级学生就要面临高二的文理分科。高一寒假学习计划对自身做个清晰、理性的分析，确定自身优势，为学文、学理寻找理由就显得颇为重要。大概方向确定后，就要明确自己所选择的方向中，哪些学科要参加高考，哪些只需通过会考，从现在起就可以相应地制定出针对不同科目的不同“用力”方法，将自己高中的时间、精力做到合理分配。 依常规来看，多数学生会选择学理——未来的升学、就业面相对更宽。学习理科，数、理、化就全部是考试科目，而数理化的难点都在高一。</w:t>
      </w:r>
      <w:r>
        <w:rPr>
          <w:lang w:eastAsia="zh-CN"/>
        </w:rPr>
        <w:br/>
      </w:r>
      <w:r>
        <w:rPr>
          <w:lang w:eastAsia="zh-CN"/>
        </w:rPr>
        <w:t>　　因此，高一寒假必须做的就是把上学期没有学会的内容学明白。有一些知识的掌握是为了以后更好应对相关知识点，如果高一就出现漏洞，未来所有相关知识也都会关联出现问题。</w:t>
      </w:r>
      <w:r>
        <w:rPr>
          <w:lang w:eastAsia="zh-CN"/>
        </w:rPr>
        <w:br/>
      </w:r>
      <w:r>
        <w:rPr>
          <w:lang w:eastAsia="zh-CN"/>
        </w:rPr>
        <w:t>　　值得注意的是，高一的学习量很重，很多学生往往在第一学期还不太会调控。因此，高一学生第一学期的功课或多或少都会有落下的地方，这就需要利用寒假进行调整、提高、填补工作，甚至可以说，寒假能否利用好，对未来三年的状态会产生重要的影响。</w:t>
      </w:r>
      <w:r>
        <w:rPr>
          <w:lang w:eastAsia="zh-CN"/>
        </w:rPr>
        <w:br/>
      </w:r>
      <w:r>
        <w:rPr>
          <w:lang w:eastAsia="zh-CN"/>
        </w:rPr>
        <w:t>　　高一寒假学习计划时间安排：</w:t>
      </w:r>
      <w:r>
        <w:rPr>
          <w:lang w:eastAsia="zh-CN"/>
        </w:rPr>
        <w:br/>
      </w:r>
      <w:r>
        <w:rPr>
          <w:lang w:eastAsia="zh-CN"/>
        </w:rPr>
        <w:t>　　7：00 起床</w:t>
      </w:r>
      <w:r>
        <w:rPr>
          <w:lang w:eastAsia="zh-CN"/>
        </w:rPr>
        <w:br/>
      </w:r>
      <w:r>
        <w:rPr>
          <w:lang w:eastAsia="zh-CN"/>
        </w:rPr>
        <w:t>　　7：20 洗涑完毕 之后跑步：绕楼2楼(7：20----8：00)</w:t>
      </w:r>
      <w:r>
        <w:rPr>
          <w:lang w:eastAsia="zh-CN"/>
        </w:rPr>
        <w:br/>
      </w:r>
      <w:r>
        <w:rPr>
          <w:lang w:eastAsia="zh-CN"/>
        </w:rPr>
        <w:t>　　8：05 吃饭</w:t>
      </w:r>
      <w:r>
        <w:rPr>
          <w:lang w:eastAsia="zh-CN"/>
        </w:rPr>
        <w:br/>
      </w:r>
      <w:r>
        <w:rPr>
          <w:lang w:eastAsia="zh-CN"/>
        </w:rPr>
        <w:t>　　8：20---8：50 背单词</w:t>
      </w:r>
      <w:r>
        <w:rPr>
          <w:lang w:eastAsia="zh-CN"/>
        </w:rPr>
        <w:br/>
      </w:r>
      <w:r>
        <w:rPr>
          <w:lang w:eastAsia="zh-CN"/>
        </w:rPr>
        <w:t>　　8：55---9：25 背课文</w:t>
      </w:r>
      <w:r>
        <w:rPr>
          <w:lang w:eastAsia="zh-CN"/>
        </w:rPr>
        <w:br/>
      </w:r>
      <w:r>
        <w:rPr>
          <w:lang w:eastAsia="zh-CN"/>
        </w:rPr>
        <w:t>　　9：35---10：35 数学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10：45---11：45 英语</w:t>
      </w:r>
      <w:r>
        <w:rPr>
          <w:lang w:eastAsia="zh-CN"/>
        </w:rPr>
        <w:br/>
      </w:r>
      <w:r>
        <w:rPr>
          <w:lang w:eastAsia="zh-CN"/>
        </w:rPr>
        <w:t>　　11：45---12：00 课外书</w:t>
      </w:r>
      <w:r>
        <w:rPr>
          <w:lang w:eastAsia="zh-CN"/>
        </w:rPr>
        <w:br/>
      </w:r>
      <w:r>
        <w:rPr>
          <w:lang w:eastAsia="zh-CN"/>
        </w:rPr>
        <w:t>　　12：00---13：00 午休</w:t>
      </w:r>
      <w:r>
        <w:rPr>
          <w:lang w:eastAsia="zh-CN"/>
        </w:rPr>
        <w:br/>
      </w:r>
      <w:r>
        <w:rPr>
          <w:lang w:eastAsia="zh-CN"/>
        </w:rPr>
        <w:t>　　13：10---14：10 化学</w:t>
      </w:r>
      <w:r>
        <w:rPr>
          <w:lang w:eastAsia="zh-CN"/>
        </w:rPr>
        <w:br/>
      </w:r>
      <w:r>
        <w:rPr>
          <w:lang w:eastAsia="zh-CN"/>
        </w:rPr>
        <w:t>　　14：20---15：10 物理</w:t>
      </w:r>
      <w:r>
        <w:rPr>
          <w:lang w:eastAsia="zh-CN"/>
        </w:rPr>
        <w:br/>
      </w:r>
      <w:r>
        <w:rPr>
          <w:lang w:eastAsia="zh-CN"/>
        </w:rPr>
        <w:t>　　15：20—16：20 语文</w:t>
      </w:r>
      <w:r>
        <w:rPr>
          <w:lang w:eastAsia="zh-CN"/>
        </w:rPr>
        <w:br/>
      </w:r>
      <w:r>
        <w:rPr>
          <w:lang w:eastAsia="zh-CN"/>
        </w:rPr>
        <w:t>　　16：20---吃晚饭前 free</w:t>
      </w:r>
      <w:r>
        <w:rPr>
          <w:lang w:eastAsia="zh-CN"/>
        </w:rPr>
        <w:br/>
      </w:r>
      <w:r>
        <w:rPr>
          <w:lang w:eastAsia="zh-CN"/>
        </w:rPr>
        <w:t>　　吃完饭后—21：00 六科任选</w:t>
      </w:r>
      <w:r>
        <w:rPr>
          <w:lang w:eastAsia="zh-CN"/>
        </w:rPr>
        <w:br/>
      </w:r>
      <w:r>
        <w:rPr>
          <w:lang w:eastAsia="zh-CN"/>
        </w:rPr>
        <w:t>　　21;00—22：00 电视，电脑，课外书</w:t>
      </w:r>
      <w:r>
        <w:rPr>
          <w:lang w:eastAsia="zh-CN"/>
        </w:rPr>
        <w:br/>
      </w:r>
      <w:r>
        <w:rPr>
          <w:lang w:eastAsia="zh-CN"/>
        </w:rPr>
        <w:t xml:space="preserve">    有关寒假学习计划模板汇编 篇8 </w:t>
      </w:r>
      <w:r>
        <w:rPr>
          <w:lang w:eastAsia="zh-CN"/>
        </w:rPr>
        <w:br/>
      </w:r>
      <w:r>
        <w:rPr>
          <w:lang w:eastAsia="zh-CN"/>
        </w:rPr>
        <w:t>　　在大学一定要做就是对自己四年后一个职业发展规划，不一定一步到位，你在大一时候看角度，与大二肯定不一样，大二看又与大三不一样，所以，你要做是在大一通过对自己分析与规划，写一个对自己毕业后短期规划和长期规划，这个我认为是很有必要，尤其是一定要在大一做！这样，你还有充分时间去修正它，弥补里面不足，如果你到了大四才开始做这些事情，我想稍微就晚了一些。今年金融危机就是一个很好例子，如果你是学会计或者金融专业，如果你在大学刚开始就对自己未来有一个长远发展规划，我想在你规划中一定有对于突发金融事件预防与补救措施，因为学过金融学知识朋友都知道，市场规律不以人意志为转移，很可能出现下滑，万一出现金融下滑，"我应该如何面对？"如果这些问题你在大一或者大二就已经想到了，我想对于你现在求职一定会大有帮助！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第一阶段：大学生新生活适应阶段。（入学后第1-2个月之间）</w:t>
      </w:r>
      <w:r>
        <w:rPr>
          <w:lang w:eastAsia="zh-CN"/>
        </w:rPr>
        <w:br/>
      </w:r>
      <w:r>
        <w:rPr>
          <w:lang w:eastAsia="zh-CN"/>
        </w:rPr>
        <w:t>　　这时大学生虽然在角色上已经是大学生，但是在其心理上属于高中后，大学前阶段，他们刚刚接受高考洗礼，正在享受高考胜利，很多学生踌躇满志，对大学生活充满了憧憬与幻想，几乎每个人都为自己确立了远大目标，制定了实现目标宏伟计划。但是，这时大学生对大学生活还不够完全了解，对大学认知只是停留在道听途说上，学生本人对于自我和环境探索不够。</w:t>
      </w:r>
      <w:r>
        <w:rPr>
          <w:lang w:eastAsia="zh-CN"/>
        </w:rPr>
        <w:br/>
      </w:r>
      <w:r>
        <w:rPr>
          <w:lang w:eastAsia="zh-CN"/>
        </w:rPr>
        <w:t>　　该阶段生涯目标特点是：生涯目标确立多来自于成长经历及外界影响，目标高远，但显得空洞。</w:t>
      </w:r>
      <w:r>
        <w:rPr>
          <w:lang w:eastAsia="zh-CN"/>
        </w:rPr>
        <w:br/>
      </w:r>
      <w:r>
        <w:rPr>
          <w:lang w:eastAsia="zh-CN"/>
        </w:rPr>
        <w:t xml:space="preserve">    有关寒假学习计划模板汇编 篇9 </w:t>
      </w:r>
      <w:r>
        <w:rPr>
          <w:lang w:eastAsia="zh-CN"/>
        </w:rPr>
        <w:br/>
      </w:r>
      <w:r>
        <w:rPr>
          <w:lang w:eastAsia="zh-CN"/>
        </w:rPr>
        <w:t>　　开学了，我升入了六年级，是全校最高年级，学校对我们各方面都严格要求，我也想以崭新的精神面貌投入新学期的学习、生活当中，特定计划如下：</w:t>
      </w:r>
      <w:r>
        <w:rPr>
          <w:lang w:eastAsia="zh-CN"/>
        </w:rPr>
        <w:br/>
      </w:r>
      <w:r>
        <w:rPr>
          <w:lang w:eastAsia="zh-CN"/>
        </w:rPr>
        <w:t>　　1、每天上课专心听讲，认真完成各科作业，做到书写工整、美观。</w:t>
      </w:r>
      <w:r>
        <w:rPr>
          <w:lang w:eastAsia="zh-CN"/>
        </w:rPr>
        <w:br/>
      </w:r>
      <w:r>
        <w:rPr>
          <w:lang w:eastAsia="zh-CN"/>
        </w:rPr>
        <w:t>　　2、每天有30分钟读书时间。看报纸、课外书籍，坚持摘录好词佳句，丰富语言。</w:t>
      </w:r>
      <w:r>
        <w:rPr>
          <w:lang w:eastAsia="zh-CN"/>
        </w:rPr>
        <w:br/>
      </w:r>
      <w:r>
        <w:rPr>
          <w:lang w:eastAsia="zh-CN"/>
        </w:rPr>
        <w:t>　　3、针对数学计算马虎的问题，每天保证10分钟的练习时间，提高计算的准确性。</w:t>
      </w:r>
      <w:r>
        <w:rPr>
          <w:lang w:eastAsia="zh-CN"/>
        </w:rPr>
        <w:br/>
      </w:r>
      <w:r>
        <w:rPr>
          <w:lang w:eastAsia="zh-CN"/>
        </w:rPr>
        <w:t>　　4、做到不懂就问，不会就学，对当天出现的问题及时解决，对当天出现的作业的错误及时改正。扎扎实实地学好文化知识。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5、写好单元总结。每学一单元后，要对所学的知识进行整理、分类、查找漏洞，总结学习方法，提高学习成绩。</w:t>
      </w:r>
      <w:r>
        <w:rPr>
          <w:lang w:eastAsia="zh-CN"/>
        </w:rPr>
        <w:br/>
      </w:r>
      <w:r>
        <w:rPr>
          <w:lang w:eastAsia="zh-CN"/>
        </w:rPr>
        <w:t>　　6、每个星期去一次新华书店，只有博览群书，才能开阔眼界，丰富知识。</w:t>
      </w:r>
      <w:r>
        <w:rPr>
          <w:lang w:eastAsia="zh-CN"/>
        </w:rPr>
        <w:br/>
      </w:r>
      <w:r>
        <w:rPr>
          <w:lang w:eastAsia="zh-CN"/>
        </w:rPr>
        <w:t xml:space="preserve">    有关寒假学习计划模板汇编 篇10 </w:t>
      </w:r>
      <w:r>
        <w:rPr>
          <w:lang w:eastAsia="zh-CN"/>
        </w:rPr>
        <w:br/>
      </w:r>
      <w:r>
        <w:rPr>
          <w:lang w:eastAsia="zh-CN"/>
        </w:rPr>
        <w:t>　　摘要：</w:t>
      </w:r>
      <w:r>
        <w:rPr>
          <w:lang w:eastAsia="zh-CN"/>
        </w:rPr>
        <w:br/>
      </w:r>
      <w:r>
        <w:rPr>
          <w:lang w:eastAsia="zh-CN"/>
        </w:rPr>
        <w:t>　　寒假的脚步逐渐地迈进了,准备留学北美的同学们就要牢牢记住,"成绩是铁,复习是钢,一天不学心慌慌."尤其是准备英语这门需要积累的科目，寒假30天托福学习计划，希望对你的托福备考有所启迪……</w:t>
      </w:r>
      <w:r>
        <w:rPr>
          <w:lang w:eastAsia="zh-CN"/>
        </w:rPr>
        <w:br/>
      </w:r>
      <w:r>
        <w:rPr>
          <w:lang w:eastAsia="zh-CN"/>
        </w:rPr>
        <w:t>　　寒假的脚步逐渐地迈进了,也是同学们放松的时候了!但是,俗话说的好,"人是铁,饭是钢,一顿不吃饿得慌."那准备留学北美的同学们就要牢牢记住,"成绩是铁,复习是钢,一天不学心慌慌."尤其是准备英语这门需要积累的科目,所以趁着春节"闲里偷忙",把托福的四周学习计划准备起来吧.Aslowsparrowshouldmakeanearlystart.Youknowit!!So,let’sgetstarted!</w:t>
      </w:r>
      <w:r>
        <w:rPr>
          <w:lang w:eastAsia="zh-CN"/>
        </w:rPr>
        <w:br/>
      </w:r>
      <w:r>
        <w:rPr>
          <w:lang w:eastAsia="zh-CN"/>
        </w:rPr>
        <w:t>　　总则：</w:t>
      </w:r>
      <w:r>
        <w:rPr>
          <w:lang w:eastAsia="zh-CN"/>
        </w:rPr>
        <w:br/>
      </w:r>
      <w:r>
        <w:rPr>
          <w:lang w:eastAsia="zh-CN"/>
        </w:rPr>
        <w:t>　　1、坚持每一天，充分利用一切可以利用的时间学英语，托福学习计划。没有持之以恒的学习和大量的时将做保障，一切都是空谈。</w:t>
      </w:r>
      <w:r>
        <w:rPr>
          <w:lang w:eastAsia="zh-CN"/>
        </w:rPr>
        <w:br/>
      </w:r>
      <w:r>
        <w:rPr>
          <w:lang w:eastAsia="zh-CN"/>
        </w:rPr>
        <w:t>　　2、每天听写一篇文章，以此文章为中心，展开一天的学习。</w:t>
      </w:r>
      <w:r>
        <w:rPr>
          <w:lang w:eastAsia="zh-CN"/>
        </w:rPr>
        <w:br/>
      </w:r>
      <w:r>
        <w:rPr>
          <w:lang w:eastAsia="zh-CN"/>
        </w:rPr>
        <w:t>　　3、听说读写译五项都要练，以听说为主。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4、求质不求量，把听写的文章彻底搞懂足矣，不要好大喜功，贪大贪快。扎扎实实，按部就班，是学好英语的必经之路。</w:t>
      </w:r>
      <w:r>
        <w:rPr>
          <w:lang w:eastAsia="zh-CN"/>
        </w:rPr>
        <w:br/>
      </w:r>
      <w:r>
        <w:rPr>
          <w:lang w:eastAsia="zh-CN"/>
        </w:rPr>
        <w:t>　　5、把零碎的时间充分利用起来学英语，不断地重复。</w:t>
      </w:r>
      <w:r>
        <w:rPr>
          <w:lang w:eastAsia="zh-CN"/>
        </w:rPr>
        <w:br/>
      </w:r>
      <w:r>
        <w:rPr>
          <w:lang w:eastAsia="zh-CN"/>
        </w:rPr>
        <w:t>　　6、听写是个学习英语的好方法，要继续加强。</w:t>
      </w:r>
      <w:r>
        <w:rPr>
          <w:lang w:eastAsia="zh-CN"/>
        </w:rPr>
        <w:br/>
      </w:r>
      <w:r>
        <w:rPr>
          <w:lang w:eastAsia="zh-CN"/>
        </w:rPr>
        <w:t>　　7、早睡早起学英语。</w:t>
      </w:r>
      <w:r>
        <w:rPr>
          <w:lang w:eastAsia="zh-CN"/>
        </w:rPr>
        <w:br/>
      </w:r>
      <w:r>
        <w:rPr>
          <w:lang w:eastAsia="zh-CN"/>
        </w:rPr>
        <w:t>　　8、抓住一套教材足矣，不要盲目的更换教材。</w:t>
      </w:r>
      <w:r>
        <w:rPr>
          <w:lang w:eastAsia="zh-CN"/>
        </w:rPr>
        <w:br/>
      </w:r>
      <w:r>
        <w:rPr>
          <w:lang w:eastAsia="zh-CN"/>
        </w:rPr>
        <w:t>　　9、每天学习英语必须要有详细可行的计划，必须坚决执行，没有任何借口。</w:t>
      </w:r>
      <w:r>
        <w:rPr>
          <w:lang w:eastAsia="zh-CN"/>
        </w:rPr>
        <w:br/>
      </w:r>
      <w:r>
        <w:rPr>
          <w:lang w:eastAsia="zh-CN"/>
        </w:rPr>
        <w:t>　　10、相信自己，一定能够学好英语。</w:t>
      </w:r>
      <w:r>
        <w:rPr>
          <w:lang w:eastAsia="zh-CN"/>
        </w:rPr>
        <w:br/>
      </w:r>
      <w:r>
        <w:rPr>
          <w:lang w:eastAsia="zh-CN"/>
        </w:rPr>
        <w:t>　　分则：</w:t>
      </w:r>
      <w:r>
        <w:rPr>
          <w:lang w:eastAsia="zh-CN"/>
        </w:rPr>
        <w:br/>
      </w:r>
      <w:r>
        <w:rPr>
          <w:lang w:eastAsia="zh-CN"/>
        </w:rPr>
        <w:t>　　（一）听力：</w:t>
      </w:r>
      <w:r>
        <w:rPr>
          <w:lang w:eastAsia="zh-CN"/>
        </w:rPr>
        <w:br/>
      </w:r>
      <w:r>
        <w:rPr>
          <w:lang w:eastAsia="zh-CN"/>
        </w:rPr>
        <w:t>　　1、除周末外，每天晚上10：00——12：00听写一篇五分钟左右的短文。着重听力后的分析过程,关键是听真题.</w:t>
      </w:r>
      <w:r>
        <w:rPr>
          <w:lang w:eastAsia="zh-CN"/>
        </w:rPr>
        <w:br/>
      </w:r>
      <w:r>
        <w:rPr>
          <w:lang w:eastAsia="zh-CN"/>
        </w:rPr>
        <w:t>　　2、早晚都随身带MP3，一有空闲时间就反复听这篇短文，直到听烂为止。</w:t>
      </w:r>
      <w:r>
        <w:rPr>
          <w:lang w:eastAsia="zh-CN"/>
        </w:rPr>
        <w:br/>
      </w:r>
      <w:r>
        <w:rPr>
          <w:lang w:eastAsia="zh-CN"/>
        </w:rPr>
        <w:t>　　3、周末看一部外国电影，复习就内容，检查一周来的学习计划执行情况。</w:t>
      </w:r>
      <w:r>
        <w:rPr>
          <w:lang w:eastAsia="zh-CN"/>
        </w:rPr>
        <w:br/>
      </w:r>
      <w:r>
        <w:rPr>
          <w:lang w:eastAsia="zh-CN"/>
        </w:rPr>
        <w:t>　　4、重视精听，听无数遍。至于精听材料，我很郑重的说，没有什么比ScientificAmerican更好的了。首先他语速快，另外这个段子时间短，精听不贵多而贵精。时间太长的段子反而花时间太多，效率就低了，不值。而且它背景很符合TOEFL，主要是学术上的新发现什么的，也有助于积累科技英语听力中的常用词。</w:t>
      </w:r>
      <w:r>
        <w:rPr>
          <w:lang w:eastAsia="zh-CN"/>
        </w:rPr>
        <w:br/>
      </w:r>
      <w:r>
        <w:rPr>
          <w:lang w:eastAsia="zh-CN"/>
        </w:rPr>
        <w:t>　　（二）口语：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1、朗读并努力复述听写的短文。准备工作，就是积累素材和锻炼反应速度。这是基础，是决定你流利程度和语言使用的关键，也是你拿高分的关键。我们可以多读些好文章，建议读ETS给的SampleAnswer。这个对于口语所有题型的帮助是最直接的，但是材料有限。那么，针对校园类的话题可以多借鉴一下听力中Conversation对于问题的解决给出意见的句子。把好词好句储藏起来备用，取其精华，去其糟粕。对于开放性的独立口语题，要注重练习。</w:t>
      </w:r>
      <w:r>
        <w:rPr>
          <w:lang w:eastAsia="zh-CN"/>
        </w:rPr>
        <w:br/>
      </w:r>
      <w:r>
        <w:rPr>
          <w:lang w:eastAsia="zh-CN"/>
        </w:rPr>
        <w:t>　　2.大家抱怨说：“对着计算机说，怎么说得出来啊。对着人说都不敢，何况当着大家的面说。”其实很多学生的发音不错，但是却一直不肯开口，最后口语一点提高都没有。但是我们说一定要敢于开口，这是最基本的要求。如果连说都不敢说，何以谈备考托福口语，更别谈提高了。</w:t>
      </w:r>
      <w:r>
        <w:rPr>
          <w:lang w:eastAsia="zh-CN"/>
        </w:rPr>
        <w:br/>
      </w:r>
      <w:r>
        <w:rPr>
          <w:lang w:eastAsia="zh-CN"/>
        </w:rPr>
        <w:t>　　对于这个托福问题，考生应该做的是：先自言自语。说自己的话，让别人笑去吧！这里的“说”也要有重点，这个阶段的重点是要纠正发音。常见的如th的发音，thanks和speed……之类。要是觉得自己发音比较好，但是苦于寻求充实话题内容方法的同学，可以找出托福听力和托福口语的原文来阅读。其中既有Conversation又有Lecture，非常真实地模拟了考试题型。</w:t>
      </w:r>
      <w:r>
        <w:rPr>
          <w:lang w:eastAsia="zh-CN"/>
        </w:rPr>
        <w:br/>
      </w:r>
      <w:r>
        <w:rPr>
          <w:lang w:eastAsia="zh-CN"/>
        </w:rPr>
        <w:t>　　（三）阅读：</w:t>
      </w:r>
      <w:r>
        <w:rPr>
          <w:lang w:eastAsia="zh-CN"/>
        </w:rPr>
        <w:br/>
      </w:r>
      <w:r>
        <w:rPr>
          <w:lang w:eastAsia="zh-CN"/>
        </w:rPr>
        <w:t>　　1、每周阅读一份英语报纸,每次整理笔记。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2.词汇的重要性.每天保证一个小时的背单词时间,但是背单词会很枯燥,所以建议同学们参考有趣的记忆法让背单词有趣起来,或者到沪江免费的开心词场里去背单词哦!</w:t>
      </w:r>
      <w:r>
        <w:rPr>
          <w:lang w:eastAsia="zh-CN"/>
        </w:rPr>
        <w:br/>
      </w:r>
      <w:r>
        <w:rPr>
          <w:lang w:eastAsia="zh-CN"/>
        </w:rPr>
        <w:t>　　谐音记忆如：lethal可记成“离骚”</w:t>
      </w:r>
      <w:r>
        <w:rPr>
          <w:lang w:eastAsia="zh-CN"/>
        </w:rPr>
        <w:br/>
      </w:r>
      <w:r>
        <w:rPr>
          <w:lang w:eastAsia="zh-CN"/>
        </w:rPr>
        <w:t>　　联想记忆如：battlefield(战场)可以联想为“打仗battle的场所field当然就是战场啦”，工作计划《托福学习计划》。</w:t>
      </w:r>
      <w:r>
        <w:rPr>
          <w:lang w:eastAsia="zh-CN"/>
        </w:rPr>
        <w:br/>
      </w:r>
      <w:r>
        <w:rPr>
          <w:lang w:eastAsia="zh-CN"/>
        </w:rPr>
        <w:t>　　比较记忆如：形近单词ethnical和ethical相比，ethnical比ethical多个字母n，这种情况下我们可以把ethnical中的n想成nation，“种族ethnical中包含了一个民族”。</w:t>
      </w:r>
      <w:r>
        <w:rPr>
          <w:lang w:eastAsia="zh-CN"/>
        </w:rPr>
        <w:br/>
      </w:r>
      <w:r>
        <w:rPr>
          <w:lang w:eastAsia="zh-CN"/>
        </w:rPr>
        <w:t>　　发音记忆，遵循了发音规律，考生掌握了该单词字母组合的发音规律，边读边背，就可以很轻松的记住它了。</w:t>
      </w:r>
      <w:r>
        <w:rPr>
          <w:lang w:eastAsia="zh-CN"/>
        </w:rPr>
        <w:br/>
      </w:r>
      <w:r>
        <w:rPr>
          <w:lang w:eastAsia="zh-CN"/>
        </w:rPr>
        <w:t>　　词群记忆如：在背foremost一词时，考生应同时想托福阅读中foremost的解释“leading”一词。</w:t>
      </w:r>
      <w:r>
        <w:rPr>
          <w:lang w:eastAsia="zh-CN"/>
        </w:rPr>
        <w:br/>
      </w:r>
      <w:r>
        <w:rPr>
          <w:lang w:eastAsia="zh-CN"/>
        </w:rPr>
        <w:t>　　拆分记忆如：interchangeable可以拆为前缀inter-、词根change，后缀-able。</w:t>
      </w:r>
      <w:r>
        <w:rPr>
          <w:lang w:eastAsia="zh-CN"/>
        </w:rPr>
        <w:br/>
      </w:r>
      <w:r>
        <w:rPr>
          <w:lang w:eastAsia="zh-CN"/>
        </w:rPr>
        <w:t>　　滚动记忆如：如果背单词表，在第一天背了10个单词，那么第二天在背新的10个单词之前必须先复习第一天背过的10个单词;第三天在背新的10个单词前先复习前两天背过的20个单词，以此类</w:t>
      </w:r>
      <w:r>
        <w:rPr>
          <w:lang w:eastAsia="zh-CN"/>
        </w:rPr>
        <w:br/>
      </w:r>
      <w:r>
        <w:rPr>
          <w:lang w:eastAsia="zh-CN"/>
        </w:rPr>
        <w:t>　　推，另外考生在背单词的过程中需要通过不断做题来复习阅读高频词，因为既然是阅读高频词，肯定在阅读的文章中是反复出现的。</w:t>
      </w:r>
      <w:r>
        <w:rPr>
          <w:lang w:eastAsia="zh-CN"/>
        </w:rPr>
        <w:br/>
      </w:r>
      <w:r>
        <w:rPr>
          <w:lang w:eastAsia="zh-CN"/>
        </w:rPr>
        <w:t>　　（四）写译：</w:t>
      </w:r>
      <w:r>
        <w:rPr>
          <w:lang w:eastAsia="zh-CN"/>
        </w:rPr>
        <w:br/>
      </w:r>
      <w:r>
        <w:rPr>
          <w:lang w:eastAsia="zh-CN"/>
        </w:rPr>
        <w:t>　　1、争取把每天听写的短文都翻译，先英汉，再汉英。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lang w:eastAsia="zh-CN"/>
        </w:rPr>
        <w:t>　　2、注意整理笔记。</w:t>
      </w:r>
      <w:r>
        <w:rPr>
          <w:lang w:eastAsia="zh-CN"/>
        </w:rPr>
        <w:br/>
      </w:r>
      <w:r>
        <w:rPr>
          <w:lang w:eastAsia="zh-CN"/>
        </w:rPr>
        <w:t xml:space="preserve">    有关寒假学习计划模板汇编 篇11 </w:t>
      </w:r>
      <w:r>
        <w:rPr>
          <w:lang w:eastAsia="zh-CN"/>
        </w:rPr>
        <w:br/>
      </w:r>
      <w:r>
        <w:rPr>
          <w:lang w:eastAsia="zh-CN"/>
        </w:rPr>
        <w:t>　　1.早晨7:50起床。</w:t>
      </w:r>
      <w:r>
        <w:rPr>
          <w:lang w:eastAsia="zh-CN"/>
        </w:rPr>
        <w:br/>
      </w:r>
      <w:r>
        <w:rPr>
          <w:lang w:eastAsia="zh-CN"/>
        </w:rPr>
        <w:t>　　2.7:50---8:00洗漱。</w:t>
      </w:r>
      <w:r>
        <w:rPr>
          <w:lang w:eastAsia="zh-CN"/>
        </w:rPr>
        <w:br/>
      </w:r>
      <w:r>
        <w:rPr>
          <w:lang w:eastAsia="zh-CN"/>
        </w:rPr>
        <w:t>　　3.8:10---8:30读读背背《论语》至少一面。</w:t>
      </w:r>
      <w:r>
        <w:rPr>
          <w:lang w:eastAsia="zh-CN"/>
        </w:rPr>
        <w:br/>
      </w:r>
      <w:r>
        <w:rPr>
          <w:lang w:eastAsia="zh-CN"/>
        </w:rPr>
        <w:t>　　4.8:40---9:20做读书摘记至少两篇。</w:t>
      </w:r>
      <w:r>
        <w:rPr>
          <w:lang w:eastAsia="zh-CN"/>
        </w:rPr>
        <w:br/>
      </w:r>
      <w:r>
        <w:rPr>
          <w:lang w:eastAsia="zh-CN"/>
        </w:rPr>
        <w:t>　　5.9:30---9:50完成数学报纸至少两面。</w:t>
      </w:r>
      <w:r>
        <w:rPr>
          <w:lang w:eastAsia="zh-CN"/>
        </w:rPr>
        <w:br/>
      </w:r>
      <w:r>
        <w:rPr>
          <w:lang w:eastAsia="zh-CN"/>
        </w:rPr>
        <w:t>　　6.10:00---10:30预习下册教科书。</w:t>
      </w:r>
      <w:r>
        <w:rPr>
          <w:lang w:eastAsia="zh-CN"/>
        </w:rPr>
        <w:br/>
      </w:r>
      <w:r>
        <w:rPr>
          <w:lang w:eastAsia="zh-CN"/>
        </w:rPr>
        <w:t>　　7.10:40---11:00默写上册英语书的单词表星号词和粗体词，至少两个单元。</w:t>
      </w:r>
      <w:r>
        <w:rPr>
          <w:lang w:eastAsia="zh-CN"/>
        </w:rPr>
        <w:br/>
      </w:r>
      <w:r>
        <w:rPr>
          <w:lang w:eastAsia="zh-CN"/>
        </w:rPr>
        <w:t>　　8.11:00---11:25吃午饭。</w:t>
      </w:r>
      <w:r>
        <w:rPr>
          <w:lang w:eastAsia="zh-CN"/>
        </w:rPr>
        <w:br/>
      </w:r>
      <w:r>
        <w:rPr>
          <w:lang w:eastAsia="zh-CN"/>
        </w:rPr>
        <w:t>　　9.11:30---12：20看课外书。</w:t>
      </w:r>
      <w:r>
        <w:rPr>
          <w:lang w:eastAsia="zh-CN"/>
        </w:rPr>
        <w:br/>
      </w:r>
      <w:r>
        <w:rPr>
          <w:lang w:eastAsia="zh-CN"/>
        </w:rPr>
        <w:t>　　10.12:30---13:00读熟古诗。</w:t>
      </w:r>
      <w:r>
        <w:rPr>
          <w:lang w:eastAsia="zh-CN"/>
        </w:rPr>
        <w:br/>
      </w:r>
      <w:r>
        <w:rPr>
          <w:lang w:eastAsia="zh-CN"/>
        </w:rPr>
        <w:t>　　11.13:20---13:50读读背背《弟子规》至少五面。</w:t>
      </w:r>
      <w:r>
        <w:rPr>
          <w:lang w:eastAsia="zh-CN"/>
        </w:rPr>
        <w:br/>
      </w:r>
      <w:r>
        <w:rPr>
          <w:lang w:eastAsia="zh-CN"/>
        </w:rPr>
        <w:t>　　12.14:00---14:50读读背背《知识大全》至少一面。</w:t>
      </w:r>
      <w:r>
        <w:rPr>
          <w:lang w:eastAsia="zh-CN"/>
        </w:rPr>
        <w:br/>
      </w:r>
      <w:r>
        <w:rPr>
          <w:lang w:eastAsia="zh-CN"/>
        </w:rPr>
        <w:t>　　13.15:00---15:50练毛笔字或钢笔字。</w:t>
      </w:r>
      <w:r>
        <w:rPr>
          <w:lang w:eastAsia="zh-CN"/>
        </w:rPr>
        <w:br/>
      </w:r>
      <w:r>
        <w:rPr>
          <w:lang w:eastAsia="zh-CN"/>
        </w:rPr>
        <w:t>　　14.16:10---17:10骑自行车或打羽毛球。</w:t>
      </w:r>
      <w:r>
        <w:rPr>
          <w:lang w:eastAsia="zh-CN"/>
        </w:rPr>
        <w:br/>
      </w:r>
      <w:r>
        <w:rPr>
          <w:lang w:eastAsia="zh-CN"/>
        </w:rPr>
        <w:t>　　15.17:20---17:50吃晚饭。</w:t>
      </w:r>
      <w:r>
        <w:rPr>
          <w:lang w:eastAsia="zh-CN"/>
        </w:rPr>
        <w:br/>
      </w:r>
      <w:r>
        <w:rPr>
          <w:lang w:eastAsia="zh-CN"/>
        </w:rPr>
        <w:t>　　16.18:00---19:00帮爸爸妈妈做一些力所能及的事。</w:t>
      </w:r>
      <w:r>
        <w:rPr>
          <w:lang w:eastAsia="zh-CN"/>
        </w:rPr>
        <w:br/>
      </w:r>
      <w:r>
        <w:rPr>
          <w:lang w:eastAsia="zh-CN"/>
        </w:rPr>
        <w:t>　　17.19：20---8:10洗漱。</w:t>
      </w:r>
      <w:r>
        <w:rPr>
          <w:lang w:eastAsia="zh-CN"/>
        </w:rPr>
        <w:br/>
      </w:r>
      <w:r>
        <w:rPr>
          <w:lang w:eastAsia="zh-CN"/>
        </w:rPr>
        <w:t>　　18.8:10---10:00看电视。</w:t>
      </w:r>
      <w:r>
        <w:rPr>
          <w:lang w:eastAsia="zh-CN"/>
        </w:rPr>
        <w:br/>
      </w:r>
      <w:r>
        <w:rPr>
          <w:lang w:eastAsia="zh-CN"/>
        </w:rPr>
        <w:t>　　19.10:00睡觉。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   有关寒假学习计划模板汇编 篇12 </w:t>
      </w:r>
      <w:r>
        <w:rPr>
          <w:lang w:eastAsia="zh-CN"/>
        </w:rPr>
        <w:br/>
      </w:r>
      <w:r>
        <w:rPr>
          <w:lang w:eastAsia="zh-CN"/>
        </w:rPr>
        <w:t>　　夯实基础 提高语言运用能力</w:t>
      </w:r>
      <w:r>
        <w:rPr>
          <w:lang w:eastAsia="zh-CN"/>
        </w:rPr>
        <w:br/>
      </w:r>
      <w:r>
        <w:rPr>
          <w:lang w:eastAsia="zh-CN"/>
        </w:rPr>
        <w:t>　　很多经历过高考的学生都有这样的感觉，那就是在高考的各个科目中，英语是比较容易在较短时间内提分的科目之一。因此，在高三寒假期间，很多学生非常重视英语的复习。对此，倍加中小学个性化教育和现代教育的老师建议说，高考之前英语的复习应重点打牢基础，并提高实际运用语言的能力。 每个学生都要了解一下在词汇、语法、惯用法这三个方面，自己最差的地方在哪里，在最差的地方多下工夫。现代教育的高老师建议，首先必须充分认识词汇的重要性。词汇表里的词汇必须背得滚瓜烂熟，制定一个词汇的背诵和复习计划。记单词是令很多学生头疼的问题，记忆过的单词过不久就会忘记，这是很正常的，但并不代表永远记不住，要多次重复记忆并联系相关问题记忆，可以将一个单词放到一句话中去记忆，既记忆了单词又潜移默化的对语法知识和写作有所帮助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lang w:eastAsia="zh-CN"/>
        </w:rPr>
        <w:t>　　其次，重视实战。语法知识、惯用法当然很重要，可是如果抱着一本语法书研究，可能是效率最低的学习方法。不断做题目、对答案、抄下自己做错的题目、回过头来再研究语法和惯用法，可能是效率比较高的方法。在做题的同时要把知识系统化、网络化，并悟出特点、悟出规律、悟出方法，以达到熟能生巧、事半功倍的效果。可以联系教材和考试题型，梳理出易考题型和知识点。例如：词类对动词的考察占相当大比重，形容词、名词和副词也是学习的重点，语法角度讲，则仍然关于动词的有时态和语态，状语从句、定语从句和名词性从句、非谓语从句等要把握规律重点理解，而无论是语法知识考察还是完型填空及改错甚至写作，主谓一致、强调句型和倒装句都是易错点，有了这样的深入认识，在复习和答题时也可以时刻提醒自己注意。</w:t>
      </w:r>
      <w:r>
        <w:rPr>
          <w:lang w:eastAsia="zh-CN"/>
        </w:rPr>
        <w:br/>
      </w:r>
      <w:r>
        <w:rPr>
          <w:lang w:eastAsia="zh-CN"/>
        </w:rPr>
        <w:t>　　阅读理解是高考中占分最高的题型，利用寒假的空暇时间，每天读一些题材不同而又符合自己程度的语篇，是备考中不可或缺的部分。可利用每天起床前的半小时，阅读几篇文章。务求读懂全文，切不可“浮光掠影”。对于较长较难的文章，可采用先读问题与选项，后读文章的办法。答完所有的题后，可以再快读一遍文章，逐一校对各题答案，查看答案是否前后照应，并在关键的地方结合上下文认真思考。</w:t>
      </w:r>
      <w:r>
        <w:rPr>
          <w:lang w:eastAsia="zh-CN"/>
        </w:rPr>
        <w:br/>
      </w:r>
      <w:r>
        <w:rPr>
          <w:lang w:eastAsia="zh-CN"/>
        </w:rPr>
        <w:t>　　听力的提高是一个潜移默化的过程，是与学生的听力训练时间成正比。每天保持一定量的听力，训练并保持听觉的灵敏度才会有所提高。走亲访友或宴会吃饭的间隙，用mp3或者随身听练习听力，不仅方便也很可行。不过记住，听的时候要确保用心听，碰到听不懂或理解错的部分可以在事后对照答案和参考，切忌自以为听懂了大概却抓不住关键信息的做法。</w:t>
      </w:r>
      <w:r>
        <w:rPr>
          <w:lang w:eastAsia="zh-CN"/>
        </w:rPr>
        <w:br/>
      </w:r>
      <w:r>
        <w:rPr>
          <w:lang w:eastAsia="zh-CN"/>
        </w:rPr>
        <w:t xml:space="preserve">    有关寒假学习计划模板汇编 篇13 </w:t>
      </w:r>
      <w:r>
        <w:rPr>
          <w:lang w:eastAsia="zh-CN"/>
        </w:rPr>
        <w:br/>
      </w:r>
      <w:r>
        <w:rPr>
          <w:lang w:eastAsia="zh-CN"/>
        </w:rPr>
        <w:t>　　不知不觉中，新的一年迎面而来，又一个寒假随之而来，我的寒假可不会似一些同学这样，天天吃喝玩乐。我要度过一个有意义、充实而又快乐的寒假。</w:t>
      </w:r>
      <w:r>
        <w:rPr>
          <w:lang w:eastAsia="zh-CN"/>
        </w:rPr>
        <w:br/>
      </w:r>
      <w:r>
        <w:rPr>
          <w:lang w:eastAsia="zh-CN"/>
        </w:rPr>
        <w:t>　　我给自己精心设计了一套完美的寒假计划：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lang w:eastAsia="zh-CN"/>
        </w:rPr>
        <w:t>　　首先，我会继续学习画画，因为我对这门艺术情有独钟，它不但陶冶了我的情操，也磨练了我的耐性。这学期，我的绘画作品跟手抄报作品在镇跟区的比赛中获奖了，还将推荐到汕头市参加比赛，这离不开多年来的练习呀！我要让这方面的特长继续发扬下去。</w:t>
      </w:r>
      <w:r>
        <w:rPr>
          <w:lang w:eastAsia="zh-CN"/>
        </w:rPr>
        <w:br/>
      </w:r>
      <w:r>
        <w:rPr>
          <w:lang w:eastAsia="zh-CN"/>
        </w:rPr>
        <w:t>　　其次，我要在寒假里多看课外书，积累更多的古诗文，为下学期学校开展的“颂经典诗文”跟“古诗词知识竞赛”做好准备。</w:t>
      </w:r>
      <w:r>
        <w:rPr>
          <w:lang w:eastAsia="zh-CN"/>
        </w:rPr>
        <w:br/>
      </w:r>
      <w:r>
        <w:rPr>
          <w:lang w:eastAsia="zh-CN"/>
        </w:rPr>
        <w:t>　　当然，作为一名校园小记者，我还会留心观察周围的事情，及时撰写稿子投稿，跟大家共同分享，共同进步，也让自己的采写能力得到进一步的提高。</w:t>
      </w:r>
      <w:r>
        <w:rPr>
          <w:lang w:eastAsia="zh-CN"/>
        </w:rPr>
        <w:br/>
      </w:r>
      <w:r>
        <w:rPr>
          <w:lang w:eastAsia="zh-CN"/>
        </w:rPr>
        <w:t>　　我还会帮妈妈做一些力所能及的家务活。看，妈妈每天为了这个家，为了我们而操劳着！寒假里，我不能让妈妈再这么忙碌地工作了，我要帮帮忙，让妈妈得到放松。</w:t>
      </w:r>
      <w:r>
        <w:rPr>
          <w:lang w:eastAsia="zh-CN"/>
        </w:rPr>
        <w:br/>
      </w:r>
      <w:r>
        <w:rPr>
          <w:lang w:eastAsia="zh-CN"/>
        </w:rPr>
        <w:t>　　最后，我要跟爸爸妈妈出去旅游几天，开开眼界。俗话说得好：走万里路胜读万卷书！我相信，一趟旅游会让我受益匪浅的。</w:t>
      </w:r>
      <w:r>
        <w:rPr>
          <w:lang w:eastAsia="zh-CN"/>
        </w:rPr>
        <w:br/>
      </w:r>
      <w:r>
        <w:rPr>
          <w:lang w:eastAsia="zh-CN"/>
        </w:rPr>
        <w:t>　　同学们，你们的寒假计划又如何呢？也在这个舞台上展示出来吧！</w:t>
      </w:r>
      <w:r>
        <w:rPr>
          <w:lang w:eastAsia="zh-CN"/>
        </w:rPr>
        <w:br/>
      </w:r>
      <w:r>
        <w:rPr>
          <w:lang w:eastAsia="zh-CN"/>
        </w:rPr>
        <w:t xml:space="preserve">    有关寒假学习计划模板汇编 篇14 </w:t>
      </w:r>
      <w:r>
        <w:rPr>
          <w:lang w:eastAsia="zh-CN"/>
        </w:rPr>
        <w:br/>
      </w:r>
      <w:r>
        <w:rPr>
          <w:lang w:eastAsia="zh-CN"/>
        </w:rPr>
        <w:t>　　第一，调整作息时间，必须养成早起早睡的习惯，最好能坚持晨练，以保持充沛的精力；</w:t>
      </w:r>
      <w:r>
        <w:rPr>
          <w:lang w:eastAsia="zh-CN"/>
        </w:rPr>
        <w:br/>
      </w:r>
      <w:r>
        <w:rPr>
          <w:lang w:eastAsia="zh-CN"/>
        </w:rPr>
        <w:t>　　第二，调整情绪，多和同学亲友沟通交流，保持良好心态；</w:t>
      </w:r>
      <w:r>
        <w:rPr>
          <w:lang w:eastAsia="zh-CN"/>
        </w:rPr>
        <w:br/>
      </w:r>
      <w:r>
        <w:rPr>
          <w:lang w:eastAsia="zh-CN"/>
        </w:rPr>
        <w:t>　　第三，如果有寒假作业的话，在吃完早饭后用一个小时的时间做作业，中午看一些有益的课外书籍、电视节目或者上网；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lang w:eastAsia="zh-CN"/>
        </w:rPr>
        <w:t>　　第四，下午帮助父母做点家务，分担他们的压力，例如洗碗扫地擦家具；</w:t>
      </w:r>
      <w:r>
        <w:rPr>
          <w:lang w:eastAsia="zh-CN"/>
        </w:rPr>
        <w:br/>
      </w:r>
      <w:r>
        <w:rPr>
          <w:lang w:eastAsia="zh-CN"/>
        </w:rPr>
        <w:t>　　第五，晚上陪父母一起看电视，以增强彼此间的感情。然而电视不能看的太晚。</w:t>
      </w:r>
      <w:r>
        <w:rPr>
          <w:lang w:eastAsia="zh-CN"/>
        </w:rPr>
        <w:br/>
      </w:r>
      <w:r>
        <w:rPr>
          <w:lang w:eastAsia="zh-CN"/>
        </w:rPr>
        <w:t xml:space="preserve">    有关寒假学习计划模板汇编 篇15 </w:t>
      </w:r>
      <w:r>
        <w:rPr>
          <w:lang w:eastAsia="zh-CN"/>
        </w:rPr>
        <w:br/>
      </w:r>
      <w:r>
        <w:rPr>
          <w:lang w:eastAsia="zh-CN"/>
        </w:rPr>
        <w:t>　　班里有一个孩子小_很好动，但也很听话，你无论怎么批评，他只对你的话持肯定态度。却不发表自己的意见。有时这个孩子让我看着很舒服，可有时，他又被组长或课代表向我汇报说，作业不交时，我心里那个气呀，是无话可说。</w:t>
      </w:r>
      <w:r>
        <w:rPr>
          <w:lang w:eastAsia="zh-CN"/>
        </w:rPr>
        <w:br/>
      </w:r>
      <w:r>
        <w:rPr>
          <w:lang w:eastAsia="zh-CN"/>
        </w:rPr>
        <w:t>　　快期中考试时，他的父亲到学校对我说：“老师，请你给我想个好方法，看看怎样才可以让我的孩子有点进步，孩子父亲的诚恳令我感动，但我也不知怎样做才好？</w:t>
      </w:r>
      <w:r>
        <w:rPr>
          <w:lang w:eastAsia="zh-CN"/>
        </w:rPr>
        <w:br/>
      </w:r>
      <w:r>
        <w:rPr>
          <w:lang w:eastAsia="zh-CN"/>
        </w:rPr>
        <w:t>　　答应了这事，我就一直在想该怎样让小_先养成好的习惯，应该这样说，从开学时，小_的一些坏习惯就让我着急，这个孩子看上去要比他的年龄小得多。课堂上也不怎么发言，一时间我也束手无策，只好静观其变。</w:t>
      </w:r>
      <w:r>
        <w:rPr>
          <w:lang w:eastAsia="zh-CN"/>
        </w:rPr>
        <w:br/>
      </w:r>
      <w:r>
        <w:rPr>
          <w:lang w:eastAsia="zh-CN"/>
        </w:rPr>
        <w:t>　　后来，有一天晚自习，一节课下了，我发现他还没回去，便问他干什么的？他说：“我留下来学信息的。”这时我才知道这个默不作声的小男孩电脑是一级棒。</w:t>
      </w:r>
      <w:r>
        <w:rPr>
          <w:lang w:eastAsia="zh-CN"/>
        </w:rPr>
        <w:br/>
      </w:r>
      <w:r>
        <w:rPr>
          <w:lang w:eastAsia="zh-CN"/>
        </w:rPr>
        <w:t>　　一下子，好像有了一个出口。我决定从这儿开始来转变他的学习。制定了一份详细的信息学习计划给他的父亲，请他以此为突破口，为孩子更好地完成学习任务努力。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</w:pPr>
      <w:r>
        <w:rPr>
          <w:lang w:eastAsia="zh-CN"/>
        </w:rPr>
        <w:t>　　一个月后，他的信息学习也告一段落，但孩子的兴趣却依然高涨。我知道他想在电脑方面有所发展。</w:t>
      </w:r>
      <w:r>
        <w:rPr>
          <w:lang w:eastAsia="zh-CN"/>
        </w:rPr>
        <w:br/>
      </w:r>
      <w:r>
        <w:rPr>
          <w:lang w:eastAsia="zh-CN"/>
        </w:rPr>
        <w:t>　　有一次上课时，我便故意在班级里说，我的电脑有点小问题，想请一位同学帮我，看能不能解决。孩子们异口同声地说，小_电脑一级棒。我请他说说看，按着他的方法，我操作了一会儿便弄好了，我对他说，真是好样的，但为什么学其他功课时不多用点心呢？</w:t>
      </w:r>
      <w:r>
        <w:rPr>
          <w:lang w:eastAsia="zh-CN"/>
        </w:rPr>
        <w:br/>
      </w:r>
      <w:r>
        <w:rPr>
          <w:lang w:eastAsia="zh-CN"/>
        </w:rPr>
        <w:t>　　他定定地看了我一会儿，下课后他又找我谈话。他对我说，老师，我会努力的，这是他在我和他多次谈话后唯一的一次表态。</w:t>
      </w:r>
      <w:r>
        <w:rPr>
          <w:lang w:eastAsia="zh-CN"/>
        </w:rPr>
        <w:br/>
      </w:r>
      <w:r>
        <w:rPr>
          <w:lang w:eastAsia="zh-CN"/>
        </w:rPr>
        <w:t>　　后来，他认真多了，但也有反复。</w:t>
      </w:r>
      <w:r>
        <w:rPr>
          <w:lang w:eastAsia="zh-CN"/>
        </w:rPr>
        <w:br/>
      </w:r>
      <w:r>
        <w:rPr>
          <w:lang w:eastAsia="zh-CN"/>
        </w:rPr>
        <w:t>　　我也随时地找他谈谈，相信这个小孩会转变。</w:t>
      </w:r>
      <w:r>
        <w:rPr>
          <w:lang w:eastAsia="zh-CN"/>
        </w:rPr>
        <w:br/>
      </w:r>
      <w:r>
        <w:rPr>
          <w:lang w:eastAsia="zh-CN"/>
        </w:rPr>
        <w:t>　　前些日子，因为他的父亲出差，没有时间问他。刚回来，就到学校向任课老师了解他的学习情况，这是一个备受关爱的孩子，家里为他创造了很好的条件，但就是在学习上有点分神，不知和他年龄小有没有关系。</w:t>
      </w:r>
      <w:r>
        <w:rPr>
          <w:lang w:eastAsia="zh-CN"/>
        </w:rPr>
        <w:br/>
      </w:r>
      <w:r>
        <w:rPr>
          <w:lang w:eastAsia="zh-CN"/>
        </w:rPr>
        <w:t>　　我允诺他的父亲，帮他立一份寒假学习计划，可我想了半天，也不知该怎样，让他能在极短的寒假小有进步，我知道，一份计划并不能让一个孩子彻底地改变，但对他的心灵也许会有一点触动作用。这两天，这孩子一直在躲着我，我让他将这份寒假学习计划带回去，小_也许是认为老师向他的父亲告状的信件吧！</w:t>
      </w:r>
      <w:r>
        <w:rPr>
          <w:lang w:eastAsia="zh-CN"/>
        </w:rPr>
        <w:br/>
      </w:r>
      <w:r>
        <w:rPr>
          <w:lang w:eastAsia="zh-CN"/>
        </w:rPr>
        <w:t>　　小_，你别担心，老师看着你在慢慢进步，老师心里也高兴，马上就要期终考试了，你可别贪玩呀！利用最后几天的复习时间再多用点功吧！</w:t>
      </w:r>
      <w:r>
        <w:rPr>
          <w:lang w:eastAsia="zh-CN"/>
        </w:rPr>
        <w:br/>
      </w:r>
      <w:r>
        <w:rPr>
          <w:rFonts w:hint="eastAsia"/>
          <w:lang w:eastAsia="zh-CN"/>
        </w:rPr>
        <w:br/>
      </w:r>
      <w:r>
        <w:rPr>
          <w:rFonts w:hint="eastAsia"/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https://d.book118.com/807133113141006046</w:t>
        </w:r>
      </w:hyperlink>
    </w:p>
    <w:p w:rsidR="001B1F19">
      <w:pPr>
        <w:rPr>
          <w:rFonts w:hint="eastAsia"/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7133113141006046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5</cp:revision>
  <dcterms:created xsi:type="dcterms:W3CDTF">2024-01-11T00:28:00Z</dcterms:created>
  <dcterms:modified xsi:type="dcterms:W3CDTF">2024-01-11T07:22:00Z</dcterms:modified>
</cp:coreProperties>
</file>