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会计专业实习自我总结范文（34篇）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　　这个假期，在姐姐的引荐下，我进入了_公司财务部实习。实习期间努力将自己在校所学的理论知识向实践方面转化，尽量做到理论与实践相结合，在实习期间能够遵守工作纪律，不迟到、早退，认真完成领导交办的工作，得到学习领导及全体工作人员的一致好评，同时也发现了自己的许多不足之处。</w:t>
      </w:r>
      <w:r>
        <w:rPr>
          <w:lang w:eastAsia="zh-CN"/>
        </w:rPr>
        <w:br/>
      </w:r>
    </w:p>
    <w:p w:rsidR="001B1F19" w14:textId="0AE8485B">
      <w:pPr>
        <w:pStyle w:val="Heading1"/>
        <w:jc w:val="center"/>
        <w:rPr>
          <w:rFonts w:hint="eastAsia"/>
          <w:lang w:eastAsia="zh-CN"/>
        </w:rPr>
      </w:pPr>
      <w:r>
        <w:rPr>
          <w:sz w:val="44"/>
          <w:lang w:eastAsia="zh-CN"/>
        </w:rPr>
        <w:t>会计专业实习自我总结范文（34篇）</w:t>
      </w:r>
    </w:p>
    <w:p w:rsidR="001B1F19"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　　这个假期，在姐姐的引荐下，我进入了_公司财务部实习。实习期间努力将自己在校所学的理论知识向实践方面转化，尽量做到理论与实践相结合，在实习期间能够遵守工作纪律，不迟到、早退，认真完成领导交办的工作，得到学习领导及全体工作人员的一致好评，同时也发现了自己的许多不足之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_有限公司是一家国企下属的公司，其主要业务就是化工产品。该单位是采用电脑记账，采用的是用友财务软件。我在财务部工作，公司财务部主要有材料会计、成本会计、销售会计、总账会计、税务会计以及出纳。此次实习，我主要岗位是会计，因此主要实习了公司的会计科目及会计处理。同时对出纳的工作也有了具体的了解。会计专业作为应用性很强的一门学科、一项重要的经济管理工作，是加强经济管理，提高经济效益的重要手段。在实习中，我认真学习了正当而标准的事业单位会计流程，应前辈的教诲还认真学习了《公司法》、《税法》《会计法》，真正从课本中走到了现实中，从抽象的理论回到了多彩的实际生活，细致的了解了事业单位会计工作的全过程，认真学习了各类学校经济业务的会计处理，并掌握了三门财务软件的使用实习期间，我利用此次难得的机会，努力工作，严格要求自己，虚心向财务人员请教，认真学习会计理论，学习会计法律、法规等知识，利用空余时间认真学习一些课本内容以外的相关知识，掌握了一些基本的会计技能。在实习期间，我还学习一些会计日常业务处理、银行及税务相关工作处理。公司财务部主要有材料会计、成本会计、销售会计、总账会计、税务会计以及出纳。在日常会计业务处理中，公司主要利用用友财务软件进行会计处理，同时也借助单位网上银行进行收付款业务查询及处理，在税务处理工作方面，只要利用税务局相关软件进行纳税管理，如登录网上办税大厅、ABC3000等税务软件进行纳税申报以及税收抵扣等业务。</w:t>
      </w:r>
      <w:r>
        <w:rPr>
          <w:lang w:eastAsia="zh-CN"/>
        </w:rPr>
        <w:br/>
      </w:r>
      <w:r>
        <w:rPr>
          <w:lang w:eastAsia="zh-CN"/>
        </w:rPr>
        <w:t>　　在处理日常经济业务方面，针对实际发生经济业务性质进行会计处理，编制会计凭证，进行审核记账等。公司日常的经济业务通常不是采购就是销售，在进行采购业务处理时，需进行编制采购入库单，并核对采购数量、金额及税额;销售业务方面，主要是对于应收账款的核对，根据实际发生以及相应回款进行收款或转账凭证的编制并审核记账;在采购与销售方面的实习工作当中，在制单处理方面要特别细心，要注意核对供应商以及客户往来，以免在进行项目核算时发生串户。除了采购和销售业务，日常经济业务还包括通过单位网上银行进行付款业务，并在受到银行回单后，利用用友财务软件进行应付账款核算。日常会计业务是会计工作的基础，对于每一笔经济业务，每一个步骤，每一个程序，都必须以会计制度为基础，尊重原始凭证，考究其真实性和准确性，才能更好地发挥利用财务软件的强大功能，提高我们的工作效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公司的另一个重要会计核算项目就是进行成本及费用的核算。工业企业产品生产成本的构成，主要包括生产过程中实际消耗的直接材料、直接工资、其他直接支出和制造费用。成本核算主要包括生产费用核算和生产成本核算，生产费用核算，是根据经过审核的各项原始凭证汇集生产费用，进行生产费用的总分类核算和明细分类核算。然后，将汇集在有关费用账户中的费用再进行分配，分别分配给各成本核算对象。生产成本的计算，是将通过生产费用核算分配到各成本计算对象上的费用进行整理，按成本项目归集并在此基础上进行产品成本计算。如本期投产的产品本期全部完工，则所归集的费用总数即为完工产品成本。如果期末有尚未完工的在产品，则需采用适当方法将按成本项目归集起来的各项费用在完工产品和在产品间进行分配，计算出完工产品的成本。在实习过程中，对于进行成本核算的原始凭证主要是收料单、领料单、产成品交库单，月末盘点表等。月底是公司出具财务报表的时候。总账会计即主管会计，主要负责公司主要财务报表的出具。在实习期间，我主要学习了资产负债表、现金流量表、损益表、利润表、所有者权益变动表以及各种附表，并对财务报表进行分析，计算出本期应纳税所得额并进行纳税申报。通过编制财务报表还能对公司的资产负债率以及销售利率等财务指标进行分析。财务报表需一式三份，上交给国税及地税各一份，本公司自己留底一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实习是每一个大学毕业生必须拥有的一段经历，它使我们在实践中了解社会、在实践中巩固知识。通过此次实习，将学校所学的会计理论知识与实际相结合起来，不仅让我们对整个会计核算流程有了详细而具体的认识，熟悉了会计核算的具体工作对象，也缩短了抽象的课本知识与实际工作的距离。在实习期间，主要利用真实的会计凭证及财务账表对一定期间的经济业务进行会计核算，对于税务、银行与企业之间的重要关系有了进一步的认识，同时也更加熟悉了用友财务软件在实际的会计工作中的各种操作，体会到了会计电算化为会计工作带来的便捷。</w:t>
      </w:r>
      <w:r>
        <w:rPr>
          <w:lang w:eastAsia="zh-CN"/>
        </w:rPr>
        <w:br/>
      </w:r>
      <w:r>
        <w:rPr>
          <w:lang w:eastAsia="zh-CN"/>
        </w:rPr>
        <w:t>　　实习是每个即将毕业的大学生的重要经历，通过实习，不仅培养了我的实际动手能力，也增加了我的实际操作经验，对实际的财务工作也有了新的认识。实习让我学到了很多在课堂上学不到的知识，也让我更加看清自己的不足之处。通过这次会计实习，我对今后的学习、发展方向有了更进一步的认识：学习不仅仅学的是理论知识，更重要的是学习如何将理论知识应用于实践，学习将工作做到尽善尽美。从而进一步巩固自己所学到的知识，为以后真正走上工作岗位打下基础。更让我感到感动的是，领导让公司的前辈教会我处理公司的综合事物。例如营业执照的办理。税务登记的有关事项。一般纳税人的申请。以及如何进行企业合法节税的运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在这个学习和联系的过程中。我发现会计是一门实务与理论结合性很强的学科，尽管我学过这门课，但是当我第一次和公司的同事操作具体业务时，觉得又和书上有些不同，实际工作中的事务是细而杂的，只有多加练习才能牢牢掌握。这次实习最主要的目的也是想看看我们所学的理论知识与公司实际操作的实务区别在哪里，相同的地方在哪里，内部控制如何执行，如何贯彻新的会计政策，新旧政策如何过渡，一些特殊的帐户如何会计处理等等。带着这些问题，我在这一个月里用眼睛看，不懂的请教领导同事，让我对这些问题有了一定的解答，达到了这次实习的目的。除了与我专业相关的知识外，我还看到许多在课堂上学不到的东西。公司是如何运做的，员工之间的团队合作精神，处理业务的过程，规章制度执行情况，企业的管理等等。作为一名会计实务人员，通过这次实习也更加让我看清自己今后的努力方向。例如：实务能力，应变能力，心理素质，适应能力等等。除此之外拥有一颗上进心，进取心也是非常重要的。</w:t>
      </w:r>
      <w:r>
        <w:rPr>
          <w:lang w:eastAsia="zh-CN"/>
        </w:rPr>
        <w:br/>
      </w:r>
      <w:r>
        <w:rPr>
          <w:lang w:eastAsia="zh-CN"/>
        </w:rPr>
        <w:t>　　在工作中仅靠我们课堂上学习到的知识远远不够，因此我们要在其他时间多给自己充电，在扎实本专业的基础上也要拓宽学习领域。同时在实际的工作中遇到问题时要多向他人请教。人际沟通也是非常重要的一点，如何与人打交道是一门艺术，也是一种本领，在今后的工作中也是不能忽视的。马上就要进入社会的我们也要面临正式的实习了，我想每一次的经历都是一种积累，而这种积累正是日后的财富。在工作上，在学习上，我们要让这些宝贵的财富发挥它的作用，从而达到事半功倍的效果。</w:t>
      </w:r>
      <w:r>
        <w:rPr>
          <w:lang w:eastAsia="zh-CN"/>
        </w:rPr>
        <w:br/>
      </w:r>
      <w:r>
        <w:rPr>
          <w:lang w:eastAsia="zh-CN"/>
        </w:rPr>
        <w:t>　　经过这次实习，让我学到了许多许多，无论是专业知识上，还是为人处世上，受益匪浅，感谢_有限公司提供了这次实习机会。</w:t>
      </w:r>
      <w:r>
        <w:rPr>
          <w:lang w:eastAsia="zh-CN"/>
        </w:rPr>
        <w:br/>
      </w:r>
      <w:r>
        <w:rPr>
          <w:lang w:eastAsia="zh-CN"/>
        </w:rPr>
        <w:t xml:space="preserve">    会计专业实习自我总结范文 篇14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经过学校和朋友的努力，在作物有限公司获得了一次十分难得的实习机会。实习期间努力将自己在学会计实习报告校所学的理论知识向实践方面转化，尽量做到理论与实践相结合，在实习期间能够遵守工作纪律，不迟到、早退，认真完成领导交办的工作，得到学习领导及全体工作人员的一致好评，同时也发现了自己的许多不足之处会计实习报告。</w:t>
      </w:r>
      <w:r>
        <w:rPr>
          <w:lang w:eastAsia="zh-CN"/>
        </w:rPr>
        <w:br/>
      </w:r>
      <w:r>
        <w:rPr>
          <w:lang w:eastAsia="zh-CN"/>
        </w:rPr>
        <w:t>　　作物有限公司是一家事业单位下属的小型公司，其主要业务就是种苗和农药。每年的经济业务不是太多，因此财务室只设有会计、出纳各一名。该单位是采用电脑记账，采用的是三门财务软件。此次实习，我主要岗位是会计，因此主要实习了公司的会计科目及会计处理。同时对出纳的工作也有了具体的了解。在实习中，我参与了整个2到4月全部的会计工作，从审核原始凭证、编制记账凭证、登账到编制会计报表都有亲自动手。认真学习了正当而标准的事业单位会计流程，应前辈的教诲还认真学习了《公司法》、《税法》《会计法》，真正从课本中走到了现实中，从抽象的理论回到了多彩的实际生活，细致的了解了事业单位会计工作的全过程，认真学习了各类学校经济业务的'会计处理，并掌握了三门财务软件的使用实习期间，我利用此次难得的机会，努力工作，严格要求自己，虚心向财务人员会计实习报告请教，认真学习会计理论，学习会计法律、法规等知识，利用空余时间认真学习一些课本内容以外的相关知识，掌握了一些基本的会计技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从而进一步巩固自己所学到的知识，为以后真正走上工作岗位打下基础。更让我感到感动的是，领导让公司的前辈教会我处理公司的综合事物。例如营业执照的办理。税务登记的有关事项。一般纳税人的申请。以及如何进行企业合法节税的运用。</w:t>
      </w:r>
      <w:r>
        <w:rPr>
          <w:lang w:eastAsia="zh-CN"/>
        </w:rPr>
        <w:br/>
      </w:r>
      <w:r>
        <w:rPr>
          <w:lang w:eastAsia="zh-CN"/>
        </w:rPr>
        <w:t>　　在这个学习和联系的过程中。我发现会计是一门实务与理论结合性很强的学科，尽管我学过这门课，但是当我第一次和公司的同事操作具体业务时，觉得又和书上有些不同，实际工作中的事务是细而杂的，只有多加练习才能牢牢掌握。这次实习最主要的目的也是想看看我们所学的理论知识与公司实际操作的实务区别在哪里，相同的地方在哪里，内部控制如何执行，如何贯彻新的会计政策，新旧政策如何过渡，一些特殊的帐户如何会计处理等等。带着这些问题，我在这一个月里用眼睛看，不懂的请教领导同事，让我对会计实习报告这些问题有了一定的解答，达到了这次实习的目的。除了与我专业相关的知识外，我还看到许多在课堂上学不到的东西。公司是如何运做的，员工之间的团队合作精神，处理业务的过程，规章制度执行情况，企业的管理等等。另外我也看到公司存在的一些漏洞，例如内部控制情况，其中主要包括现金收支制度执行情况，公司在执行国家政策规定方面也不容乐观。然而在现实的小规模私营企业这种情况可能普遍存在。作为一名会计实务人员，通过这次实习也更加让我看清自己今后的努力方向。例如：实务能力，应变能力，心理素质，适应能力等等。除此之外拥有一颗上进心，进取心也是非常重要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在工作中仅靠我们课堂上学习到的知识远远不够，因此我们要在其他时间多给自己充电，在扎实本专业的基础上也要拓宽学习领域。同时在实际的工作中遇到问题时要多向他人请教。人际沟通也是非常重要的一点，会计实习报告如何与人打交道是一门艺术，也是一种本领，在今后的工作中也是不能忽视的。马上就要进入社会的我们也要面临正式的实习了，我想每一次的经历都是一种积累，而这种积累正是日后的财富。在工作上，在学习上，我们要让这些宝贵的财富发挥它的作用，从而达到事半功倍的效果。</w:t>
      </w:r>
      <w:r>
        <w:rPr>
          <w:lang w:eastAsia="zh-CN"/>
        </w:rPr>
        <w:br/>
      </w:r>
      <w:r>
        <w:rPr>
          <w:lang w:eastAsia="zh-CN"/>
        </w:rPr>
        <w:t>　　经过这次实习，让我学到了许多许多，无论是专业知识上，还是为人处世上，受益匪浅，感谢康源作物有限公司提供了这次实习机会。</w:t>
      </w:r>
      <w:r>
        <w:rPr>
          <w:lang w:eastAsia="zh-CN"/>
        </w:rPr>
        <w:br/>
      </w:r>
      <w:r>
        <w:rPr>
          <w:lang w:eastAsia="zh-CN"/>
        </w:rPr>
        <w:t xml:space="preserve">    会计专业实习自我总结范文 篇15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实践是检验认识的唯一真理！”学习只是一种途径，我们真正的目的就是能够学以至用，能够在实际工作中应用自己的所学一展所长。成为当今社会上所需要的会计优秀人才。然而，会计是一门应用性很强的技术专业，不能照本宣科，依葫芦画瓢。真正的“实战”经验——实习，将是我们踏入会计领域工作前所必不可少的锻炼！为了积累经验，理论结合实际，我带着已学的专业知识敲响了海宁市正达印刷有限公司的大门，开始了我的会计实习。在短短的一个月里，我查看了该公司往年的会计账簿，试着用审计的思维看账，在出纳的指导下，开出库单，入库单，登记现金日记账和银行存款日记账等，跟随会计操作了会计电算化，熟悉了从原始凭证到记账凭证再到账簿直至会计报表的整个流程。此次实习让我开阔了视野，增长了见识，并且对大学两年里所学的知识进行了巩固和运用，为以后进一步走向社会打下了坚实的基础。现将阶段实习所在公司的基本情况、实习的主要内容及自身感受作一简单的总结报告。</w:t>
      </w:r>
      <w:r>
        <w:rPr>
          <w:lang w:eastAsia="zh-CN"/>
        </w:rPr>
        <w:br/>
      </w:r>
      <w:r>
        <w:rPr>
          <w:lang w:eastAsia="zh-CN"/>
        </w:rPr>
        <w:t>　　一、实习目的</w:t>
      </w:r>
      <w:r>
        <w:rPr>
          <w:lang w:eastAsia="zh-CN"/>
        </w:rPr>
        <w:br/>
      </w:r>
      <w:r>
        <w:rPr>
          <w:lang w:eastAsia="zh-CN"/>
        </w:rPr>
        <w:t>　　阶段实习是专业教学方案的重要组成部分，是实现本科教学培养目标的重要教学环节，实现理论教学与社会实践相结合的重要方式。通过阶段实习学生可以了解社会，接触实际，增强建设社会主义现代化的事业心和责任感；通过阶段实习，学生可以加深对专业的认识，获得与本专业相关的实际知识和感性认识；通过理论与实际相结合的.训练，培养学生的实际工作能力和专业技能，为今后工作打下基础。</w:t>
      </w:r>
      <w:r>
        <w:rPr>
          <w:lang w:eastAsia="zh-CN"/>
        </w:rPr>
        <w:br/>
      </w:r>
      <w:r>
        <w:rPr>
          <w:lang w:eastAsia="zh-CN"/>
        </w:rPr>
        <w:t>　　二、实习安排</w:t>
      </w:r>
      <w:r>
        <w:rPr>
          <w:lang w:eastAsia="zh-CN"/>
        </w:rPr>
        <w:br/>
      </w:r>
      <w:r>
        <w:rPr>
          <w:lang w:eastAsia="zh-CN"/>
        </w:rPr>
        <w:t>　　阶段实习安排从至，共四周，计划安排如下：</w:t>
      </w:r>
      <w:r>
        <w:rPr>
          <w:lang w:eastAsia="zh-CN"/>
        </w:rPr>
        <w:br/>
      </w:r>
      <w:r>
        <w:rPr>
          <w:lang w:eastAsia="zh-CN"/>
        </w:rPr>
        <w:t>　　第一周，熟悉工作环境，了解公司情况和目前印刷行业的背景，熟悉公司的生产流程，做一些后勤工作，处理与公司相关人员的人际关系。</w:t>
      </w:r>
      <w:r>
        <w:rPr>
          <w:lang w:eastAsia="zh-CN"/>
        </w:rPr>
        <w:br/>
      </w:r>
      <w:r>
        <w:rPr>
          <w:lang w:eastAsia="zh-CN"/>
        </w:rPr>
        <w:t>　　第二周，观察财务人员是如何工作的，查看公司往年的账簿，了解会计工作流程，掌握实际用到的会计科目等相关知识。</w:t>
      </w:r>
      <w:r>
        <w:rPr>
          <w:lang w:eastAsia="zh-CN"/>
        </w:rPr>
        <w:br/>
      </w:r>
      <w:r>
        <w:rPr>
          <w:lang w:eastAsia="zh-CN"/>
        </w:rPr>
        <w:t>　　第三周，跟随出纳学习，在出纳指导下，开入库单，出库单，整理发票，登记现金日记账和银行存款日记账。</w:t>
      </w:r>
      <w:r>
        <w:rPr>
          <w:lang w:eastAsia="zh-CN"/>
        </w:rPr>
        <w:br/>
      </w:r>
      <w:r>
        <w:rPr>
          <w:lang w:eastAsia="zh-CN"/>
        </w:rPr>
        <w:t>　　第四周，跟随会计学习，看会计如何处理会计业务，如何操作会计电算化，熟悉整个记账流程。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三、实习单位简介</w:t>
      </w:r>
      <w:r>
        <w:rPr>
          <w:lang w:eastAsia="zh-CN"/>
        </w:rPr>
        <w:br/>
      </w:r>
      <w:r>
        <w:rPr>
          <w:lang w:eastAsia="zh-CN"/>
        </w:rPr>
        <w:t>　　海宁市正达印刷有限公司创办于1996年，公司规模不大，但十多年来的探索和发展，使其积累了丰富的生产经验，具备6色以内印刷能力，能承担从产品设计到制版再到生产的任务。主要生产以塑料包装为主的产品，包括三边封塑料袋、蒸煮袋、印刷成品卷膜、礼品袋包装纸、糖果纸、宣传小旗帜等。</w:t>
      </w:r>
      <w:r>
        <w:rPr>
          <w:lang w:eastAsia="zh-CN"/>
        </w:rPr>
        <w:br/>
      </w:r>
      <w:r>
        <w:rPr>
          <w:lang w:eastAsia="zh-CN"/>
        </w:rPr>
        <w:t>　　四、实习过程和内容</w:t>
      </w:r>
      <w:r>
        <w:rPr>
          <w:lang w:eastAsia="zh-CN"/>
        </w:rPr>
        <w:br/>
      </w:r>
      <w:r>
        <w:rPr>
          <w:lang w:eastAsia="zh-CN"/>
        </w:rPr>
        <w:t>　　转眼两年大学生活结束了，而真正学到的专业知识并不多，更没有一点实践经验，真不知道毕业后拿什么作为自己的竞争资本。趁着这次阶段实习的机会，我捏着学生阶段实习手册，带着丁点的专业知识敲响了海宁正达印刷有限公司的大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实习第一周主要是了解这家公司的基本情况，包括生产流程、机构设置、人员配置以及所处的行业背景。公司安排经验丰富的出纳许阿姨作为我的指导老师。这家公司规模较小，生产部门分为印刷车间、复合车间和制袋车间三个部门，在车间主任的带领下，我参观了各个车间，并了解到原材料（油墨、薄膜、胶水等）如何经过各道工序变成产成品的，我也观察到其他材料，如下脚料、周转材料废料等，思忖着这些材料该是如何记账的。从公司负责人许经理那了解到，目前海宁市的印刷企业很多，竞争激烈，再加上受美国次贷危机和国内通货膨胀的影响，原材料价格上涨，但产成品的价格上涨幅度不大，所以同比前几年，今年的生产效益并不好。中国的中小企业能生存下来真不容易啊。空闲时间我就在公司里干一些力所能及的事情，还跟出纳和车间主任聊聊天，看看出纳是如何工作的。我利用周日休息时间把学过的会计知识温习和巩固了，以便下周实习有点熟悉感，理论联系实际。</w:t>
      </w:r>
      <w:r>
        <w:rPr>
          <w:lang w:eastAsia="zh-CN"/>
        </w:rPr>
        <w:br/>
      </w:r>
      <w:r>
        <w:rPr>
          <w:lang w:eastAsia="zh-CN"/>
        </w:rPr>
        <w:t>　　实习第二周，许阿姨先让我在财务部看财务人员如何工作的，主要是结合学过的会计和审计知识，查看核对公司往年的账簿。许阿姨拿出一大叠账簿让我慢慢研究，这些账簿都是按照时间顺序整理好的，每年都有12本册子，分别是一月到12月的账簿，每本都有原始凭证、记账凭证和资产负债表、损益表、应交增值税明细表。于是我饶有兴趣的研究起了这些会计信息，我试着用审计的思维查看资产负债表和损益表上的数字，并逆着去查明细账和总账，看看科目和数据是否相符。有时候对于某些科目，我要不停地按着计算器，反复计算直到数据相符为止。遇到不理解的地方，及时询问许阿姨，当我查看损益表和企业所得税纳税申报表时，发现这两张表上的所得税不一致，经我仔细查看，原来损益表上的所得税是主营业务收入的1%，是实际缴纳的所得税，而纳税申报表上的所得税是利润总额的18%，是应纳税所得额。经一询问，原因是该公司实行“预征”办法来缴纳企业所得税，预征率为1%，即营业收入的1%。我很高兴学到了课本以外的知识。接下来几天，我还是把大部分时间花在账簿上，弄明白了地方税和国税的区别，了解了镇财政资金和村集体资本金等相关会计明细科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实习第三周，主要是跟随出纳学习，在许阿姨的指导下，开入库单、出库单，开发票，登记现金日记账和银行存款日记账。许阿姨先操作一遍，边做边讲解，然后让我亲自实践。我先把原始凭证，包括发票、支票等按时间顺序整理好，根据凭证上的项目登记现金日记账和银行存款日记账，再在发票等凭证上编号，以便登记记账凭证。接着又登记了入库单和出库单。第一次记账时，生怕出错，我小心翼翼地写上金额，核对两遍才放心，接下来几天，我就加快了速度，结果就漏记了一笔业务，在登记完银行存款账后，没有登记现金日记账，幸亏许阿姨及时发现，我惭愧极了。以后几次就不敢麻痹大意了。登记完日记账和入库单、出库单后，把原始凭证仍按时间顺序整理好，用夹子夹好，放在专门的地方，日记账也同样如此，及时用钥匙锁好。这周实习让我意识到不可小看简单的工作，一定得细心谨慎。</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实习最后一周，主要是跟随会计学习，因为公司规模小，业务也比较少，会计并不是公司的专职会计，来公司的次数不多。许阿姨就让我随会计去会计公司见习一下会计电算化。朱会计拿来一些原始单据凭证，根据原始凭证记录登记记帐凭证。虽然不是自己登记，但是他每作一次都向我讲清楚，慢慢的看得多了，我也就觉得不是那么糊涂不清了。朱会计平时不忙，就耐心地向我讲解，如：三大凭证：收款凭证、付款凭证和转帐凭证的科目如何在网上进行输入和保存，登记凭证的增加、删除和修改，如何将已经录入的凭证从网上调出来并察看其相关内容等等。接下来几天，朱会计就让我尝试地做了几张，因我在学校里学过一些财务软件的知识，也通过了会计电算化的考试，所以这些操作起来不是很难应付，当然还是得把握那条原则：细心。朱会计教我如何根据明细账和总账登记会计报表，虽然没有独立地实践操作，但朱会计耐心地解释，也让我熟悉了整个会计流程。</w:t>
      </w:r>
      <w:r>
        <w:rPr>
          <w:lang w:eastAsia="zh-CN"/>
        </w:rPr>
        <w:br/>
      </w:r>
      <w:r>
        <w:rPr>
          <w:lang w:eastAsia="zh-CN"/>
        </w:rPr>
        <w:t>　　五、实习心得</w:t>
      </w:r>
      <w:r>
        <w:rPr>
          <w:lang w:eastAsia="zh-CN"/>
        </w:rPr>
        <w:br/>
      </w:r>
      <w:r>
        <w:rPr>
          <w:lang w:eastAsia="zh-CN"/>
        </w:rPr>
        <w:t>　　实践是检验真理的唯一标准，也是催我成长的最佳手段。短短四个星期的实习，让我受益匪浅，无论是专业知识的运用，还是人际交往能力都得到了锻炼和提高。以下是我此次实习比较深的体会：</w:t>
      </w:r>
      <w:r>
        <w:rPr>
          <w:lang w:eastAsia="zh-CN"/>
        </w:rPr>
        <w:br/>
      </w:r>
      <w:r>
        <w:rPr>
          <w:lang w:eastAsia="zh-CN"/>
        </w:rPr>
        <w:t>　　第一，要有严谨的工作态度。会计工作是一门很精准的工作，要求会计人员准确的核算每一项指标，正确使用每一个公式。会计不是一件具有创新意识的工作，它是靠一个又一个精准的数字来反映问题的。所以我们一定要加强自己对数字的敏感度，细心谨慎，及时发现问题解决问题弥补漏洞。</w:t>
      </w:r>
      <w:r>
        <w:rPr>
          <w:lang w:eastAsia="zh-CN"/>
        </w:rPr>
        <w:br/>
      </w:r>
      <w:r>
        <w:rPr>
          <w:lang w:eastAsia="zh-CN"/>
        </w:rPr>
        <w:t>　　第二，要具备良好的人际交往能力。会计部门是企业管理的核心部门，对下要收集会计信息，对上要汇报会计信息，对内要相互配合整理会计信息，对外要与社会公众和政府部门搞好关系。在于各个部门各种人员打交道时一定要注意沟通方法，协调好相互间的工作关系。工作中要具备正确的心态和良好的心理素质。</w:t>
      </w:r>
      <w:r>
        <w:rPr>
          <w:lang w:eastAsia="zh-CN"/>
        </w:rPr>
        <w:br/>
      </w:r>
      <w:r>
        <w:rPr>
          <w:lang w:eastAsia="zh-CN"/>
        </w:rPr>
        <w:t>　　第三，戒骄戒躁。会计工作很多是非常枯燥的基础性工作。面对千篇一律的工作内容和眼花缭乱的数据，只有耐心，一丝不苟的精神才能保证有效地完成工作，这是我的亲身体验。思想总是在经历中成熟起来。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第四，中国的政策。我所实习的是一家小企业，由于受美国次贷危机和国内通货膨胀的影响，经营环境受到冲击，不少类似的中小企业已经停产了，我想，政府应该给予这些企业优惠政策，帮助他们渡过难关。</w:t>
      </w:r>
      <w:r>
        <w:rPr>
          <w:lang w:eastAsia="zh-CN"/>
        </w:rPr>
        <w:br/>
      </w:r>
      <w:r>
        <w:rPr>
          <w:lang w:eastAsia="zh-CN"/>
        </w:rPr>
        <w:t>　　“有梦想谁都了不起，有勇气就会有奇迹。”“让我们都加油去超越自己。”以前的我对未来一片迷茫，不知道自己的努力方向，对于将来的种种都充满了恐慌。经过一个月的实习，我对自己的未来有了更多的思考，明确了自己的努力方向。</w:t>
      </w:r>
      <w:r>
        <w:rPr>
          <w:lang w:eastAsia="zh-CN"/>
        </w:rPr>
        <w:br/>
      </w:r>
      <w:r>
        <w:rPr>
          <w:lang w:eastAsia="zh-CN"/>
        </w:rPr>
        <w:t>　　我相信每一粒种子，都在享受着阳光雨露的滋润中追求着自己的果实；我相信每一只雄鹰，都在享受这云天万里的辽阔中练就了自己的一双有力的翅膀；我相信我们每一个人都在享受着美好多彩的生活中正一步步地把梦想变成人生的辉煌。我的未来不是梦。</w:t>
      </w:r>
      <w:r>
        <w:rPr>
          <w:lang w:eastAsia="zh-CN"/>
        </w:rPr>
        <w:br/>
      </w:r>
      <w:r>
        <w:rPr>
          <w:lang w:eastAsia="zh-CN"/>
        </w:rPr>
        <w:t xml:space="preserve">    会计专业实习自我总结范文 篇16 </w:t>
      </w:r>
      <w:r>
        <w:rPr>
          <w:lang w:eastAsia="zh-CN"/>
        </w:rPr>
        <w:br/>
      </w:r>
      <w:r>
        <w:rPr>
          <w:lang w:eastAsia="zh-CN"/>
        </w:rPr>
        <w:t>　　暑假到了，为了丰富自己的阅历，适应社会，我想在这个假期能找个实习单位，渡过一个有意义的暑假。我应聘的岗位是实习会计，被建业公司安置到了置业有现公司。_公司的财务部并没有太多人，设有一名财务经理，两名出纳，两名会计。此次负责我实习的是公司出纳—刘爱丽，刘姐根据我的实习时间，主要是让我了解财务软件的使用和会计处理的流程，并做一些会计凭证。公司采用的是金碟财务软件，从编制记账凭证到记账、编制会计报表、结账都是通过财务软件完成。我认真学习了正规而标准的公司会计流程，真正从课本中走到了现实中，细致地了解了公司会计工作的全部过程，掌握了金蝶财务软件的操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开始单位不会让我干什么，观察我是否有耐性全身心的投入本行业。然后是大批量的工作，数量和难度都很大但是要求不高，这是考察我的能力，也让我找到自己的位置。单位里完全按能力来分配待遇，而不是学历。社会的准则就是不能劳动的人就是废物，即便你是大学生、文化高、素质高、说话有水平、气质高、斯文做作等等。山外有山，人外有人，虚心向他人学习有真材实学才是当务之急。</w:t>
      </w:r>
      <w:r>
        <w:rPr>
          <w:lang w:eastAsia="zh-CN"/>
        </w:rPr>
        <w:br/>
      </w:r>
      <w:r>
        <w:rPr>
          <w:lang w:eastAsia="zh-CN"/>
        </w:rPr>
        <w:t>　　作为学习了这么长时间会计的我们，可以说对会计基本上能耳目能熟了。有关会计的专业基础知识、基本理论、基本方法和结构体系，我们都基本掌握。通过实践了解到，这些似乎只是纸上谈兵。倘若将这些理论性极强的东西搬上实际上应用，那我们也会是无从下手，一窍不通。下面就是我通过这次会计实习中领悟到的很多书本上所不能学到的会计的特点和积累，以及题外的很多道理。</w:t>
      </w:r>
      <w:r>
        <w:rPr>
          <w:lang w:eastAsia="zh-CN"/>
        </w:rPr>
        <w:br/>
      </w:r>
      <w:r>
        <w:rPr>
          <w:lang w:eastAsia="zh-CN"/>
        </w:rPr>
        <w:t>　　以前，我总以为自己的会计理论知识还算扎实，正如所有工作一样，掌握了规律，照葫芦画瓢准没错，那么，当一名出色的会计人员，应该没问题了。现在才发现，会计其实更讲究的是它的实际操作性和实践性。离开操作和实践，其它一切都为零！会计就是实际中学会做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在实践中我也发现，会计具有很强的连通性、逻辑性和规范性。其一，每一笔业务的发生，都要根据其原始凭证，登记入记账凭证、明细账、日记账、三栏式账、多栏式账、总账等等可能连通起来的账户。其二，会计的每一笔账务都有依有据，而且是逐一按时间顺序登记下来的，极具逻辑性。其三，在会计的实践中，漏账、错账的更正，都不允许随意添改，不容弄虚作假。每一个程序、步骤都得以会计制度为前提、为基础。体现了会计的规范性。</w:t>
      </w:r>
      <w:r>
        <w:rPr>
          <w:lang w:eastAsia="zh-CN"/>
        </w:rPr>
        <w:br/>
      </w:r>
      <w:r>
        <w:rPr>
          <w:lang w:eastAsia="zh-CN"/>
        </w:rPr>
        <w:t>　　在登帐过程中，首先，要根据业务的发生，取得原始凭证，将其登记记账凭证。然后，根据记账凭证，登记其明细账。期末，填写科目汇总表以及试算平衡表，最后才把它登记入总账。结转其成本后，根据总账合计，填制资产负债表、利润表、损益表等等年度报表。这就是会计操作的一般顺序和基本流程。</w:t>
      </w:r>
      <w:r>
        <w:rPr>
          <w:lang w:eastAsia="zh-CN"/>
        </w:rPr>
        <w:br/>
      </w:r>
      <w:r>
        <w:rPr>
          <w:lang w:eastAsia="zh-CN"/>
        </w:rPr>
        <w:t>　　在实习期间，我曾觉得整天要对着那枯燥无味的账目和数字而心生烦闷、厌倦，以至于登账登得错漏百出。愈错愈烦，愈烦愈错，这只会导致“雪上加霜”，会计本来就是烦琐的工作。不过慢慢觉得只要你用心地做，反而又会左右逢源。越做越觉乐趣，越做越起劲。清朝改良派代表梁启超说过：凡职业都具有趣味的，只要你肯干下去，趣味自然会发生。因此，做账切忌：粗心大意，马虎了事，心浮气躁。做任何事都一样，需要有恒心、细心和毅力，那才会到达成功的彼岸！</w:t>
      </w:r>
      <w:r>
        <w:rPr>
          <w:lang w:eastAsia="zh-CN"/>
        </w:rPr>
        <w:br/>
      </w:r>
      <w:r>
        <w:rPr>
          <w:lang w:eastAsia="zh-CN"/>
        </w:rPr>
        <w:t>　　总之，在这次会计实习中，我努力将自己在学校所学的理论知识向实践方面转化，尽量做到理论与实践相结合。在实习期间我遵守了工作纪律，不迟到、不早退，认真完成领导交办的工作。我可谓受益非浅。</w:t>
      </w:r>
      <w:r>
        <w:rPr>
          <w:lang w:eastAsia="zh-CN"/>
        </w:rPr>
        <w:br/>
      </w:r>
      <w:r>
        <w:rPr>
          <w:lang w:eastAsia="zh-CN"/>
        </w:rPr>
        <w:t>　　自我小总结，在和建业人交往过程中，我总能学到不少东西，但也看到自己的差距和不足。主要如下：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1、知识量少搭不上话。</w:t>
      </w:r>
      <w:r>
        <w:rPr>
          <w:lang w:eastAsia="zh-CN"/>
        </w:rPr>
        <w:br/>
      </w:r>
      <w:r>
        <w:rPr>
          <w:lang w:eastAsia="zh-CN"/>
        </w:rPr>
        <w:t>　　2、实践工作能力低下，不得法。</w:t>
      </w:r>
      <w:r>
        <w:rPr>
          <w:lang w:eastAsia="zh-CN"/>
        </w:rPr>
        <w:br/>
      </w:r>
      <w:r>
        <w:rPr>
          <w:lang w:eastAsia="zh-CN"/>
        </w:rPr>
        <w:t>　　3、知识结合实际工作慢跟不上。</w:t>
      </w:r>
      <w:r>
        <w:rPr>
          <w:lang w:eastAsia="zh-CN"/>
        </w:rPr>
        <w:br/>
      </w:r>
      <w:r>
        <w:rPr>
          <w:lang w:eastAsia="zh-CN"/>
        </w:rPr>
        <w:t>　　4、房地产企业方面的知识很少。</w:t>
      </w:r>
      <w:r>
        <w:rPr>
          <w:lang w:eastAsia="zh-CN"/>
        </w:rPr>
        <w:br/>
      </w:r>
      <w:r>
        <w:rPr>
          <w:lang w:eastAsia="zh-CN"/>
        </w:rPr>
        <w:t>　　5、在校所学知识老化、单一、片面、虚无。</w:t>
      </w:r>
      <w:r>
        <w:rPr>
          <w:lang w:eastAsia="zh-CN"/>
        </w:rPr>
        <w:br/>
      </w:r>
      <w:r>
        <w:rPr>
          <w:lang w:eastAsia="zh-CN"/>
        </w:rPr>
        <w:t>　　6、财务管理、财务处理之知识肤浅。</w:t>
      </w:r>
      <w:r>
        <w:rPr>
          <w:lang w:eastAsia="zh-CN"/>
        </w:rPr>
        <w:br/>
      </w:r>
      <w:r>
        <w:rPr>
          <w:lang w:eastAsia="zh-CN"/>
        </w:rPr>
        <w:t>　　7、核对文件效率低下。</w:t>
      </w:r>
      <w:r>
        <w:rPr>
          <w:lang w:eastAsia="zh-CN"/>
        </w:rPr>
        <w:br/>
      </w:r>
      <w:r>
        <w:rPr>
          <w:lang w:eastAsia="zh-CN"/>
        </w:rPr>
        <w:t>　　8、税法税务实务纯粹纸上谈兵。</w:t>
      </w:r>
      <w:r>
        <w:rPr>
          <w:lang w:eastAsia="zh-CN"/>
        </w:rPr>
        <w:br/>
      </w:r>
      <w:r>
        <w:rPr>
          <w:lang w:eastAsia="zh-CN"/>
        </w:rPr>
        <w:t>　　9、加强对e_cel、用友、数据库等专业知识的学习。</w:t>
      </w:r>
      <w:r>
        <w:rPr>
          <w:lang w:eastAsia="zh-CN"/>
        </w:rPr>
        <w:br/>
      </w:r>
      <w:r>
        <w:rPr>
          <w:lang w:eastAsia="zh-CN"/>
        </w:rPr>
        <w:t>　　10、账务处理还要细化学习。</w:t>
      </w:r>
      <w:r>
        <w:rPr>
          <w:lang w:eastAsia="zh-CN"/>
        </w:rPr>
        <w:br/>
      </w:r>
      <w:r>
        <w:rPr>
          <w:lang w:eastAsia="zh-CN"/>
        </w:rPr>
        <w:t>　　11、加强金融知识的学习。</w:t>
      </w:r>
      <w:r>
        <w:rPr>
          <w:lang w:eastAsia="zh-CN"/>
        </w:rPr>
        <w:br/>
      </w:r>
      <w:r>
        <w:rPr>
          <w:lang w:eastAsia="zh-CN"/>
        </w:rPr>
        <w:t>　　12、及时对新会计准则学习。</w:t>
      </w:r>
      <w:r>
        <w:rPr>
          <w:lang w:eastAsia="zh-CN"/>
        </w:rPr>
        <w:br/>
      </w:r>
      <w:r>
        <w:rPr>
          <w:lang w:eastAsia="zh-CN"/>
        </w:rPr>
        <w:t>　　希望我所写的这篇会计实习总结可以给各位会计专业的同学做会计实习总结参考范文。</w:t>
      </w:r>
      <w:r>
        <w:rPr>
          <w:lang w:eastAsia="zh-CN"/>
        </w:rPr>
        <w:br/>
      </w:r>
      <w:r>
        <w:rPr>
          <w:lang w:eastAsia="zh-CN"/>
        </w:rPr>
        <w:t xml:space="preserve">    会计专业实习自我总结范文 篇17 </w:t>
      </w:r>
      <w:r>
        <w:rPr>
          <w:lang w:eastAsia="zh-CN"/>
        </w:rPr>
        <w:br/>
      </w:r>
      <w:r>
        <w:rPr>
          <w:lang w:eastAsia="zh-CN"/>
        </w:rPr>
        <w:t>　　一、实习目的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会计是实践性很强的学科，作为未来社会的会计专业人员，应该培养较强的会计工作的实际操作能力。在经过两年半的专业学习掌握大量理论知识的前提下，将理论联系于实践，加深对工作流程和工作内容的了解，提高运用会计基本技能的水平，达到学以致用的目的，争取做到既锻炼了自己的实际操作水平，又培养了分析解决实际问题的能力，认识自身的优势和不足。同时了解社会，接触实际，学会为人处事和沟通，为成功走上工作岗位做好准备。因此，作为一名会计专业的学生，我怀着一种美好的憧憬，于20_年_月开始了相关的专业实习。</w:t>
      </w:r>
      <w:r>
        <w:rPr>
          <w:lang w:eastAsia="zh-CN"/>
        </w:rPr>
        <w:br/>
      </w:r>
      <w:r>
        <w:rPr>
          <w:lang w:eastAsia="zh-CN"/>
        </w:rPr>
        <w:t>　　二、实习单位及岗位简介</w:t>
      </w:r>
      <w:r>
        <w:rPr>
          <w:lang w:eastAsia="zh-CN"/>
        </w:rPr>
        <w:br/>
      </w:r>
      <w:r>
        <w:rPr>
          <w:lang w:eastAsia="zh-CN"/>
        </w:rPr>
        <w:t>　　我的实习单位是__有限公司，成立于_年11月，是一家乡镇综合性私营企业，旗下有……等分支。</w:t>
      </w:r>
      <w:r>
        <w:rPr>
          <w:lang w:eastAsia="zh-CN"/>
        </w:rPr>
        <w:br/>
      </w:r>
      <w:r>
        <w:rPr>
          <w:lang w:eastAsia="zh-CN"/>
        </w:rPr>
        <w:t>　　公司财务部设有一个会计(_姨)，一个会计助理(_姐)和一个出纳。我的实习岗位是出纳，负责__超市，日常实务操作主要涉及日常现金的收付管理、前台收银柜的零钱兑换、工资的支付、往来业务的核算，包括以经济业务的发生为基础填制凭证，登记账簿，填写银行电汇单，记录银行对账单，编制出纳报告等。实习单位以半手工、半电算化方式进行会计核算的，采用的是_商业管理软件和_财务软件。</w:t>
      </w:r>
      <w:r>
        <w:rPr>
          <w:lang w:eastAsia="zh-CN"/>
        </w:rPr>
        <w:br/>
      </w:r>
      <w:r>
        <w:rPr>
          <w:lang w:eastAsia="zh-CN"/>
        </w:rPr>
        <w:t>　　三、实习内容及过程</w:t>
      </w:r>
      <w:r>
        <w:rPr>
          <w:lang w:eastAsia="zh-CN"/>
        </w:rPr>
        <w:br/>
      </w:r>
      <w:r>
        <w:rPr>
          <w:lang w:eastAsia="zh-CN"/>
        </w:rPr>
        <w:t>　　第一次真正意义上的实习，心情既兴奋又紧张：兴奋的是我终于走出校园真正接触并处理真实的经济业务;紧张的则是初入岗位，自己会做不好。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一早一晚的时间就是坐在办公室，随时为收银台兑换零钱和处理相关业务。每天都有经济业务发生，都要填制记账凭证，都要登帐。日记账看似简单，但真正操作起来很容易出错。为了避免出错，我登帐时都是加倍的小心再小心，帐登下来一点错误也没有。月末结帐，每一帐页要结一次，每个月也要结一次，计算下来，还是按计算器按到手酸。我会先用铅笔写结果，然后再计算一遍，如果两遍结果一致，且账实相符，再往帐薄上填写。帐结完之后，我通常会把本月的帐从头到尾再算一遍。最后再用每一账页的合计数通过“上期期末数+本期借方发生额-本期贷方发生额=本期期末数”验算一遍，以确保计算正确。</w:t>
      </w:r>
      <w:r>
        <w:rPr>
          <w:lang w:eastAsia="zh-CN"/>
        </w:rPr>
        <w:br/>
      </w:r>
      <w:r>
        <w:rPr>
          <w:lang w:eastAsia="zh-CN"/>
        </w:rPr>
        <w:t>　　月末还要集中录入凭证，先进入_会计软件的录入记账凭证的界面，录入摘要，然后选会计科目，并在相应的会计科目的借贷录入金额，最后再检查各个要素准确无误后保存。录入期间，我发现了自己的不足，就是会计科目编号的识记。在录入科目时，如果你记得编号，直接输入即可自动显示。而我并不熟悉编号，只好按部就班，通过会计科目按钮一步一步找，很浪费时间。不过还好，公司业务不复杂，录入一些凭证后，我就记住了常用科目的编号，录入速度有了很大的提高。</w:t>
      </w:r>
      <w:r>
        <w:rPr>
          <w:lang w:eastAsia="zh-CN"/>
        </w:rPr>
        <w:br/>
      </w:r>
      <w:r>
        <w:rPr>
          <w:lang w:eastAsia="zh-CN"/>
        </w:rPr>
        <w:t>　　四、实习总结及体会</w:t>
      </w:r>
      <w:r>
        <w:rPr>
          <w:lang w:eastAsia="zh-CN"/>
        </w:rPr>
        <w:br/>
      </w:r>
      <w:r>
        <w:rPr>
          <w:lang w:eastAsia="zh-CN"/>
        </w:rPr>
        <w:t>　　在这短短的十周时间里，我每时每刻都告诫自己，我在公司里的表现不仅代表的是我个人的形象，还关乎着学校的声誉，所以我在各方面严格要求自己，我虚心请教的态度和扎实的实力、出色的表现赢得了公司的认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近三个月的实习生活，让我成熟了许多，个人能力也有了很大进步。我接触到了真正的账本、凭证，亲手进行了实际业务的处理，不仅培养了实际动手能力，增加了实际操作经验，还让我对出纳实务的认识从纯理性上升到实践。既开阔了视野，又增长了见识，真可谓上了非常珍贵的一课，让我对今后的学习有了更进一步的认识：学习更重要的是如何将学到的知识应用于实践，不应该局限于表面，深层的精髓不下苦功是难于取得的。</w:t>
      </w:r>
      <w:r>
        <w:rPr>
          <w:lang w:eastAsia="zh-CN"/>
        </w:rPr>
        <w:br/>
      </w:r>
      <w:r>
        <w:rPr>
          <w:lang w:eastAsia="zh-CN"/>
        </w:rPr>
        <w:t>　　大学会计专业实习总结10</w:t>
      </w:r>
      <w:r>
        <w:rPr>
          <w:lang w:eastAsia="zh-CN"/>
        </w:rPr>
        <w:br/>
      </w:r>
      <w:r>
        <w:rPr>
          <w:lang w:eastAsia="zh-CN"/>
        </w:rPr>
        <w:t>　　一、实习目的：</w:t>
      </w:r>
      <w:r>
        <w:rPr>
          <w:lang w:eastAsia="zh-CN"/>
        </w:rPr>
        <w:br/>
      </w:r>
      <w:r>
        <w:rPr>
          <w:lang w:eastAsia="zh-CN"/>
        </w:rPr>
        <w:t>　　学校为了加强我们对所学理论知识的理解和掌握，于大三学年的第一学期末，即20_年_月_日至20_年_月_日安排了一项分散实习，有关会计工作岗位的实地实习。基于学校安排，在老师的指导下我顺利地完成实习。此次我前往了_有限公司进行了这为期三周的实习，实习期间先了解了公司的总体情况，然后跟着出纳学习，最后跟会计实习。此次实习的目的是使大家把所学两年半的理论知识与实际操作结合起来，找出差距，锻炼发现并处理问题的能力。同时，总结一下所学知识的不足之处，不扎实的地方，找出需要重新巩固的知识，学会和同事沟通，以及在社会生活和工作中应该如何为人处事。</w:t>
      </w:r>
      <w:r>
        <w:rPr>
          <w:lang w:eastAsia="zh-CN"/>
        </w:rPr>
        <w:br/>
      </w:r>
      <w:r>
        <w:rPr>
          <w:lang w:eastAsia="zh-CN"/>
        </w:rPr>
        <w:t>　　二、实习单位及岗位介绍：</w:t>
      </w:r>
      <w:r>
        <w:rPr>
          <w:lang w:eastAsia="zh-CN"/>
        </w:rPr>
        <w:br/>
      </w:r>
      <w:r>
        <w:rPr>
          <w:lang w:eastAsia="zh-CN"/>
        </w:rPr>
        <w:t>　　(一)实习单位介绍：</w:t>
      </w:r>
      <w:r>
        <w:rPr>
          <w:lang w:eastAsia="zh-CN"/>
        </w:rPr>
        <w:br/>
      </w:r>
      <w:r>
        <w:rPr>
          <w:lang w:eastAsia="zh-CN"/>
        </w:rPr>
        <w:t>　　__有限公司位于_市城南工业园区，是国内大型铸造铝合金产品的专业化生产企业，公司始建于1995年，占地面积50000余平方米，建筑面积近20000平方米，现有员工800余人，其中高中级专业技术人员100余人，是一个以生产高强度，高气密性，高耐压，大型铝合金铸件为核心的大型技术企业，年生产能力4000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公司自成立以来，始终秉承“质量顶天，诚信立地”的经营管理理念，在铝合金铸造及加工领域取得了一定成绩，得到了业界的认可。公司拥有国内一流的铸造、热处理、机械加工设备和质量检测设备，还拥有先进的树脂砂生产线和再生砂生产线。公司产品现已形成两大系列，200多个规格，广泛应用于输变电和军工等领域，部分产品出口欧美，日韩等国际市场。</w:t>
      </w:r>
      <w:r>
        <w:rPr>
          <w:lang w:eastAsia="zh-CN"/>
        </w:rPr>
        <w:br/>
      </w:r>
      <w:r>
        <w:rPr>
          <w:lang w:eastAsia="zh-CN"/>
        </w:rPr>
        <w:t>　　公司20_年通过ISO9001：20__质量体系认证，20_年7月被定为省级高新技术企业，技术研发中心被认定为省级技术中心，公司多次被西安西开股份公司、平高电器等用户评为优秀供方，多年来公司始终恪守“诚信、敬业、高效、团队、创新、卓越”的企业精神，坚持“依托科技，铸造一流产品;追求完美，令客户更满意”的质量方针，坚持“勇于负责，坚守;快速高效，认真细致”的工作作风，面对新的市场挑战和机遇，继续恪守“为客户创造价值;为员工提供平台;为社会贡献效益”的企业宗旨，追求卓越品质，致力于为全球客户提供一流的铸铝产品和服务。</w:t>
      </w:r>
      <w:r>
        <w:rPr>
          <w:lang w:eastAsia="zh-CN"/>
        </w:rPr>
        <w:br/>
      </w:r>
      <w:r>
        <w:rPr>
          <w:lang w:eastAsia="zh-CN"/>
        </w:rPr>
        <w:t>　　多年来，公司多次获得高新技术企业认定证书、五一奖状、省级企业技术中心、优秀供方、明星企业、省杰出贡献明星企业、中国铸造产业五十强等荣誉。</w:t>
      </w:r>
      <w:r>
        <w:rPr>
          <w:lang w:eastAsia="zh-CN"/>
        </w:rPr>
        <w:br/>
      </w:r>
      <w:r>
        <w:rPr>
          <w:lang w:eastAsia="zh-CN"/>
        </w:rPr>
        <w:t>　　(二)岗位介绍：</w:t>
      </w:r>
      <w:r>
        <w:rPr>
          <w:lang w:eastAsia="zh-CN"/>
        </w:rPr>
        <w:br/>
      </w:r>
      <w:r>
        <w:rPr>
          <w:lang w:eastAsia="zh-CN"/>
        </w:rPr>
        <w:t>　　在实习期间，我主要学习一些会计日常业务处理、银行及税务相关工作的处理。公司财务部主要有主管、材料会计、成本会计、销售会计、总账会计、税务会计以及出纳。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在日常会计业务处理中，公司主要利用财务软件进行会计处理，针对实际发生经济业务性质进行会计处理，编制会计凭证，进行审核记账等。同时也借助单位网上银行进行收付款业务查询及处理。日常会计业务是会计工作的基础，对于每一笔业务，每一个步骤，每一个程序，都必须以会计制度为基础，尊重原始凭证，考究其真实性和准确性，才能更好地发挥利用财务软件的强大功能，提高我们的工作效率。</w:t>
      </w:r>
      <w:r>
        <w:rPr>
          <w:lang w:eastAsia="zh-CN"/>
        </w:rPr>
        <w:br/>
      </w:r>
      <w:r>
        <w:rPr>
          <w:lang w:eastAsia="zh-CN"/>
        </w:rPr>
        <w:t>　　在税务处理工作方面，只要利用税务局相关软件进行纳税管理，利用税务软件进行纳税申报以及税收抵扣等业务。税务会计主要负责公司税务的申报，以及办理公司税务的缴纳、查对、复核，办理税务登记及变更事项，编制相关税务报表以及相关分析报告，申请开具红字发票，办理相关免税业务等。税务处理是公司财务处理的重要部分。在实习过程中，主要利用网上办税大厅进行申报以及增值税认证抵扣，税务报表的填制，并对于本期应交及未交税金进行查对和复核。</w:t>
      </w:r>
      <w:r>
        <w:rPr>
          <w:lang w:eastAsia="zh-CN"/>
        </w:rPr>
        <w:br/>
      </w:r>
      <w:r>
        <w:rPr>
          <w:lang w:eastAsia="zh-CN"/>
        </w:rPr>
        <w:t>　　三、实习进度安排：</w:t>
      </w:r>
      <w:r>
        <w:rPr>
          <w:lang w:eastAsia="zh-CN"/>
        </w:rPr>
        <w:br/>
      </w:r>
      <w:r>
        <w:rPr>
          <w:lang w:eastAsia="zh-CN"/>
        </w:rPr>
        <w:t>　　我于__年_月_日至__年_月_日期间在__有限公司进行了为期三周的会计生产实习，实习期间先了解公司的总体情况，然后跟着出纳学习，跟会计实习。在实习期间，我主要学习一些会计日常业务处理、银行及税务相关工作的处理等工作。</w:t>
      </w:r>
      <w:r>
        <w:rPr>
          <w:lang w:eastAsia="zh-CN"/>
        </w:rPr>
        <w:br/>
      </w:r>
      <w:r>
        <w:rPr>
          <w:lang w:eastAsia="zh-CN"/>
        </w:rPr>
        <w:t>　　四、实习内容及过程：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在本单位实习的日子中，我对工业企业的会计流程进行了全面、系统的了解。首先，我了解了本单位的基本概况及实习单位会计机构设置、相关岗位的设置及人员配备及单位会计制度的制定及执行情况。在接下来的三周里，我在会计人员的指导下亲自上阵，编制了相关的记账凭证、登记相关明细账录入相关的数据，装订凭证，进行相关的稽核等工作。此外，我还参与了成本的核算工作，如编制工资级福利费申请表，查阅材料发出汇总表、制造费用分配表、产品成本计算单等。而且学习了相关网上缴税流程的相关内容。穿插其中我还在出纳的指导下，填制了支票，并前往银行、税务等多家单位，了解出纳的现金、银行存款收付业务、保管及日清日结、登记银行、现金日记账等工作内容。另外由于本单位的特殊性，企业接受投资要进行评估，我还了解到了一些资产评估的内容。</w:t>
      </w:r>
      <w:r>
        <w:rPr>
          <w:lang w:eastAsia="zh-CN"/>
        </w:rPr>
        <w:br/>
      </w:r>
      <w:r>
        <w:rPr>
          <w:lang w:eastAsia="zh-CN"/>
        </w:rPr>
        <w:t>　　下面是我具体的实习总结：</w:t>
      </w:r>
      <w:r>
        <w:rPr>
          <w:lang w:eastAsia="zh-CN"/>
        </w:rPr>
        <w:br/>
      </w:r>
      <w:r>
        <w:rPr>
          <w:lang w:eastAsia="zh-CN"/>
        </w:rPr>
        <w:t>　　第一天：先对公司有个大概了解，再对自己的岗位工作有所认识，知道公司设每个岗位的目的，要达到的预期的效果;接着，我来到了公司的财务部向主管报道，主管跟我讲起财务部的运作，分了哪几块，具体做些什么。在财务部跟随出纳实习，了解公司的财务制度，国家对库存现金的规定，以及收、付现金需要遵循的程序。</w:t>
      </w:r>
      <w:r>
        <w:rPr>
          <w:lang w:eastAsia="zh-CN"/>
        </w:rPr>
        <w:br/>
      </w:r>
      <w:r>
        <w:rPr>
          <w:lang w:eastAsia="zh-CN"/>
        </w:rPr>
        <w:t>　　第二天：主管给我安排的任务主要是让我了解企业财务的使用和会计处理的流程，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并做一些简单的会计凭证。主管告诉我公司的一些公司的财务业务，从编制记账凭证到记账，编制会计报表，结帐等。我认真学习了正规而标准的公司会计流程，真正从课本中走到了现实生活中，细致地了解了公司会计工作的全部过程，掌握了财务业务的操作。今天主管还让我看她们以往所制的会计凭证和附在会计凭证上的原始凭证。</w:t>
      </w:r>
      <w:r>
        <w:rPr>
          <w:lang w:eastAsia="zh-CN"/>
        </w:rPr>
        <w:br/>
      </w:r>
      <w:r>
        <w:rPr>
          <w:lang w:eastAsia="zh-CN"/>
        </w:rPr>
        <w:t>　　第三天：主管给了我一些原始凭证，让我审核原始凭证后编制记账凭证。刚开始我制作的速度比较慢，而且在主管审核凭证时能发现一些错误的凭证，但是通过练习后在速度和准确度上都提高了不少，对于各个会计科目有了更加深刻而全面的了解，并且对于我把书本知识和实践的结合起到了很大的作用。除了做好主管所安排的各项工作后，我也和出纳学学知识。</w:t>
      </w:r>
      <w:r>
        <w:rPr>
          <w:lang w:eastAsia="zh-CN"/>
        </w:rPr>
        <w:br/>
      </w:r>
      <w:r>
        <w:rPr>
          <w:lang w:eastAsia="zh-CN"/>
        </w:rPr>
        <w:t>　　第四天：上午同主管一起外出，去税务局学习如何购买增值税发票。下午，我在同事的指导下练习填制了产品的汇总帐。</w:t>
      </w:r>
      <w:r>
        <w:rPr>
          <w:lang w:eastAsia="zh-CN"/>
        </w:rPr>
        <w:br/>
      </w:r>
      <w:r>
        <w:rPr>
          <w:lang w:eastAsia="zh-CN"/>
        </w:rPr>
        <w:t>　　第五天：工作依旧主要以见习为主，偶尔有机会在主管的指导及同事的帮助下作一些简单的工作，现在的会计工作都是电算化了，虽然在学校还没有具体系统的学习过会计电算化的相关技能，但是通过看同事操作发现这些其实并不难，上午同事给我简单讲了一下如何填一张转账支票。下午继续做前一天的帐，通过前一天的练习，发觉自己熟练了很多，虽然还是经常犯错，但是我会继续努力的。</w:t>
      </w:r>
      <w:r>
        <w:rPr>
          <w:lang w:eastAsia="zh-CN"/>
        </w:rPr>
        <w:br/>
      </w:r>
      <w:r>
        <w:rPr>
          <w:lang w:eastAsia="zh-CN"/>
        </w:rPr>
        <w:t>　　第六天：上午和同事学习做表，此外还和同事学习编制了单位内部的工资表。然后和主管一起去办税务的小规模纳税人发票代开。下午，主管拿来了很多以前的资料让我熟悉，有产成品对账及盘点表、内部托收无承付结算凭证、领料单、限额领料单、产品领料、内部结算、入库单等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第七天：上午，我参与了编制科目汇总表、登记总账、编制会计报表、相关稽核工作、编制材料发出汇总表、工资及福利分配表、制造费用分配表、产品成本计算单、计算产品成本等。下午，跟着主管学习了个人所得税网上申报，还向同事们学习了一个小窍门，学习了如何简易的装订会计凭证。</w:t>
      </w:r>
      <w:r>
        <w:rPr>
          <w:lang w:eastAsia="zh-CN"/>
        </w:rPr>
        <w:br/>
      </w:r>
      <w:r>
        <w:rPr>
          <w:lang w:eastAsia="zh-CN"/>
        </w:rPr>
        <w:t>　　第八天：和同事一起粘贴会计凭证。快下班时和主管聊了一会儿有关实习的事情，其实不光是实习，学习、上班等许多方面的事情都有两面性，每个人都有自己的理解，其实关键还是在于自己如何把握!</w:t>
      </w:r>
      <w:r>
        <w:rPr>
          <w:lang w:eastAsia="zh-CN"/>
        </w:rPr>
        <w:br/>
      </w:r>
      <w:r>
        <w:rPr>
          <w:lang w:eastAsia="zh-CN"/>
        </w:rPr>
        <w:t>　　第九天：在我的强烈要求下，主管终于答应说要教我一些简单的会计电算化知识，就是在电脑上记帐，经过这些天的实习，我大概了解了公司的基本运作。由于年末了，公司的业务很多，主管只是简单的交我一些技巧，给我一些学习资料让我熟悉。</w:t>
      </w:r>
      <w:r>
        <w:rPr>
          <w:lang w:eastAsia="zh-CN"/>
        </w:rPr>
        <w:br/>
      </w:r>
      <w:r>
        <w:rPr>
          <w:lang w:eastAsia="zh-CN"/>
        </w:rPr>
        <w:t>　　第十天：主管拿出了公司的支票，依然是整理原始凭证、练习填制记账凭证等。我知道，大多数时候，会计都是每天做着重复的事情，虽然每天做重复的事情，但我们也应该认真负责，不能敷衍了事。我也深知，熟练才是王道!对于昨天主管教的一些会计电算化的简单知识，我也会在工作之余好好练习的，我会努力的!</w:t>
      </w:r>
      <w:r>
        <w:rPr>
          <w:lang w:eastAsia="zh-CN"/>
        </w:rPr>
        <w:br/>
      </w:r>
      <w:r>
        <w:rPr>
          <w:lang w:eastAsia="zh-CN"/>
        </w:rPr>
        <w:t>　　第十一天：上午跟主管学习使用打印机打印凭证。下午，因为那个打印边距问题，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我们打印的速度并不快，只能下午继续。后来主管批准我可以提前下班回家了，回到家里也没什么事可干，就拿起了主管借我的那本《企业会计》来看。</w:t>
      </w:r>
      <w:r>
        <w:rPr>
          <w:lang w:eastAsia="zh-CN"/>
        </w:rPr>
        <w:br/>
      </w:r>
      <w:r>
        <w:rPr>
          <w:lang w:eastAsia="zh-CN"/>
        </w:rPr>
        <w:t>　　第十二天：我的主要任务是翻看公司以前的帐目，因为之前我做的都是与凭证有关的事情，所以今天主管拿出来的都是账簿。在翻看会计账簿的过程中，我发现一些错误的地方都用划线更正法更正了，并且在更正处都有盖章，下班回家翻书才知道，更正错误的方法有三种，分别是划线更正法、红字更正法、补充登记法。</w:t>
      </w:r>
      <w:r>
        <w:rPr>
          <w:lang w:eastAsia="zh-CN"/>
        </w:rPr>
        <w:br/>
      </w:r>
      <w:r>
        <w:rPr>
          <w:lang w:eastAsia="zh-CN"/>
        </w:rPr>
        <w:t>　　第十三天：由于这是新年前的最后几天了，所以同事们都在忙着年终核算，我也就没有太多的事可以做了，上午我继续昨天的工作，看以前的账。下午跟着同事们一起装订记账凭证。</w:t>
      </w:r>
      <w:r>
        <w:rPr>
          <w:lang w:eastAsia="zh-CN"/>
        </w:rPr>
        <w:br/>
      </w:r>
      <w:r>
        <w:rPr>
          <w:lang w:eastAsia="zh-CN"/>
        </w:rPr>
        <w:t>　　第十四天：是从实习第一天开始，编制的凭证是完全没有错的，连会计主管都赞扬我又有进步了!下午，出纳人员把一些账单放在我面前，让我练习编制记账凭证。</w:t>
      </w:r>
      <w:r>
        <w:rPr>
          <w:lang w:eastAsia="zh-CN"/>
        </w:rPr>
        <w:br/>
      </w:r>
      <w:r>
        <w:rPr>
          <w:lang w:eastAsia="zh-CN"/>
        </w:rPr>
        <w:t>　　第十五天：把实习的鉴定和相关文件证明都办好了。进行文字报告的写作等。</w:t>
      </w:r>
      <w:r>
        <w:rPr>
          <w:lang w:eastAsia="zh-CN"/>
        </w:rPr>
        <w:br/>
      </w:r>
      <w:r>
        <w:rPr>
          <w:lang w:eastAsia="zh-CN"/>
        </w:rPr>
        <w:t>　　以上是我在这家公司实习三周的全部工作内容，在实习工作中我大概掌握了基本的财务实际操作工作，了解了公司的财务工作流程，这些财务工作虽不是很难，但是需要认真的工作态度，严谨的工作作风，稍有不慎就会为公司带来不可弥补的巨大损失，这三周的实习过程让我得到了前所未有的宝贵的财务实践经验，得到了在课堂上所得不到的许多实践知识，让我受益匪浅，也为我以后的学习和工作打下了坚实的实践基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通过此次实习，将学校所学的会计理论知识与实际相结合起来，对整个会计核算流程有了详细的认识，熟悉了会计核算工作对象，利用真实的会计凭证、对一定期的经济业务进行了会计核算，认识并掌握了会计账簿登记的基本原理。并且认识到了自己的优势和不足。同时也了解到会计电算化对会计工作的影响。</w:t>
      </w:r>
      <w:r>
        <w:rPr>
          <w:lang w:eastAsia="zh-CN"/>
        </w:rPr>
        <w:br/>
      </w:r>
      <w:r>
        <w:rPr>
          <w:lang w:eastAsia="zh-CN"/>
        </w:rPr>
        <w:t>　　这一次的实习虽然时间短暂，虽然接触到的工作很浅，但是依然让我学到了许多知识和经验，这些都是书本上无法得来的。通过实习，我们能够更好的了解自己的不足，了解会计工作的本质，了解这个社会的方方面面，能够让我更早的为自己做好职业规划，设定人生目标，向成功迈进一大步。</w:t>
      </w:r>
      <w:r>
        <w:rPr>
          <w:lang w:eastAsia="zh-CN"/>
        </w:rPr>
        <w:br/>
      </w:r>
      <w:r>
        <w:rPr>
          <w:lang w:eastAsia="zh-CN"/>
        </w:rPr>
        <w:t>　　总之，非常感谢实习单位及实习单位的会计人员，能让我在如此短暂的时间内充分的对各个岗位进行了了解。</w:t>
      </w:r>
      <w:r>
        <w:rPr>
          <w:lang w:eastAsia="zh-CN"/>
        </w:rPr>
        <w:br/>
      </w:r>
      <w:r>
        <w:rPr>
          <w:lang w:eastAsia="zh-CN"/>
        </w:rPr>
        <w:t>　　五、实习总结及体会：</w:t>
      </w:r>
      <w:r>
        <w:rPr>
          <w:lang w:eastAsia="zh-CN"/>
        </w:rPr>
        <w:br/>
      </w:r>
      <w:r>
        <w:rPr>
          <w:lang w:eastAsia="zh-CN"/>
        </w:rPr>
        <w:t>　　实习是每一个学生必须拥有的一段经历，它使我们在实践中了解社会，让我们学到了很多在课堂上根本就学不到的知识，也打开了视野，增长了见识，为我们以后进一步走向社会打下坚实的基础。</w:t>
      </w:r>
      <w:r>
        <w:rPr>
          <w:lang w:eastAsia="zh-CN"/>
        </w:rPr>
        <w:br/>
      </w:r>
      <w:r>
        <w:rPr>
          <w:lang w:eastAsia="zh-CN"/>
        </w:rPr>
        <w:t>　　在此次会计理论与实际相结合的实习工作中，确实让我们学到了不少书本以外的知识，让我们对这两年半的会计学习有个总结，当然也发现了不少问题。出纳看似简单的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工作若不细心还是不能胜任的。出纳的工作不难，但有些步骤是必须要遵守的，有时出纳为了省事就省略几步，在工作中这也是很常见的，看是否会影响责任分担以及业务处理是否顺利，若无影响的话，那样做还能提高效率的;若有影响，则需按部就班的一步步操作。跟随会计实习，需要提出一点，公司员工也代表公司的形象，以人为本，在做好自己的本职工作外还要处理好同事间的关系，营造一个紧张而温馨的工作环境，工作起来才会比较愉快，效率才会有所提高。还要给实习生以及外界人员留一个好印象，对公司的顺利发展应该会很有利的。</w:t>
      </w:r>
      <w:r>
        <w:rPr>
          <w:lang w:eastAsia="zh-CN"/>
        </w:rPr>
        <w:br/>
      </w:r>
      <w:r>
        <w:rPr>
          <w:lang w:eastAsia="zh-CN"/>
        </w:rPr>
        <w:t>　　我们还未步入社会，好多事情尤其是工作上的事没有具体处理过，不知会不会做好，能不能圆满完成任务，这就要求我们对自己要足够了解，要有深层次的认识，有的工作可以直接说我可以做到、可以做好，但有的工作心里不是很有底时就要好好客观衡量自己，看能否完成，不可夸下海口，也不可低估自己的能力，埋没自己。</w:t>
      </w:r>
      <w:r>
        <w:rPr>
          <w:lang w:eastAsia="zh-CN"/>
        </w:rPr>
        <w:br/>
      </w:r>
      <w:r>
        <w:rPr>
          <w:lang w:eastAsia="zh-CN"/>
        </w:rPr>
        <w:t>　　通过这次实习，对出纳、会计等岗位有了一个深层次的认识。我找到了很多自己专业知识的漏洞，对好多基础性的知识不是很肯定，需要重新回顾、学习。我也知道对会计岗位人员要求的耐心、细致有了切实的体会，对于自己浮躁的心里也需要调整，把心态整理好，对自己有正确的认识与评价，才能清楚自己适合什么样的工作，明白自己需要努力的方向，也学会了人与人沟通需要一定的技巧。这次实习为我们步入社会奠下了基础，为我们就业找工作指明了方向。</w:t>
      </w:r>
      <w:r>
        <w:rPr>
          <w:lang w:eastAsia="zh-CN"/>
        </w:rPr>
        <w:br/>
      </w:r>
      <w:r>
        <w:rPr>
          <w:lang w:eastAsia="zh-CN"/>
        </w:rPr>
        <w:t>　　最后非常感谢我的几位同事以及主管和实习单位对我的照顾和关心，使我顺利的完成了实习，更加理解了会计的日常工作的内容，为今后走上实际工作奠定了基础!</w:t>
      </w:r>
      <w:r>
        <w:rPr>
          <w:lang w:eastAsia="zh-CN"/>
        </w:rPr>
        <w:br/>
      </w:r>
      <w:r>
        <w:rPr>
          <w:lang w:eastAsia="zh-CN"/>
        </w:rPr>
        <w:t xml:space="preserve">    会计专业实习自我总结范文 篇18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我学习会计近三年的时间，可以说对会计已经是耳熟能详，所有相关会计的专业基础知识、基本理论、基本方法和结构体系，我们都基本掌握。但这些似乎只是纸上谈兵。随着会计制度的日臻完善，社会对会计人员的高度重视和严格要求，我们作为未来社会的会计专业人员，为了顺应社会的要求，加强社会竞争力，也应该严于自身的素质，培养较强的会计工作的操作能力。于是，本学期初，我们积极参加了学校为我们提供的会计实习。倘若将这些理论性极强的东西搬上实际上应用，那我们也会是无从下手，一窍不通。</w:t>
      </w:r>
      <w:r>
        <w:rPr>
          <w:lang w:eastAsia="zh-CN"/>
        </w:rPr>
        <w:br/>
      </w:r>
      <w:r>
        <w:rPr>
          <w:lang w:eastAsia="zh-CN"/>
        </w:rPr>
        <w:t>　　下面是我通过这次会计实习中领悟到的很多书本上所不能学到的会计的特点和积累，以及题外的很多道理。</w:t>
      </w:r>
      <w:r>
        <w:rPr>
          <w:lang w:eastAsia="zh-CN"/>
        </w:rPr>
        <w:br/>
      </w:r>
      <w:r>
        <w:rPr>
          <w:lang w:eastAsia="zh-CN"/>
        </w:rPr>
        <w:t>　　以前，我总以为自己的会计理论知识扎实较强，正如所有工作一样，掌握了规律，照芦葫画瓢准没错，那么，当一名出色的会计人员，应该没问题了。现在才发现，会计其实更讲究的是它的实际操作性和实践性。离开操作和实践，其它一切都为零！会计就是做账。</w:t>
      </w:r>
      <w:r>
        <w:rPr>
          <w:lang w:eastAsia="zh-CN"/>
        </w:rPr>
        <w:br/>
      </w:r>
      <w:r>
        <w:rPr>
          <w:lang w:eastAsia="zh-CN"/>
        </w:rPr>
        <w:t>　　其次，就是会计的连通性、逻辑性和规范性。每一笔业务的'发生，都要根据其原始凭证，一一登记入记账凭证、明细账、日记账、三栏式账、多栏式账、总账等等可能连通起来的账户。这为其一。会计的每一笔账务都有依有据，而且是逐一按时间顺序登记下来的，极具逻辑性，这为其二。在会计的实践中，漏账、错账的更正，都不允许随意添改，不容弄虚作假。每一个程序、步骤都得以会计制度为前提、为基础。体现了会计的规范性，这为其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登账的方法：首先要根据业务的发生，取得原始凭证，将其登记记帐凭证。然后，根据记帐凭证，登记其明细账。期末，填写科目汇总表以及试算平衡表，最后才把它登记入总账。结转其成本后，根据总账合计，填制资产负债表、利润表、损益表等等年度报表。这就是会计操作的一般顺序和基本流程。</w:t>
      </w:r>
      <w:r>
        <w:rPr>
          <w:lang w:eastAsia="zh-CN"/>
        </w:rPr>
        <w:br/>
      </w:r>
      <w:r>
        <w:rPr>
          <w:lang w:eastAsia="zh-CN"/>
        </w:rPr>
        <w:t>　　会计本来就是烦琐的工作。在实习期间，我曾觉得整天要对着那枯燥无味的账目和数字而心生烦闷、厌倦，以致于登账登得错漏百出。愈错愈烦，愈烦愈错，这只会导致“雪上加霜”。反之，只要你用心地做，反而会左右逢源。越做越觉乐趣，越做越起劲。梁启超说过：凡职业都具有趣味的，只要你肯干下去，趣味自然会发生。因此，做账切忌：粗心大意，马虎了事，心浮气躁。做任何事都一样，需要有恒心、细心和毅力，那才会到达成功的彼岸。</w:t>
      </w:r>
      <w:r>
        <w:rPr>
          <w:lang w:eastAsia="zh-CN"/>
        </w:rPr>
        <w:br/>
      </w:r>
      <w:r>
        <w:rPr>
          <w:lang w:eastAsia="zh-CN"/>
        </w:rPr>
        <w:t>　　在这次会计实习中，我可谓受益匪浅。仅仅是一个月实习，我将受益终生。</w:t>
      </w:r>
      <w:r>
        <w:rPr>
          <w:lang w:eastAsia="zh-CN"/>
        </w:rPr>
        <w:br/>
      </w:r>
      <w:r>
        <w:rPr>
          <w:lang w:eastAsia="zh-CN"/>
        </w:rPr>
        <w:t xml:space="preserve">    会计专业实习自我总结范文 篇19 </w:t>
      </w:r>
      <w:r>
        <w:rPr>
          <w:lang w:eastAsia="zh-CN"/>
        </w:rPr>
        <w:br/>
      </w:r>
      <w:r>
        <w:rPr>
          <w:lang w:eastAsia="zh-CN"/>
        </w:rPr>
        <w:t>　　弹指间，不知不觉我来公司已经一个多月了，对于身边的人和事开始变得不那么陌生了，伴随着实习渐入尾声，也在同时宣告着我即将走上我的职业之路，兼具向往和挑战。由于一些大大小小的事情干预着实习计划，整个实习阶段是以断断续续的形式进行着的，四月份的实习见闻好像是很久远的事情了，即便如此，当我静坐回味，实习中的点点滴滴又开始浮现在脑海中，整理思路，实习的轮廓便自动生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整体而言，实习涉及不同的部门、不同的工作，依次经历了车间、仓库、IT部、出口部。是对将来可能与工作相关联的事项进行一个简单的了解和掌握，归根结底每一步的学习都是为后期开展财务工作做铺垫的。就拿车间实习来说吧，可能对制造业这一块比较陌生的我经过从贴片车间到插件车间再到组装车间的学习之后，开始了解了现代的制造行业产品是怎样经过一系列的工序之后制作出来的。每个部门的实习都是先聆听主管人员作了一个概括性的讲解，再安排岗位实际操作，而每一次学习都碰到了不同的问题，如果说对实习过程中的所见所闻所感都一一道来的话，未免会有长篇大论之嫌，现就简要的回顾一下我的实习见闻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贴片车间是我实习的第一个车间，这个车间的员工们主要是完成各类面板的贴片，包括机器贴片和人工贴片，剪脚、刷锡、烧程序、炉前查板、烙铁、扭螺丝、炉后查板等工序。在贴片车间的实习让我见识到了高科技的高，一块小小的面板在机器的控制下可以实现从自动取板、打孔、取芯片，贴芯片等各种动作，尤其是机器作业的精、准、快不得不让人为之惊叹，在机器的“玩转”下可以完成某些人工较为困难的工序，并且公司也正是采用这种高科技的SMT生产线大大减少了劳动力。当然贴片车间不仅仅是由几条功能庞大的自动生产线构成的，还有部分工序是需要人为去修正与补充的，如手工贴片、刷锡、扭螺丝、剪脚、烙铁、烧程序这些属于半机械化的工序，并且就自动化生产而言也是会时不时的出现故障的，需要有专业人士在听到报警声之后去调试的。来到插件车间可以发现这里与贴片车间是天壤之别的，虽然其就坐落在贴片车间的隔壁，也可以清晰的耳闻贴片车间传来机器打孔的“嗒嗒”声，但是当你处于这个车间时，你会被整个车间的井然有序所感染，进而忘却了外界传来的杂音，这里除了传送带上自动流动着的半成品之外，员工们都在默默地埋头干手中的活，有的是左手插电容右手插三极管，有的是左手插排插右手插排母还有诸如三极管、二极管等插件，员工们不停地重复着，都没有多余的动作，产品的插件速度决定于传送带第一道工序工序者，一般情况下这道工序是由老员工操作，同时后面的员工啊也可以根据自身的速度调节一小段传送带的速度，如此才能一方面保证传送带的总体速度，另一方面又灵活调节不同工序所需的时间差异，从而达到一个最佳速度。传送带上最后一道工序也是由老员工操作，他们对于前面的各道工序都有一个熟练的掌握，因为这是一个纠错补漏的环节，对于流到他们手中的已插件完毕的面板他们可以一眼就发现哪个插歪了，哪个方向插反了，哪个又是没到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经过检查后的面板的下一步是剪去面板背面过长的脚，再就是拿到检测环节去实际试验，将制作好的面板放到数字机里面去测试是否合格。当一块块空白的面板被贴片车间和插件车间加入的内容并检测合格之后被运往半成品库，而后作为组装车间的加工对象，我便尾随这些半成品来到了组装车间。我和罗琼在二楼车间扭螺丝时抱怨手酸痛，肖助理曾笑我们没去过组装车间，那时不已为然，当驻足于实地时，随着那一阵阵“隆隆”的.敲打声，声声铿锵有力，我便懂了，懂了这里更似体力车间。这个车间的员工们主要是将那些半成品组装起来，装好之后还不够，那些高频头之类的</w:t>
      </w:r>
      <w:r>
        <w:rPr>
          <w:lang w:eastAsia="zh-CN"/>
        </w:rPr>
        <w:br/>
      </w:r>
      <w:r>
        <w:rPr>
          <w:lang w:eastAsia="zh-CN"/>
        </w:rPr>
        <w:t>　　产品是常年暴露于外面受风吹雨打，所以为了延长这类产品的寿命就要做防水加工，在那些外壳上面的缝隙处涂上胶水，待胶水干了用机器吹气检测是否有漏气。多次检测后方可包装。数字机和机顶盒的组装分在后面的几条线上，这些产品的组装工序很类似，都是贴铭牌、连AV线、震机、称重、包装等，这两种机型长得也很类似，但是内容却有很大的差别，内容决定其功能，机顶盒要插卡使用，故机顶盒主要是在国内销售，而数字机主要是销往国外。</w:t>
      </w:r>
      <w:r>
        <w:rPr>
          <w:lang w:eastAsia="zh-CN"/>
        </w:rPr>
        <w:br/>
      </w:r>
      <w:r>
        <w:rPr>
          <w:lang w:eastAsia="zh-CN"/>
        </w:rPr>
        <w:t>　　三大车间在我的走马观花似地学习之后，我来到了仓库学习，仓库分为材料库、半成品库以及成品库，材料库有很多货架，不同的材料根据重要性分为A类、B类、C类，分别摆放在不同的货架上由不同的员工负责，对不同的类别的材料的盘点要求是不同的，对不同的类别的材料的盘点时的盘盈盘亏的惩处也是不一样的。材料种类繁多，但是每一种材料有唯一的料号，仓管员们就是以此来收发料的，久而久之就能够很迅速的找到某一种材料的具体位置，而对于材料他们只有一个大概的概念，细到具体的型号他们是说不上来的，也无法说出材料的容量等。若是要知道容量的识别方法就只有去向车间的管理人员们咨询。</w:t>
      </w:r>
      <w:r>
        <w:rPr>
          <w:lang w:eastAsia="zh-CN"/>
        </w:rPr>
        <w:br/>
      </w:r>
      <w:r>
        <w:rPr>
          <w:lang w:eastAsia="zh-CN"/>
        </w:rPr>
        <w:t xml:space="preserve">    会计专业实习自我总结范文 篇20 </w:t>
      </w:r>
      <w:r>
        <w:rPr>
          <w:lang w:eastAsia="zh-CN"/>
        </w:rPr>
        <w:br/>
      </w:r>
    </w:p>
    <w:p w:rsidR="001B1F19" w14:textId="27C3F48A">
      <w:pPr>
        <w:rPr>
          <w:rFonts w:hint="eastAsia"/>
          <w:lang w:eastAsia="zh-CN"/>
        </w:rPr>
      </w:pPr>
      <w:r>
        <w:rPr>
          <w:lang w:eastAsia="zh-CN"/>
        </w:rPr>
        <w:t>　　这个假期，在姐姐的引荐下，我进入了某某集团的大为制焦公司财务部实习。实习期间努力将自己在校所学的理论知识向实践方面转化，尽量做到理论与实践相结合，在实习期间能够遵守工作纪律，不迟到、早退，认真完成领导交办的工作，得到学习领导及全体工作人员的一致好评，同时也发现了自己的许多不足之处会计实习报告。</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https://d.book118.com/808002052012006044</w:t>
        </w:r>
      </w:hyperlink>
    </w:p>
    <w:p w:rsidR="001B1F19">
      <w:pPr>
        <w:rPr>
          <w:rFonts w:hint="eastAsia"/>
          <w:lang w:eastAsia="zh-CN"/>
        </w:rPr>
      </w:pPr>
    </w:p>
    <w:sectPr>
      <w:type w:val="nextPage"/>
      <w:pgSz w:w="11906" w:h="16838"/>
      <w:pgMar w:top="1440" w:right="1800" w:bottom="1440" w:left="1800" w:header="851" w:footer="992" w:gutter="0"/>
      <w:pgNumType w:start="3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08002052012006044"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50</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