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安全生产工作总结</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t>安全生产工作总结1</w:t>
      </w:r>
      <w:r>
        <w:rPr>
          <w:lang w:eastAsia="zh-CN"/>
        </w:rPr>
        <w:br/>
      </w:r>
      <w:r>
        <w:rPr>
          <w:lang w:eastAsia="zh-CN"/>
        </w:rPr>
        <w:t xml:space="preserve">    学校安全工作事关千家万户的幸福，是维护社会稳定、推进学校素质教育顺利实施的重要因素，是关系到师生生命财产的大事。我校认真贯彻上级领导关于各项安全工作的要求，将创建平安和谐校园迎接建国70周年作为学校的头等大事，与学校德育工作紧密结合，坚持“以人为本、预防为主”的原则，积极开展各类安全知识培训、安全教育动、安全生产月活动。全校师生的安全法制观念、道路交通安全意识、消防意识等其它安全意识显著增强。为更好地做好学校安全工作，现将半年来的如下： </w:t>
      </w:r>
      <w:r>
        <w:rPr>
          <w:lang w:eastAsia="zh-CN"/>
        </w:rPr>
        <w:br/>
      </w:r>
      <w:r>
        <w:rPr>
          <w:lang w:eastAsia="zh-CN"/>
        </w:rPr>
        <w:t>　　一、做好校园安全常规工作</w:t>
      </w:r>
      <w:r>
        <w:rPr>
          <w:lang w:eastAsia="zh-CN"/>
        </w:rPr>
        <w:br/>
      </w:r>
      <w:r>
        <w:rPr>
          <w:lang w:eastAsia="zh-CN"/>
        </w:rPr>
        <w:t>　　1.各班每周都进行违禁物品清查，每周放学前都进行安全教育。</w:t>
      </w:r>
      <w:r>
        <w:rPr>
          <w:lang w:eastAsia="zh-CN"/>
        </w:rPr>
        <w:br/>
      </w:r>
      <w:r>
        <w:rPr>
          <w:lang w:eastAsia="zh-CN"/>
        </w:rPr>
        <w:t>　　2.定期进行校园安全隐患排查，包括消防、水电、危化品、校舍、体育器械等方面，发现疾患及时整改。</w:t>
      </w:r>
      <w:r>
        <w:rPr>
          <w:lang w:eastAsia="zh-CN"/>
        </w:rPr>
        <w:br/>
      </w:r>
      <w:r>
        <w:rPr>
          <w:lang w:eastAsia="zh-CN"/>
        </w:rPr>
        <w:t>　　3.坚持领导带班督导巡查制度，随时处理发现的`问题。</w:t>
      </w:r>
      <w:r>
        <w:rPr>
          <w:lang w:eastAsia="zh-CN"/>
        </w:rPr>
        <w:br/>
      </w:r>
      <w:r>
        <w:rPr>
          <w:lang w:eastAsia="zh-CN"/>
        </w:rPr>
        <w:t>　　4.每个月组织一次安全应急演练，提高师生的安全意识和紧急情况下的逃生技能。</w:t>
      </w:r>
      <w:r>
        <w:rPr>
          <w:lang w:eastAsia="zh-CN"/>
        </w:rPr>
        <w:br/>
      </w:r>
      <w:r>
        <w:rPr>
          <w:lang w:eastAsia="zh-CN"/>
        </w:rPr>
        <w:t>　　5.深入开展了扫黑除恶活动，大力开展宣传教育以及黑恶线索排查工作;积极采取措施，预防校园欺凌事件的发生。</w:t>
      </w:r>
      <w:r>
        <w:rPr>
          <w:lang w:eastAsia="zh-CN"/>
        </w:rPr>
        <w:br/>
      </w:r>
      <w:r>
        <w:rPr>
          <w:lang w:eastAsia="zh-CN"/>
        </w:rPr>
        <w:t>　　6.认真开展了安全生产月活动。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二、大力开展各种安全教育警示活动</w:t>
      </w:r>
      <w:r>
        <w:rPr>
          <w:lang w:eastAsia="zh-CN"/>
        </w:rPr>
        <w:br/>
      </w:r>
      <w:r>
        <w:rPr>
          <w:lang w:eastAsia="zh-CN"/>
        </w:rPr>
        <w:t>　　本学期重点进行了冬季防滑冰溺水教育、夏季防溺水教育。通过集中教育、主题班会、家长会、印发致家长的一封信、签订责任书、发送安全提醒等方式，全方位进行防溺水教育。每天中午，学校值班领导到明湖等水域进行巡查;假期中实行教师承包制，对学生进行安全提醒和监督。</w:t>
      </w:r>
      <w:r>
        <w:rPr>
          <w:lang w:eastAsia="zh-CN"/>
        </w:rPr>
        <w:br/>
      </w:r>
      <w:r>
        <w:rPr>
          <w:lang w:eastAsia="zh-CN"/>
        </w:rPr>
        <w:t>　　此外，本学期还对学生进行了消防安全、交通安全、食品安全、意外伤害、电信诈骗、校园欺凌、防灾减灾等方面的教育以及禁毒教育等。</w:t>
      </w:r>
      <w:r>
        <w:rPr>
          <w:lang w:eastAsia="zh-CN"/>
        </w:rPr>
        <w:br/>
      </w:r>
      <w:r>
        <w:rPr>
          <w:lang w:eastAsia="zh-CN"/>
        </w:rPr>
        <w:t>　　三、加强了校园及周边治安工作</w:t>
      </w:r>
      <w:r>
        <w:rPr>
          <w:lang w:eastAsia="zh-CN"/>
        </w:rPr>
        <w:br/>
      </w:r>
      <w:r>
        <w:rPr>
          <w:lang w:eastAsia="zh-CN"/>
        </w:rPr>
        <w:t>　　1.学校与派出所保持密切联系，提高警惕，密切注意校园及周边安全动态，及时发现和制止校外伤害、校园欺凌等各类伤害事件的发生。</w:t>
      </w:r>
      <w:r>
        <w:rPr>
          <w:lang w:eastAsia="zh-CN"/>
        </w:rPr>
        <w:br/>
      </w:r>
      <w:r>
        <w:rPr>
          <w:lang w:eastAsia="zh-CN"/>
        </w:rPr>
        <w:t>　　2.配全配齐了防卫性器械和报警、通讯设备;视频监控做到全覆盖无死角。严格执行保卫工作管理制度，每天2名保安24小时值班，认真落实出入校门登记制度、外来人员登记制度。</w:t>
      </w:r>
      <w:r>
        <w:rPr>
          <w:lang w:eastAsia="zh-CN"/>
        </w:rPr>
        <w:br/>
      </w:r>
      <w:r>
        <w:rPr>
          <w:lang w:eastAsia="zh-CN"/>
        </w:rPr>
        <w:t>　　3.无论工作日还是假期，坚持领导带班、值班和巡逻制度;主动协调并积极配合派出所加强校园及周边地区巡逻防控和治安排查工作，严防涉校涉生恶性案件的发生。</w:t>
      </w:r>
      <w:r>
        <w:rPr>
          <w:lang w:eastAsia="zh-CN"/>
        </w:rPr>
        <w:br/>
      </w:r>
      <w:r>
        <w:rPr>
          <w:lang w:eastAsia="zh-CN"/>
        </w:rPr>
        <w:t>　　4.周末、假期放学时段，学校领导在校门口值班，维持放学秩序，确保学生放学安全。同时镇政府组织各职能部门志愿者分组到校门口协助执勤。</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四、认真做好安全生产月活动</w:t>
      </w:r>
      <w:r>
        <w:rPr>
          <w:lang w:eastAsia="zh-CN"/>
        </w:rPr>
        <w:br/>
      </w:r>
      <w:r>
        <w:rPr>
          <w:lang w:eastAsia="zh-CN"/>
        </w:rPr>
        <w:t>　　活动主题：防风险、除隐患、遏事故。</w:t>
      </w:r>
      <w:r>
        <w:rPr>
          <w:lang w:eastAsia="zh-CN"/>
        </w:rPr>
        <w:br/>
      </w:r>
      <w:r>
        <w:rPr>
          <w:lang w:eastAsia="zh-CN"/>
        </w:rPr>
        <w:t>　　活动时间：20__年6月</w:t>
      </w:r>
      <w:r>
        <w:rPr>
          <w:lang w:eastAsia="zh-CN"/>
        </w:rPr>
        <w:br/>
      </w:r>
      <w:r>
        <w:rPr>
          <w:lang w:eastAsia="zh-CN"/>
        </w:rPr>
        <w:t>　　(一)利用6月3日国旗下讲话，举行我校20__年“安全生产月”启动仪式; 6月16日为全国统一的安全生产宣传咨询日, 我校参与镇政府组织的“安全咨询日”活动。</w:t>
      </w:r>
      <w:r>
        <w:rPr>
          <w:lang w:eastAsia="zh-CN"/>
        </w:rPr>
        <w:br/>
      </w:r>
      <w:r>
        <w:rPr>
          <w:lang w:eastAsia="zh-CN"/>
        </w:rPr>
        <w:t>　　(二)开展事故警示教育活动。学校结合近期学生的溺水事件，重点剖析预防溺水典型事故案例，组织观看安全警示教育片展，各班进行安全教育大讨论，深刻吸取教训，防范各类事故发生。</w:t>
      </w:r>
      <w:r>
        <w:rPr>
          <w:lang w:eastAsia="zh-CN"/>
        </w:rPr>
        <w:br/>
      </w:r>
      <w:r>
        <w:rPr>
          <w:lang w:eastAsia="zh-CN"/>
        </w:rPr>
        <w:t>　　(三)开展应急演练专题活动。国家确定6月份第三周为“应急预案演练周”，全市统一确定6月18日为全县中小学生安全警示教育日，主题是“防风险、除隐患、遏事故”。我校计划在6月18日组织开展演练活动，全面提升校园突发安全事故的应急处置能力，实现早预防、早发现、早处置。</w:t>
      </w:r>
      <w:r>
        <w:rPr>
          <w:lang w:eastAsia="zh-CN"/>
        </w:rPr>
        <w:br/>
      </w:r>
      <w:r>
        <w:rPr>
          <w:lang w:eastAsia="zh-CN"/>
        </w:rPr>
        <w:t>　　(四)开展安全宣传主题活动。学校开展安全宣传“七个一”主题活动：张贴一组宣传标语、组织一次安全教育培训、观看一次事故警示教育片、开展一次隐患全员查活动、开展一次应急演练活动、开展一次“我与安全”主题班会、开展一次安全板报展示活动，营造“关爱生命关注安全”的舆论氛围，让全体师生敬畏生命，懂得珍惜，提高意识，避免事故。学校园通过LED屏、微信等媒介，播放安全生产宣传标语、安全提醒等，营造浓厚的安全宣传氛围。</w:t>
      </w:r>
      <w:r>
        <w:rPr>
          <w:lang w:eastAsia="zh-CN"/>
        </w:rPr>
        <w:br/>
      </w:r>
      <w:r>
        <w:rPr>
          <w:lang w:eastAsia="zh-CN"/>
        </w:rPr>
        <w:t>　　五、加强了食堂食品安全工作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1.学校定期、不定期的进行食堂卫生、食品安全等食堂管理检查，严格食堂从业人员管理。</w:t>
      </w:r>
      <w:r>
        <w:rPr>
          <w:lang w:eastAsia="zh-CN"/>
        </w:rPr>
        <w:br/>
      </w:r>
      <w:r>
        <w:rPr>
          <w:lang w:eastAsia="zh-CN"/>
        </w:rPr>
        <w:t>　　2.食堂管理、食品采购、岗位责任、安全预防、员工体检、操作程序、卫生清扫等制度健全落实。</w:t>
      </w:r>
      <w:r>
        <w:rPr>
          <w:lang w:eastAsia="zh-CN"/>
        </w:rPr>
        <w:br/>
      </w:r>
      <w:r>
        <w:rPr>
          <w:lang w:eastAsia="zh-CN"/>
        </w:rPr>
        <w:t>　　3.建立并完善了食品留样制度。</w:t>
      </w:r>
      <w:r>
        <w:rPr>
          <w:lang w:eastAsia="zh-CN"/>
        </w:rPr>
        <w:br/>
      </w:r>
      <w:r>
        <w:rPr>
          <w:lang w:eastAsia="zh-CN"/>
        </w:rPr>
        <w:t>　　4.制定了严格的食堂安全保卫措施，严禁非工作人员随意进入。</w:t>
      </w:r>
      <w:r>
        <w:rPr>
          <w:lang w:eastAsia="zh-CN"/>
        </w:rPr>
        <w:br/>
      </w:r>
      <w:r>
        <w:rPr>
          <w:lang w:eastAsia="zh-CN"/>
        </w:rPr>
        <w:t>　　5.食堂电气和燃气线路定期检测，油烟道定期清洗，杜绝了消防安全隐患。</w:t>
      </w:r>
      <w:r>
        <w:rPr>
          <w:lang w:eastAsia="zh-CN"/>
        </w:rPr>
        <w:br/>
      </w:r>
      <w:r>
        <w:rPr>
          <w:lang w:eastAsia="zh-CN"/>
        </w:rPr>
        <w:t>　　六、学校安全工作中存在的隐患</w:t>
      </w:r>
      <w:r>
        <w:rPr>
          <w:lang w:eastAsia="zh-CN"/>
        </w:rPr>
        <w:br/>
      </w:r>
      <w:r>
        <w:rPr>
          <w:lang w:eastAsia="zh-CN"/>
        </w:rPr>
        <w:t>　　目前校园还存在两个安全隐患：</w:t>
      </w:r>
      <w:r>
        <w:rPr>
          <w:lang w:eastAsia="zh-CN"/>
        </w:rPr>
        <w:br/>
      </w:r>
      <w:r>
        <w:rPr>
          <w:lang w:eastAsia="zh-CN"/>
        </w:rPr>
        <w:t>　　1.晚自习及周五放学时，经常有个别社会青年在校门口逗留，奇装异服、发型怪异、纹身刺青等，影响不良;</w:t>
      </w:r>
      <w:r>
        <w:rPr>
          <w:lang w:eastAsia="zh-CN"/>
        </w:rPr>
        <w:br/>
      </w:r>
      <w:r>
        <w:rPr>
          <w:lang w:eastAsia="zh-CN"/>
        </w:rPr>
        <w:t>　　2.周末放学时，学校门口经常出现几个流动食品摊点，销售“三无”食品。</w:t>
      </w:r>
      <w:r>
        <w:rPr>
          <w:lang w:eastAsia="zh-CN"/>
        </w:rPr>
        <w:br/>
      </w:r>
      <w:r>
        <w:rPr>
          <w:lang w:eastAsia="zh-CN"/>
        </w:rPr>
        <w:t>　　针对这两个问题，希望相关政府职能部门加强督查，协助学校解决。安全生产工作总结2</w:t>
      </w:r>
      <w:r>
        <w:rPr>
          <w:lang w:eastAsia="zh-CN"/>
        </w:rPr>
        <w:br/>
      </w:r>
      <w:r>
        <w:rPr>
          <w:lang w:eastAsia="zh-CN"/>
        </w:rPr>
        <w:t xml:space="preserve">    今年以来，在集团公司正确领导和关心下，在相关职能部室指导及支持下，我公司安全环保工作紧紧围绕贯彻落实集团“__”活动精神。以实施安全标准化落实安全管理的基础工作，以强化落实安全生产责任制，不断完善各项安全管理制度。现总结如下： </w:t>
      </w:r>
      <w:r>
        <w:rPr>
          <w:lang w:eastAsia="zh-CN"/>
        </w:rPr>
        <w:br/>
      </w:r>
      <w:r>
        <w:rPr>
          <w:lang w:eastAsia="zh-CN"/>
        </w:rPr>
        <w:t>　　一、制定安全、环保工作目标，积极开展各类活动。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根据公司的实际，制定20__年安全、环保工作目标、方针及打算;组织开展春季安全隐患大检查;制定“安全创新杯”、“安康杯”、“现场综合治理”、“安全生产月”、“夏季四防”、“冬季四防”、“交通道路整治”、“119”消防宣传周等活动方案并组织开展各项活动。</w:t>
      </w:r>
      <w:r>
        <w:rPr>
          <w:lang w:eastAsia="zh-CN"/>
        </w:rPr>
        <w:br/>
      </w:r>
      <w:r>
        <w:rPr>
          <w:lang w:eastAsia="zh-CN"/>
        </w:rPr>
        <w:t>　　二、加强安全标准管理，完善修订作业标准、规章制度。</w:t>
      </w:r>
      <w:r>
        <w:rPr>
          <w:lang w:eastAsia="zh-CN"/>
        </w:rPr>
        <w:br/>
      </w:r>
      <w:r>
        <w:rPr>
          <w:lang w:eastAsia="zh-CN"/>
        </w:rPr>
        <w:t>　　(一)加强安全管理，落实各部门职责。对外修各承包单位进行安全资格审查并签订安全协议;督促各部门与各队(室)签订安全目标责任书;根据公司机构调整，及时梳理了安全环保部工作职责。</w:t>
      </w:r>
      <w:r>
        <w:rPr>
          <w:lang w:eastAsia="zh-CN"/>
        </w:rPr>
        <w:br/>
      </w:r>
      <w:r>
        <w:rPr>
          <w:lang w:eastAsia="zh-CN"/>
        </w:rPr>
        <w:t>　　(二)完善安全管理、规章制度，修订各类作业标准。</w:t>
      </w:r>
      <w:r>
        <w:rPr>
          <w:lang w:eastAsia="zh-CN"/>
        </w:rPr>
        <w:br/>
      </w:r>
      <w:r>
        <w:rPr>
          <w:lang w:eastAsia="zh-CN"/>
        </w:rPr>
        <w:t>　　一是完善修订公司生产安全事故应急预案的编写、评审、备案工作;</w:t>
      </w:r>
      <w:r>
        <w:rPr>
          <w:lang w:eastAsia="zh-CN"/>
        </w:rPr>
        <w:br/>
      </w:r>
      <w:r>
        <w:rPr>
          <w:lang w:eastAsia="zh-CN"/>
        </w:rPr>
        <w:t>　　二是完善公司级安全规章制度4项;</w:t>
      </w:r>
      <w:r>
        <w:rPr>
          <w:lang w:eastAsia="zh-CN"/>
        </w:rPr>
        <w:br/>
      </w:r>
      <w:r>
        <w:rPr>
          <w:lang w:eastAsia="zh-CN"/>
        </w:rPr>
        <w:t>　　三是组织梳理作业安全规范标准3项;</w:t>
      </w:r>
      <w:r>
        <w:rPr>
          <w:lang w:eastAsia="zh-CN"/>
        </w:rPr>
        <w:br/>
      </w:r>
      <w:r>
        <w:rPr>
          <w:lang w:eastAsia="zh-CN"/>
        </w:rPr>
        <w:t>　　四是修订公司安全生产管理办法、考核办法、举报奖励管理办法等;</w:t>
      </w:r>
      <w:r>
        <w:rPr>
          <w:lang w:eastAsia="zh-CN"/>
        </w:rPr>
        <w:br/>
      </w:r>
      <w:r>
        <w:rPr>
          <w:lang w:eastAsia="zh-CN"/>
        </w:rPr>
        <w:t>　　五是梳理完善公司、部门各岗位说明书;</w:t>
      </w:r>
      <w:r>
        <w:rPr>
          <w:lang w:eastAsia="zh-CN"/>
        </w:rPr>
        <w:br/>
      </w:r>
      <w:r>
        <w:rPr>
          <w:lang w:eastAsia="zh-CN"/>
        </w:rPr>
        <w:t>　　六是推行安全生产标准化材料、整理建立平安港口建设基础资料、编制并印刷危险源辨识学习手册。</w:t>
      </w:r>
      <w:r>
        <w:rPr>
          <w:lang w:eastAsia="zh-CN"/>
        </w:rPr>
        <w:br/>
      </w:r>
      <w:r>
        <w:rPr>
          <w:lang w:eastAsia="zh-CN"/>
        </w:rPr>
        <w:t>　　三、加强安全教育，提高管理水平。</w:t>
      </w:r>
      <w:r>
        <w:rPr>
          <w:lang w:eastAsia="zh-CN"/>
        </w:rPr>
        <w:br/>
      </w:r>
      <w:r>
        <w:rPr>
          <w:lang w:eastAsia="zh-CN"/>
        </w:rPr>
        <w:t>　　组织进行各类安全作业规范培训学习1637人次;对外修、外租、承包方等进行各类安全培训280人次;进行考试换证83人;进行危险源辨识考试1915人次。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四、安全保卫、环保主要工作：</w:t>
      </w:r>
      <w:r>
        <w:rPr>
          <w:lang w:eastAsia="zh-CN"/>
        </w:rPr>
        <w:br/>
      </w:r>
      <w:r>
        <w:rPr>
          <w:lang w:eastAsia="zh-CN"/>
        </w:rPr>
        <w:t>　　(一)安全保卫方面：</w:t>
      </w:r>
      <w:r>
        <w:rPr>
          <w:lang w:eastAsia="zh-CN"/>
        </w:rPr>
        <w:br/>
      </w:r>
      <w:r>
        <w:rPr>
          <w:lang w:eastAsia="zh-CN"/>
        </w:rPr>
        <w:t>　　1、认真开展日常安全工作，确保公司安全稳定大局。组织应急演练7次，参加人员280人次;检查整改安全隐患1013项;编写下发月度安全工作简报4期、月度安全工作开展情况8期;制作安全、环保等培训课件等10多个;年审灭火器812具;召开安全稳定工作会议3次;组织公司级安全大检查16次。</w:t>
      </w:r>
      <w:r>
        <w:rPr>
          <w:lang w:eastAsia="zh-CN"/>
        </w:rPr>
        <w:br/>
      </w:r>
      <w:r>
        <w:rPr>
          <w:lang w:eastAsia="zh-CN"/>
        </w:rPr>
        <w:t>　　2、完善定编、安保设备投入，加强现场安全警示措施。完善保安定编4名;加强安保设施投入：建设安装保卫大屏幕监控室，安装摄像头16个，查处车辆压磅35起;完善各类安全标志、警示牌167块。</w:t>
      </w:r>
      <w:r>
        <w:rPr>
          <w:lang w:eastAsia="zh-CN"/>
        </w:rPr>
        <w:br/>
      </w:r>
      <w:r>
        <w:rPr>
          <w:lang w:eastAsia="zh-CN"/>
        </w:rPr>
        <w:t>　　(二)环保方面：</w:t>
      </w:r>
      <w:r>
        <w:rPr>
          <w:lang w:eastAsia="zh-CN"/>
        </w:rPr>
        <w:br/>
      </w:r>
      <w:r>
        <w:rPr>
          <w:lang w:eastAsia="zh-CN"/>
        </w:rPr>
        <w:t>　　1、重视粉尘治理工作，加强环境整治措施。</w:t>
      </w:r>
      <w:r>
        <w:rPr>
          <w:lang w:eastAsia="zh-CN"/>
        </w:rPr>
        <w:br/>
      </w:r>
      <w:r>
        <w:rPr>
          <w:lang w:eastAsia="zh-CN"/>
        </w:rPr>
        <w:t>　　突出重点，强化各生产作业环节。现场整治活动期间：整理并苫盖垛位22个;对22个转接塔、16台码垛机、29台流动机械进行清洁标准;</w:t>
      </w:r>
      <w:r>
        <w:rPr>
          <w:lang w:eastAsia="zh-CN"/>
        </w:rPr>
        <w:br/>
      </w:r>
      <w:r>
        <w:rPr>
          <w:lang w:eastAsia="zh-CN"/>
        </w:rPr>
        <w:t>　　2、加大环保及绿化投入力度</w:t>
      </w:r>
      <w:r>
        <w:rPr>
          <w:lang w:eastAsia="zh-CN"/>
        </w:rPr>
        <w:br/>
      </w:r>
      <w:r>
        <w:rPr>
          <w:lang w:eastAsia="zh-CN"/>
        </w:rPr>
        <w:t>　　全年共计投入1471万元。其中：购置2台射雾车、3台固定式射雾器、1台清扫车;对散发罐除尘、汽车漏斗等进行了改造;购买苫盖物品及清扫外包设备;办公楼前建设绿化面积500余平米、维护绿化面积3341平米。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3、积极配合做好环保工作，迎接上级及有关部门检查。积极做好现场环保整治工作，本年度共迎接上级部门领导参观、检查805余批次，计12057人，得到集团公司领导的肯定。</w:t>
      </w:r>
      <w:r>
        <w:rPr>
          <w:lang w:eastAsia="zh-CN"/>
        </w:rPr>
        <w:br/>
      </w:r>
      <w:r>
        <w:rPr>
          <w:lang w:eastAsia="zh-CN"/>
        </w:rPr>
        <w:t>　　五、以安全为主线，组织开展各类工作：</w:t>
      </w:r>
      <w:r>
        <w:rPr>
          <w:lang w:eastAsia="zh-CN"/>
        </w:rPr>
        <w:br/>
      </w:r>
      <w:r>
        <w:rPr>
          <w:lang w:eastAsia="zh-CN"/>
        </w:rPr>
        <w:t>　　(一)组织各类事故演练，提高应急处置能力</w:t>
      </w:r>
      <w:r>
        <w:rPr>
          <w:lang w:eastAsia="zh-CN"/>
        </w:rPr>
        <w:br/>
      </w:r>
      <w:r>
        <w:rPr>
          <w:lang w:eastAsia="zh-CN"/>
        </w:rPr>
        <w:t>　　组织开展了筒仓掩埋、交通事故、消防、怖事件、油品泄露火灾、防台防汛等多种形式的专项应急演练，加强了我公司应急队伍的建设，提高了对各类突发事件的应急处置能力。</w:t>
      </w:r>
      <w:r>
        <w:rPr>
          <w:lang w:eastAsia="zh-CN"/>
        </w:rPr>
        <w:br/>
      </w:r>
      <w:r>
        <w:rPr>
          <w:lang w:eastAsia="zh-CN"/>
        </w:rPr>
        <w:t>　　(二)加强现场整治，提高作业环境，消除安全隐患。规范现场定置区域管理，制作安装各类安全警示标识牌;对危险作业点加装警示立柱、反光警示条;粉刷、整理摆放封闭区道路两侧隔离墩;规划了各区域车辆、摩托车、</w:t>
      </w:r>
      <w:r>
        <w:rPr>
          <w:lang w:eastAsia="zh-CN"/>
        </w:rPr>
        <w:br/>
      </w:r>
      <w:r>
        <w:rPr>
          <w:lang w:eastAsia="zh-CN"/>
        </w:rPr>
        <w:t>　　电动车停放区;对封闭区内摩托车、电动车进行了现场整治。</w:t>
      </w:r>
      <w:r>
        <w:rPr>
          <w:lang w:eastAsia="zh-CN"/>
        </w:rPr>
        <w:br/>
      </w:r>
      <w:r>
        <w:rPr>
          <w:lang w:eastAsia="zh-CN"/>
        </w:rPr>
        <w:t>　　(三)开展安全用电整治周活动，加强安全用电管理。组织开展安全用电整治周活动，进行安全用电知识培训，纠正安全用电违章;严格落实现场用电安全措施，加强管理人员进行安全用电巡逻检查;每周对机械设备、候工场所、材料库、外修车间等定期组织安全用电检查。</w:t>
      </w:r>
      <w:r>
        <w:rPr>
          <w:lang w:eastAsia="zh-CN"/>
        </w:rPr>
        <w:br/>
      </w:r>
      <w:r>
        <w:rPr>
          <w:lang w:eastAsia="zh-CN"/>
        </w:rPr>
        <w:t>　　六、积极配合搞好集团公司组织的迎创活动。</w:t>
      </w:r>
      <w:r>
        <w:rPr>
          <w:lang w:eastAsia="zh-CN"/>
        </w:rPr>
        <w:br/>
      </w:r>
      <w:r>
        <w:rPr>
          <w:lang w:eastAsia="zh-CN"/>
        </w:rPr>
        <w:t>　　开展公司安全生产达标工作，迎接省安全标准化评审小组前来检查验收;认真组织有关材料迎接全国质量奖的评审。</w:t>
      </w:r>
      <w:r>
        <w:rPr>
          <w:lang w:eastAsia="zh-CN"/>
        </w:rPr>
        <w:br/>
      </w:r>
      <w:r>
        <w:rPr>
          <w:lang w:eastAsia="zh-CN"/>
        </w:rPr>
        <w:t>　　七、当前安全生产存在的'突出问题和下步安全工作主要措施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今年以来，尽管公司在安全生产方面采取了很多措施，但由于安全生产管理涉及面比较广，监管任务繁重，乃至发生了9.01道路交通死亡事故，目前安全生产形势依然严峻，存在薄弱环节和突出问题仍不少，主要表现在：</w:t>
      </w:r>
      <w:r>
        <w:rPr>
          <w:lang w:eastAsia="zh-CN"/>
        </w:rPr>
        <w:br/>
      </w:r>
      <w:r>
        <w:rPr>
          <w:lang w:eastAsia="zh-CN"/>
        </w:rPr>
        <w:t>　　(一)部分员工安全意识和责任心不强，执行制度的自觉性不强、安全责任制落实不到位，给安全生产带来不利影响。</w:t>
      </w:r>
      <w:r>
        <w:rPr>
          <w:lang w:eastAsia="zh-CN"/>
        </w:rPr>
        <w:br/>
      </w:r>
      <w:r>
        <w:rPr>
          <w:lang w:eastAsia="zh-CN"/>
        </w:rPr>
        <w:t>　　(二)班组安全管理基础不牢，从班组安全活动记录、班前后会中反映出部分班组的安全管理工作流于形式，无法有效贯彻公司的各项安全管理制度。</w:t>
      </w:r>
      <w:r>
        <w:rPr>
          <w:lang w:eastAsia="zh-CN"/>
        </w:rPr>
        <w:br/>
      </w:r>
      <w:r>
        <w:rPr>
          <w:lang w:eastAsia="zh-CN"/>
        </w:rPr>
        <w:t>　　(三)公司新进员工、劳务工、实习生较多，安全知识和技能参差不齐，安全基础不牢靠，给安全管理工作带来一定的难度。</w:t>
      </w:r>
      <w:r>
        <w:rPr>
          <w:lang w:eastAsia="zh-CN"/>
        </w:rPr>
        <w:br/>
      </w:r>
      <w:r>
        <w:rPr>
          <w:lang w:eastAsia="zh-CN"/>
        </w:rPr>
        <w:t>　　(四)公司安全规章制度，安全基础知识培训教育，培训工作需进一步加强，部分员工安全意识、安全技能薄弱，对公司的安全规章制度理解掌握不透彻。</w:t>
      </w:r>
      <w:r>
        <w:rPr>
          <w:lang w:eastAsia="zh-CN"/>
        </w:rPr>
        <w:br/>
      </w:r>
      <w:r>
        <w:rPr>
          <w:lang w:eastAsia="zh-CN"/>
        </w:rPr>
        <w:t>　　(五)特种设备、特种工种的管理工作仍需加强，设备定期检验、人员持证上岗需进一步规范。</w:t>
      </w:r>
      <w:r>
        <w:rPr>
          <w:lang w:eastAsia="zh-CN"/>
        </w:rPr>
        <w:br/>
      </w:r>
      <w:r>
        <w:rPr>
          <w:lang w:eastAsia="zh-CN"/>
        </w:rPr>
        <w:t>　　(六)应急管理工作需进一步加强。公司、部门应急预案存在不全面的问题，针对性、可操作性有待进一步完善，开展预案的演练工作需进一步加强。安全生产工作总结3</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xml:space="preserve"> 20__年，计量所在领导带领下，坚持预防为主、防治结合、加强教育、群防群治的原则，通过安全学习，增强职工的安全意识和自我防护能力；通过齐抓共管，营造了全所职员关心和支持计量安全工作的局面，从而切实保障了职工安全和公司设备不受损失，维护了计量所各项工作正常开展的秩序。现从安全管理、安全考核、安全工作、职工培训等方面，对20__年准东计量所的安全生产工作进行总结：</w:t>
      </w:r>
      <w:r>
        <w:rPr>
          <w:lang w:eastAsia="zh-CN"/>
        </w:rPr>
        <w:t xml:space="preserve"> </w:t>
      </w:r>
      <w:r>
        <w:rPr>
          <w:lang w:eastAsia="zh-CN"/>
        </w:rPr>
        <w:br/>
      </w:r>
      <w:r>
        <w:rPr>
          <w:lang w:eastAsia="zh-CN"/>
        </w:rPr>
        <w:t>　　一、 安全管理</w:t>
      </w:r>
      <w:r>
        <w:rPr>
          <w:lang w:eastAsia="zh-CN"/>
        </w:rPr>
        <w:br/>
      </w:r>
      <w:r>
        <w:rPr>
          <w:lang w:eastAsia="zh-CN"/>
        </w:rPr>
        <w:t>　　20__年计量所始终坚持“安全第一、预防为主”的方针，落实安全生产责任制，严格执行《电业安全工作生产规程》和《安全生产奖惩规定》，加大对违章行为的处罚力度，努力实现安全生产可控、在控。在体制上，建立了三级安全管理体系，并签定了安全生产责任书；在制度上，按照各项安全管理规章制度，制定了“安措”、“反措”计划，并编制了各种现场仪表校验规程及工作标准，使计量所的工作有章可循，对标准设备定期进行校验，对各变电站的运行设备按计划、按周期的进行校验检查，确保设备运行在良好状态。在人员管理上，我们始终坚持“以人为本、尊重为先”的科学管理理念，使用教育和处罚并重的方法，按照“四不放过”的原则进行严格考核。形成了“人人讲安全、人人学安全、人人会安全”的良好氛围</w:t>
      </w:r>
      <w:r>
        <w:rPr>
          <w:lang w:eastAsia="zh-CN"/>
        </w:rPr>
        <w:br/>
      </w:r>
      <w:r>
        <w:rPr>
          <w:lang w:eastAsia="zh-CN"/>
        </w:rPr>
        <w:t>　　二、 安全考核</w:t>
      </w:r>
      <w:r>
        <w:rPr>
          <w:lang w:eastAsia="zh-CN"/>
        </w:rPr>
        <w:br/>
      </w:r>
      <w:r>
        <w:rPr>
          <w:lang w:eastAsia="zh-CN"/>
        </w:rPr>
        <w:t>　　20__年计量所未发生一起人身设备事故。截止12月31日计量所安全运行765天。跨年度安全运行795天。</w:t>
      </w:r>
      <w:r>
        <w:rPr>
          <w:lang w:eastAsia="zh-CN"/>
        </w:rPr>
        <w:br/>
      </w:r>
      <w:r>
        <w:rPr>
          <w:lang w:eastAsia="zh-CN"/>
        </w:rPr>
        <w:t>　　（1）</w:t>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xml:space="preserve"> 20__年3月份计量所全体人员参加了局里组织的《安规》考试，参加考试人数5人，合格人数5人；合格率100%。10月份计量所全体人人员参加计量所本部的安规考试，参加考试人数5人，及格人数5人；合格率100%。</w:t>
      </w:r>
      <w:r>
        <w:rPr>
          <w:lang w:eastAsia="zh-CN"/>
        </w:rPr>
        <w:br/>
      </w:r>
      <w:r>
        <w:rPr>
          <w:lang w:eastAsia="zh-CN"/>
        </w:rPr>
        <w:t>　　（2） 20__年准东供电公司计量所填写二种工作票共73份，合格票数99份，合格率98%；一种工作票共21份，合格票数21份，合格率100%</w:t>
      </w:r>
      <w:r>
        <w:rPr>
          <w:lang w:eastAsia="zh-CN"/>
        </w:rPr>
        <w:br/>
      </w:r>
      <w:r>
        <w:rPr>
          <w:lang w:eastAsia="zh-CN"/>
        </w:rPr>
        <w:t>　　三、 安全工作</w:t>
      </w:r>
      <w:r>
        <w:rPr>
          <w:lang w:eastAsia="zh-CN"/>
        </w:rPr>
        <w:br/>
      </w:r>
      <w:r>
        <w:rPr>
          <w:lang w:eastAsia="zh-CN"/>
        </w:rPr>
        <w:t>　　（1） 每周和每月定期组织人员认真学习局下发的各类《安全简报》、《通报》及有关文件进行安全学习。</w:t>
      </w:r>
      <w:r>
        <w:rPr>
          <w:lang w:eastAsia="zh-CN"/>
        </w:rPr>
        <w:br/>
      </w:r>
      <w:r>
        <w:rPr>
          <w:lang w:eastAsia="zh-CN"/>
        </w:rPr>
        <w:t>　　（2） 按时组织人员进行《事故预想》和《反事故演习》活动。</w:t>
      </w:r>
      <w:r>
        <w:rPr>
          <w:lang w:eastAsia="zh-CN"/>
        </w:rPr>
        <w:br/>
      </w:r>
      <w:r>
        <w:rPr>
          <w:lang w:eastAsia="zh-CN"/>
        </w:rPr>
        <w:t>　　（3） 按时上报《每月安全工作总结》和《两票考核情况》。</w:t>
      </w:r>
      <w:r>
        <w:rPr>
          <w:lang w:eastAsia="zh-CN"/>
        </w:rPr>
        <w:br/>
      </w:r>
      <w:r>
        <w:rPr>
          <w:lang w:eastAsia="zh-CN"/>
        </w:rPr>
        <w:t>　　（4） 在春、秋检前，组织人员学习《安规》，并参加了考试。</w:t>
      </w:r>
      <w:r>
        <w:rPr>
          <w:lang w:eastAsia="zh-CN"/>
        </w:rPr>
        <w:br/>
      </w:r>
      <w:r>
        <w:rPr>
          <w:lang w:eastAsia="zh-CN"/>
        </w:rPr>
        <w:t>　　（5） 在工作现场，认真做好安全监督工作。并对违章、违规行为进行纠正、处罚。</w:t>
      </w:r>
      <w:r>
        <w:rPr>
          <w:lang w:eastAsia="zh-CN"/>
        </w:rPr>
        <w:br/>
      </w:r>
      <w:r>
        <w:rPr>
          <w:lang w:eastAsia="zh-CN"/>
        </w:rPr>
        <w:t>　　（6） 定期按要求对各类安全工器具进行检查。</w:t>
      </w:r>
      <w:r>
        <w:rPr>
          <w:lang w:eastAsia="zh-CN"/>
        </w:rPr>
        <w:br/>
      </w:r>
      <w:r>
        <w:rPr>
          <w:lang w:eastAsia="zh-CN"/>
        </w:rPr>
        <w:t>　　（7） 和职工谈心，及时了解职工的思想活动，对安全工作进行改进、完善。不断提高职工的安全热情。</w:t>
      </w:r>
      <w:r>
        <w:rPr>
          <w:lang w:eastAsia="zh-CN"/>
        </w:rPr>
        <w:br/>
      </w:r>
      <w:r>
        <w:rPr>
          <w:lang w:eastAsia="zh-CN"/>
        </w:rPr>
        <w:t>　　四、 职工培训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20__年，计量所按照培训计划，开展了每月四次的安全活动。认真组织人员学习局下发的各类安全简报、通报及有关文件；在春、秋检前，认真组织人员学习《安规》，并参加了考试；针对人员少工作重的情况，我们把培训工作的`重点着重放在现场，一方面可以在实践中获取“真经”提高工作人员业务水平和自我保护能力；另一方面也可以加大职工对安全培训的积极性和热情。使“三不伤害”，“四不放过”的思想深入人心；针对20__年公司发生的各此事故，计量所组织全体员工认真的、深入的学习了这些事故通报，并分析原因从中吸取经验教训，制定了相关的防范措施，使同样的错误和悲剧决不会在准东计量所的安全管理下再次重演。并要求每个职工通过学习后谈谈自己想法、和心得体会。写了一份安全论文。</w:t>
      </w:r>
      <w:r>
        <w:rPr>
          <w:lang w:eastAsia="zh-CN"/>
        </w:rPr>
        <w:br/>
      </w:r>
      <w:r>
        <w:rPr>
          <w:lang w:eastAsia="zh-CN"/>
        </w:rPr>
        <w:t>　　五、 20__年年工作重点</w:t>
      </w:r>
      <w:r>
        <w:rPr>
          <w:lang w:eastAsia="zh-CN"/>
        </w:rPr>
        <w:br/>
      </w:r>
      <w:r>
        <w:rPr>
          <w:lang w:eastAsia="zh-CN"/>
        </w:rPr>
        <w:t>　　（1） 每周和每月定期组织人员认真学习局下发的各类《安全简报》、《通报》及有关文件进行安全学习。</w:t>
      </w:r>
      <w:r>
        <w:rPr>
          <w:lang w:eastAsia="zh-CN"/>
        </w:rPr>
        <w:br/>
      </w:r>
      <w:r>
        <w:rPr>
          <w:lang w:eastAsia="zh-CN"/>
        </w:rPr>
        <w:t>　　（2） 按时组织人员进行《事故预想》和《反事故演习》活动。</w:t>
      </w:r>
      <w:r>
        <w:rPr>
          <w:lang w:eastAsia="zh-CN"/>
        </w:rPr>
        <w:br/>
      </w:r>
      <w:r>
        <w:rPr>
          <w:lang w:eastAsia="zh-CN"/>
        </w:rPr>
        <w:t>　　（3） 按时上报《每月安全工作总结》和《两票考核情况》。</w:t>
      </w:r>
      <w:r>
        <w:rPr>
          <w:lang w:eastAsia="zh-CN"/>
        </w:rPr>
        <w:br/>
      </w:r>
      <w:r>
        <w:rPr>
          <w:lang w:eastAsia="zh-CN"/>
        </w:rPr>
        <w:t>　　（4） 在春、秋检前，组织人员学习《安规》，并参加了考试。</w:t>
      </w:r>
      <w:r>
        <w:rPr>
          <w:lang w:eastAsia="zh-CN"/>
        </w:rPr>
        <w:br/>
      </w:r>
      <w:r>
        <w:rPr>
          <w:lang w:eastAsia="zh-CN"/>
        </w:rPr>
        <w:t>　　（5） 在工作现场，认真做好安全监督工作。并对违章、违规行为进行纠正、处罚。</w:t>
      </w:r>
      <w:r>
        <w:rPr>
          <w:lang w:eastAsia="zh-CN"/>
        </w:rPr>
        <w:br/>
      </w:r>
      <w:r>
        <w:rPr>
          <w:lang w:eastAsia="zh-CN"/>
        </w:rPr>
        <w:t>　　（6） 定期按要求对各类安全工器具进行检查。</w:t>
      </w:r>
      <w:r>
        <w:rPr>
          <w:lang w:eastAsia="zh-CN"/>
        </w:rPr>
        <w:br/>
      </w:r>
      <w:r>
        <w:rPr>
          <w:lang w:eastAsia="zh-CN"/>
        </w:rPr>
        <w:t>　　（7） 继续加大对职工的安全思想教育，使“安全”深如人心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总的来说，20__年计量所安全生产工作取得了一定成绩，但离公司领导的要求还有很大的差距。我们应该清醒的认识到，当前电力行业安全工作的形势还是很严峻的。我们不会因微小的成绩而沾沾自喜，就满足先状。还会时刻把安全工作做为首要工作时时抓，事事抓。“安全管理无止境”的理念始终会作为准东计量所安全生产工作的座右铭。20__年的准东计量所安全生产工作，一方面我们会继续用《安规》和《安全生产奖惩规定》做为铁的纪律时刻提醒职工不要以身试法，酿成悲剧。另一方面我们仍然会按照以人为本、尊重为先”的原则抓好“人”的工作，只有用心去感化职工，说服职工。才可能真正实现“人人讲安全、人人学安全、人人会安全”。</w:t>
      </w:r>
      <w:r>
        <w:rPr>
          <w:lang w:eastAsia="zh-CN"/>
        </w:rPr>
        <w:br/>
      </w:r>
      <w:r>
        <w:rPr>
          <w:lang w:eastAsia="zh-CN"/>
        </w:rPr>
        <w:t>　　计量管理部</w:t>
      </w:r>
      <w:r>
        <w:rPr>
          <w:lang w:eastAsia="zh-CN"/>
        </w:rPr>
        <w:br/>
      </w:r>
      <w:r>
        <w:rPr>
          <w:lang w:eastAsia="zh-CN"/>
        </w:rPr>
        <w:t>　　20__年11月31日安全生产工作总结4</w:t>
      </w:r>
      <w:r>
        <w:rPr>
          <w:lang w:eastAsia="zh-CN"/>
        </w:rPr>
        <w:br/>
      </w:r>
      <w:r>
        <w:rPr>
          <w:lang w:eastAsia="zh-CN"/>
        </w:rPr>
        <w:t xml:space="preserve">    一季度，__单位认真贯彻落实处关于__年安全工作的一系列指示精神，加强了安全、运输、经济形势等的宣传教育力度，进一步将工作的重心放到现场一线，重推安全“三项”工作，实现了首季开门红。 </w:t>
      </w:r>
      <w:r>
        <w:rPr>
          <w:lang w:eastAsia="zh-CN"/>
        </w:rPr>
        <w:br/>
      </w:r>
      <w:r>
        <w:rPr>
          <w:lang w:eastAsia="zh-CN"/>
        </w:rPr>
        <w:t>　　主要工作如下：</w:t>
      </w:r>
      <w:r>
        <w:rPr>
          <w:lang w:eastAsia="zh-CN"/>
        </w:rPr>
        <w:br/>
      </w:r>
      <w:r>
        <w:rPr>
          <w:lang w:eastAsia="zh-CN"/>
        </w:rPr>
        <w:t>　　1、认真贯彻落实上级一系列安全指示精神</w:t>
      </w:r>
      <w:r>
        <w:rPr>
          <w:lang w:eastAsia="zh-CN"/>
        </w:rPr>
        <w:br/>
      </w:r>
      <w:r>
        <w:rPr>
          <w:lang w:eastAsia="zh-CN"/>
        </w:rPr>
        <w:t>　　一季度，我们认真贯彻落实上级一系列安全指示精神，3月上旬我们还组织全部人员对掌握上级安全文件和领导讲话精神情况进行了考试，通过考试来看取得了预定的效果。</w:t>
      </w:r>
      <w:r>
        <w:rPr>
          <w:lang w:eastAsia="zh-CN"/>
        </w:rPr>
        <w:br/>
      </w:r>
      <w:r>
        <w:rPr>
          <w:lang w:eastAsia="zh-CN"/>
        </w:rPr>
        <w:t>　　2、狠抓“三项”安全工作的整改完善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__年1月8日、14日运输部分别召开了关于整改和完善安全“三项”工作的专题会，会议由运输部政领导、机关全体、六大专业工区的工长以及生产骨干等参加，会议主要内容是通报了处对运输部2008年四季度“三项”安全工作的检查情况和煤业公司对铁运处2008年下半年“双基”建设的检查情况，针对存在的每一条问题，我们举一反三，采取强有力措施，并指定专人，限期整改。为进一步巩固和提高“三项”安全工作的成绩，部政提出：一是严格落实责任追究制度，对不能按期整改的单位或个人，追究工长、直接负责人的责任，并全部通报批评。二是六个工区按照处发安全质量标准化标准，加强日常管理。各工区要认真对照标准，深入学习和领会，确保现场设备设施都能达到标准要求，符合生产规范。三是进一步加强“三位一体、手指口述”管理，各工区早上上班后一律在室内进行点名、演练，对演练不好不到位的工区，一律追究工长的责任，在原先处理的基础上加倍处理，确保此项工作常抓不懈。四是加强冬季“三防”工作，一季度天气依然寒冷，我们在抓好以上工作的同时，切实加强人身安全管理，确保人身安全。各工区积极反“三违”，人人按章作业，工作不要急，做到稳而不乱。车站和机务要开好交接班会，组织好运输生产。</w:t>
      </w:r>
      <w:r>
        <w:rPr>
          <w:lang w:eastAsia="zh-CN"/>
        </w:rPr>
        <w:br/>
      </w:r>
      <w:r>
        <w:rPr>
          <w:lang w:eastAsia="zh-CN"/>
        </w:rPr>
        <w:t>　　3、精心组织开展三查三反三提高活动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针对一季度节假日多，职工思想活跃、安全生产形势严峻等实际情况，运输部积极做到超前防范，扎实开展以“查思想、查作风、查纪律、反松懈麻痹、反盲目乐观、反疲劳厌战、提高安全超前思考力、提高安全管理领导力、提高安全工作执行力”为主要内容的“三查三反三提高”活动。为使全部干部职工的安全思想意识得到全面提高，现场安全管理进一步加强，运输部有效利用班前(后)会、安全活动等时机或载体，大力加强职工安全思想教育，并组织职工结合自身工作岗位，总结经验，提出自己对安全工作的意见和建议。部在提升安全意识的基础上，把现场安全作为管理工作重点，重推了安全“三项”工作，通过此项活动的`开展，有效的确保了安全生产。</w:t>
      </w:r>
      <w:r>
        <w:rPr>
          <w:lang w:eastAsia="zh-CN"/>
        </w:rPr>
        <w:br/>
      </w:r>
      <w:r>
        <w:rPr>
          <w:lang w:eastAsia="zh-CN"/>
        </w:rPr>
        <w:t>　　4、积极做好应对冬季恶劣天气的准备</w:t>
      </w:r>
      <w:r>
        <w:rPr>
          <w:lang w:eastAsia="zh-CN"/>
        </w:rPr>
        <w:br/>
      </w:r>
      <w:r>
        <w:rPr>
          <w:lang w:eastAsia="zh-CN"/>
        </w:rPr>
        <w:t>　　为了应对今年冬天可能到来的大雪等恶劣天气给行车安全带来的逐多影响，我们及时采取措施，确保安全过冬。</w:t>
      </w:r>
      <w:r>
        <w:rPr>
          <w:lang w:eastAsia="zh-CN"/>
        </w:rPr>
        <w:br/>
      </w:r>
      <w:r>
        <w:rPr>
          <w:lang w:eastAsia="zh-CN"/>
        </w:rPr>
        <w:t>　　一是加强相关知识的再学习和宣教工作。我们及时组织各专业工区的职工充分利用班前会、一三五学习和工作空闲时间，对处发《恶劣天气下确保作业和人身安全预案》和运输部相关安全措施进行了再学习和宣教，确保干部职工的思想认识超前到位，做好应对恶劣天气的思想准备。</w:t>
      </w:r>
      <w:r>
        <w:rPr>
          <w:lang w:eastAsia="zh-CN"/>
        </w:rPr>
        <w:br/>
      </w:r>
      <w:r>
        <w:rPr>
          <w:lang w:eastAsia="zh-CN"/>
        </w:rPr>
        <w:t>　　二是做好应对大雪天气的准备。为了确保今年冬天铁路运输的安全和畅通，运输部支部召集安全技术人员，结合本单位实际，及时制定了运输部冬季扫雪应急措施，购进了足够的防冻液、喷壶、除雪铲和扫帚等必须物品，还成立了扫雪应急小分队，成员由机关和各工区生产骨干组成，小分队成员时刻保持通信畅通，确保大雪天气不影响安全和运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三是积极做好应对冬季大风、寒流等天气的准备。针对冬季大风、寒流天气多的实际情况，我们重点采取了重申铁路行车和人身有关安全管理的规定，特别是车站停留车辆采取防溜措施的规定、铁路人身安全通用标准等，要求车站对站内停留的所有车辆都必须严格采取两端铁鞋与手闸并用的方式，在作业过程中严格执行钩钩防溜的规定，坚决防止大风天气车辆溜逸事故的发生。要求全体现场作业人员，出务作业必须做好防寒、防冻和防滑工作，衣着要紧凑利索，鞋子要防滑，坚决实现“高高兴兴干活，快快乐乐上下班”。</w:t>
      </w:r>
      <w:r>
        <w:rPr>
          <w:lang w:eastAsia="zh-CN"/>
        </w:rPr>
        <w:br/>
      </w:r>
      <w:r>
        <w:rPr>
          <w:lang w:eastAsia="zh-CN"/>
        </w:rPr>
        <w:t>　　5、加强用电管理</w:t>
      </w:r>
      <w:r>
        <w:rPr>
          <w:lang w:eastAsia="zh-CN"/>
        </w:rPr>
        <w:br/>
      </w:r>
      <w:r>
        <w:rPr>
          <w:lang w:eastAsia="zh-CN"/>
        </w:rPr>
        <w:t>　　运输部冬季取暖全靠电，如电暖器、空调等，以及职工中午做饭靠电磁炉等的实际情况，均属大功率用电设备，因此，用电安全是一季度安全工作的重中之重，加强用电安全管理尤为重要，运输部要求各工区(室)必须做到爱护用电设备，适当进行停电维护。特别是中午做饭期间，要合理使用用电设备，不要集中使用。下班及时关闭电源。水电工区加强了巡视，确保了一季度安全无事。</w:t>
      </w:r>
      <w:r>
        <w:rPr>
          <w:lang w:eastAsia="zh-CN"/>
        </w:rPr>
        <w:br/>
      </w:r>
      <w:r>
        <w:rPr>
          <w:lang w:eastAsia="zh-CN"/>
        </w:rPr>
        <w:t>　　6、加强了春节期间的安全管理</w:t>
      </w:r>
      <w:r>
        <w:rPr>
          <w:lang w:eastAsia="zh-CN"/>
        </w:rPr>
        <w:br/>
      </w:r>
      <w:r>
        <w:rPr>
          <w:lang w:eastAsia="zh-CN"/>
        </w:rPr>
        <w:t>　　20__年春节春节期间，运输部根据上级要求和现场实际，及时召开专题会议并制定了《运输部春节期间安全保障措施》，并下发到各专业工区，人人进行学习和签字，具体内容有：</w:t>
      </w:r>
      <w:r>
        <w:rPr>
          <w:lang w:eastAsia="zh-CN"/>
        </w:rPr>
        <w:br/>
      </w:r>
      <w:r>
        <w:rPr>
          <w:lang w:eastAsia="zh-CN"/>
        </w:rPr>
        <w:t>　　一是统一思想，牢固树立“过节不忘安全”的理念。作为基层铁路运输生产单位，安全工作永远是第一位的，每一名干部职工过节期间时刻保持清醒的头脑，正确处理好过节与安全生产的关系，特别是节日期间的留勤人员，思想上绝不能过年，要做到“上班就忘记过年，上线作业就只想安全”，确保节日期间的安全生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二是开好交接班会，牢把安全第一关。各工区严格执行班前班后会议制度，工长、站长除认真传达上级安全指示精神、布置当班工作任务和强调安全注意事项外，重点对到岗职工精力是否充沛以及是否有带酒气上岗等情况进行认真排查，并提醒职工注意节日期间上下班交通安全。提前做好安全预想，牢把安全第一关。夜班或双休日，部值班的领导和安全技术骨干认真履行职责，重点开好车站、机务两个大工区的班前会，在站长、工长不在期间，协助各工区抓好安全管理。</w:t>
      </w:r>
      <w:r>
        <w:rPr>
          <w:lang w:eastAsia="zh-CN"/>
        </w:rPr>
        <w:br/>
      </w:r>
      <w:r>
        <w:rPr>
          <w:lang w:eastAsia="zh-CN"/>
        </w:rPr>
        <w:t>　　三是加强节日期间领导值班和加大节日期间安全监督检查。运输部专门制定了春节期间领导值班表和值班制度，进一步规范了节日期间的领导值班，确保了领导到位。运输部还加大了节日期间安全大检查等工作，重点检查了各工区“手指口述”(呼唤应答)执行情况、防火、防盗、安全用电、机电设备运用、线路站场以及节日留勤人员值班、各工作岗位劳动纪律、安全生产值班制度的执行等。检查过程中做到了不留死角、不留情面。四是初八及时组织机关全体和各工区工长以及生产骨干召开了节后收心工作会议，要求干部职工迅速从过节的气氛中走出来，立即投身到工作中来，完成好当前的安全高运任务。安全生产工作总结5</w:t>
      </w:r>
      <w:r>
        <w:rPr>
          <w:lang w:eastAsia="zh-CN"/>
        </w:rPr>
        <w:br/>
      </w:r>
      <w:r>
        <w:rPr>
          <w:lang w:eastAsia="zh-CN"/>
        </w:rPr>
        <w:t xml:space="preserve">    犍为县芭沟镇是第二批“安全生产达标乡镇”。全镇幅员面积40.9平方公里，辖8个村2个社区59个村(居)民小组，人口14750人。境内地形复杂，平坝、浅丘、深山皆具，有煤矿3户、公路117.5公里、铁路15公里，各类机动车辆346辆，同时涉及消防、易燃易爆、特种行业、学校、建筑施工、农村用电、山地自然灾害等方面的安全监管，安全生产点多、线长、面广，安全生产事故防不胜防。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今年我镇安全生产工作在县委、县政府和县安委会的准确领导下，在县安监局的业务指导下，以科学发展观统领全局，坚持安全发展、科学发展的指导原则，以深化“安全生产年”活动为载体，深入展开“三项行动”，切实增强“三项建设”，全面贯彻落实《安全生产法》，坚持“安全第一，预防为主，综合治理”的方针，立足事故防范，通过“安全生产月”活动、安全生产专项整治和安全生产大检查等活动，增大宣传，突出重点，强化监管，着力隐患整改，狠抓打非治违。通过全镇干部职工的共同努力，我镇的安全工作取得了一定的成绩。现将全年来工作展开情况总结如下：</w:t>
      </w:r>
      <w:r>
        <w:rPr>
          <w:lang w:eastAsia="zh-CN"/>
        </w:rPr>
        <w:br/>
      </w:r>
      <w:r>
        <w:rPr>
          <w:lang w:eastAsia="zh-CN"/>
        </w:rPr>
        <w:t>　　一、党政高度重视，切实增强领导</w:t>
      </w:r>
      <w:r>
        <w:rPr>
          <w:lang w:eastAsia="zh-CN"/>
        </w:rPr>
        <w:br/>
      </w:r>
      <w:r>
        <w:rPr>
          <w:lang w:eastAsia="zh-CN"/>
        </w:rPr>
        <w:t>　　坚持“一把手、抓到底”的安全工作机制。一是安全生产工作坚持书记负总责、镇长亲自抓，分管领导具体抓，各部门配合抓，社会各界共同抓的安全生产格局，建立健全了安全生产管理机构。即时对镇安委会成员实行调整充实。坚持按季度召开安委会成员会议，认真总结上季度工作，安排布置本季度安全工作，研究解决安全生产工作中存有的问题。二是调整充实了镇安办和交管站人员。三是镇党政主要领导带队检查安全生产工作32次，分管领导52次，亲自参与排查安全隐患、发现问题即时整改。四是镇党委、政府做到逢会必讲安全生产工作，政府主要领导主持召开或参加全镇安全生产会议达12次，分管领导28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二、明确工作目标，完善工作制度，强化安全责任年初印发了《镇人民政府关于认真做好20__年安全生产工作的意见》、《20__年安全生产目标管理考核办法》，对2015年全镇的安全生产工作实行了安排部署，明确了各安全生产监管单位、部门的职责，落实了具体的措施和考核办法。</w:t>
      </w:r>
      <w:r>
        <w:rPr>
          <w:lang w:eastAsia="zh-CN"/>
        </w:rPr>
        <w:br/>
      </w:r>
      <w:r>
        <w:rPr>
          <w:lang w:eastAsia="zh-CN"/>
        </w:rPr>
        <w:t>　　为严格履行“一岗双责”制度，使安全生产责任落实到各分管领导和部门，责任到人，达到各个安全生产领域有具体部门管，有具体人员抓，形成齐抓共管横向到边、纵向到底的局面。镇党委、政府与相关部门(单位)、村(社区)签订了安全生产目标责任书和消防安全目标管理责任书，与重点企业签订了企业安全生产目标管理责任书，签订各类安全生产目标责任书58份。其中，村(社区)、部门安全生产管理责任书10份，消防安全目标责任书10份，企业安全生产目标管理责任书4份，车辆超载超限目标责任书34份。编制完善《镇突发地质灾害应急预案》、《镇2015年地质灾害防御预案》、《镇应急工作综合预案》、《镇重特大事故应急处理预案》、《镇食品安全突发事件应急预案》、《森林防火预案》、《消防预案》、《镇危险化学品领域和烟花爆竹行业“打非治违”专项行动实施方案》、等系列工作预案、方案。做到事前有准备，遇事不混乱，处置按步骤。同时要求、督促各企业从机构、人员、制度上进一步完善安全生产管理工作。</w:t>
      </w:r>
      <w:r>
        <w:rPr>
          <w:lang w:eastAsia="zh-CN"/>
        </w:rPr>
        <w:br/>
      </w:r>
      <w:r>
        <w:rPr>
          <w:lang w:eastAsia="zh-CN"/>
        </w:rPr>
        <w:t>　　三、强化安全培训，增大宣传攻势</w:t>
      </w:r>
      <w:r>
        <w:rPr>
          <w:lang w:eastAsia="zh-CN"/>
        </w:rPr>
        <w:br/>
      </w:r>
      <w:r>
        <w:rPr>
          <w:lang w:eastAsia="zh-CN"/>
        </w:rPr>
        <w:t>　　深化各类各级人员的安全教育与培训。采用书写岩报、悬挂布标、设立电子屏、召开培训会、印发宣传资料、街头宣传、干部进村入户，广泛展开安全知识宣传活动。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一)安全宣传进村入户。印发《镇安全防范告知书》《安全生产生活常识》等宣传资料2000余份，发放《市民应急避险常识》400册，散发食品安全资料1500余份，分发森林防火宣传资料900余份，督促各村(社区)即时制定村(社区)居民安全公约，成立村(社区)安委会，明确职责，不定期召开村(社区)居民安全培训会。</w:t>
      </w:r>
      <w:r>
        <w:rPr>
          <w:lang w:eastAsia="zh-CN"/>
        </w:rPr>
        <w:br/>
      </w:r>
      <w:r>
        <w:rPr>
          <w:lang w:eastAsia="zh-CN"/>
        </w:rPr>
        <w:t>　　(二)狠抓各类各级人员的安全教育培训。一是镇安办组织全镇企业负责人、车主、每季度很多于一次的安全教育培训，并带队到企业、到车间实行现场参观、学习、培训。二是组织危化品、烟花爆竹委批点责任人、特种作业人员参加市、县的安全培训。三是督查各企业、单位和学校的安全教育、培训。</w:t>
      </w:r>
      <w:r>
        <w:rPr>
          <w:lang w:eastAsia="zh-CN"/>
        </w:rPr>
        <w:br/>
      </w:r>
      <w:r>
        <w:rPr>
          <w:lang w:eastAsia="zh-CN"/>
        </w:rPr>
        <w:t>　　(三)扎实展开“安全宣传月”活动。镇党委、政府成立了镇安全生产宣传月活动领导机构，制定了宣传方案。以贯彻实施《安全生产法》、《省安全生产条例》为重点，通过开培训会、设咨询点、展开安全知识竞赛、散发资料、张贴标语、收看安全教育片等多种形式，在全镇干部群众中实行了广泛宣传。活动中发放《地质灾害防治知识问答》、《道路交通安全宣传资料》等各类宣传单500余份，张贴《关心消防、注重细节、构建和谐》宣传贴图80余幅。在车站、学校、主要街道(或主干公路)张贴、悬挂、书写宣传标语、横幅25幅。各企业和学校也相对应地展开了演练培训和“全国安全生产”宣传教育活动。通过活动有效地促动了干部职工、生产经营单位负责人及广大群众学法、知法、懂法、守法，强化了全民安全生产意识。</w:t>
      </w:r>
      <w:r>
        <w:rPr>
          <w:lang w:eastAsia="zh-CN"/>
        </w:rPr>
        <w:br/>
      </w:r>
      <w:r>
        <w:rPr>
          <w:lang w:eastAsia="zh-CN"/>
        </w:rPr>
        <w:t>　　四、突出重点，深化整治，增强监管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根据各级安全生产工作要求和会议精神，结合本镇实际，着力展开安全生产大检查和重点领域专项整治行动。狠抓了元旦节、春节、清明节、五一节、国庆节等节前安全大检查，展开了防汛和地质灾害清理排查整治活动、道路交通安全整治活动和校园及周边环境整治活动，食品卫生安全检查等活动工作。</w:t>
      </w:r>
      <w:r>
        <w:rPr>
          <w:lang w:eastAsia="zh-CN"/>
        </w:rPr>
        <w:br/>
      </w:r>
      <w:r>
        <w:rPr>
          <w:lang w:eastAsia="zh-CN"/>
        </w:rPr>
        <w:t>　　(一)深化道路交通安全整治。</w:t>
      </w:r>
      <w:r>
        <w:rPr>
          <w:lang w:eastAsia="zh-CN"/>
        </w:rPr>
        <w:br/>
      </w:r>
      <w:r>
        <w:rPr>
          <w:lang w:eastAsia="zh-CN"/>
        </w:rPr>
        <w:t>　　镇政府与村(社区)签订了《道路交通安全整治责任书》。重点查处教育了面包车、两轮、三轮摩托车主非法运营超载学生上、放学行为，清理了车辆的乱停乱放，对重点路段的路况、安全隐患、车辆实行了检查，共检查车辆1800辆，纠正、处理违章操作车辆1564辆，督促学校增强了学生的道路安全教育。</w:t>
      </w:r>
      <w:r>
        <w:rPr>
          <w:lang w:eastAsia="zh-CN"/>
        </w:rPr>
        <w:br/>
      </w:r>
      <w:r>
        <w:rPr>
          <w:lang w:eastAsia="zh-CN"/>
        </w:rPr>
        <w:t>　　(二)深化场镇消防安全整治。</w:t>
      </w:r>
      <w:r>
        <w:rPr>
          <w:lang w:eastAsia="zh-CN"/>
        </w:rPr>
        <w:br/>
      </w:r>
      <w:r>
        <w:rPr>
          <w:lang w:eastAsia="zh-CN"/>
        </w:rPr>
        <w:t>　　一是采取多种形式实行宣传，使场镇消防工作深入人心。大力展开消防宣传“五进”活动，使消防工作深入各行各业;中小学坚持落实“三进”，即消防安全知识“进课堂、进教材、进思想”。二是落实措施，群防群治。各学校、医院、企业、烟花爆竹经营户等重点防火单位，各经营户、居民户严格按要求配置相对应的灭火器材，采取相对应的灭火措施。三是落实各级各部门职责。建立健全镇派出所消防监督管理责任;明确中学、小学、供电、宾馆、医院等重点防火单位主体职责;明确社区责任制，与居民制定社区防火公约。层层落实消防责任，明确职责，形成齐抓共管局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三)危险化学品和烟花爆竹安全。重点检查了液化气经营点、烟花爆竹经营户。检查了液化气经营点、烟花爆竹经营户的经营资质、仓储点、警示标志、消防设备、物品摆放等情况，即时纠正了经营户的不规范行为。</w:t>
      </w:r>
      <w:r>
        <w:rPr>
          <w:lang w:eastAsia="zh-CN"/>
        </w:rPr>
        <w:br/>
      </w:r>
      <w:r>
        <w:rPr>
          <w:lang w:eastAsia="zh-CN"/>
        </w:rPr>
        <w:t>　　(四)地质灾害预防。在汛期来临及期间，重点排查了公路沿线及主要部位的村组各滑坡隐患点和易发点，安排全面排查辖区内灾害及隐患情况。在重大天气情况时，由包片领导带队，各联系村干部深入地质灾害点监控，即时疏散群众和上报灾害情况，要求对不能即时整治的隐患设立警示标志，发放安全告知书，让群众充分知晓注重防范。</w:t>
      </w:r>
      <w:r>
        <w:rPr>
          <w:lang w:eastAsia="zh-CN"/>
        </w:rPr>
        <w:br/>
      </w:r>
      <w:r>
        <w:rPr>
          <w:lang w:eastAsia="zh-CN"/>
        </w:rPr>
        <w:t>　　(五)建筑施工安全。与施工单位签订了安全责任书，确保了安全渡讯。</w:t>
      </w:r>
      <w:r>
        <w:rPr>
          <w:lang w:eastAsia="zh-CN"/>
        </w:rPr>
        <w:br/>
      </w:r>
      <w:r>
        <w:rPr>
          <w:lang w:eastAsia="zh-CN"/>
        </w:rPr>
        <w:t>　　(六)森林防火安全。健全组织机构，制定工作意见。在清明节及防火警戒期间组织林业站对辖区内重点林区展开拉网式隐患排查，在增大森林防火宣传的基础上，增强对违规用火现象的处理力度，以增强教育、警示作用。</w:t>
      </w:r>
      <w:r>
        <w:rPr>
          <w:lang w:eastAsia="zh-CN"/>
        </w:rPr>
        <w:br/>
      </w:r>
      <w:r>
        <w:rPr>
          <w:lang w:eastAsia="zh-CN"/>
        </w:rPr>
        <w:t>　　(七)校园及周边环境安全。学校与学生家长签订道路交通安全责任书，每周对学生实行一次安全培训，组织安全检查20次，制定完善预案4个。用“思想理解到位、安全教育到位、管理到位、督查到位、整改措施到位”五个到位增强学校安全保卫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八)企业安全。重点检查了关闭的'顺江煤矿和国家沟煤矿矿井封闭安全。督促指导企业从人员落实、检查到位、培训到位到制度、机构的完善，尽快提升安全管理水平，积极展开职业健康工作。展开安全检查26次，排查安全隐患3处，即时整改3处。</w:t>
      </w:r>
      <w:r>
        <w:rPr>
          <w:lang w:eastAsia="zh-CN"/>
        </w:rPr>
        <w:br/>
      </w:r>
      <w:r>
        <w:rPr>
          <w:lang w:eastAsia="zh-CN"/>
        </w:rPr>
        <w:t>　　(九)食品卫生安全。重点增大对学校食堂、农村大型家宴及集体用餐、生猪屠宰场、食品经营场所等关键领域展开定期或不定期的常检和抽检力度;在元旦、春节、五一、国庆等节假日期间，展开食品安全专项整治，以确保食品安全，有效预防食品安全事件。</w:t>
      </w:r>
      <w:r>
        <w:rPr>
          <w:lang w:eastAsia="zh-CN"/>
        </w:rPr>
        <w:br/>
      </w:r>
      <w:r>
        <w:rPr>
          <w:lang w:eastAsia="zh-CN"/>
        </w:rPr>
        <w:t>　　(十)芭沟镇是四川犍为县旅游小火车的重点活动镇之一，镇交管站按照上级安全工作的要求，协同嘉阳集团保卫部展开了定期不定期的安全检查和节日值勤，全年组织检查50余次，展开了铁路沿线摩托车违章行驶专项整治，安全教育1123余台违章行驶摩托车，确保了小火车旅游顺利实行。</w:t>
      </w:r>
      <w:r>
        <w:rPr>
          <w:lang w:eastAsia="zh-CN"/>
        </w:rPr>
        <w:br/>
      </w:r>
      <w:r>
        <w:rPr>
          <w:lang w:eastAsia="zh-CN"/>
        </w:rPr>
        <w:t>　　五、存有的不足及问题</w:t>
      </w:r>
      <w:r>
        <w:rPr>
          <w:lang w:eastAsia="zh-CN"/>
        </w:rPr>
        <w:br/>
      </w:r>
      <w:r>
        <w:rPr>
          <w:lang w:eastAsia="zh-CN"/>
        </w:rPr>
        <w:t>　　(一)全镇安全生产形势依然十分严峻，安全生产压力非常大。群众安全生产意识淡薄、企业与业主落实安全工作的责任与各级的要求存有差异，安全生产基础设施薄弱。</w:t>
      </w:r>
      <w:r>
        <w:rPr>
          <w:lang w:eastAsia="zh-CN"/>
        </w:rPr>
        <w:br/>
      </w:r>
      <w:r>
        <w:rPr>
          <w:lang w:eastAsia="zh-CN"/>
        </w:rPr>
        <w:t>　　(二)企业与部分安全生产管理人员素质较低，麻痹大意思想存有。</w:t>
      </w:r>
      <w:r>
        <w:rPr>
          <w:lang w:eastAsia="zh-CN"/>
        </w:rPr>
        <w:br/>
      </w:r>
      <w:r>
        <w:rPr>
          <w:lang w:eastAsia="zh-CN"/>
        </w:rPr>
        <w:t>　　六、下步工作打算</w:t>
      </w:r>
      <w:r>
        <w:rPr>
          <w:lang w:eastAsia="zh-CN"/>
        </w:rPr>
        <w:br/>
      </w:r>
      <w:r>
        <w:rPr>
          <w:lang w:eastAsia="zh-CN"/>
        </w:rPr>
        <w:t>　　(一)切实落实“一岗双责”和“三方监管”机制,严格督促落实企业主体责任，增大安全检查和执行力度。</w:t>
      </w:r>
      <w:r>
        <w:rPr>
          <w:lang w:eastAsia="zh-CN"/>
        </w:rPr>
        <w:br/>
      </w:r>
      <w:r>
        <w:rPr>
          <w:lang w:eastAsia="zh-CN"/>
        </w:rPr>
        <w:t>　　(二)继续展开安全隐患的排队查与治理工作。</w:t>
      </w:r>
      <w:r>
        <w:rPr>
          <w:lang w:eastAsia="zh-CN"/>
        </w:rPr>
        <w:br/>
      </w:r>
      <w:r>
        <w:rPr>
          <w:lang w:eastAsia="zh-CN"/>
        </w:rPr>
        <w:t>　　1.抓好汛期安全生产工作，尤其是船只管理与汛期地质灾害工作。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2.继续展开道路交通安全整治工作。</w:t>
      </w:r>
      <w:r>
        <w:rPr>
          <w:lang w:eastAsia="zh-CN"/>
        </w:rPr>
        <w:br/>
      </w:r>
      <w:r>
        <w:rPr>
          <w:lang w:eastAsia="zh-CN"/>
        </w:rPr>
        <w:t>　　3.强化烟花爆竹安全生产监管和场镇消防。</w:t>
      </w:r>
      <w:r>
        <w:rPr>
          <w:lang w:eastAsia="zh-CN"/>
        </w:rPr>
        <w:br/>
      </w:r>
      <w:r>
        <w:rPr>
          <w:lang w:eastAsia="zh-CN"/>
        </w:rPr>
        <w:t>　　4.抓好节假日重点时段安全生产工作。安全生产工作总结6</w:t>
      </w:r>
      <w:r>
        <w:rPr>
          <w:lang w:eastAsia="zh-CN"/>
        </w:rPr>
        <w:br/>
      </w:r>
      <w:r>
        <w:rPr>
          <w:lang w:eastAsia="zh-CN"/>
        </w:rPr>
        <w:t xml:space="preserve">    2018以来，我县安全生产工作在县委县政府的正确领导和上级安监部门的大力指导下，以安全生产“双百”行动为重要抓手，以大力开展隐患突出行业专项整治为重点，以有效防范各类事故、坚决遏制较大以上事故为目标，改革创新安全监管方式方法，健全完善安全生产责任体系，扎实推进隐患排查治理和重点行业领域安全专项整治，着力提升依法治安能力和安全保障水平，安全生产各项工作取得了积极的成效，为龙游县打造“区域明珠型城市”提供了强有力的安全保障。20__年1月被国家安监总局评为全国安全生产监管监察先进单位。 </w:t>
      </w:r>
      <w:r>
        <w:rPr>
          <w:lang w:eastAsia="zh-CN"/>
        </w:rPr>
        <w:br/>
      </w:r>
      <w:r>
        <w:rPr>
          <w:lang w:eastAsia="zh-CN"/>
        </w:rPr>
        <w:t>　　今年1-9月份，我县共发生生产安全事故14起，死亡10人，同比分别下降50%，44.4%，占市下达安全生产事故考核指标的43.4%。其中“十二类”生产经营性道路交通事故发生11起，死亡7人，同比分别下降50%，50%，占市下达安全生产事故考核指标的36.8%;工矿商贸领域发生事故3起，死亡3人，同比分别下降50%，25%，占市下达安全生产事故考核指标的75%;消防领域：全县发生火灾70起，无人员伤亡，直接财产损失245.99万元，与去年同期相比火灾起数上升14.8%，死亡人数下降100%，财产损失上升5%。全县未发生较大以上事故，水上交通、渔业船舶等行业领域未发生事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一、主要工作开展情况</w:t>
      </w:r>
      <w:r>
        <w:rPr>
          <w:lang w:eastAsia="zh-CN"/>
        </w:rPr>
        <w:br/>
      </w:r>
      <w:r>
        <w:rPr>
          <w:lang w:eastAsia="zh-CN"/>
        </w:rPr>
        <w:t>　　(一)加强组织领导，完善体制和责任体系。</w:t>
      </w:r>
      <w:r>
        <w:rPr>
          <w:lang w:eastAsia="zh-CN"/>
        </w:rPr>
        <w:br/>
      </w:r>
      <w:r>
        <w:rPr>
          <w:lang w:eastAsia="zh-CN"/>
        </w:rPr>
        <w:t>　　一是强化安全生产领导。</w:t>
      </w:r>
      <w:r>
        <w:rPr>
          <w:lang w:eastAsia="zh-CN"/>
        </w:rPr>
        <w:br/>
      </w:r>
      <w:r>
        <w:rPr>
          <w:lang w:eastAsia="zh-CN"/>
        </w:rPr>
        <w:t>　　县委、县政府高度重视安全生产工作，在县政府主要负责人担任安全生产委员会主任的基础上，由常务副县长分管安全生产工作，各副县长担任分管行业领域的专业安委会主任，确保各项安全生产工作落实、落深、落细。年初，刘书记专题调研安全生产工作，并深入危化企业督查隐患整改情况。张县长2次召开全县安全生产工作会议，全面部署我县安全生产各项工作任务，各专业安委会主任在重大政治活动、重大节日开展安全生产检查，有力推动了安全生产齐抓共管格局。通过召开县委理论学习中心组专题学习会，邀请省安监局原副巡视员、人事培训处处长徐翼麟专题解读《地方党政领导干部安全生产责任制规定》，全县各级各部门特别是各级党政领导干部进一步提高政治站位，深化认识，做到知责、明责，牢固树立安全发展理念，抓好安全生产日常监管工作，把好安全生产关口。</w:t>
      </w:r>
      <w:r>
        <w:rPr>
          <w:lang w:eastAsia="zh-CN"/>
        </w:rPr>
        <w:br/>
      </w:r>
      <w:r>
        <w:rPr>
          <w:lang w:eastAsia="zh-CN"/>
        </w:rPr>
        <w:t>　　二是抓好安全生产领域改革，确保各项改革任务落地。</w:t>
      </w:r>
      <w:r>
        <w:rPr>
          <w:lang w:eastAsia="zh-CN"/>
        </w:rPr>
        <w:br/>
      </w:r>
      <w:r>
        <w:rPr>
          <w:lang w:eastAsia="zh-CN"/>
        </w:rPr>
        <w:t>　　根据各级党委、政府关于推进安全生产领域改革发展的实施意见要求，县安委会结合我县安全生产工作实际，从总体要求、责任体系、治理体系、预防控制体系、基础保障体系等五大方面25小项，拟稿我县推进安全生产领域改革发展实施意见，为实现《龙游县安全生产综合治理三年行动》的目标打基础、作保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三是密织安全生产责任网。</w:t>
      </w:r>
      <w:r>
        <w:rPr>
          <w:lang w:eastAsia="zh-CN"/>
        </w:rPr>
        <w:br/>
      </w:r>
      <w:r>
        <w:rPr>
          <w:lang w:eastAsia="zh-CN"/>
        </w:rPr>
        <w:t>　　定期召开县委常委会、县政府常务会、县安全生产工作例会，专委会季度例会，研究部署安全生产工作。各行业管理部门按照“谁主管谁负责”“谁审批谁负责”“谁监管谁负责”原则，认真履行职责，加强配合，齐抓共管，共同消除安全生产“盲区”。开展乡镇(街道)“1+_”专业安委会责任体系建设，层层签订安全生产责任书，应用综合督查、专项检查和暗查暗访等手段，确保事事有人管，件件有落实。将安全生产考核纳入县政府综合考核办法，实行警示约谈、“一票否决”等。</w:t>
      </w:r>
      <w:r>
        <w:rPr>
          <w:lang w:eastAsia="zh-CN"/>
        </w:rPr>
        <w:br/>
      </w:r>
      <w:r>
        <w:rPr>
          <w:lang w:eastAsia="zh-CN"/>
        </w:rPr>
        <w:t>　　(二)强化源头管理，健全完善预防控制体系。</w:t>
      </w:r>
      <w:r>
        <w:rPr>
          <w:lang w:eastAsia="zh-CN"/>
        </w:rPr>
        <w:br/>
      </w:r>
      <w:r>
        <w:rPr>
          <w:lang w:eastAsia="zh-CN"/>
        </w:rPr>
        <w:t>　　一是推进危化品生产企业搬迁改造。</w:t>
      </w:r>
      <w:r>
        <w:rPr>
          <w:lang w:eastAsia="zh-CN"/>
        </w:rPr>
        <w:br/>
      </w:r>
      <w:r>
        <w:rPr>
          <w:lang w:eastAsia="zh-CN"/>
        </w:rPr>
        <w:t>　　为贯彻落实《关于浙江省推进城镇人口密集区危险化学品生产企业搬迁改造实施的》要求，我县经信、安监、环保等部门通过前期摸底、评估、论证，将5家化工集中区外的危化品生产企业列入搬迁改造范围。到20__年底，通过搬迁、改造、关闭等措施，完成上述5家危化品生产企业的搬迁改造。</w:t>
      </w:r>
      <w:r>
        <w:rPr>
          <w:lang w:eastAsia="zh-CN"/>
        </w:rPr>
        <w:br/>
      </w:r>
      <w:r>
        <w:rPr>
          <w:lang w:eastAsia="zh-CN"/>
        </w:rPr>
        <w:t>　　二是全面推进“智慧用电”技术推广应用。</w:t>
      </w:r>
      <w:r>
        <w:rPr>
          <w:lang w:eastAsia="zh-CN"/>
        </w:rPr>
        <w:br/>
      </w:r>
      <w:r>
        <w:rPr>
          <w:lang w:eastAsia="zh-CN"/>
        </w:rPr>
        <w:t>　　今年以来，县安委办组织各乡镇(街道)、经济开发区和九大重点行业部门负责人召开“智慧用电”推广工作会议，明确推广量化考核任务，会后，各乡镇(街道)、各部门行动迅速、措施得力，截至目前，智慧用电设备累计已安装1200套，其中今年完成安装596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三是打造出租房安全管理“龙游样板”。</w:t>
      </w:r>
      <w:r>
        <w:rPr>
          <w:lang w:eastAsia="zh-CN"/>
        </w:rPr>
        <w:br/>
      </w:r>
      <w:r>
        <w:rPr>
          <w:lang w:eastAsia="zh-CN"/>
        </w:rPr>
        <w:t>　　今年以来，安监、公安等部门在出租房推广“智慧用电”、“智慧门禁”、“智慧充电桩”等安全先进技术的联合应用，并选取龙洲街道坊门街社区作为试点，通过街道和居委会为坊门街社区150余家出租房安装“智慧用电”、“智慧门禁”系统，以此弥补监管力量不足、消除物的不安全状态和人的不安全因素。</w:t>
      </w:r>
      <w:r>
        <w:rPr>
          <w:lang w:eastAsia="zh-CN"/>
        </w:rPr>
        <w:br/>
      </w:r>
      <w:r>
        <w:rPr>
          <w:lang w:eastAsia="zh-CN"/>
        </w:rPr>
        <w:t>　　四是大力推进高危行业领域生产经营单位投保安全生产责任保险。</w:t>
      </w:r>
      <w:r>
        <w:rPr>
          <w:lang w:eastAsia="zh-CN"/>
        </w:rPr>
        <w:br/>
      </w:r>
      <w:r>
        <w:rPr>
          <w:lang w:eastAsia="zh-CN"/>
        </w:rPr>
        <w:t>　　截至10月15日，龙游县已实现2家烟花爆竹批发，92家零售单位责任险的全覆盖。完成18家危化品生产企业和6家仓储经营单位的安责险的投保，生产企业投保率100%，仓储经营企业投保率100%，安全生产责任险按照已投保工伤险和未投保工伤险最低保额20万和50万的要求进行参保。交通运输领域3家客运公司已投保承运人旅客责任保险，建筑施工企业已投保工伤保险。浙江物产光华民爆器材有限公司在1-8月缴纳工伤保险20.87万元基础上，计划在10月份完成企业安全生产责任险的投保工作，预计投入资金20余万元。</w:t>
      </w:r>
      <w:r>
        <w:rPr>
          <w:lang w:eastAsia="zh-CN"/>
        </w:rPr>
        <w:br/>
      </w:r>
      <w:r>
        <w:rPr>
          <w:lang w:eastAsia="zh-CN"/>
        </w:rPr>
        <w:t>　　五是购买安全生产社会化服务。</w:t>
      </w:r>
      <w:r>
        <w:rPr>
          <w:lang w:eastAsia="zh-CN"/>
        </w:rPr>
        <w:br/>
      </w:r>
    </w:p>
    <w:p w:rsidR="001B1F19" w14:textId="27C3F48A">
      <w:pPr>
        <w:rPr>
          <w:rFonts w:hint="eastAsia"/>
          <w:lang w:eastAsia="zh-CN"/>
        </w:rPr>
      </w:pPr>
      <w:r>
        <w:rPr>
          <w:lang w:eastAsia="zh-CN"/>
        </w:rPr>
        <w:t>　　今年，我局出资6万元，聘请龙游安瑞安全咨询有限公司对我县20家涉及有限空间、喷涂、粉尘、熔炼、液氨制冷企业和矿山等重点监管单位开展隐患排查等社会化服务;出资9万元，聘请衢州市安畅安全技术服务有限责任公司对我县42家危险化学品生产和一般化工企业提供安全生产社会化服务。推动乡镇(街道)、开发区等政府买单的社会化服务，经济开发区、湖镇镇、溪口镇、石佛乡今年以来共出资34.2万元，为170余家企业提供安全生产社会化服务。推动企业自身购买社会化服务，截止目前，据不完全统计我县有90余家企业聘请社会化服务机构对企业提供隐患排查、教育培训、资料完善、安全生产标准化辅导等社会化服务。其中浙江金龙纸业有限公司出资12万元/年，聘请衢州鑫邦注册安全工程师事务所有限公司，帮助企业做好安全生产责任体系建设、开展隐患排查、教育培训、完善台账资料等全方位安全生产工作，并帮助提升企业安全生产管理人员能力素质。六是开展机械化换人，自动化减人。为降低高危场所和高危岗位作业风险，减少事故发生率，我县加快推进“机器换人”智能化改造提升示范项目建设，目前2个省级机器换人示范项目已在设备安装;10个市级机器换人示范项目已投产4个，共计投资2.78亿元，初步统计400余人脱离高危作业场所和高危岗位。</w:t>
      </w:r>
      <w:r>
        <w:rPr>
          <w:lang w:eastAsia="zh-CN"/>
        </w:rPr>
        <w:br/>
      </w:r>
      <w:r>
        <w:rPr>
          <w:lang w:eastAsia="zh-CN"/>
        </w:rPr>
        <w:t>　　(三)着力风险管控，深化安全生产隐患治理。</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https://d.book118.com/808005031050006044</w:t>
        </w:r>
      </w:hyperlink>
    </w:p>
    <w:p w:rsidR="001B1F19">
      <w:pPr>
        <w:rPr>
          <w:rFonts w:hint="eastAsia"/>
          <w:lang w:eastAsia="zh-CN"/>
        </w:rPr>
      </w:pPr>
    </w:p>
    <w:sectPr>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0800503105000604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