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保护眼睛幼儿园国旗下讲话（35篇）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保护眼睛幼儿园国旗下讲话（精选35篇）</w:t>
      </w:r>
      <w:r>
        <w:rPr>
          <w:lang w:eastAsia="zh-CN"/>
        </w:rPr>
        <w:br/>
      </w:r>
      <w:r>
        <w:rPr>
          <w:lang w:eastAsia="zh-CN"/>
        </w:rPr>
        <w:t xml:space="preserve">    保护眼睛幼儿园国旗下讲话 篇1 </w:t>
      </w:r>
      <w:r>
        <w:rPr>
          <w:lang w:eastAsia="zh-CN"/>
        </w:rPr>
        <w:br/>
      </w:r>
      <w:r>
        <w:rPr>
          <w:lang w:eastAsia="zh-CN"/>
        </w:rPr>
        <w:t>　　老师们，同学们：</w:t>
      </w:r>
      <w:r>
        <w:rPr>
          <w:lang w:eastAsia="zh-CN"/>
        </w:rPr>
        <w:br/>
      </w:r>
      <w:r>
        <w:rPr>
          <w:lang w:eastAsia="zh-CN"/>
        </w:rPr>
        <w:t>　　大家好!今天我演讲的题目是《让我们的眼睛更加明亮》。当我们抬起头注视着鲜艳的五星红旗冉冉升起时，是什么让我们看到这激动人心的情景呢?那是我们的眼睛!</w:t>
      </w:r>
      <w:r>
        <w:rPr>
          <w:lang w:eastAsia="zh-CN"/>
        </w:rPr>
        <w:br/>
      </w:r>
      <w:r>
        <w:rPr>
          <w:lang w:eastAsia="zh-CN"/>
        </w:rPr>
        <w:t>　　当你牵着爸爸妈妈的手，漫步在林荫小路，观看两边绿草如茵，鲜花盛开时，当你坐在教室里读书、学习时，你是否意识到你是幸运的呢?因为我们都拥有一双明亮的眼睛。我们每个人小时候都拥有一双明亮的眼睛，拥有过夏夜繁星闪烁的天空。可是渐渐地，有些人由于读写姿势不当，用眼过度，因而视力也不断地下降，在他们看来，蓝天不再明净，繁星变得一片朦胧。有资料显示，我国眼睛不好的人数居然仅次于世界第一的日本，因此也被称为“中国眼”，目前我国的近视人数已达到了1000万。保护视力刻不容缓，为此，我倡议大家做到如下几点：</w:t>
      </w:r>
      <w:r>
        <w:rPr>
          <w:lang w:eastAsia="zh-CN"/>
        </w:rPr>
        <w:br/>
      </w:r>
      <w:r>
        <w:rPr>
          <w:lang w:eastAsia="zh-CN"/>
        </w:rPr>
        <w:t>　　一、认真准确做好眼保健操，注意眼睛卫生。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二、养成良好的读书写字习惯，读写姿势要端正，背部要伸直，颈部保持直立，做到“三个一”，眼离书本一尺远，手距笔尖一寸高，胸离桌沿一拳。</w:t>
      </w:r>
      <w:r>
        <w:rPr>
          <w:lang w:eastAsia="zh-CN"/>
        </w:rPr>
        <w:br/>
      </w:r>
      <w:r>
        <w:rPr>
          <w:lang w:eastAsia="zh-CN"/>
        </w:rPr>
        <w:t>　　三、做到“三不”：不躺着看书，不在行进中看书，不在光线暗弱或过强的地方看书、写字。</w:t>
      </w:r>
      <w:r>
        <w:rPr>
          <w:lang w:eastAsia="zh-CN"/>
        </w:rPr>
        <w:br/>
      </w:r>
      <w:r>
        <w:rPr>
          <w:lang w:eastAsia="zh-CN"/>
        </w:rPr>
        <w:t>　　四、看电视或操作电脑时，要保持一定用眼距离和坐姿的端正。</w:t>
      </w:r>
      <w:r>
        <w:rPr>
          <w:lang w:eastAsia="zh-CN"/>
        </w:rPr>
        <w:br/>
      </w:r>
      <w:r>
        <w:rPr>
          <w:lang w:eastAsia="zh-CN"/>
        </w:rPr>
        <w:t>　　五、保证充足的睡眠。充足的睡眠是消除疲劳，恢复学习能力的重要原因，也是保持身体健康的主要因素。</w:t>
      </w:r>
      <w:r>
        <w:rPr>
          <w:lang w:eastAsia="zh-CN"/>
        </w:rPr>
        <w:br/>
      </w:r>
      <w:r>
        <w:rPr>
          <w:lang w:eastAsia="zh-CN"/>
        </w:rPr>
        <w:t>　　六、多做户外运动，经常远眺，使眼睛得到休息，调节视力，解除疲劳。</w:t>
      </w:r>
      <w:r>
        <w:rPr>
          <w:lang w:eastAsia="zh-CN"/>
        </w:rPr>
        <w:br/>
      </w:r>
      <w:r>
        <w:rPr>
          <w:lang w:eastAsia="zh-CN"/>
        </w:rPr>
        <w:t>　　七、不偏食，多吃奶制品、鱼蛋、肉等，少吃糖果和含糖高的食品，合理的安排我们的饮食结构，从饮食中获取充分的营养物质。多吃蔬菜，尤其是胡萝卜等含多种维生素的食品。</w:t>
      </w:r>
      <w:r>
        <w:rPr>
          <w:lang w:eastAsia="zh-CN"/>
        </w:rPr>
        <w:br/>
      </w:r>
      <w:r>
        <w:rPr>
          <w:lang w:eastAsia="zh-CN"/>
        </w:rPr>
        <w:t>　　做到以上几点并不难，只要同学们自觉执行，只要老师们随时提醒，我相信，同学们一定会拥有一双更清澈、更明亮的眼睛，一定会拥有一片更广阔、更明净的天空!为了美好的明天让我们一起努力吧!</w:t>
      </w:r>
      <w:r>
        <w:rPr>
          <w:lang w:eastAsia="zh-CN"/>
        </w:rPr>
        <w:br/>
      </w:r>
      <w:r>
        <w:rPr>
          <w:lang w:eastAsia="zh-CN"/>
        </w:rPr>
        <w:t xml:space="preserve">    保护眼睛幼儿园国旗下讲话 篇2 </w:t>
      </w:r>
      <w:r>
        <w:rPr>
          <w:lang w:eastAsia="zh-CN"/>
        </w:rPr>
        <w:br/>
      </w:r>
      <w:r>
        <w:rPr>
          <w:lang w:eastAsia="zh-CN"/>
        </w:rPr>
        <w:t>　　尊敬的老师们，亲爱的同学们：</w:t>
      </w:r>
      <w:r>
        <w:rPr>
          <w:lang w:eastAsia="zh-CN"/>
        </w:rPr>
        <w:br/>
      </w:r>
      <w:r>
        <w:rPr>
          <w:lang w:eastAsia="zh-CN"/>
        </w:rPr>
        <w:t>　　大家上午好!首先我要让大家来猜一个谜语：上边毛，下边毛，中间一颗黑葡萄，是什么?真聪明，就是眼睛!今天，我国旗下讲话的主题是：保护视力，从我做起。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要讲几种情况，你们想一想有没有发生在你们的身上：看书写字时紧盯着书本，没有离书本一尺远;看电视、电脑时紧盯着屏幕，并且时间超过一个小时;做眼保健操时，时不时睁开眼睛看一下周围。在昏暗的灯光下写字或者看书。上面四种情况，你符合了几条?如果你符合了两条或两条以上的话，那么你离近视就不远了!也许有的同学会错误地认为：只要我学习好就行了，视力不好佩戴眼镜就行了。还有些小朋友认为戴眼镜是有知识的象征。但是现实告诉我们：一旦患了近视，就会给我们的学习和生活带来很多不便。比如在参加体育活动的时候，经常会有人打破眼镜甚至伤及眼睛到医院做手术缝合。戴上眼镜如果不注意用眼卫生，会使视力下降加快，形成高度近视。</w:t>
      </w:r>
      <w:r>
        <w:rPr>
          <w:lang w:eastAsia="zh-CN"/>
        </w:rPr>
        <w:br/>
      </w:r>
      <w:r>
        <w:rPr>
          <w:lang w:eastAsia="zh-CN"/>
        </w:rPr>
        <w:t>　　为了咱们小朋友们长大后不后悔，陈老师要给你们提几个建议：</w:t>
      </w:r>
      <w:r>
        <w:rPr>
          <w:lang w:eastAsia="zh-CN"/>
        </w:rPr>
        <w:br/>
      </w:r>
      <w:r>
        <w:rPr>
          <w:lang w:eastAsia="zh-CN"/>
        </w:rPr>
        <w:t>　　一、多做户外运动，经常向远处望，使眼睛得到休息，调节视力，解除疲劳。</w:t>
      </w:r>
      <w:r>
        <w:rPr>
          <w:lang w:eastAsia="zh-CN"/>
        </w:rPr>
        <w:br/>
      </w:r>
      <w:r>
        <w:rPr>
          <w:lang w:eastAsia="zh-CN"/>
        </w:rPr>
        <w:t>　　二、养成良好的读书写字习惯，做到“三个一”，眼离书本一尺远，手距笔尖一寸远，胸离书桌一拳远。</w:t>
      </w:r>
      <w:r>
        <w:rPr>
          <w:lang w:eastAsia="zh-CN"/>
        </w:rPr>
        <w:br/>
      </w:r>
      <w:r>
        <w:rPr>
          <w:lang w:eastAsia="zh-CN"/>
        </w:rPr>
        <w:t>　　三、做到“三不”：不躺着看书，不在行走中看书，不在光线弱或过强的地方看书、写字。</w:t>
      </w:r>
      <w:r>
        <w:rPr>
          <w:lang w:eastAsia="zh-CN"/>
        </w:rPr>
        <w:br/>
      </w:r>
      <w:r>
        <w:rPr>
          <w:lang w:eastAsia="zh-CN"/>
        </w:rPr>
        <w:t>　　四、看电视和操作电脑时，要保持一定用眼距离，控制好时间。</w:t>
      </w:r>
      <w:r>
        <w:rPr>
          <w:lang w:eastAsia="zh-CN"/>
        </w:rPr>
        <w:br/>
      </w:r>
      <w:r>
        <w:rPr>
          <w:lang w:eastAsia="zh-CN"/>
        </w:rPr>
        <w:t>　　五、最后，我要提醒各位同学，认认真真做好眼保健操，注意用眼卫生。</w:t>
      </w:r>
      <w:r>
        <w:rPr>
          <w:lang w:eastAsia="zh-CN"/>
        </w:rPr>
        <w:br/>
      </w:r>
      <w:r>
        <w:rPr>
          <w:lang w:eastAsia="zh-CN"/>
        </w:rPr>
        <w:t>　　常言道：冰冻三尺非一日之寒，水滴石穿非一日之功，保护眼睛不是一朝一夕能做到的，注意用眼卫生，科学用眼贵在坚持。同学们，让我们一起努力爱眼护眼，拥有一双明亮的眼睛。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谢谢大家!</w:t>
      </w:r>
      <w:r>
        <w:rPr>
          <w:lang w:eastAsia="zh-CN"/>
        </w:rPr>
        <w:br/>
      </w:r>
      <w:r>
        <w:rPr>
          <w:lang w:eastAsia="zh-CN"/>
        </w:rPr>
        <w:t xml:space="preserve">    保护眼睛幼儿园国旗下讲话 篇3 </w:t>
      </w:r>
      <w:r>
        <w:rPr>
          <w:lang w:eastAsia="zh-CN"/>
        </w:rPr>
        <w:br/>
      </w:r>
      <w:r>
        <w:rPr>
          <w:lang w:eastAsia="zh-CN"/>
        </w:rPr>
        <w:t>　　老师们，同学们：</w:t>
      </w:r>
      <w:r>
        <w:rPr>
          <w:lang w:eastAsia="zh-CN"/>
        </w:rPr>
        <w:br/>
      </w:r>
      <w:r>
        <w:rPr>
          <w:lang w:eastAsia="zh-CN"/>
        </w:rPr>
        <w:t>　　大家上午好!</w:t>
      </w:r>
      <w:r>
        <w:rPr>
          <w:lang w:eastAsia="zh-CN"/>
        </w:rPr>
        <w:br/>
      </w:r>
      <w:r>
        <w:rPr>
          <w:lang w:eastAsia="zh-CN"/>
        </w:rPr>
        <w:t>　　我是~~，今天我讲话的题目是《我运动，我健康，我快乐》。</w:t>
      </w:r>
      <w:r>
        <w:rPr>
          <w:lang w:eastAsia="zh-CN"/>
        </w:rPr>
        <w:br/>
      </w:r>
      <w:r>
        <w:rPr>
          <w:lang w:eastAsia="zh-CN"/>
        </w:rPr>
        <w:t>　　意大利艺术家达·芬奇曾说：“运动是一切生命之源。”没有了运动也就没有了生命的意义，缺少运动的生命同样是短暂的。作为高中生的我们，是祖国的未来。我们不仅要具备丰厚的文化素养，还要具备良好的身体素质。</w:t>
      </w:r>
      <w:r>
        <w:rPr>
          <w:lang w:eastAsia="zh-CN"/>
        </w:rPr>
        <w:br/>
      </w:r>
      <w:r>
        <w:rPr>
          <w:lang w:eastAsia="zh-CN"/>
        </w:rPr>
        <w:t>　　泰戈尔曾说：“只有运动才能敲开永生的大门。”每一个细胞的组合，每一条神经的连动，每一块骨骼的配合才能串起运动的全部。无论是历史上运动员们在世界面前书写的奇迹，还是我们身边的人在绿茵场上矫健的身姿，都在向我们展示着力与美的和谐。体育不仅是力量的角逐，更是智慧的较量。</w:t>
      </w:r>
      <w:r>
        <w:rPr>
          <w:lang w:eastAsia="zh-CN"/>
        </w:rPr>
        <w:br/>
      </w:r>
      <w:r>
        <w:rPr>
          <w:lang w:eastAsia="zh-CN"/>
        </w:rPr>
        <w:t>　　著名教育家蔡元培先生说：“殊不知有健全之身体，始有健全之精神;若身体柔弱，则思想精神何由发达。”正如先生所说，唯有拥有强健体魄，我们才能精神百倍，意气奋发地去迎接挑战;唯有提高身体素质，我们的心理素质才能得到升华，在面对挫折与磨难时多一分自信与乐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运动传递健康，健康成就快乐。它诠释着生命的最高境界，揭示着团结的深刻内涵，展示着努力的最后回报。运动让生命更加富有生机，让生活更加丰富多彩!“袅晴丝吹来闲庭院，摇漾春如线”，三月春回，花繁叶茂。在即将到来的春季运动会上，希望同学们既能锻炼身体又能发扬拼搏精神，在运动场上用汗水书写青春，在运动中体味快乐!</w:t>
      </w:r>
      <w:r>
        <w:rPr>
          <w:lang w:eastAsia="zh-CN"/>
        </w:rPr>
        <w:br/>
      </w:r>
      <w:r>
        <w:rPr>
          <w:lang w:eastAsia="zh-CN"/>
        </w:rPr>
        <w:t xml:space="preserve">    保护眼睛幼儿园国旗下讲话 篇4 </w:t>
      </w:r>
      <w:r>
        <w:rPr>
          <w:lang w:eastAsia="zh-CN"/>
        </w:rPr>
        <w:br/>
      </w:r>
      <w:r>
        <w:rPr>
          <w:lang w:eastAsia="zh-CN"/>
        </w:rPr>
        <w:t>　　亲爱的老师们，亲爱的学生们：</w:t>
      </w:r>
      <w:r>
        <w:rPr>
          <w:lang w:eastAsia="zh-CN"/>
        </w:rPr>
        <w:br/>
      </w:r>
      <w:r>
        <w:rPr>
          <w:lang w:eastAsia="zh-CN"/>
        </w:rPr>
        <w:t>　　大家早上好!</w:t>
      </w:r>
      <w:r>
        <w:rPr>
          <w:lang w:eastAsia="zh-CN"/>
        </w:rPr>
        <w:br/>
      </w:r>
      <w:r>
        <w:rPr>
          <w:lang w:eastAsia="zh-CN"/>
        </w:rPr>
        <w:t>　　我非常喜欢运动，它给我带来了无限的快乐。有人说：“人生在于运动。”我很赞同这句话，因为运动就像一滴露水，洒在我的心里，陪伴我成长。</w:t>
      </w:r>
      <w:r>
        <w:rPr>
          <w:lang w:eastAsia="zh-CN"/>
        </w:rPr>
        <w:br/>
      </w:r>
      <w:r>
        <w:rPr>
          <w:lang w:eastAsia="zh-CN"/>
        </w:rPr>
        <w:t>　　很小的时候，我就被运动深深吸引，只是当时不知道什么是运动。只是那辆给我带来无限欢乐的童年车还留在我朦胧的记忆里。清脆的笑声在我脑海里回荡了很久。</w:t>
      </w:r>
      <w:r>
        <w:rPr>
          <w:lang w:eastAsia="zh-CN"/>
        </w:rPr>
        <w:br/>
      </w:r>
      <w:r>
        <w:rPr>
          <w:lang w:eastAsia="zh-CN"/>
        </w:rPr>
        <w:t>　　小学的时候，我很喜欢跑步。运动会在学校举行的时候，我获得了跑步第一名。一个接一个，每年冬天都会参加长跑，而且会进前十。</w:t>
      </w:r>
      <w:r>
        <w:rPr>
          <w:lang w:eastAsia="zh-CN"/>
        </w:rPr>
        <w:br/>
      </w:r>
      <w:r>
        <w:rPr>
          <w:lang w:eastAsia="zh-CN"/>
        </w:rPr>
        <w:t>　　四年级的时候，不自觉的喜欢上了篮球，每天和同学朋友一起打篮球。刚开始打篮球的时候，连持球都不连贯，投篮技术也很生疏。</w:t>
      </w:r>
      <w:r>
        <w:rPr>
          <w:lang w:eastAsia="zh-CN"/>
        </w:rPr>
        <w:br/>
      </w:r>
      <w:r>
        <w:rPr>
          <w:lang w:eastAsia="zh-CN"/>
        </w:rPr>
        <w:t>　　五年级的时候还舍不得跑，就加入了学校田径队，每天早上跑100—100公里。坚持了一个学期，耐力大大提高，成为我们班最好的跑步者。锻炼教会了我凡事坚持。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随着体育的发展，篮球自然成为我体育生涯中不可或缺的一部分。然后，我加入了篮球队。每天下午，我和我的高尔夫球手们都聚集在篮球场上，站在太阳烤出来的热土上，一起跑步，跳青蛙，乔装带球，盘带而过。汗水浸湿了我们的衣服，滴进我们的眼睛，我们的脸像花猫一样“消瘦”。我们一丝不苟地学习教练的动作。我们分享了运动中的快乐，结下了深厚的友谊。我是队里最矮的球员，但我没有放弃我的篮球梦，因为我知道成功没有捷径，只有努力。</w:t>
      </w:r>
      <w:r>
        <w:rPr>
          <w:lang w:eastAsia="zh-CN"/>
        </w:rPr>
        <w:br/>
      </w:r>
      <w:r>
        <w:rPr>
          <w:lang w:eastAsia="zh-CN"/>
        </w:rPr>
        <w:t>　　我热爱运动。运动让我的生活丰富多彩，有了更多的快乐，更多的自信，更多的友谊。运动会一直伴随着我变老!</w:t>
      </w:r>
      <w:r>
        <w:rPr>
          <w:lang w:eastAsia="zh-CN"/>
        </w:rPr>
        <w:br/>
      </w:r>
      <w:r>
        <w:rPr>
          <w:lang w:eastAsia="zh-CN"/>
        </w:rPr>
        <w:t>　　我运动，我健康，我快乐!</w:t>
      </w:r>
      <w:r>
        <w:rPr>
          <w:lang w:eastAsia="zh-CN"/>
        </w:rPr>
        <w:br/>
      </w:r>
      <w:r>
        <w:rPr>
          <w:lang w:eastAsia="zh-CN"/>
        </w:rPr>
        <w:t xml:space="preserve">    保护眼睛幼儿园国旗下讲话 篇5 </w:t>
      </w:r>
      <w:r>
        <w:rPr>
          <w:lang w:eastAsia="zh-CN"/>
        </w:rPr>
        <w:br/>
      </w:r>
      <w:r>
        <w:rPr>
          <w:lang w:eastAsia="zh-CN"/>
        </w:rPr>
        <w:t>　　勤劳的手 大家好!我是大四班的陆志远。今天由我来进行国旗下讲话。首先，请大家猜个谜语：小树干，五个杈，不长叶，不开花;会洗脸，会刷牙;会穿衣，会吃饭;要问谁的本领大，世界第一就属它!小朋友们，你猜对了吗?谜底就是我们人人都有的一双手。今天，我演讲的题目就是《我有一双勤劳的手》。</w:t>
      </w:r>
      <w:r>
        <w:rPr>
          <w:lang w:eastAsia="zh-CN"/>
        </w:rPr>
        <w:br/>
      </w:r>
      <w:r>
        <w:rPr>
          <w:lang w:eastAsia="zh-CN"/>
        </w:rPr>
        <w:t>　　我有一双勤劳的手，别看它又细又小，它会做的事可多了!不信，那就赶快跟我一起来看看吧!在家里，我有一双勤劳的手--每天我回到家，就把鞋柜上的鞋摆得整整齐齐。吃饭前，我又帮全家放好了筷子和汤勺。妈妈收衣服了，我赶紧当起了小助手：取夹子、叠衣服、放袜子，忙得不亦乐乎!周末时，我又和爸爸一起大扫除......爸爸妈妈夸我是个爱劳动的好孩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在学校里，我也有一双勤劳的手--帮小朋友们分牛奶、分碗筷、收本子。不乱扔果皮和纸屑，看到垃圾捡起来立刻投进了垃圾桶......老师说我是个得力的小助手。</w:t>
      </w:r>
      <w:r>
        <w:rPr>
          <w:lang w:eastAsia="zh-CN"/>
        </w:rPr>
        <w:br/>
      </w:r>
      <w:r>
        <w:rPr>
          <w:lang w:eastAsia="zh-CN"/>
        </w:rPr>
        <w:t>　　我用这双勤劳的手，学会了自己的事情自己做，学会了他人的事情帮着做。小朋友们，让我们从现在就开始行动起来，人人练就一双勤劳的双手，使我们的生活变得越来越充实，越来越快乐吧!讲话稿二：幼儿园国旗下讲话稿 大家好!我是大四班的陆志远。今天由我来进行国旗下讲话。首先，请大家猜个谜语：小树干，五个杈，不长叶，不开花;会洗脸，会刷牙;会穿衣，会吃饭;要问谁的本领大，世界第一就属它!小朋友们，你猜对了吗?谜底就是我们人人都有的一双手。今天，我演讲的题目就是《我有一双勤劳的手》。</w:t>
      </w:r>
      <w:r>
        <w:rPr>
          <w:lang w:eastAsia="zh-CN"/>
        </w:rPr>
        <w:br/>
      </w:r>
      <w:r>
        <w:rPr>
          <w:lang w:eastAsia="zh-CN"/>
        </w:rPr>
        <w:t>　　我有一双勤劳的手，别看它又细又小，它会做的事可多了!不信，那就赶快跟我一起来看看吧!在家里，我有一双勤劳的手--每天我回到家，就把鞋柜上的鞋摆得整整齐齐。吃饭前，我又帮全家放好了筷子和汤勺。妈妈收衣服了，我赶紧当起了小助手：取夹子、叠衣服、放袜子，忙得不亦乐乎!周末时，我又和爸爸一起大扫除......爸爸妈妈夸我是个爱劳动的好孩子。</w:t>
      </w:r>
      <w:r>
        <w:rPr>
          <w:lang w:eastAsia="zh-CN"/>
        </w:rPr>
        <w:br/>
      </w:r>
      <w:r>
        <w:rPr>
          <w:lang w:eastAsia="zh-CN"/>
        </w:rPr>
        <w:t>　　在学校里，我也有一双勤劳的手--帮小朋友们分牛奶、分碗筷、收本子。不乱扔果皮和纸屑，看到垃圾捡起来立刻投进了垃圾桶......老师说我是个得力的小助手。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我用这双勤劳的手，学会了自己的事情自己做，学会了他人的事情帮着做。小朋友们，让我们从现在就开始行动起来，人人练就一双勤劳的双手，使我们的生活变得越来越充实，越来越快乐吧!</w:t>
      </w:r>
      <w:r>
        <w:rPr>
          <w:lang w:eastAsia="zh-CN"/>
        </w:rPr>
        <w:t xml:space="preserve"> 讲话稿三：幼儿园国旗下讲话稿</w:t>
      </w:r>
      <w:r>
        <w:rPr>
          <w:lang w:eastAsia="zh-CN"/>
        </w:rPr>
        <w:br/>
      </w:r>
      <w:r>
        <w:rPr>
          <w:lang w:eastAsia="zh-CN"/>
        </w:rPr>
        <w:t>　　大家好!我是大三班小朋友颜祎宸，今天我国旗下讲话的题目是《我会保护自己》小朋友们，我们玩具丢了还可以再买，花儿谢了还会再开，而我们的生命却不能彩排，我们应该学会保护好自己。当今的我们都是独生子女，由于长辈的包办代替，自我防护意识不强，解决问题的能力较差。那么，我们要如何提高安全意识，让安全扎根在心中呢?首先，不要轻信陌生人，不跟陌生人走，更不能让陌生人碰自己的身体; 其次，明白玩火、玩电、玩水的危害，防止意外发生;</w:t>
      </w:r>
      <w:r>
        <w:rPr>
          <w:lang w:eastAsia="zh-CN"/>
        </w:rPr>
        <w:br/>
      </w:r>
      <w:r>
        <w:rPr>
          <w:lang w:eastAsia="zh-CN"/>
        </w:rPr>
        <w:t>　　三、火灾时，不要慌，切记用湿毛巾捂住鼻嘴逃生</w:t>
      </w:r>
      <w:r>
        <w:rPr>
          <w:lang w:eastAsia="zh-CN"/>
        </w:rPr>
        <w:br/>
      </w:r>
      <w:r>
        <w:rPr>
          <w:lang w:eastAsia="zh-CN"/>
        </w:rPr>
        <w:t>　　四、不独自一人乘坐电梯、不燃放烟花爆竹，不随身携带锐利器具;</w:t>
      </w:r>
      <w:r>
        <w:rPr>
          <w:lang w:eastAsia="zh-CN"/>
        </w:rPr>
        <w:br/>
      </w:r>
      <w:r>
        <w:rPr>
          <w:lang w:eastAsia="zh-CN"/>
        </w:rPr>
        <w:t>　　五、牢记特殊电话号码，遇到紧急情况，要冷静，拨打紧急电话求救</w:t>
      </w:r>
      <w:r>
        <w:rPr>
          <w:lang w:eastAsia="zh-CN"/>
        </w:rPr>
        <w:br/>
      </w:r>
      <w:r>
        <w:rPr>
          <w:lang w:eastAsia="zh-CN"/>
        </w:rPr>
        <w:t>　　六、知道冷暖，懂得加衣脱衣的常识;当然，安全包含的内容是非常广泛的，仅仅做到以上那些是不够的，还需要认真听取老师的教育;需要我们大家的配合与支持，需要社会的关心与关爱，让我们——祖国未来的花朵开得更加娇艳! 谢谢大家! 讲话稿四：幼儿园国旗下讲话稿 各位老师、小朋友们： 大家早上好!</w:t>
      </w:r>
      <w:r>
        <w:rPr>
          <w:lang w:eastAsia="zh-CN"/>
        </w:rPr>
        <w:br/>
      </w:r>
      <w:r>
        <w:rPr>
          <w:lang w:eastAsia="zh-CN"/>
        </w:rPr>
        <w:t>　　有一首歌，它唱出了人们的肺腑之言，所以，会唱的人很多，留传了也很久，歌的名字叫《世上只有妈妈好》。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是啊，我们每个人能说出的最甜美的字眼是妈妈，能发出的最美好的呼唤是妈妈。妈妈，这个简单却又意味深长的字眼，充满了希望，充满了关爱，充满了抚慰，充满了所有的甜蜜和所有的美好感情。</w:t>
      </w:r>
      <w:r>
        <w:rPr>
          <w:lang w:eastAsia="zh-CN"/>
        </w:rPr>
        <w:br/>
      </w:r>
      <w:r>
        <w:rPr>
          <w:lang w:eastAsia="zh-CN"/>
        </w:rPr>
        <w:t>　　是 妈妈，给了我们生命，也给了我们浓浓的爱。早晨，当我们还在被窝里时，是妈妈匆匆忙忙起来为我们做早饭;傍晚，当我们放学回家看动画片时，是妈妈在为我们洗衣服;晚上，当我们要上床睡觉时，又是妈妈为我们准备好了洗澡水;当我们学习、生活上遇到难题时，又是妈妈陪着我们一起想办法......妈妈给了我们无私的爱，也赐予了我们那么多不能忘却的东西，我们从妈妈那里学会了宽容、学会了理解、学会了广博、更学会了为他人着想。可是我们又为妈妈做过什么呢?</w:t>
      </w:r>
      <w:r>
        <w:rPr>
          <w:lang w:eastAsia="zh-CN"/>
        </w:rPr>
        <w:br/>
      </w:r>
      <w:r>
        <w:rPr>
          <w:lang w:eastAsia="zh-CN"/>
        </w:rPr>
        <w:t>　　结合规范教育月，我们中三班开展了我的好妈妈系列德育活动，活动中通过让孩子讲述自己的好妈妈，为妈妈制作礼物并利用离园时间为妈妈献礼等活动。</w:t>
      </w:r>
      <w:r>
        <w:rPr>
          <w:lang w:eastAsia="zh-CN"/>
        </w:rPr>
        <w:br/>
      </w:r>
      <w:r>
        <w:rPr>
          <w:lang w:eastAsia="zh-CN"/>
        </w:rPr>
        <w:t xml:space="preserve">    保护眼睛幼儿园国旗下讲话 篇6 </w:t>
      </w:r>
      <w:r>
        <w:rPr>
          <w:lang w:eastAsia="zh-CN"/>
        </w:rPr>
        <w:br/>
      </w:r>
      <w:r>
        <w:rPr>
          <w:lang w:eastAsia="zh-CN"/>
        </w:rPr>
        <w:t>　　尊敬的各位老师，亲爱的小朋友们:</w:t>
      </w:r>
      <w:r>
        <w:rPr>
          <w:lang w:eastAsia="zh-CN"/>
        </w:rPr>
        <w:br/>
      </w:r>
      <w:r>
        <w:rPr>
          <w:lang w:eastAsia="zh-CN"/>
        </w:rPr>
        <w:t>　　你们好，非常高兴能在庄严的国旗下与你们一起迎接这崭新而美好的一天。我是中二班高煜昕小朋友的妈妈，很高兴今天能站在这里跟你们分享我个人对东方之子幼儿园一些真实的感受。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每天清晨我在幼儿园门口看见和蔼可亲的园长和朝气蓬勃的老师，还有威武的保安叔叔用他们喜悦的笑容和热情，迎接每一位家长和孩子，他们用行动向我们敞开了怀抱并让我们感受到了东方之子幼儿园这个大家庭的温暖。当我们踏进幼儿园操场时，地面又是那么干净，玩具都摆放得井然有序。让作为家长的我每天都切实的感受到了幼儿园为孩子们所做的一切。所以首先请允许我代表家长和今天在场的小朋友一起向幼儿园的全体教职工表示衷心的感谢并说声:你们辛苦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的孩子是一名新生，也是才随我搬家来深圳这座陌生的城市。在他最开始入园的这段时间里，他每天都大声哭闹不肯来园，让我也十分苦恼。现在入园不到两个月，他已经能自己主动要求来园，从家里散漫的玩耍到幼儿园专注地听老师讲课，回家还能跟我聊起一些幼儿园学到的知识，从以前的挑食到现在回家跟我说:妈妈，幼儿园的饭可香啦&amp;。看到我孩子身上的这些巨大的转变，我就不得不提我们中二班三位年轻的美女老师们，虽然她们的年龄都很小，但对于孩子们的关心和照顾却是那么的细致入微，让作为家长和妈妈的我都觉得自惭不如，每天她们要面对那么多个孩子的吃喝拉撒，还要给孩子们讲故事，教他们识字，还要陪他们玩耍。即便面对如此这样繁重的工作任务，她们也从不抱怨，用她们满腔的热忱对待每一个孩子和家长。甚至在她们的休息时间，她们都不忘用QQ和短信和家长们保持着良好的联系和沟通，有时候很晚了还在给家长上传孩子在园的照片。还有几次我因为临时有事晚接了孩子一个多小时，我当时觉得很过意不去，但是老师却什么都没说，只是微笑的把孩子牵到我身边。面对如此细致，认真，负责的老师们，我心中的感动和温暖油然而生，真的非常感谢你们三位老师，你们用行动诠释了你们无私大爱的精神，才让我如此放心把孩子交给你们。</w:t>
      </w:r>
      <w:r>
        <w:rPr>
          <w:lang w:eastAsia="zh-CN"/>
        </w:rPr>
        <w:br/>
      </w:r>
      <w:r>
        <w:rPr>
          <w:lang w:eastAsia="zh-CN"/>
        </w:rPr>
        <w:t>　　最后我希望在场的每一位小朋友和我一起再次的感谢东方之子幼儿园，感谢这里所有的老师，是她们带给你们希望和快乐，让你们快乐自由的成长。</w:t>
      </w:r>
      <w:r>
        <w:rPr>
          <w:lang w:eastAsia="zh-CN"/>
        </w:rPr>
        <w:br/>
      </w:r>
      <w:r>
        <w:rPr>
          <w:lang w:eastAsia="zh-CN"/>
        </w:rPr>
        <w:t>　　谢谢大家!</w:t>
      </w:r>
      <w:r>
        <w:rPr>
          <w:lang w:eastAsia="zh-CN"/>
        </w:rPr>
        <w:br/>
      </w:r>
      <w:r>
        <w:rPr>
          <w:lang w:eastAsia="zh-CN"/>
        </w:rPr>
        <w:t xml:space="preserve">    保护眼睛幼儿园国旗下讲话 篇7 </w:t>
      </w:r>
      <w:r>
        <w:rPr>
          <w:lang w:eastAsia="zh-CN"/>
        </w:rPr>
        <w:br/>
      </w:r>
      <w:r>
        <w:rPr>
          <w:lang w:eastAsia="zh-CN"/>
        </w:rPr>
        <w:t>　　尊敬的老师，亲爱的小朋友们，大家好!</w:t>
      </w:r>
      <w:r>
        <w:rPr>
          <w:lang w:eastAsia="zh-CN"/>
        </w:rPr>
        <w:br/>
      </w:r>
      <w:r>
        <w:rPr>
          <w:lang w:eastAsia="zh-CN"/>
        </w:rPr>
        <w:t>　　我是小一班的---，今天我要告诉大家怎样做个懂文明讲礼貌的好孩子。做个文明的人首先就是要尊重别人，对人要有礼貌，我们都是小孩子，那么见到大人我们要喊叔叔阿姨或哥哥姐姐，见到年纪大的人叫爷爷奶奶，见到老师要叫老师。和爸爸妈妈出去走亲戚，有的时候爸爸妈妈会让我们喊亲戚，我们觉得不好意思，不肯喊人，躲在爸爸妈妈身后，这样做其实是不对的。我们要学会见着老师和小朋友会主动问好，离开爸爸妈妈、爷爷奶奶会说“再见”，还会讲“谢谢、对不起”这些神奇的话，团结友爱朋友多。</w:t>
      </w:r>
      <w:r>
        <w:rPr>
          <w:lang w:eastAsia="zh-CN"/>
        </w:rPr>
        <w:br/>
      </w:r>
      <w:r>
        <w:rPr>
          <w:lang w:eastAsia="zh-CN"/>
        </w:rPr>
        <w:t>　　做个文明的小孩还有很多要求，比如说对待幼儿园的公共财物要爱护，要保护周围的环境，不随地吐痰，不随地丢垃圾，不摘幼儿园的花草，不攀爬幼儿园的树木等等。在其他人都午睡的时候，我们不能大声喧哗，不能打闹，除了在幼儿园，在其他公共场所也是，比如电影院，超市，银行等等，我们要尊重别人，如果你大声说话，会影响别人工作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希望小朋友们都做个有礼貌的好孩子，今天我们就先从小事做起，慢慢培养自己的良好习惯!</w:t>
      </w:r>
      <w:r>
        <w:rPr>
          <w:lang w:eastAsia="zh-CN"/>
        </w:rPr>
        <w:br/>
      </w:r>
      <w:r>
        <w:rPr>
          <w:lang w:eastAsia="zh-CN"/>
        </w:rPr>
        <w:t>　　谢谢大家!</w:t>
      </w:r>
      <w:r>
        <w:rPr>
          <w:lang w:eastAsia="zh-CN"/>
        </w:rPr>
        <w:br/>
      </w:r>
      <w:r>
        <w:rPr>
          <w:lang w:eastAsia="zh-CN"/>
        </w:rPr>
        <w:t xml:space="preserve">    保护眼睛幼儿园国旗下讲话 篇8 </w:t>
      </w:r>
      <w:r>
        <w:rPr>
          <w:lang w:eastAsia="zh-CN"/>
        </w:rPr>
        <w:br/>
      </w:r>
      <w:r>
        <w:rPr>
          <w:lang w:eastAsia="zh-CN"/>
        </w:rPr>
        <w:t>　　尊敬的家长，亲爱的老师和小朋友们：</w:t>
      </w:r>
      <w:r>
        <w:rPr>
          <w:lang w:eastAsia="zh-CN"/>
        </w:rPr>
        <w:br/>
      </w:r>
      <w:r>
        <w:rPr>
          <w:lang w:eastAsia="zh-CN"/>
        </w:rPr>
        <w:t>　　大家早上好，我是梁医生，今天很高兴作为教师代表进行国旗下讲话，进入秋季，早晚温差较大，加上气候干燥，幼儿容易感冒和喉咙不适，因此家长和小朋友们要注意以下两大点：</w:t>
      </w:r>
      <w:r>
        <w:rPr>
          <w:lang w:eastAsia="zh-CN"/>
        </w:rPr>
        <w:br/>
      </w:r>
      <w:r>
        <w:rPr>
          <w:lang w:eastAsia="zh-CN"/>
        </w:rPr>
        <w:t>　　一、幼儿的衣、食、住、行需要家长注意</w:t>
      </w:r>
      <w:r>
        <w:rPr>
          <w:lang w:eastAsia="zh-CN"/>
        </w:rPr>
        <w:br/>
      </w:r>
      <w:r>
        <w:rPr>
          <w:lang w:eastAsia="zh-CN"/>
        </w:rPr>
        <w:t>　　1、衣：由于温差较大，幼儿早晚应比白天多加一件衣服。对于好动、易出汗的幼儿，在其玩耍时可在其背后垫一块毛巾或玩后及时给他更换衣服。同时幼儿的鞋子应以轻便的运动鞋为主，少穿皮鞋。</w:t>
      </w:r>
      <w:r>
        <w:rPr>
          <w:lang w:eastAsia="zh-CN"/>
        </w:rPr>
        <w:br/>
      </w:r>
      <w:r>
        <w:rPr>
          <w:lang w:eastAsia="zh-CN"/>
        </w:rPr>
        <w:t>　　2、食：多让幼儿吃一些含维生素丰富的食物，尤其是含维生素A、C多的食物，它们对预防上呼吸道感染有帮助。在秋季，大蒜、萝卜、生姜、韭菜都是可以增加幼儿抵抗力的食物，可能幼儿不喜欢吃，但家长可以通过改变食用方法让幼儿食用，比如在做菜时增加蒜末的添加，平时给幼儿煮点萝卜水、生姜水等。对于常在秋季咳嗽的幼儿，家长可以多炖些冰糖生梨水给幼儿吃。秋季也是吃蟹的季节，蟹属寒性，幼儿的脾胃嫩，不可以多吃。另外，是药三分毒，不要把服药作为预防幼儿生病的途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3、住：虽然天气会逐渐变冷，但在家时还是要保证一定时间的开窗通风，保持室内空气的流通。幼儿的被子需要经常晒太阳，家长可在每个星期五把幼儿的被子带回家利用双休日把被子洗、晒一下。</w:t>
      </w:r>
      <w:r>
        <w:rPr>
          <w:lang w:eastAsia="zh-CN"/>
        </w:rPr>
        <w:br/>
      </w:r>
      <w:r>
        <w:rPr>
          <w:lang w:eastAsia="zh-CN"/>
        </w:rPr>
        <w:t>　　4、行：秋天最适合户外运动，家长有时间应多带幼儿到户外活动，多晒太阳，晒太阳可以促进体内钙的吸收，同时也增强幼儿的体质。</w:t>
      </w:r>
      <w:r>
        <w:rPr>
          <w:lang w:eastAsia="zh-CN"/>
        </w:rPr>
        <w:br/>
      </w:r>
      <w:r>
        <w:rPr>
          <w:lang w:eastAsia="zh-CN"/>
        </w:rPr>
        <w:t>　　二、要加强对孩子的护理。</w:t>
      </w:r>
      <w:r>
        <w:rPr>
          <w:lang w:eastAsia="zh-CN"/>
        </w:rPr>
        <w:br/>
      </w:r>
      <w:r>
        <w:rPr>
          <w:lang w:eastAsia="zh-CN"/>
        </w:rPr>
        <w:t>　　1秋季是肠道传染病(秋季肠泻、肠炎)高发季节。家长一定要注意家庭的饮食卫生，餐具要进行消毒，肠道传染病期间，尽量少带孩子在小摊点吃零食、就餐。另外，生食瓜果要洗净，孩子要勤洗手，不要吸吮手指。</w:t>
      </w:r>
      <w:r>
        <w:rPr>
          <w:lang w:eastAsia="zh-CN"/>
        </w:rPr>
        <w:br/>
      </w:r>
      <w:r>
        <w:rPr>
          <w:lang w:eastAsia="zh-CN"/>
        </w:rPr>
        <w:t>　　2病毒性结膜炎(俗称红眼病)。发现孩子结膜充血，眼有浓分泌物。一定要带孩子到医院就诊，并对孩子的用品(面盆、毛巾、玩具等)进行消毒，爆晒。红眼病流行期间尽量少带孩子到公共场所区，避免接触患病儿童。</w:t>
      </w:r>
      <w:r>
        <w:rPr>
          <w:lang w:eastAsia="zh-CN"/>
        </w:rPr>
        <w:br/>
      </w:r>
      <w:r>
        <w:rPr>
          <w:lang w:eastAsia="zh-CN"/>
        </w:rPr>
        <w:t>　　3鼻血丑。因秋季气候干燥，阳光照射较强烈，孩子易出现鼻血丑。家长应让孩子多饮水，少吃油炸和辛辣食物，多吃清洁食物。另外注意不要撞伤，若发现孩子出鼻血，用压迫法(手指压迫鼻血多的鼻翼)止住血，较多到医院就诊，教育孩子不要挖鼻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我园充分做好了疾病预防工作，由于气候多变，患感冒幼儿增多，各班教师做到了督促幼儿多饮水，增加饮水次数，由保健大夫每天对饮水量进行检查，确保每一名幼儿有足够的饮水量。另外家长应根据天气变化及时为幼儿增减衣物，防止感冒的发生。平时家长还要培养孩子良好的卫生习惯和生活习惯，加强锻炼，增强体质，让孩子能健康愉快的成长。</w:t>
      </w:r>
      <w:r>
        <w:rPr>
          <w:lang w:eastAsia="zh-CN"/>
        </w:rPr>
        <w:br/>
      </w:r>
      <w:r>
        <w:rPr>
          <w:lang w:eastAsia="zh-CN"/>
        </w:rPr>
        <w:t>　　我的讲话就到这里，谢谢大家!</w:t>
      </w:r>
      <w:r>
        <w:rPr>
          <w:lang w:eastAsia="zh-CN"/>
        </w:rPr>
        <w:br/>
      </w:r>
      <w:r>
        <w:rPr>
          <w:lang w:eastAsia="zh-CN"/>
        </w:rPr>
        <w:t xml:space="preserve">    保护眼睛幼儿园国旗下讲话 篇9 </w:t>
      </w:r>
      <w:r>
        <w:rPr>
          <w:lang w:eastAsia="zh-CN"/>
        </w:rPr>
        <w:br/>
      </w:r>
      <w:r>
        <w:rPr>
          <w:lang w:eastAsia="zh-CN"/>
        </w:rPr>
        <w:t>　　尊敬的园长阿姨，亲爱的老师，小朋友们:</w:t>
      </w:r>
      <w:r>
        <w:rPr>
          <w:lang w:eastAsia="zh-CN"/>
        </w:rPr>
        <w:br/>
      </w:r>
      <w:r>
        <w:rPr>
          <w:lang w:eastAsia="zh-CN"/>
        </w:rPr>
        <w:t>　　大家早上好!我是环发幼儿园大二班的小朋友刘昀哲，今天我很荣幸地站到国旗下讲话，在这阳光明媚的日子，鲜艳的五星红旗迎着朝霞，沐浴着阳光冉冉升起。</w:t>
      </w:r>
      <w:r>
        <w:rPr>
          <w:lang w:eastAsia="zh-CN"/>
        </w:rPr>
        <w:br/>
      </w:r>
      <w:r>
        <w:rPr>
          <w:lang w:eastAsia="zh-CN"/>
        </w:rPr>
        <w:t>　　转眼间来到幼儿园已经两年多了，从幼儿园的小弟弟，小妹妹长成了大哥哥，大姐姐，我们的知识一天天丰富，我们的能力一步步提高，我们每一点进步，每一次成功，都离不开我们亲爱的老师，在这里我代表所有的小朋友向老师说一声谢谢。</w:t>
      </w:r>
      <w:r>
        <w:rPr>
          <w:lang w:eastAsia="zh-CN"/>
        </w:rPr>
        <w:br/>
      </w:r>
      <w:r>
        <w:rPr>
          <w:lang w:eastAsia="zh-CN"/>
        </w:rPr>
        <w:t>　　新学期我们迎来了很多新朋友，我们大班的哥哥姐姐会有一个崭新的面貌。 请老师放心，我们会积极勇敢地参加各种活动，会获得更多的进步。</w:t>
      </w:r>
      <w:r>
        <w:rPr>
          <w:lang w:eastAsia="zh-CN"/>
        </w:rPr>
        <w:br/>
      </w:r>
      <w:r>
        <w:rPr>
          <w:lang w:eastAsia="zh-CN"/>
        </w:rPr>
        <w:t>　　请老师放心，我们会好好学习，天天向上，给小弟弟小妹妹们做个好榜样!</w:t>
      </w:r>
      <w:r>
        <w:rPr>
          <w:lang w:eastAsia="zh-CN"/>
        </w:rPr>
        <w:br/>
      </w:r>
      <w:r>
        <w:rPr>
          <w:lang w:eastAsia="zh-CN"/>
        </w:rPr>
        <w:t>　　在这里祝愿小朋友们在新学期里学会更多的本领，祝愿所有的老师永远健康美丽。谢谢大家!</w:t>
      </w:r>
      <w:r>
        <w:rPr>
          <w:lang w:eastAsia="zh-CN"/>
        </w:rPr>
        <w:br/>
      </w:r>
      <w:r>
        <w:rPr>
          <w:lang w:eastAsia="zh-CN"/>
        </w:rPr>
        <w:t>　　敬爱的老师，亲爱的小朋友们：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早上好!今天我在国旗下讲话的题目是《参加体育锻炼，做个健康的小朋友》。</w:t>
      </w:r>
      <w:r>
        <w:rPr>
          <w:lang w:eastAsia="zh-CN"/>
        </w:rPr>
        <w:br/>
      </w:r>
      <w:r>
        <w:rPr>
          <w:lang w:eastAsia="zh-CN"/>
        </w:rPr>
        <w:t>　　秋姑娘走了，冬爷爷悄悄的来临了，北风呼呼的刮起来了，它告诉我们寒冷的冬天已经到来了。 进入冬季后，天气寒冷，是感冒的好发季节，如果我们不注意身体，就很容易着凉，生病了。</w:t>
      </w:r>
      <w:r>
        <w:rPr>
          <w:lang w:eastAsia="zh-CN"/>
        </w:rPr>
        <w:br/>
      </w:r>
      <w:r>
        <w:rPr>
          <w:lang w:eastAsia="zh-CN"/>
        </w:rPr>
        <w:t>　　怎么办呢?我告诉大家一个好办法：就是要多多参加体育锻炼!早晨起来去跑跑步，放学回家跳跳绳，打打球，在幼儿园里坚持认真做操，这样我们的抵抗力就会增强，身体就越来越棒，各种病菌就不敢来找我们的麻烦了。</w:t>
      </w:r>
      <w:r>
        <w:rPr>
          <w:lang w:eastAsia="zh-CN"/>
        </w:rPr>
        <w:br/>
      </w:r>
      <w:r>
        <w:rPr>
          <w:lang w:eastAsia="zh-CN"/>
        </w:rPr>
        <w:t>　　冬季天气寒冷干燥，我们皮肤中的水分散失较多，皮脂腺分泌较少，皮肤容易出现干裂发痒，只要我们讲究卫生、多晒太阳，多吃蔬菜、水果，多喝开水，并常用热水洗手洗脸，适当搽点护肤霜。我们就能远离疾病，成为一个健康快乐的小朋友了。</w:t>
      </w:r>
      <w:r>
        <w:rPr>
          <w:lang w:eastAsia="zh-CN"/>
        </w:rPr>
        <w:br/>
      </w:r>
      <w:r>
        <w:rPr>
          <w:lang w:eastAsia="zh-CN"/>
        </w:rPr>
        <w:t>　　希望你们在寒冷的冬天每天都参加体育锻炼，像冬天里不怕寒冷的小松树一样健康茁壮地成长。</w:t>
      </w:r>
      <w:r>
        <w:rPr>
          <w:lang w:eastAsia="zh-CN"/>
        </w:rPr>
        <w:br/>
      </w:r>
      <w:r>
        <w:rPr>
          <w:lang w:eastAsia="zh-CN"/>
        </w:rPr>
        <w:t>　　尊敬的老师，亲爱的小朋友们大家早上好!我是小一班的周敬轩小朋友，很高兴能在国旗下讲话，今天我们来讲一讲马路上的安全。小朋友们，过马路的时候能不能一个人乱跑呀?</w:t>
      </w:r>
      <w:r>
        <w:rPr>
          <w:lang w:eastAsia="zh-CN"/>
        </w:rPr>
        <w:t xml:space="preserve"> 对，我们要和大人手牵手才安全哦。还要走在斑马线上，如果是红灯或者黄灯的时候，先停下来等绿灯亮的时候再通过。要是乘坐爸爸妈妈的车的时候，我们小孩可不能坐前排，一定要坐在后排的位置上，还要扣上安全带。不能把头钻出车外，也不能把手伸出窗外，不能把垃圾丢到窗外。小朋友们都记住了吗?</w:t>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xml:space="preserve"> 好了，今天我就先讲到这里，在家里，在幼儿园里都有许多要注意安全的地方，我就留给其他小朋友来讲了。谢谢大家!再见!</w:t>
      </w:r>
      <w:r>
        <w:rPr>
          <w:lang w:eastAsia="zh-CN"/>
        </w:rPr>
        <w:br/>
      </w:r>
      <w:r>
        <w:rPr>
          <w:lang w:eastAsia="zh-CN"/>
        </w:rPr>
        <w:t xml:space="preserve">    保护眼睛幼儿园国旗下讲话 篇10 </w:t>
      </w:r>
      <w:r>
        <w:rPr>
          <w:lang w:eastAsia="zh-CN"/>
        </w:rPr>
        <w:br/>
      </w:r>
      <w:r>
        <w:rPr>
          <w:lang w:eastAsia="zh-CN"/>
        </w:rPr>
        <w:t>　　尊敬的老师，亲爱的小朋友们大家早上好!</w:t>
      </w:r>
      <w:r>
        <w:rPr>
          <w:lang w:eastAsia="zh-CN"/>
        </w:rPr>
        <w:br/>
      </w:r>
      <w:r>
        <w:rPr>
          <w:lang w:eastAsia="zh-CN"/>
        </w:rPr>
        <w:t>　　我是小一班的___小朋友，很高兴能在国旗下讲话，今天我们来讲一讲马路上的安全。小朋友们，过马路的时候我们不能一个人乱跑，我们要走在人行道上，牵着大人的手才安全哦。我们要牢记“红灯停，绿灯行”，从小养成安全过马路的好习惯 。当乘坐爸爸妈妈的车的时候，我们是小孩子，不能坐前排，一定要坐在后排的位置上，还要扣上安全带。不能把头、手伸出窗外，更不能把垃圾丢到窗外。</w:t>
      </w:r>
      <w:r>
        <w:rPr>
          <w:lang w:eastAsia="zh-CN"/>
        </w:rPr>
        <w:br/>
      </w:r>
      <w:r>
        <w:rPr>
          <w:lang w:eastAsia="zh-CN"/>
        </w:rPr>
        <w:t>　　小朋友们，你们都记住了吗? 好了，今天我就先讲到这里，在家里，在幼儿园里都有许多要注意安全的地方，我就留给其他小朋友来讲了。谢谢大家!</w:t>
      </w:r>
      <w:r>
        <w:rPr>
          <w:lang w:eastAsia="zh-CN"/>
        </w:rPr>
        <w:br/>
      </w:r>
      <w:r>
        <w:rPr>
          <w:lang w:eastAsia="zh-CN"/>
        </w:rPr>
        <w:t xml:space="preserve">    保护眼睛幼儿园国旗下讲话 篇11 </w:t>
      </w:r>
      <w:r>
        <w:rPr>
          <w:lang w:eastAsia="zh-CN"/>
        </w:rPr>
        <w:br/>
      </w:r>
      <w:r>
        <w:rPr>
          <w:lang w:eastAsia="zh-CN"/>
        </w:rPr>
        <w:t>　　尊敬的老师，亲爱的同学们：</w:t>
      </w:r>
      <w:r>
        <w:rPr>
          <w:lang w:eastAsia="zh-CN"/>
        </w:rPr>
        <w:br/>
      </w:r>
      <w:r>
        <w:rPr>
          <w:lang w:eastAsia="zh-CN"/>
        </w:rPr>
        <w:t>　　大家早上好!今天我在国旗下讲话的题目是：《讲究饮食卫生，保护身体健康》。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同学们!我们每天都渴望健康快乐的生活，然而，在我们周边环境中，总有这样和那样的病菌威胁着我们的健康，炎热的夏季已经来临，肠胃疾病也悄然而至，每天，班上都有小朋友在上课时突然呕吐。这些都是吃了不卫生的食物引起的，面对这些症状，我们小学生如何面对呢?首先，我们要了解发病的原因，以及控制办法。</w:t>
      </w:r>
      <w:r>
        <w:rPr>
          <w:lang w:eastAsia="zh-CN"/>
        </w:rPr>
        <w:br/>
      </w:r>
      <w:r>
        <w:rPr>
          <w:lang w:eastAsia="zh-CN"/>
        </w:rPr>
        <w:t>　　因此，我们必须做到：</w:t>
      </w:r>
      <w:r>
        <w:rPr>
          <w:lang w:eastAsia="zh-CN"/>
        </w:rPr>
        <w:br/>
      </w:r>
      <w:r>
        <w:rPr>
          <w:lang w:eastAsia="zh-CN"/>
        </w:rPr>
        <w:t>　　1、务必注意食品卫生，要吃新鲜干净的食物，瓜果要洗干净再吃，不吃在冰箱内放置过久的食物，不吃苍蝇叮爬过的食物，不要用脏手抓东西吃，要喝开水不喝生水，少吃冷饮。</w:t>
      </w:r>
      <w:r>
        <w:rPr>
          <w:lang w:eastAsia="zh-CN"/>
        </w:rPr>
        <w:br/>
      </w:r>
      <w:r>
        <w:rPr>
          <w:lang w:eastAsia="zh-CN"/>
        </w:rPr>
        <w:t>　　2、少吃垃圾食品，多吃水果蔬菜。</w:t>
      </w:r>
      <w:r>
        <w:rPr>
          <w:lang w:eastAsia="zh-CN"/>
        </w:rPr>
        <w:br/>
      </w:r>
      <w:r>
        <w:rPr>
          <w:lang w:eastAsia="zh-CN"/>
        </w:rPr>
        <w:t>　　3、要注意休息，保持充足的睡眠，增强个人抵抗力，避免肌体免疫力下降。</w:t>
      </w:r>
      <w:r>
        <w:rPr>
          <w:lang w:eastAsia="zh-CN"/>
        </w:rPr>
        <w:br/>
      </w:r>
      <w:r>
        <w:rPr>
          <w:lang w:eastAsia="zh-CN"/>
        </w:rPr>
        <w:t>　　4、注意个人卫生、饭前便后要洗手，勤剪指甲、勤换衣服。</w:t>
      </w:r>
      <w:r>
        <w:rPr>
          <w:lang w:eastAsia="zh-CN"/>
        </w:rPr>
        <w:br/>
      </w:r>
      <w:r>
        <w:rPr>
          <w:lang w:eastAsia="zh-CN"/>
        </w:rPr>
        <w:t>　　5、注意h1n1流感，少吃猪肉或不吃猪肉。</w:t>
      </w:r>
      <w:r>
        <w:rPr>
          <w:lang w:eastAsia="zh-CN"/>
        </w:rPr>
        <w:br/>
      </w:r>
      <w:r>
        <w:rPr>
          <w:lang w:eastAsia="zh-CN"/>
        </w:rPr>
        <w:t>　　同学们，让我们讲究卫生和注意饮食安全，用实际行动预防疾病发生。愿我们每一位同学、老师都有健康的身体，每天朝气蓬勃，在美丽的校园中学习、教书，生活，让我们的健康，快乐度过夏天，让我们的身体，健康的成长!</w:t>
      </w:r>
      <w:r>
        <w:rPr>
          <w:lang w:eastAsia="zh-CN"/>
        </w:rPr>
        <w:br/>
      </w:r>
      <w:r>
        <w:rPr>
          <w:lang w:eastAsia="zh-CN"/>
        </w:rPr>
        <w:t xml:space="preserve">    保护眼睛幼儿园国旗下讲话 篇12 </w:t>
      </w:r>
      <w:r>
        <w:rPr>
          <w:lang w:eastAsia="zh-CN"/>
        </w:rPr>
        <w:br/>
      </w:r>
      <w:r>
        <w:rPr>
          <w:lang w:eastAsia="zh-CN"/>
        </w:rPr>
        <w:t>　　尊敬的家长、亲爱的老师、小朋友们：</w:t>
      </w:r>
      <w:r>
        <w:rPr>
          <w:lang w:eastAsia="zh-CN"/>
        </w:rPr>
        <w:br/>
      </w:r>
      <w:r>
        <w:rPr>
          <w:lang w:eastAsia="zh-CN"/>
        </w:rPr>
        <w:t>　　早上好!我是中三班的温老师，很高兴成为本周的教师代表国旗下讲话，下面由我来说一说冬季的卫生保健，就是怎么保护好自己的身体!</w:t>
      </w:r>
      <w:r>
        <w:rPr>
          <w:lang w:eastAsia="zh-CN"/>
        </w:rPr>
        <w:br/>
      </w:r>
      <w:r>
        <w:rPr>
          <w:lang w:eastAsia="zh-CN"/>
        </w:rPr>
        <w:t>　　师：小朋友们，你们知道现在是什么季节呢?(幼：冬季)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师：小朋友们很棒，都知道是冬天来了，那你们有没有发现身边的小朋友或者是自己一到冬天了，就很容易感冒或者生病?这是为什么呢?(请小朋友来说一说)</w:t>
      </w:r>
      <w:r>
        <w:rPr>
          <w:lang w:eastAsia="zh-CN"/>
        </w:rPr>
        <w:br/>
      </w:r>
      <w:r>
        <w:rPr>
          <w:lang w:eastAsia="zh-CN"/>
        </w:rPr>
        <w:t>　　师：因为进入冬季后，天气就会变冷， 是感冒生病的多发季节，如果我们不注意身体，就很容易着凉，生病。那我们可以怎样预防生病感冒呢?那老师来告诉小朋友们一个秘诀，你们竖起耳朵听好了!</w:t>
      </w:r>
      <w:r>
        <w:rPr>
          <w:lang w:eastAsia="zh-CN"/>
        </w:rPr>
        <w:br/>
      </w:r>
      <w:r>
        <w:rPr>
          <w:lang w:eastAsia="zh-CN"/>
        </w:rPr>
        <w:t>　　首先，我们要做一个坚强、勇敢、不怕冷的好孩子。现在天气会变得越来越冷，有一些小朋友可能会因为天气的变冷而不起床来上学，就一直赖在床上不起床，或者干脆不来上学。小朋友们，你们觉得这样做对吗?(不对)。其实，这些都是不对的，我们早上应该早点起床，坚持上幼儿园。这也是预防生病感冒的一个秘诀哦!</w:t>
      </w:r>
      <w:r>
        <w:rPr>
          <w:lang w:eastAsia="zh-CN"/>
        </w:rPr>
        <w:br/>
      </w:r>
      <w:r>
        <w:rPr>
          <w:lang w:eastAsia="zh-CN"/>
        </w:rPr>
        <w:t>　　然后，我们还要多锻炼身体，比如，早上早早来到幼儿园来晨锻，做早操、户外跑步、发热，就会战胜寒冷，各种细菌就不敢来找我们的麻烦了。小朋友们，老师问你们，平时你们出来活动时，是不是玩了之后身体很热呢?觉得身体会热的话就对了，说明细菌就不会老是找我们了，你们觉得要不要多锻炼呢?(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除了多锻炼外，还有就是我们的皮肤很容易出现干裂发痒，这个其实也是不用怕的，只要我们多讲究卫生、平时多晒太阳，多吃蔬菜、水果，多喝开水，而且早上用温水洗脸，然后在脸上抹护护霜，我们的脸就不会裂了。这样我们的身体就能保护得好好的了。但是老师还发现了一些问题，就是有一些小朋友不爱穿衣服，即使很冷也不肯穿;中午睡觉时，不脱外套、不愿意盖被子就直接躺到床上睡觉了;上厕所了、户外活动回来了也不洗手就直接拿东西吃了等等，这些你们觉得都对吗?为什么?原来这些不注意的话，细菌可能又会跑到我们的身上来，这样又生病感冒了。你们希望细菌跑到你们的身上去吗?所以，我们一定要保护好自己的身体，早上早点起床，多锻炼、多喝温开水、注意保暖，天气再怎么冷，我们都应该害怕，现在知道怎么保护自己的身体了，你们还害怕吗?那就跟老师一起说：天冷我不怕!</w:t>
      </w:r>
      <w:r>
        <w:rPr>
          <w:lang w:eastAsia="zh-CN"/>
        </w:rPr>
        <w:br/>
      </w:r>
      <w:r>
        <w:rPr>
          <w:lang w:eastAsia="zh-CN"/>
        </w:rPr>
        <w:t>　　好了，小朋友们，今天老师的讲话就到此结束了，你们一定要保护好自己的身体哦!</w:t>
      </w:r>
      <w:r>
        <w:rPr>
          <w:lang w:eastAsia="zh-CN"/>
        </w:rPr>
        <w:br/>
      </w:r>
      <w:r>
        <w:rPr>
          <w:lang w:eastAsia="zh-CN"/>
        </w:rPr>
        <w:t xml:space="preserve">    保护眼睛幼儿园国旗下讲话 篇13 </w:t>
      </w:r>
      <w:r>
        <w:rPr>
          <w:lang w:eastAsia="zh-CN"/>
        </w:rPr>
        <w:br/>
      </w:r>
      <w:r>
        <w:rPr>
          <w:lang w:eastAsia="zh-CN"/>
        </w:rPr>
        <w:t>　　大家好!</w:t>
      </w:r>
      <w:r>
        <w:rPr>
          <w:lang w:eastAsia="zh-CN"/>
        </w:rPr>
        <w:br/>
      </w:r>
      <w:r>
        <w:rPr>
          <w:lang w:eastAsia="zh-CN"/>
        </w:rPr>
        <w:t>　　春天悄悄地离去，夏天满头大汗的向我们走来。让我们一起走进这秀丽的夏天吧!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夏天的植物可真多啊，看得我眼花缭乱!你看那细长的柳条，它换掉了那黄里透绿的外套，穿上了绿色的演出服，它们伴着风婆婆呼呼的号声，在空中翩翩起舞;再看一看那高大的杨树吧，它们就像一位位卫兵一样，挺拔如峰，它们守望着都市，露出一张张灿烂的笑脸。街上满是盛开的鲜花：紫色的喇叭花正在嘀嘀的演奏，牡丹花开的争奇斗艳，几米外就能闻到它的芳香。再瞧瞧那池塘里粉红色的荷花吧，像一个个粉嘟嘟的小婴儿坐在翠绿的荷叶上，那粉红色的花朵上还带有一点皱纹，这时它望见岸上的芙蓉树正向它炫耀自己洁白如玉的花朵时，荷花想：我就应向全世界展现我全部的美。只见它带皱纹的花瓣也伸展开了。夜晚，天空上下起了小雨，小雨滴发出沙沙的声音，是和白云姐姐道别的话语吧!这场小雨滋润着这整片大地。雨后，透明的露珠落在月季花娇嫩的花瓣上。夏天里所有的植物都拼命的生长，吸收着阳光雨露。</w:t>
      </w:r>
      <w:r>
        <w:rPr>
          <w:lang w:eastAsia="zh-CN"/>
        </w:rPr>
        <w:br/>
      </w:r>
      <w:r>
        <w:rPr>
          <w:lang w:eastAsia="zh-CN"/>
        </w:rPr>
        <w:t>　　夏天是虫子们的乐园。早上，辛劳的蜜蜂飞向向日葵旁，吸取着甜甜的蜜汁;蝴蝶公主开始梳妆打扮啦，她给自己穿了一身黑里透黄的盛宴服，开始了了一天的游行旅程;午后，火辣辣的太阳高高的挂在空中，知了热的直冒汗，但是它依旧全神贯注的唱着“知了”，“知了”这首它最喜欢的歌，它一点也没注意到朋友们都回家睡午觉去了;下午，蜜蜂还是穿着黄条纹的工作服在花园里采蜜。夜晚，各种昆虫都聚在一起准备开一场精彩的舞会：蚂蚱穿着绿色西服从草丛中跳了出来，蝈蝈拉起它那心爱的小提琴，当然也少不来摇滚选手青蛙先生和外国歌曲演奏者知了先生了，正当音乐会要开始时，蝴蝶公主穿着一身五彩的衣服急急忙忙地飞到了现场，音乐会最后开始了!</w:t>
      </w:r>
      <w:r>
        <w:rPr>
          <w:lang w:eastAsia="zh-CN"/>
        </w:rPr>
        <w:br/>
      </w:r>
      <w:r>
        <w:rPr>
          <w:lang w:eastAsia="zh-CN"/>
        </w:rPr>
        <w:t>　　夏天不但是昆虫们的乐园，也是小朋友们的乐园。小朋友最喜欢夏天的游园活动了，因为妈妈能够带着他们去看海景、吃海产。不出去玩的小朋友也有自己的乐趣，夜晚在茂密的树荫下乘凉、做游戏，是他们经常做的事。</w:t>
      </w:r>
      <w:r>
        <w:rPr>
          <w:lang w:eastAsia="zh-CN"/>
        </w:rPr>
        <w:br/>
      </w:r>
      <w:r>
        <w:rPr>
          <w:lang w:eastAsia="zh-CN"/>
        </w:rPr>
        <w:t>　　多么秀丽的夏天啊!我真想挽留它，但是我做不到，让我们一起去珍惜在夏天里度过的时光吧!</w:t>
      </w:r>
      <w:r>
        <w:rPr>
          <w:lang w:eastAsia="zh-CN"/>
        </w:rPr>
        <w:br/>
      </w:r>
      <w:r>
        <w:rPr>
          <w:lang w:eastAsia="zh-CN"/>
        </w:rPr>
        <w:t>　　谢谢大家!</w:t>
      </w:r>
      <w:r>
        <w:rPr>
          <w:lang w:eastAsia="zh-CN"/>
        </w:rPr>
        <w:br/>
      </w:r>
      <w:r>
        <w:rPr>
          <w:lang w:eastAsia="zh-CN"/>
        </w:rPr>
        <w:t xml:space="preserve">    保护眼睛幼儿园国旗下讲话 篇14 </w:t>
      </w:r>
      <w:r>
        <w:rPr>
          <w:lang w:eastAsia="zh-CN"/>
        </w:rPr>
        <w:br/>
      </w:r>
      <w:r>
        <w:rPr>
          <w:lang w:eastAsia="zh-CN"/>
        </w:rPr>
        <w:t>　　尊敬的老师，亲爱的同学们：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大家好!今天我演讲的主题是：魅力家乡，美丽中国，践行社会</w:t>
      </w:r>
      <w:r>
        <w:rPr>
          <w:lang w:eastAsia="zh-CN"/>
        </w:rPr>
        <w:br/>
      </w:r>
      <w:r>
        <w:rPr>
          <w:lang w:eastAsia="zh-CN"/>
        </w:rPr>
        <w:t>　　主义核心价值观，争做美德少年。</w:t>
      </w:r>
      <w:r>
        <w:rPr>
          <w:lang w:eastAsia="zh-CN"/>
        </w:rPr>
        <w:br/>
      </w:r>
      <w:r>
        <w:rPr>
          <w:lang w:eastAsia="zh-CN"/>
        </w:rPr>
        <w:t>　　富强民主文明和谐，自由平等公正法治，爱国敬业诚信友善，是社会主义核心价值观的基本内容。社会主义核心价值观是中国特色社会主义的本质要求。富强、民主、文明、和谐是国家层面的价值目标，自由、平等、公正、法治是社会层面的价值取向，爱国、敬业、诚信、友善是公民个人层面的价值准则，是社会主义社会公民的基本道德规范，是每一位社会主义国家的公民都应当树立的基本价值追求。历史证明，一个国家和民族，贫弱落后固然可怕，但更可怕的是精神空虚。没有核心价值观，再丰裕的物质生活也难免让国家社会迷失。中国梦的重要内涵，就是寻求国家的价值内核、实现社会的共同理想、构建国民的精神家园。因此，我们要大力弘扬社会主义核心价值观，将社会主义核心价值观的教育宣传活动，融入国民教育和精神文明建设全过程，为国家发展助力，更为民族进步铸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国家在不断的发展，社会在不断的进步。近几年来，我们家乡发生了翻天覆地的变化，农村的面貌也都焕然一新啦!村庄都建了新道路，通讯网络普及各家各户。现在，农村都修了新房子，村子里也到处都是干干净净的，以前的泥路，石子路，一到了下雨天就变得泥泞不堪，经常有人滑倒;而如今，泥泞的小路被宽阔的柏油马路代替了，连小胡同里都铺上了平坦的水泥路。村里的人基本上都买了汽车，每年自驾游的人都不少。人们的生活水平也犹如芝麻开花节节高。农民们不光种植小麦玉米，还搞起了大棚蔬菜种植、草莓采摘乐园旅游等。不光这些，我们的家乡还修建了孙子文化园、欢乐海洋水上乐园，真让我们的生活更丰富多彩了，也让我们的家乡更美丽了，我们也更加热爱我们的家乡了。</w:t>
      </w:r>
      <w:r>
        <w:rPr>
          <w:lang w:eastAsia="zh-CN"/>
        </w:rPr>
        <w:br/>
      </w:r>
      <w:r>
        <w:rPr>
          <w:lang w:eastAsia="zh-CN"/>
        </w:rPr>
        <w:t>　　社会主义核心价值观是坚持弘扬中国精神的根本保证。伟大的事业需要伟大的精神，伟大的精神支撑伟大的事业。当代中国既迎来难得的发展机遇，也面对严峻的现实考验。一方面，经过许多年的快速发展，我们取得了举世瞩目的成就，为今后的发展奠定了坚实的基础。另一方面，社会加速转型，社会意识形态和价值观取向呈现多样性，出现了道德滑坡、价值观解构等值得警惕的不良现象和危险苗头。因此作为一个新时代的学生，我们应该大力弘扬社会主义核心价值观，在日常生活中践行核心价值观，培养自己的爱国主义精神，认真学习，言而有信，待人友善，通过自己的行动，把自己和身边的其他人培养成为爱国敬业诚信友善的好公民，共同营造自由平等公正法治的社会，让中国成为一个富强民主文明和谐的社会主义现代化国家!我的演讲到此结束，谢谢大家!</w:t>
      </w:r>
      <w:r>
        <w:rPr>
          <w:lang w:eastAsia="zh-CN"/>
        </w:rPr>
        <w:br/>
      </w:r>
      <w:r>
        <w:rPr>
          <w:lang w:eastAsia="zh-CN"/>
        </w:rPr>
        <w:t xml:space="preserve">    保护眼睛幼儿园国旗下讲话 篇15 </w:t>
      </w:r>
      <w:r>
        <w:rPr>
          <w:lang w:eastAsia="zh-CN"/>
        </w:rPr>
        <w:br/>
      </w:r>
      <w:r>
        <w:rPr>
          <w:lang w:eastAsia="zh-CN"/>
        </w:rPr>
        <w:t>　　亲爱的老师、可爱的小朋友们：</w:t>
      </w:r>
      <w:r>
        <w:rPr>
          <w:lang w:eastAsia="zh-CN"/>
        </w:rPr>
        <w:br/>
      </w:r>
      <w:r>
        <w:rPr>
          <w:lang w:eastAsia="zh-CN"/>
        </w:rPr>
        <w:t>　　上午好!</w:t>
      </w:r>
      <w:r>
        <w:rPr>
          <w:lang w:eastAsia="zh-CN"/>
        </w:rPr>
        <w:br/>
      </w:r>
    </w:p>
    <w:p w:rsidR="001B1F19" w14:textId="27C3F48A">
      <w:pPr>
        <w:rPr>
          <w:rFonts w:hint="eastAsia"/>
          <w:lang w:eastAsia="zh-CN"/>
        </w:rPr>
      </w:pPr>
      <w:r>
        <w:rPr>
          <w:lang w:eastAsia="zh-CN"/>
        </w:rPr>
        <w:t>　　在新春愉快的节日气氛中，我们怀着十分高兴的心情相聚在这里，迎来了充满希望的新一年。你们开心吗?我今天要告诉大家两个喜讯。一是我们幼儿园今天迎来了136位新的小朋友，让我们以热烈的掌声欢迎他们!二是小朋友都长大了一岁，当哥哥姐姐了，让我们拍拍手祝贺他们!希望哥哥姐姐们团结友爱，勤学好问给弟弟妹妹们做一个好的榜样。</w:t>
      </w:r>
      <w:r>
        <w:rPr>
          <w:lang w:eastAsia="zh-CN"/>
        </w:rPr>
        <w:br/>
      </w:r>
      <w:r>
        <w:rPr>
          <w:lang w:eastAsia="zh-CN"/>
        </w:rPr>
        <w:t>　　新学期新面貌，幼儿园为小朋友添置了新玩具、老师们为小朋友创设了优美的环境、设计了丰富多彩的活动，厨房的阿姨为小朋友准备了营养丰富的香香的饭菜。希望小朋友每天高高兴兴来幼儿园，吃得饱饱的、睡得香香的，开开心心地学习、游戏，你们将在这里学到很多很多的本领，成为聪明能干的小博士!</w:t>
      </w:r>
      <w:r>
        <w:rPr>
          <w:lang w:eastAsia="zh-CN"/>
        </w:rPr>
        <w:br/>
      </w:r>
      <w:r>
        <w:rPr>
          <w:lang w:eastAsia="zh-CN"/>
        </w:rPr>
        <w:t>　　__年是_年，在金融风暴席卷全球，全球经济衰退的情况下，老师们要像孺子牛一样吃苦耐劳，乐于奉献，像拓荒牛一样敢于拼搏，敢于开拓;像出生牛犊一样敢于接受新挑战，勤勤恳恳，兢兢业业，我们才可以在_年里牛气冲天，_年更_!谢谢大家!</w:t>
      </w:r>
      <w:r>
        <w:rPr>
          <w:lang w:eastAsia="zh-CN"/>
        </w:rPr>
        <w:br/>
      </w:r>
      <w:r>
        <w:rPr>
          <w:lang w:eastAsia="zh-CN"/>
        </w:rPr>
        <w:t xml:space="preserve">    保护眼睛幼儿园国旗下讲话 篇16 </w:t>
      </w:r>
      <w:r>
        <w:rPr>
          <w:lang w:eastAsia="zh-CN"/>
        </w:rPr>
        <w:br/>
      </w:r>
      <w:r>
        <w:rPr>
          <w:lang w:eastAsia="zh-CN"/>
        </w:rPr>
        <w:t>　　亲爱的家长、老师和小朋友们，大家早上好!</w:t>
      </w:r>
      <w:r>
        <w:rPr>
          <w:lang w:eastAsia="zh-CN"/>
        </w:rPr>
        <w:br/>
      </w:r>
      <w:r>
        <w:rPr>
          <w:lang w:eastAsia="zh-CN"/>
        </w:rPr>
        <w:t>　　今天是开学第二周，通过上一周，小朋友们也已经开始了幼儿园的生活。虽然上周有些小朋友有些不适应，有过哭闹，但老师相信小朋友们一定能很快适应幼儿园的生活，并融入我们这个大集体中。</w:t>
      </w:r>
      <w:r>
        <w:rPr>
          <w:lang w:eastAsia="zh-CN"/>
        </w:rPr>
        <w:br/>
      </w:r>
      <w:r>
        <w:rPr>
          <w:lang w:eastAsia="zh-CN"/>
        </w:rPr>
        <w:t>　　一、安全无小事。老师今天在这里提醒小朋友们要注意以下几个方面的安全问题：</w:t>
      </w:r>
      <w:r>
        <w:rPr>
          <w:lang w:eastAsia="zh-CN"/>
        </w:rPr>
        <w:br/>
      </w:r>
      <w:r>
        <w:rPr>
          <w:lang w:eastAsia="zh-CN"/>
        </w:rPr>
        <w:t>　　1、注意在园安全：</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https://d.book118.com/808006050101006035</w:t>
        </w:r>
      </w:hyperlink>
    </w:p>
    <w:p w:rsidR="001B1F19">
      <w:pPr>
        <w:rPr>
          <w:rFonts w:hint="eastAsia"/>
          <w:lang w:eastAsia="zh-CN"/>
        </w:rPr>
      </w:pPr>
    </w:p>
    <w:sectPr>
      <w:type w:val="nextPage"/>
      <w:pgSz w:w="11906" w:h="16838"/>
      <w:pgMar w:top="1440" w:right="1800" w:bottom="1440" w:left="1800" w:header="851" w:footer="992" w:gutter="0"/>
      <w:pgNumType w:start="2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0800605010100603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