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学生会组织部工作计划15篇(必备)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学生会组织部工作计划1</w:t>
      </w:r>
      <w:r>
        <w:rPr>
          <w:lang w:eastAsia="zh-CN"/>
        </w:rPr>
        <w:br/>
      </w:r>
      <w:r>
        <w:rPr>
          <w:lang w:eastAsia="zh-CN"/>
        </w:rPr>
        <w:t xml:space="preserve">    在我院领导和老师的殷切关怀下，组织部紧跟我院团委学生会的工作大局，经过一个学期的工作实践，各项工作均按序进行，取得了不错的工作成绩。 </w:t>
      </w:r>
      <w:r>
        <w:rPr>
          <w:lang w:eastAsia="zh-CN"/>
        </w:rPr>
        <w:br/>
      </w:r>
      <w:r>
        <w:rPr>
          <w:lang w:eastAsia="zh-CN"/>
        </w:rPr>
        <w:t>　　换届之后，面对新的工作局面，组织部将继续抓好团的思想建设 、组织建设，干部队伍建设，在扎实地做好各项常规工作的基础上，尝试大胆有益的创新，推动组织部的各项工作取得进步。明年，我们将一如既往地全力配合院团委和学院团学的`各项工作，为建设"创新型、服务型"团学而奋斗！我部总结相关经验教训，展望未来的工作前景，特制定如下工作计划：</w:t>
      </w:r>
      <w:r>
        <w:rPr>
          <w:lang w:eastAsia="zh-CN"/>
        </w:rPr>
        <w:br/>
      </w:r>
      <w:r>
        <w:rPr>
          <w:lang w:eastAsia="zh-CN"/>
        </w:rPr>
        <w:t>　　一、常规工作安排</w:t>
      </w:r>
      <w:r>
        <w:rPr>
          <w:lang w:eastAsia="zh-CN"/>
        </w:rPr>
        <w:br/>
      </w:r>
      <w:r>
        <w:rPr>
          <w:lang w:eastAsia="zh-CN"/>
        </w:rPr>
        <w:t>　　9月份：</w:t>
      </w:r>
      <w:r>
        <w:rPr>
          <w:lang w:eastAsia="zh-CN"/>
        </w:rPr>
        <w:br/>
      </w:r>
      <w:r>
        <w:rPr>
          <w:lang w:eastAsia="zh-CN"/>
        </w:rPr>
        <w:t>　　1、 积极参与学院的迎新活动，为团学及组织部树立良好的形象。</w:t>
      </w:r>
      <w:r>
        <w:rPr>
          <w:lang w:eastAsia="zh-CN"/>
        </w:rPr>
        <w:br/>
      </w:r>
      <w:r>
        <w:rPr>
          <w:lang w:eastAsia="zh-CN"/>
        </w:rPr>
        <w:t>　　2、 计划招收5到6名有思想，有能力，积极向上的干事，为组织部注入新鲜的血液和新生的力量。</w:t>
      </w:r>
      <w:r>
        <w:rPr>
          <w:lang w:eastAsia="zh-CN"/>
        </w:rPr>
        <w:br/>
      </w:r>
      <w:r>
        <w:rPr>
          <w:lang w:eastAsia="zh-CN"/>
        </w:rPr>
        <w:t>　　3、 组织进行新生团员注册和团组织关系转接的工作，同时进行老生团员证的补办，提高工作效率。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10月份：</w:t>
      </w:r>
      <w:r>
        <w:rPr>
          <w:lang w:eastAsia="zh-CN"/>
        </w:rPr>
        <w:br/>
      </w:r>
      <w:r>
        <w:rPr>
          <w:lang w:eastAsia="zh-CN"/>
        </w:rPr>
        <w:t>　　1. 组织收缴团费的工作。</w:t>
      </w:r>
      <w:r>
        <w:rPr>
          <w:lang w:eastAsia="zh-CN"/>
        </w:rPr>
        <w:br/>
      </w:r>
      <w:r>
        <w:rPr>
          <w:lang w:eastAsia="zh-CN"/>
        </w:rPr>
        <w:t>　　2. 以基层团支部为单位，深入开展以"迎亚运"为主题的团日活动，展现大学生对亚运的支持和响应。</w:t>
      </w:r>
      <w:r>
        <w:rPr>
          <w:lang w:eastAsia="zh-CN"/>
        </w:rPr>
        <w:br/>
      </w:r>
      <w:r>
        <w:rPr>
          <w:lang w:eastAsia="zh-CN"/>
        </w:rPr>
        <w:t>　　3. 召开第一次团支部交流会。了解学生的思想情况，并告知近期学院内的有关工作，了解同学们对组织部工作的满意程度以及意见和建议。在改正中进步，真正做到为学生服务。</w:t>
      </w:r>
      <w:r>
        <w:rPr>
          <w:lang w:eastAsia="zh-CN"/>
        </w:rPr>
        <w:br/>
      </w:r>
      <w:r>
        <w:rPr>
          <w:lang w:eastAsia="zh-CN"/>
        </w:rPr>
        <w:t>　　11月份</w:t>
      </w:r>
      <w:r>
        <w:rPr>
          <w:lang w:eastAsia="zh-CN"/>
        </w:rPr>
        <w:br/>
      </w:r>
      <w:r>
        <w:rPr>
          <w:lang w:eastAsia="zh-CN"/>
        </w:rPr>
        <w:t>　　1． 与院团委其他部门一起全力打造学院思想政治教育品牌活动，争取积极创新创造出除了"凤鸣云山"系列活动之外学院新的品牌。：</w:t>
      </w:r>
      <w:r>
        <w:rPr>
          <w:lang w:eastAsia="zh-CN"/>
        </w:rPr>
        <w:br/>
      </w:r>
      <w:r>
        <w:rPr>
          <w:lang w:eastAsia="zh-CN"/>
        </w:rPr>
        <w:t>　　12月份：</w:t>
      </w:r>
      <w:r>
        <w:rPr>
          <w:lang w:eastAsia="zh-CN"/>
        </w:rPr>
        <w:br/>
      </w:r>
      <w:r>
        <w:rPr>
          <w:lang w:eastAsia="zh-CN"/>
        </w:rPr>
        <w:t>　　1. 配合校团委组织进行优秀团日活动、优秀团支部的评选。充分发挥榜样的力量。</w:t>
      </w:r>
      <w:r>
        <w:rPr>
          <w:lang w:eastAsia="zh-CN"/>
        </w:rPr>
        <w:br/>
      </w:r>
      <w:r>
        <w:rPr>
          <w:lang w:eastAsia="zh-CN"/>
        </w:rPr>
        <w:t>　　2. 举办形式创新、别开生面的团日活动展，向全校师生展示人的特色与魅力。</w:t>
      </w:r>
      <w:r>
        <w:rPr>
          <w:lang w:eastAsia="zh-CN"/>
        </w:rPr>
        <w:br/>
      </w:r>
      <w:r>
        <w:rPr>
          <w:lang w:eastAsia="zh-CN"/>
        </w:rPr>
        <w:t>　　1月份：</w:t>
      </w:r>
      <w:r>
        <w:rPr>
          <w:lang w:eastAsia="zh-CN"/>
        </w:rPr>
        <w:br/>
      </w:r>
      <w:r>
        <w:rPr>
          <w:lang w:eastAsia="zh-CN"/>
        </w:rPr>
        <w:t>　　1. 召开本学期最后一次团支部交流会。总结本学期的团内工作和各项活动，收集整理各支部对本部门工作的评价，争取下学期的工作更上一层楼。</w:t>
      </w:r>
      <w:r>
        <w:rPr>
          <w:lang w:eastAsia="zh-CN"/>
        </w:rPr>
        <w:br/>
      </w:r>
      <w:r>
        <w:rPr>
          <w:lang w:eastAsia="zh-CN"/>
        </w:rPr>
        <w:t>　　二、干事培训工作、人才培养计划</w:t>
      </w:r>
      <w:r>
        <w:rPr>
          <w:lang w:eastAsia="zh-CN"/>
        </w:rPr>
        <w:br/>
      </w:r>
      <w:r>
        <w:rPr>
          <w:lang w:eastAsia="zh-CN"/>
        </w:rPr>
        <w:t>　　1.</w:t>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我们将针对个人特色，努力培养适合组织部工作的人才，即讲求效率，做事踏实，责任心强，敢于创新的优秀干事。</w:t>
      </w:r>
      <w:r>
        <w:rPr>
          <w:lang w:eastAsia="zh-CN"/>
        </w:rPr>
        <w:br/>
      </w:r>
      <w:r>
        <w:rPr>
          <w:lang w:eastAsia="zh-CN"/>
        </w:rPr>
        <w:t>　　2. 加强部员内部交流合作，给干事以足够发展空间实践的同时，注意教育与引导，为团学干部储备有生力量。并着重培养有能力的接班人。</w:t>
      </w:r>
      <w:r>
        <w:rPr>
          <w:lang w:eastAsia="zh-CN"/>
        </w:rPr>
        <w:br/>
      </w:r>
      <w:r>
        <w:rPr>
          <w:lang w:eastAsia="zh-CN"/>
        </w:rPr>
        <w:t>　　三、配合其他部门工作、寻求部门间的合作</w:t>
      </w:r>
      <w:r>
        <w:rPr>
          <w:lang w:eastAsia="zh-CN"/>
        </w:rPr>
        <w:br/>
      </w:r>
      <w:r>
        <w:rPr>
          <w:lang w:eastAsia="zh-CN"/>
        </w:rPr>
        <w:t>　　1. 部门成员将积极配合学生会其他部门的工作，遵照团学一家的宗旨，更多的为我院学生服务。</w:t>
      </w:r>
      <w:r>
        <w:rPr>
          <w:lang w:eastAsia="zh-CN"/>
        </w:rPr>
        <w:br/>
      </w:r>
      <w:r>
        <w:rPr>
          <w:lang w:eastAsia="zh-CN"/>
        </w:rPr>
        <w:t>　　2. 根据上学期和实践部的友好而成功的合作，本学期我们部门将会深入和其他部门的合作，共同创造团学的美好明天。</w:t>
      </w:r>
      <w:r>
        <w:rPr>
          <w:lang w:eastAsia="zh-CN"/>
        </w:rPr>
        <w:br/>
      </w:r>
      <w:r>
        <w:rPr>
          <w:lang w:eastAsia="zh-CN"/>
        </w:rPr>
        <w:t>　　四、积极学习其他学院组织部工作的长处，保持学院间组织部的良好沟通</w:t>
      </w:r>
      <w:r>
        <w:rPr>
          <w:lang w:eastAsia="zh-CN"/>
        </w:rPr>
        <w:br/>
      </w:r>
      <w:r>
        <w:rPr>
          <w:lang w:eastAsia="zh-CN"/>
        </w:rPr>
        <w:t>　　以上就是我对本部门下一学期的工作做出的规划。</w:t>
      </w:r>
      <w:r>
        <w:rPr>
          <w:lang w:eastAsia="zh-CN"/>
        </w:rPr>
        <w:br/>
      </w:r>
      <w:r>
        <w:rPr>
          <w:lang w:eastAsia="zh-CN"/>
        </w:rPr>
        <w:t>　　共青团岳阳职院组织部</w:t>
      </w:r>
      <w:r>
        <w:rPr>
          <w:lang w:eastAsia="zh-CN"/>
        </w:rPr>
        <w:br/>
      </w:r>
      <w:r>
        <w:rPr>
          <w:lang w:eastAsia="zh-CN"/>
        </w:rPr>
        <w:t>　　__-__-__</w:t>
      </w:r>
      <w:r>
        <w:rPr>
          <w:lang w:eastAsia="zh-CN"/>
        </w:rPr>
        <w:br/>
      </w:r>
      <w:r>
        <w:rPr>
          <w:lang w:eastAsia="zh-CN"/>
        </w:rPr>
        <w:t>学生会组织部工作计划2</w:t>
      </w:r>
      <w:r>
        <w:rPr>
          <w:lang w:eastAsia="zh-CN"/>
        </w:rPr>
        <w:br/>
      </w:r>
      <w:r>
        <w:rPr>
          <w:lang w:eastAsia="zh-CN"/>
        </w:rPr>
        <w:t xml:space="preserve">    回首过去的一年，__团委学生会组织部积极响应上级党委、团委的号召，在校院团委、学生会的领导下，通过与各部门、各支部的通力合作和密切联系，顺利完成了各项常规工作，并且在多项工作中取得突破，获得佳绩。结合上学期以及以往几个学年的工作，现制定__—__学年上学期工作计划： </w:t>
      </w:r>
      <w:r>
        <w:rPr>
          <w:lang w:eastAsia="zh-CN"/>
        </w:rPr>
        <w:br/>
      </w:r>
      <w:r>
        <w:rPr>
          <w:lang w:eastAsia="zh-CN"/>
        </w:rPr>
        <w:t>　　一、九月份具体工作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1、团组织机构建设。新生入学后一个月内须建立团支部，组织部在每个学期第四周前要将本学院团委、团总支、团支部机构名单打印并报送校组织部。</w:t>
      </w:r>
      <w:r>
        <w:rPr>
          <w:lang w:eastAsia="zh-CN"/>
        </w:rPr>
        <w:br/>
      </w:r>
      <w:r>
        <w:rPr>
          <w:lang w:eastAsia="zh-CN"/>
        </w:rPr>
        <w:t>　　2、团章考试。组织大一新生团员按时参加《中国共产主义青年团章程》考试，并且密切配合校组织部做好监考和批卷工作。</w:t>
      </w:r>
      <w:r>
        <w:rPr>
          <w:lang w:eastAsia="zh-CN"/>
        </w:rPr>
        <w:br/>
      </w:r>
      <w:r>
        <w:rPr>
          <w:lang w:eastAsia="zh-CN"/>
        </w:rPr>
        <w:t>　　3、发展新团员工作。各个支部收齐自愿入团的同学的入团申请书交由组织部汇总上交校组织部备份。</w:t>
      </w:r>
      <w:r>
        <w:rPr>
          <w:lang w:eastAsia="zh-CN"/>
        </w:rPr>
        <w:br/>
      </w:r>
      <w:r>
        <w:rPr>
          <w:lang w:eastAsia="zh-CN"/>
        </w:rPr>
        <w:t>　　4、推优。严格按照校党委组织部编写的《发展党员工作指南》中《广东海洋大学推荐优秀团员作党的发展对象工作细则》进行推优。</w:t>
      </w:r>
      <w:r>
        <w:rPr>
          <w:lang w:eastAsia="zh-CN"/>
        </w:rPr>
        <w:br/>
      </w:r>
      <w:r>
        <w:rPr>
          <w:lang w:eastAsia="zh-CN"/>
        </w:rPr>
        <w:t>　　5、团日活动。做好宣传和相关通知工作，推动各支部落实开展团日活动，尤其是大一各个团支部。</w:t>
      </w:r>
      <w:r>
        <w:rPr>
          <w:lang w:eastAsia="zh-CN"/>
        </w:rPr>
        <w:br/>
      </w:r>
      <w:r>
        <w:rPr>
          <w:lang w:eastAsia="zh-CN"/>
        </w:rPr>
        <w:t>　　二、十月份具体工作</w:t>
      </w:r>
      <w:r>
        <w:rPr>
          <w:lang w:eastAsia="zh-CN"/>
        </w:rPr>
        <w:br/>
      </w:r>
      <w:r>
        <w:rPr>
          <w:lang w:eastAsia="zh-CN"/>
        </w:rPr>
        <w:t>　　1、团委学生会部门成员招新。根据部门需要对大一有意愿加入团委学生会的新生进行面试招新，扩充新鲜血液，以更好地发展本部门和服务大家。</w:t>
      </w:r>
      <w:r>
        <w:rPr>
          <w:lang w:eastAsia="zh-CN"/>
        </w:rPr>
        <w:br/>
      </w:r>
      <w:r>
        <w:rPr>
          <w:lang w:eastAsia="zh-CN"/>
        </w:rPr>
        <w:t>　　2、团籍转移及团员证补办工作。组织通知各个支部收集好各新生团籍档案，按照要求以团支部为单位列好清单，并且落实好补办工作。</w:t>
      </w:r>
      <w:r>
        <w:rPr>
          <w:lang w:eastAsia="zh-CN"/>
        </w:rPr>
        <w:br/>
      </w:r>
      <w:r>
        <w:rPr>
          <w:lang w:eastAsia="zh-CN"/>
        </w:rPr>
        <w:t>　　3、评选优秀团员、优秀团干、先进团支部。以《广东海洋大学学生手册》和《广东海洋大学先进集体与先进个人评定暂行办法》为依据，通知组织各个支部按照公平公正的原则在支部内进行投票选举。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三、十一月份具体工作</w:t>
      </w:r>
      <w:r>
        <w:rPr>
          <w:lang w:eastAsia="zh-CN"/>
        </w:rPr>
        <w:br/>
      </w:r>
      <w:r>
        <w:rPr>
          <w:lang w:eastAsia="zh-CN"/>
        </w:rPr>
        <w:t>　　1、团费收缴。由各个支部收齐支部团费并做好登记交由组织部统一上缴校团委。</w:t>
      </w:r>
      <w:r>
        <w:rPr>
          <w:lang w:eastAsia="zh-CN"/>
        </w:rPr>
        <w:br/>
      </w:r>
      <w:r>
        <w:rPr>
          <w:lang w:eastAsia="zh-CN"/>
        </w:rPr>
        <w:t>　　2、团干部培训。组织部会新生的团干部和组织部委员进行常规工作的`培训。</w:t>
      </w:r>
      <w:r>
        <w:rPr>
          <w:lang w:eastAsia="zh-CN"/>
        </w:rPr>
        <w:br/>
      </w:r>
      <w:r>
        <w:rPr>
          <w:lang w:eastAsia="zh-CN"/>
        </w:rPr>
        <w:t>　　3、团员及团干部统计。通知各支部收齐各个支部的团员及团干部的资料，在规定时间内由组织部汇总后上交校组织部。</w:t>
      </w:r>
      <w:r>
        <w:rPr>
          <w:lang w:eastAsia="zh-CN"/>
        </w:rPr>
        <w:br/>
      </w:r>
      <w:r>
        <w:rPr>
          <w:lang w:eastAsia="zh-CN"/>
        </w:rPr>
        <w:t>　　四、其他</w:t>
      </w:r>
      <w:r>
        <w:rPr>
          <w:lang w:eastAsia="zh-CN"/>
        </w:rPr>
        <w:br/>
      </w:r>
      <w:r>
        <w:rPr>
          <w:lang w:eastAsia="zh-CN"/>
        </w:rPr>
        <w:t>　　1、为了推动大一各支部的组建，加强大一各支部的凝聚力，组织部会策划组织团干部进行素质拓展以及其他培训活动；</w:t>
      </w:r>
      <w:r>
        <w:rPr>
          <w:lang w:eastAsia="zh-CN"/>
        </w:rPr>
        <w:br/>
      </w:r>
      <w:r>
        <w:rPr>
          <w:lang w:eastAsia="zh-CN"/>
        </w:rPr>
        <w:t>　　2、为了具体贯彻落实校团委对团日活动的要求，组织部会重点对大一团支书以及其他团干部开展关于团日活动的宣传和动员大会，以更好地鼓励各团支部积极参与团日活动；</w:t>
      </w:r>
      <w:r>
        <w:rPr>
          <w:lang w:eastAsia="zh-CN"/>
        </w:rPr>
        <w:br/>
      </w:r>
      <w:r>
        <w:rPr>
          <w:lang w:eastAsia="zh-CN"/>
        </w:rPr>
        <w:t>　　3、积极响应校文化艺术节的开展，并且与办公室、宣传部共同负责好院所承办的所有活动；</w:t>
      </w:r>
      <w:r>
        <w:rPr>
          <w:lang w:eastAsia="zh-CN"/>
        </w:rPr>
        <w:br/>
      </w:r>
      <w:r>
        <w:rPr>
          <w:lang w:eastAsia="zh-CN"/>
        </w:rPr>
        <w:t>　　4、协助学院各个部门开展各项活动。团结各兄弟部门，认真、友好地帮助各方面活动的开展。定期召开本门例会，适当组织部门活动。</w:t>
      </w:r>
      <w:r>
        <w:rPr>
          <w:lang w:eastAsia="zh-CN"/>
        </w:rPr>
        <w:br/>
      </w:r>
      <w:r>
        <w:rPr>
          <w:lang w:eastAsia="zh-CN"/>
        </w:rPr>
        <w:t>　　五、最后</w:t>
      </w:r>
      <w:r>
        <w:rPr>
          <w:lang w:eastAsia="zh-CN"/>
        </w:rPr>
        <w:br/>
      </w:r>
      <w:r>
        <w:rPr>
          <w:lang w:eastAsia="zh-CN"/>
        </w:rPr>
        <w:t>　　1、加强与学院各部门的交流与合作，完善部门建设，强化部门的职能，提升部门影响力。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2、加强部门与兄弟学院部门的联系与合作，努力学习有用经验，努力实践，大胆创新</w:t>
      </w:r>
      <w:r>
        <w:rPr>
          <w:lang w:eastAsia="zh-CN"/>
        </w:rPr>
        <w:br/>
      </w:r>
      <w:r>
        <w:rPr>
          <w:lang w:eastAsia="zh-CN"/>
        </w:rPr>
        <w:t>学生会组织部工作计划3</w:t>
      </w:r>
      <w:r>
        <w:rPr>
          <w:lang w:eastAsia="zh-CN"/>
        </w:rPr>
        <w:br/>
      </w:r>
      <w:r>
        <w:rPr>
          <w:lang w:eastAsia="zh-CN"/>
        </w:rPr>
        <w:t xml:space="preserve">    又是一个新的学期的开始，新的学期标志着新鲜的血液将再一次注入我们这个年轻的团队，沐浴着百年校庆的气息，我们将带领我们这支年轻的队伍风雨兼程，做好一学期中该做好的事情，用满腔的热情去做好每一件事，用饱满的精气神去迎接每一份挑战，我相信，只要我们共同努力，那么，我们就一定能够把我们的工作做得更好，去更好的服务与大家！下面是我们组织部的这一学期的工作计划。 </w:t>
      </w:r>
      <w:r>
        <w:rPr>
          <w:lang w:eastAsia="zh-CN"/>
        </w:rPr>
        <w:br/>
      </w:r>
      <w:r>
        <w:rPr>
          <w:lang w:eastAsia="zh-CN"/>
        </w:rPr>
        <w:t>　　一、增强内部交流</w:t>
      </w:r>
      <w:r>
        <w:rPr>
          <w:lang w:eastAsia="zh-CN"/>
        </w:rPr>
        <w:br/>
      </w:r>
      <w:r>
        <w:rPr>
          <w:lang w:eastAsia="zh-CN"/>
        </w:rPr>
        <w:t>　　想要做好工作，首先要从自身做起。所以，在今后的工作过程中，要不断的进行学生会内部人员交流，培养彼此之间的默契程度。另一方面，由于新一届成员在学生会工作时间较短，工作中还存在很多不足，这需要我们去讨论，去修正。所以我们计划经常不定期的召开部门内部会议。与此同时，我们还要加强与学工组各位指导教师的交流，加强与学生会主席团及各兄弟部门之间的交流，并且还要努力增强与各班级班干部的联系，与大家一起共同做好我们的学生管理及各项活动的组织工作。</w:t>
      </w:r>
      <w:r>
        <w:rPr>
          <w:lang w:eastAsia="zh-CN"/>
        </w:rPr>
        <w:br/>
      </w:r>
      <w:r>
        <w:rPr>
          <w:lang w:eastAsia="zh-CN"/>
        </w:rPr>
        <w:t>　　二、加强系部之间的联系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组织部是一个与各团支部联系非常紧密的部门，因此我们在工作计划确定后，于十月中旬组织各班级分管班委（班长、团支书、组织委员）召开会议。会上我们将认真传达学校和院团总支的指导思想，将计划发到各团支部，听取各团支部班委的意见。由于有些班级的班委人员结构在新学期有所调整，因此我们会重新制作各团支部分管负责人员通讯录，以便今后工作能够顺利进行。通过本次会议我们可以对各团支部有一个初步的认识，可以进行一个初次的交流，在本学期，我们还将不定期的'召开学生会部长级会议，相互了解各自工作情况，交流工作经验。此外，我们会设立固定的联系平台，以便大家随时交流，并借此收集反馈信息，不断改进我们的工作。</w:t>
      </w:r>
      <w:r>
        <w:rPr>
          <w:lang w:eastAsia="zh-CN"/>
        </w:rPr>
        <w:br/>
      </w:r>
      <w:r>
        <w:rPr>
          <w:lang w:eastAsia="zh-CN"/>
        </w:rPr>
        <w:t>　　三、工作安排</w:t>
      </w:r>
      <w:r>
        <w:rPr>
          <w:lang w:eastAsia="zh-CN"/>
        </w:rPr>
        <w:br/>
      </w:r>
      <w:r>
        <w:rPr>
          <w:lang w:eastAsia="zh-CN"/>
        </w:rPr>
        <w:t>　　总结上学期我系组织部工作的经验和不足，本学期我们将加大对台账工作的监督强度，在台账填写方面，组织部将召开例会对台账细则认真学习和讲解，并安排时间进行统一填写，从而可以做到有问题及时反馈、及时解决。</w:t>
      </w:r>
      <w:r>
        <w:rPr>
          <w:lang w:eastAsia="zh-CN"/>
        </w:rPr>
        <w:br/>
      </w:r>
      <w:r>
        <w:rPr>
          <w:lang w:eastAsia="zh-CN"/>
        </w:rPr>
        <w:t>　　例会安排：两星期召开一次例会，要求：例会每次大一、大二团支书、组织委、宣传委与会，组织部干事与会，如有特殊情况不能与会者请走请假流程。</w:t>
      </w:r>
      <w:r>
        <w:rPr>
          <w:lang w:eastAsia="zh-CN"/>
        </w:rPr>
        <w:br/>
      </w:r>
      <w:r>
        <w:rPr>
          <w:lang w:eastAsia="zh-CN"/>
        </w:rPr>
        <w:t>　　在开展活动方面，我们主要是跟随本系团总支学生会的步调组织各支部开展活动，同时积极配合院组织部开展各向活动。为方便上述工作的开展以及工作中出现的问题及时得到反馈，我们决定每两周召开一次例会（具体时间根据各支部课程情况另行安排）。</w:t>
      </w:r>
      <w:r>
        <w:rPr>
          <w:lang w:eastAsia="zh-CN"/>
        </w:rPr>
        <w:br/>
      </w:r>
      <w:r>
        <w:rPr>
          <w:lang w:eastAsia="zh-CN"/>
        </w:rPr>
        <w:t>　　以下为各月份基本活动安排</w:t>
      </w:r>
      <w:r>
        <w:rPr>
          <w:lang w:eastAsia="zh-CN"/>
        </w:rPr>
        <w:br/>
      </w:r>
      <w:r>
        <w:rPr>
          <w:lang w:eastAsia="zh-CN"/>
        </w:rPr>
        <w:t>　　九月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A、招新工作（时间由本系团总支学生会统一安排）</w:t>
      </w:r>
      <w:r>
        <w:rPr>
          <w:lang w:eastAsia="zh-CN"/>
        </w:rPr>
        <w:br/>
      </w:r>
      <w:r>
        <w:rPr>
          <w:lang w:eastAsia="zh-CN"/>
        </w:rPr>
        <w:t>　　随着大一新生的到来我们一年一度的招新工作又要开始了，在招新工作中我们将根据本系招新的具体工作流程制定工作计划、择人标准，招收符合在我们组织部工作的人才。</w:t>
      </w:r>
      <w:r>
        <w:rPr>
          <w:lang w:eastAsia="zh-CN"/>
        </w:rPr>
        <w:br/>
      </w:r>
      <w:r>
        <w:rPr>
          <w:lang w:eastAsia="zh-CN"/>
        </w:rPr>
        <w:t>　　B、召开第一次系级各支部会议，传达有关庆国庆活动的文件精神，希望各个支部，尤其是大一新支部能够积极的参与到这次庆祝祖国六十华诞的活动中去，六十年为天干、地支的一个轮回，“六十”在中国的传统思想中占有重要地位，因此在祖国母亲六十华诞来临之际，我们将结合中国传统文化做一系列的活动，为祖国母亲“六十大寿”献上一份寿礼。首先，以建国以来的这六十年走过的风风雨雨为线索做一“巨型”展板，主要展出这六十年来我国在各个领域取得的一些成就；二，播放往年国庆阅兵的影视资料，增强大家的民族荣誉感和自尊心。当然，在此，我们也希望我们的大二有经验的支部能够带领我们这些年轻的支部去参加这次庆典活动，让这次活动能够取得圆满成功。</w:t>
      </w:r>
      <w:r>
        <w:rPr>
          <w:lang w:eastAsia="zh-CN"/>
        </w:rPr>
        <w:br/>
      </w:r>
      <w:r>
        <w:rPr>
          <w:lang w:eastAsia="zh-CN"/>
        </w:rPr>
        <w:t>　　C、新、老团干部见面交流会</w:t>
      </w:r>
      <w:r>
        <w:rPr>
          <w:lang w:eastAsia="zh-CN"/>
        </w:rPr>
        <w:br/>
      </w:r>
      <w:r>
        <w:rPr>
          <w:lang w:eastAsia="zh-CN"/>
        </w:rPr>
        <w:t>　　考虑到大二某些支部团干部换届、大一各支部团干部刚刚进入大学对自己职责认识不是很清楚，在开展活动方面没有经验，召开一次新老团干部见面交流会，对象主要为大一、大二团干部以及曾经任团干部的同学。会议中，我们将明确各团干部在支部中的职责以及注意事项，老的团干部想新一届团干部讲述自己的经验等。</w:t>
      </w:r>
      <w:r>
        <w:rPr>
          <w:lang w:eastAsia="zh-CN"/>
        </w:rPr>
        <w:br/>
      </w:r>
      <w:r>
        <w:rPr>
          <w:lang w:eastAsia="zh-CN"/>
        </w:rPr>
        <w:t>　　十月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A、切实组织落实好百年校庆的相关庆祝活动，让每个支部都能融入到其中来。</w:t>
      </w:r>
      <w:r>
        <w:rPr>
          <w:lang w:eastAsia="zh-CN"/>
        </w:rPr>
        <w:br/>
      </w:r>
      <w:r>
        <w:rPr>
          <w:lang w:eastAsia="zh-CN"/>
        </w:rPr>
        <w:t>　　B、做好第一批推优入党的共青团员的中级党员开课仪式的动员大会，希望他们作为第一批入党积极能够去上好课，用积极的行动去做一名合格的中级党员。</w:t>
      </w:r>
      <w:r>
        <w:rPr>
          <w:lang w:eastAsia="zh-CN"/>
        </w:rPr>
        <w:br/>
      </w:r>
      <w:r>
        <w:rPr>
          <w:lang w:eastAsia="zh-CN"/>
        </w:rPr>
        <w:t>　　C、做好团支部主要骨干成员的关于院团总支学生会组织的团学骨干的团干培训的思想工作。</w:t>
      </w:r>
      <w:r>
        <w:rPr>
          <w:lang w:eastAsia="zh-CN"/>
        </w:rPr>
        <w:br/>
      </w:r>
      <w:r>
        <w:rPr>
          <w:lang w:eastAsia="zh-CN"/>
        </w:rPr>
        <w:t>　　D、各系团支书见面交流会</w:t>
      </w:r>
      <w:r>
        <w:rPr>
          <w:lang w:eastAsia="zh-CN"/>
        </w:rPr>
        <w:br/>
      </w:r>
      <w:r>
        <w:rPr>
          <w:lang w:eastAsia="zh-CN"/>
        </w:rPr>
        <w:t>　　为沟通各系之间的感情，加强各系之间的合作，方便以后一些活动的开展，我们决定举行一次“各系团支书见面交流会”，让大家彼此之间相互认识，相互了解，为日后相互合作打下基础。</w:t>
      </w:r>
      <w:r>
        <w:rPr>
          <w:lang w:eastAsia="zh-CN"/>
        </w:rPr>
        <w:br/>
      </w:r>
      <w:r>
        <w:rPr>
          <w:lang w:eastAsia="zh-CN"/>
        </w:rPr>
        <w:t>　　十一月</w:t>
      </w:r>
      <w:r>
        <w:rPr>
          <w:lang w:eastAsia="zh-CN"/>
        </w:rPr>
        <w:br/>
      </w:r>
      <w:r>
        <w:rPr>
          <w:lang w:eastAsia="zh-CN"/>
        </w:rPr>
        <w:t>　　A、督促各个支部及时的做好台帐的整理工作，系团总支学生会组织部会不时抽查各个支部的台帐，并统一的组织填写写、修改工作，为评优工作做好基础。</w:t>
      </w:r>
      <w:r>
        <w:rPr>
          <w:lang w:eastAsia="zh-CN"/>
        </w:rPr>
        <w:br/>
      </w:r>
      <w:r>
        <w:rPr>
          <w:lang w:eastAsia="zh-CN"/>
        </w:rPr>
        <w:t>　　B、下达院团总支学生会有关党团知识竞赛的相关文件精神，各个支部要积极筹备本次竞赛，系组织部会统一命题进行筛选工作，把优秀的成员抽选出来作为参赛对象。</w:t>
      </w:r>
      <w:r>
        <w:rPr>
          <w:lang w:eastAsia="zh-CN"/>
        </w:rPr>
        <w:br/>
      </w:r>
      <w:r>
        <w:rPr>
          <w:lang w:eastAsia="zh-CN"/>
        </w:rPr>
        <w:t>　　十二月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A、传统的学习月，在这个月里我们希望我们建工系的支部成员能够以身作则融入到紧张的复习工作中去，各个支部可以以学习月为契机做一个相关学习月的宣传工作，提醒大家埋下头来好好复习，准备迎考</w:t>
      </w:r>
      <w:r>
        <w:rPr>
          <w:lang w:eastAsia="zh-CN"/>
        </w:rPr>
        <w:br/>
      </w:r>
      <w:r>
        <w:rPr>
          <w:lang w:eastAsia="zh-CN"/>
        </w:rPr>
        <w:t>　　B、参加好党团知识竞赛。</w:t>
      </w:r>
      <w:r>
        <w:rPr>
          <w:lang w:eastAsia="zh-CN"/>
        </w:rPr>
        <w:br/>
      </w:r>
      <w:r>
        <w:rPr>
          <w:lang w:eastAsia="zh-CN"/>
        </w:rPr>
        <w:t>　　四、全力协助其他部门</w:t>
      </w:r>
      <w:r>
        <w:rPr>
          <w:lang w:eastAsia="zh-CN"/>
        </w:rPr>
        <w:br/>
      </w:r>
      <w:r>
        <w:rPr>
          <w:lang w:eastAsia="zh-CN"/>
        </w:rPr>
        <w:t>　　在认真完成本部门工作的同时，主动了解其他部门的需要，并及时给予协助，积极配合他们工作，力争做到真诚，切实的服务于团总支学生会。我部将努力配合各兄弟部门在组织的各项活动中做好组织协调及考勤等各项工作，服务于老师，服务于同学，与大家共同努力，让我们第四届团总支学生会发展得更好，为我院建设贡献力量。</w:t>
      </w:r>
      <w:r>
        <w:rPr>
          <w:lang w:eastAsia="zh-CN"/>
        </w:rPr>
        <w:br/>
      </w:r>
      <w:r>
        <w:rPr>
          <w:lang w:eastAsia="zh-CN"/>
        </w:rPr>
        <w:t>　　附：</w:t>
      </w:r>
      <w:r>
        <w:rPr>
          <w:lang w:eastAsia="zh-CN"/>
        </w:rPr>
        <w:br/>
      </w:r>
      <w:r>
        <w:rPr>
          <w:lang w:eastAsia="zh-CN"/>
        </w:rPr>
        <w:t>　　组织部</w:t>
      </w:r>
      <w:r>
        <w:rPr>
          <w:lang w:eastAsia="zh-CN"/>
        </w:rPr>
        <w:br/>
      </w:r>
      <w:r>
        <w:rPr>
          <w:lang w:eastAsia="zh-CN"/>
        </w:rPr>
        <w:t>　　1、组织学习和贯彻院、系团委有关文件精神，与建筑与安全工程系学生工作办公室保持密切联系，及时向有关部门反馈广大团员的意见、建议和要求。</w:t>
      </w:r>
      <w:r>
        <w:rPr>
          <w:lang w:eastAsia="zh-CN"/>
        </w:rPr>
        <w:br/>
      </w:r>
      <w:r>
        <w:rPr>
          <w:lang w:eastAsia="zh-CN"/>
        </w:rPr>
        <w:t>　　2、团组织生活管理、督促各班团支部抓好团组织生活纪律，纠正不良风气，并按照建筑与安全工程系团委要求定期调查各班团组织生活情况。</w:t>
      </w:r>
      <w:r>
        <w:rPr>
          <w:lang w:eastAsia="zh-CN"/>
        </w:rPr>
        <w:br/>
      </w:r>
      <w:r>
        <w:rPr>
          <w:lang w:eastAsia="zh-CN"/>
        </w:rPr>
        <w:t>　　3、党校管理，每学期组织一次系党校理论培训班，规范党校学习纪律，并推荐优秀学员进入学校党校学习。</w:t>
      </w:r>
      <w:r>
        <w:rPr>
          <w:lang w:eastAsia="zh-CN"/>
        </w:rPr>
        <w:br/>
      </w:r>
      <w:r>
        <w:rPr>
          <w:lang w:eastAsia="zh-CN"/>
        </w:rPr>
        <w:t>　　4、团员推优。严格按照校团委和建筑与安全工程系团委的文件精神，规范团员推优制度，确保做好团员推优工作和学生党员发展工作。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5、筹划与安排各类活动。如：青年志愿者活动等等。</w:t>
      </w:r>
      <w:r>
        <w:rPr>
          <w:lang w:eastAsia="zh-CN"/>
        </w:rPr>
        <w:br/>
      </w:r>
      <w:r>
        <w:rPr>
          <w:lang w:eastAsia="zh-CN"/>
        </w:rPr>
        <w:t>　　6、召开组织部会议，计划与总结组织部工作。</w:t>
      </w:r>
      <w:r>
        <w:rPr>
          <w:lang w:eastAsia="zh-CN"/>
        </w:rPr>
        <w:br/>
      </w:r>
      <w:r>
        <w:rPr>
          <w:lang w:eastAsia="zh-CN"/>
        </w:rPr>
        <w:t>　　7、奖励与惩罚。对学习上、纪律上表现突出的团支部和团员给予奖励；对违反组织部管理制度的团支部和团员予以处罚。</w:t>
      </w:r>
      <w:r>
        <w:rPr>
          <w:lang w:eastAsia="zh-CN"/>
        </w:rPr>
        <w:br/>
      </w:r>
      <w:r>
        <w:rPr>
          <w:lang w:eastAsia="zh-CN"/>
        </w:rPr>
        <w:t>　　8、协调配合其他部门的工作。</w:t>
      </w:r>
      <w:r>
        <w:rPr>
          <w:lang w:eastAsia="zh-CN"/>
        </w:rPr>
        <w:br/>
      </w:r>
      <w:r>
        <w:rPr>
          <w:lang w:eastAsia="zh-CN"/>
        </w:rPr>
        <w:t>　　干事的例行工作</w:t>
      </w:r>
      <w:r>
        <w:rPr>
          <w:lang w:eastAsia="zh-CN"/>
        </w:rPr>
        <w:br/>
      </w:r>
      <w:r>
        <w:rPr>
          <w:lang w:eastAsia="zh-CN"/>
        </w:rPr>
        <w:t>　　1、准时参加系学生会组织的各个会议，理解会议精神。</w:t>
      </w:r>
      <w:r>
        <w:rPr>
          <w:lang w:eastAsia="zh-CN"/>
        </w:rPr>
        <w:br/>
      </w:r>
      <w:r>
        <w:rPr>
          <w:lang w:eastAsia="zh-CN"/>
        </w:rPr>
        <w:t>　　2、在月底，对部门所搞的活动作小结，提出可取之处及不足之处，做好记录，便于以后工作的有效进行。</w:t>
      </w:r>
      <w:r>
        <w:rPr>
          <w:lang w:eastAsia="zh-CN"/>
        </w:rPr>
        <w:br/>
      </w:r>
      <w:r>
        <w:rPr>
          <w:lang w:eastAsia="zh-CN"/>
        </w:rPr>
        <w:t>　　3、每月做好自己负责的工作，做好相应的记录，并与部长保持及时的沟通。对于在开展工作时所遇到的问题做好相应记录，并及时向部长反应。</w:t>
      </w:r>
      <w:r>
        <w:rPr>
          <w:lang w:eastAsia="zh-CN"/>
        </w:rPr>
        <w:br/>
      </w:r>
      <w:r>
        <w:rPr>
          <w:lang w:eastAsia="zh-CN"/>
        </w:rPr>
        <w:t>　　4、对于每次大型活动，配合好部长做好各项前期策划，中间参与以及后期的总结工作，完成相应的计划，宣传海报，小结，通讯稿等材料的收集制作工作并且及时归档，做好保存工作。</w:t>
      </w:r>
      <w:r>
        <w:rPr>
          <w:lang w:eastAsia="zh-CN"/>
        </w:rPr>
        <w:br/>
      </w:r>
      <w:r>
        <w:rPr>
          <w:lang w:eastAsia="zh-CN"/>
        </w:rPr>
        <w:t>　　5、要做到走进同学，了解他们的所需，给部门的活动提出建设性的意见。</w:t>
      </w:r>
      <w:r>
        <w:rPr>
          <w:lang w:eastAsia="zh-CN"/>
        </w:rPr>
        <w:br/>
      </w:r>
      <w:r>
        <w:rPr>
          <w:lang w:eastAsia="zh-CN"/>
        </w:rPr>
        <w:t>　　6、与部长保持密切的联系，以提高本部门在各方面的工作效率和工作质量。</w:t>
      </w:r>
      <w:r>
        <w:rPr>
          <w:lang w:eastAsia="zh-CN"/>
        </w:rPr>
        <w:br/>
      </w:r>
      <w:r>
        <w:rPr>
          <w:lang w:eastAsia="zh-CN"/>
        </w:rPr>
        <w:t>　　学生会关于内部人员早点名规章与处罚制度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1、学生会人员早点名一周两次未到、一个月累积三次未到的同学给予通报批评处分。（1、一个星期两次未到的给予学生会内部警告处分。2、一个月累积三次未到的给予严重警告处分。3、如再次触犯第一条则暂停其学生会工作。4、如再次触犯第二条则明文开除出学生会。）</w:t>
      </w:r>
      <w:r>
        <w:rPr>
          <w:lang w:eastAsia="zh-CN"/>
        </w:rPr>
        <w:br/>
      </w:r>
      <w:r>
        <w:rPr>
          <w:lang w:eastAsia="zh-CN"/>
        </w:rPr>
        <w:t>　　2、学生会人员如出现“替点”、被“替点”情况直接将其开除出学生会，并给予通报批评或以上纪律处分。</w:t>
      </w:r>
      <w:r>
        <w:rPr>
          <w:lang w:eastAsia="zh-CN"/>
        </w:rPr>
        <w:br/>
      </w:r>
      <w:r>
        <w:rPr>
          <w:lang w:eastAsia="zh-CN"/>
        </w:rPr>
        <w:t>　　3、学生会人员如带头扰乱点名现场纪律，出现辱骂、甚至出手伤害其他早点名工作人员的情况，直接将其开除出学生会，并严格按照学生违纪处分条例给予相应纪律处分。</w:t>
      </w:r>
      <w:r>
        <w:rPr>
          <w:lang w:eastAsia="zh-CN"/>
        </w:rPr>
        <w:br/>
      </w:r>
      <w:r>
        <w:rPr>
          <w:lang w:eastAsia="zh-CN"/>
        </w:rPr>
        <w:t>　　4、点名过程中，值日部门部长如对纪检部早点名事项安排有意见可直接找纪检部部长或副部进行反映，如出现找纪检部干事进行理论导致点名现场纪律出现混乱的情况，纪检部当日负责人将情况直接反映至主席团处，由主席团视情况进行处理。</w:t>
      </w:r>
      <w:r>
        <w:rPr>
          <w:lang w:eastAsia="zh-CN"/>
        </w:rPr>
        <w:br/>
      </w:r>
      <w:r>
        <w:rPr>
          <w:lang w:eastAsia="zh-CN"/>
        </w:rPr>
        <w:t>　　学生会评优工作具体方法</w:t>
      </w:r>
      <w:r>
        <w:rPr>
          <w:lang w:eastAsia="zh-CN"/>
        </w:rPr>
        <w:br/>
      </w:r>
      <w:r>
        <w:rPr>
          <w:lang w:eastAsia="zh-CN"/>
        </w:rPr>
        <w:t>　　（一）优秀部员评优</w:t>
      </w:r>
      <w:r>
        <w:rPr>
          <w:lang w:eastAsia="zh-CN"/>
        </w:rPr>
        <w:br/>
      </w:r>
      <w:r>
        <w:rPr>
          <w:lang w:eastAsia="zh-CN"/>
        </w:rPr>
        <w:t>　　1、部长副部长打分占30%，具体（部长+副部+副部）/3_30%。</w:t>
      </w:r>
      <w:r>
        <w:rPr>
          <w:lang w:eastAsia="zh-CN"/>
        </w:rPr>
        <w:br/>
      </w:r>
      <w:r>
        <w:rPr>
          <w:lang w:eastAsia="zh-CN"/>
        </w:rPr>
        <w:t>　　2、纪检部早点名、晚自习、课堂、查夜打分占30%。</w:t>
      </w:r>
      <w:r>
        <w:rPr>
          <w:lang w:eastAsia="zh-CN"/>
        </w:rPr>
        <w:br/>
      </w:r>
      <w:r>
        <w:rPr>
          <w:lang w:eastAsia="zh-CN"/>
        </w:rPr>
        <w:t>　　3、例会占20%。例会迟到扣5分，无故缺席扣10分。系、院举行的大型活动要求到场的，无故缺席一次扣10分。</w:t>
      </w:r>
      <w:r>
        <w:rPr>
          <w:lang w:eastAsia="zh-CN"/>
        </w:rPr>
        <w:br/>
      </w:r>
      <w:r>
        <w:rPr>
          <w:lang w:eastAsia="zh-CN"/>
        </w:rPr>
        <w:t>　　4、日常检查占20%。课堂无故缺勤、无故夜不归宿者一次则取消学生会任何评优资格。晚自习无故缺勤一次扣20分，二次及以上者则取消学生会任何评优资格。</w:t>
      </w:r>
      <w:r>
        <w:rPr>
          <w:lang w:eastAsia="zh-CN"/>
        </w:rPr>
        <w:br/>
      </w:r>
      <w:r>
        <w:rPr>
          <w:lang w:eastAsia="zh-CN"/>
        </w:rPr>
        <w:t>　　5、平时出现通报批评及以上处分者则取消学生会任何评优资格。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学生会组织部工作计划4</w:t>
      </w:r>
      <w:r>
        <w:rPr>
          <w:lang w:eastAsia="zh-CN"/>
        </w:rPr>
        <w:br/>
      </w:r>
      <w:r>
        <w:rPr>
          <w:lang w:eastAsia="zh-CN"/>
        </w:rPr>
        <w:t xml:space="preserve">    为了切实作好学生工作，体现全心全意为学生服务的宗旨，本学期组织部仍将以开展特设活动和构筑院学生会沟通平台两方面结合发展的思想，作为工作思路，切实抓好学生的思想教育。培养其健康的心理，完善的人格和爱党爱校的高尚情操，并以协助各系团组织生活为锲机，联合多方面力量，开展高质量的活动，丰富学生的课余生活，创建良好校园风气。 </w:t>
      </w:r>
      <w:r>
        <w:rPr>
          <w:lang w:eastAsia="zh-CN"/>
        </w:rPr>
        <w:br/>
      </w:r>
      <w:r>
        <w:rPr>
          <w:lang w:eastAsia="zh-CN"/>
        </w:rPr>
        <w:t>　　本学期我部将按照学校和院团委工作的指导思想，立足本部特色，作好部门工作的同时，积极配合学生会其他部门工作，以及推动院学生会整体长远发展。在总结了上期的各方面工作的经验与不足后，我们做出了以下的工作计划：</w:t>
      </w:r>
      <w:r>
        <w:rPr>
          <w:lang w:eastAsia="zh-CN"/>
        </w:rPr>
        <w:br/>
      </w:r>
      <w:r>
        <w:rPr>
          <w:lang w:eastAsia="zh-CN"/>
        </w:rPr>
        <w:t>　　一、部门干事的培养</w:t>
      </w:r>
      <w:r>
        <w:rPr>
          <w:lang w:eastAsia="zh-CN"/>
        </w:rPr>
        <w:br/>
      </w:r>
      <w:r>
        <w:rPr>
          <w:lang w:eastAsia="zh-CN"/>
        </w:rPr>
        <w:t>　　待新干事名单确定后对本部门的新干事进行培训，让他们了解学生会的各项规章制度，深刻理解组织部的职能和具体工作。培养其组织协调能力，观察我部干事在各活动的表现，以便协助主席团搞好本学期末的换届工作，增加院系交流，构建沟通桥梁。待我部本期的工作计划商定后，于九月中旬召开各系部组织部部长会议，认真传达本期我们的主要工作任务和所要开展的活动，并积极听取和采纳他们对本期计划所提的建议和意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由于各系部换届的原因，我们将重新制定组织部的人员通讯录，并积极加强个系部的`交流，力争两周交流一次工作情况，以便更高效的开展工作。做好每一次的各系部开会的签到工作和会议记录。认真考核每一次的个系学生干部的出勤情况，做到公平、公正。</w:t>
      </w:r>
      <w:r>
        <w:rPr>
          <w:lang w:eastAsia="zh-CN"/>
        </w:rPr>
        <w:br/>
      </w:r>
      <w:r>
        <w:rPr>
          <w:lang w:eastAsia="zh-CN"/>
        </w:rPr>
        <w:t>　　二、全院团组织生活</w:t>
      </w:r>
      <w:r>
        <w:rPr>
          <w:lang w:eastAsia="zh-CN"/>
        </w:rPr>
        <w:br/>
      </w:r>
      <w:r>
        <w:rPr>
          <w:lang w:eastAsia="zh-CN"/>
        </w:rPr>
        <w:t>　　认真开展好各系的团组织生活，做好安排，督促和检查的工作。团组织生活是我们每月必搞的活动，但若干次重复相同的形式后，使得大家似乎已缺乏了___，缺少了创意。因此在团组织生活这个板块我们需要“改革”！只有经常保持和不断提高团员参加组织生活的积极性和自觉性，充分发挥团员在组织生活中的主观能动性，使团组织和团员的两个积极性统一起来，组织生活才能取得实效，发挥作用。要做到这一点，就要使团的组织生活内容和形式真正适合大学生的特点，在内容上注重思想性和教育性，同时也应适当注意知识性和趣味性，形式上要丰富多彩，生动活泼。</w:t>
      </w:r>
      <w:r>
        <w:rPr>
          <w:lang w:eastAsia="zh-CN"/>
        </w:rPr>
        <w:br/>
      </w:r>
      <w:r>
        <w:rPr>
          <w:lang w:eastAsia="zh-CN"/>
        </w:rPr>
        <w:t>　　因此要经常听取团员对组织生活的意见和要求，适应团员思想、工作情况的变化，及时调整和改进工作，不断丰富组织生活的内容和形式。可以进行团组织生活设计大赛，每个系都推出自己的特色团组织生活进行评比。鉴于团组织生活形式的多样性，主题的丰富性，因此本期的每月组织生活主题还未定，待听取了团委安排和各系建议后我们再定主题。对各系的每月的团组织生活总结，做好及时的整理归档和校园网上公布，以协助院团委及时了解各系组织部活动的开展情况。</w:t>
      </w:r>
      <w:r>
        <w:rPr>
          <w:lang w:eastAsia="zh-CN"/>
        </w:rPr>
        <w:br/>
      </w:r>
      <w:r>
        <w:rPr>
          <w:lang w:eastAsia="zh-CN"/>
        </w:rPr>
        <w:t>　　三、积极筹备党团知识竞赛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党团知识竞赛作为本学期的重点工作，初步决定党团知识竞赛将于10月份举行。在作好对往年竞赛的总结分析后，我们将在最近及时做好具体的活动方案和筹备方面的各项准备工作。做到对各方面情况尽可能多的考虑。例如党团知识竞赛的严肃性，我们在选题上将结合全院学习的新的学生手册和我院的评建手册以及构建___校园环境的要求，力争出题和大学生的生活密切相关提高大家的积极性，以达到比赛时的良好赛场气氛。</w:t>
      </w:r>
      <w:r>
        <w:rPr>
          <w:lang w:eastAsia="zh-CN"/>
        </w:rPr>
        <w:br/>
      </w:r>
      <w:r>
        <w:rPr>
          <w:lang w:eastAsia="zh-CN"/>
        </w:rPr>
        <w:t>学生会组织部工作计划5</w:t>
      </w:r>
      <w:r>
        <w:rPr>
          <w:lang w:eastAsia="zh-CN"/>
        </w:rPr>
        <w:br/>
      </w:r>
      <w:r>
        <w:rPr>
          <w:lang w:eastAsia="zh-CN"/>
        </w:rPr>
        <w:t xml:space="preserve">    为了切实作好学生工作，体现全心全意为学生服务的宗旨。本学期组织部仍将以开展特设活动和构筑院学生会沟通平台两方面结合发展的思想，作为工作思路，切实抓好学生的思想教育。培养其健康的心理，完善的人格和爱党爱校的高尚情操，并以协助各系团组织生活为锲机，联合多方面力量，开展高质量的活动，丰富学生的课余生活，创建良好校园风气。本学期我部将按照学校和院团委工作的指导思想，立足本部特色，作好部门工作的同时，积极配合学生会其他部门工作，以及推动院学生会整体长远发展。在总结了上期的各方面工作的经验与不足后，我们做出了以下的工作计划： </w:t>
      </w:r>
      <w:r>
        <w:rPr>
          <w:lang w:eastAsia="zh-CN"/>
        </w:rPr>
        <w:br/>
      </w:r>
      <w:r>
        <w:rPr>
          <w:lang w:eastAsia="zh-CN"/>
        </w:rPr>
        <w:t>　　部门干事的培养</w:t>
      </w:r>
      <w:r>
        <w:rPr>
          <w:lang w:eastAsia="zh-CN"/>
        </w:rPr>
        <w:br/>
      </w:r>
      <w:r>
        <w:rPr>
          <w:lang w:eastAsia="zh-CN"/>
        </w:rPr>
        <w:t>　　待新干事名单确定后对本部门的新干事进行培训，让他们了解学生会的各项规章制度，深刻理解组织部的职能和具体工作。培养其组织协调能力，观察我部干事在各活动的表现，以便协助主席团搞好本学期末的换届工作。</w:t>
      </w:r>
      <w:r>
        <w:rPr>
          <w:lang w:eastAsia="zh-CN"/>
        </w:rPr>
        <w:br/>
      </w:r>
      <w:r>
        <w:rPr>
          <w:lang w:eastAsia="zh-CN"/>
        </w:rPr>
        <w:t>　　增加院系交流，构建沟通桥梁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待我部本期的工作计划商定后，于九月中旬召开各系部组织部部长会议，认真传达本期我们的主要工作任务和所要开展的`活动，并积极听取和采纳他们对本期计划所提的建议和意见。由于各系部换届的原因，我们将重新制定组织部的人员通讯录，并积极加强个系部的交流，力争两周交流一次工作情况，以便更高效的开展工作。做好每一次的各系部开会的签到工作和会议记录。认真考核每一次的个系学生干部的出勤情况，做到公平、公正。</w:t>
      </w:r>
      <w:r>
        <w:rPr>
          <w:lang w:eastAsia="zh-CN"/>
        </w:rPr>
        <w:br/>
      </w:r>
      <w:r>
        <w:rPr>
          <w:lang w:eastAsia="zh-CN"/>
        </w:rPr>
        <w:t>　　全院团组织生活</w:t>
      </w:r>
      <w:r>
        <w:rPr>
          <w:lang w:eastAsia="zh-CN"/>
        </w:rPr>
        <w:br/>
      </w:r>
      <w:r>
        <w:rPr>
          <w:lang w:eastAsia="zh-CN"/>
        </w:rPr>
        <w:t>　　认真开展好各系的团组织生活，做好安排，督促和检查的工作。团组织生活是我们每月必搞的活动，但若干次重复相同的形式后，使得大家似乎已缺乏了激情，缺少了创意。</w:t>
      </w:r>
      <w:r>
        <w:rPr>
          <w:lang w:eastAsia="zh-CN"/>
        </w:rPr>
        <w:br/>
      </w:r>
      <w:r>
        <w:rPr>
          <w:lang w:eastAsia="zh-CN"/>
        </w:rPr>
        <w:t>　　因此在团组织生活这个板块我们需要“改革”！只有经常保持和不断提高团员参加组织生活的积极性和自觉性，充分发挥团员在组织生活中的主观能动性，使团组织和团员的两个积极性统一起来，组织生活才能取得实效，发挥作用。要做到这一点，就要使团的组织生活内容和形式真正适合大学生的特点，在内容上注重思想性和教育性，同时也应适当注意知识性和趣味性，形式上要丰富多彩，生动活泼。因此要经常听取团员对组织生活的意见和要求，适应团员思想、工作情况的变化，及时调整和改进工作，不断丰富组织生活的内容和形式。</w:t>
      </w:r>
      <w:r>
        <w:rPr>
          <w:lang w:eastAsia="zh-CN"/>
        </w:rPr>
        <w:br/>
      </w:r>
      <w:r>
        <w:rPr>
          <w:lang w:eastAsia="zh-CN"/>
        </w:rPr>
        <w:t>　　可以进行团组织生活设计大赛，每个系都推出自己的特色团组织生活进行评比。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鉴于团组织生活形式的多样性，主题的丰富性，因此本期的每月组织生活主题还未定，待听取了团委安排和各系建议后我们再定主题。对各系的每月的团组织生活总结，做好及时的整理归档和校园网上公布，以协助院团委及时了解各系组织部活动的开展情况。</w:t>
      </w:r>
      <w:r>
        <w:rPr>
          <w:lang w:eastAsia="zh-CN"/>
        </w:rPr>
        <w:br/>
      </w:r>
      <w:r>
        <w:rPr>
          <w:lang w:eastAsia="zh-CN"/>
        </w:rPr>
        <w:t>　　积极筹备党团知识竞赛</w:t>
      </w:r>
      <w:r>
        <w:rPr>
          <w:lang w:eastAsia="zh-CN"/>
        </w:rPr>
        <w:br/>
      </w:r>
      <w:r>
        <w:rPr>
          <w:lang w:eastAsia="zh-CN"/>
        </w:rPr>
        <w:t>　　党团知识竞赛作为本学期的重点工作，初步决定党团知识竞赛将于10月份举行。在作好对往年竞赛的总结分析后，我们将在最近及时做好具体的活动方案和筹备方面的各项准备工作。做到对各方面情况尽可能多的考虑。例如党团知识竞赛的严肃性，我们在选题上将结合全院学习的新的学生手册和我院的评建手册以及构建和谐校园环境的要求，力争出题和大学生的生活密切相关提高大家的积极性，以达到比赛时的良好赛场气氛。</w:t>
      </w:r>
      <w:r>
        <w:rPr>
          <w:lang w:eastAsia="zh-CN"/>
        </w:rPr>
        <w:br/>
      </w:r>
      <w:r>
        <w:rPr>
          <w:lang w:eastAsia="zh-CN"/>
        </w:rPr>
        <w:t>　　协助其他部门完成学校组织的各项活动</w:t>
      </w:r>
      <w:r>
        <w:rPr>
          <w:lang w:eastAsia="zh-CN"/>
        </w:rPr>
        <w:br/>
      </w:r>
      <w:r>
        <w:rPr>
          <w:lang w:eastAsia="zh-CN"/>
        </w:rPr>
        <w:t>　　以上是我部门对本学期的工作计划，一定会认真完成，并积极配合其他各部门的工作，力争为每位同学服好务，将学生会建设得更好，为学院的评建工作添砖加瓦。</w:t>
      </w:r>
      <w:r>
        <w:rPr>
          <w:lang w:eastAsia="zh-CN"/>
        </w:rPr>
        <w:br/>
      </w:r>
      <w:r>
        <w:rPr>
          <w:lang w:eastAsia="zh-CN"/>
        </w:rPr>
        <w:t>学生会组织部工作计划6</w:t>
      </w:r>
      <w:r>
        <w:rPr>
          <w:lang w:eastAsia="zh-CN"/>
        </w:rPr>
        <w:br/>
      </w:r>
      <w:r>
        <w:rPr>
          <w:lang w:eastAsia="zh-CN"/>
        </w:rPr>
        <w:t xml:space="preserve">    不知不觉中，时间如白驹过隙，转眼间一个学期过去了，新学年新学期即将到来。在总结过本学期的工作之后，我们得到了很多经验与教训。希望在新的一个学期，我们政治与行政学院学纪部能够吸取过去的经验、克服各种困难，继续把学校和学院安排的工作做好，配合各班各部门的工作，继续服务好__的学生。 </w:t>
      </w:r>
      <w:r>
        <w:rPr>
          <w:lang w:eastAsia="zh-CN"/>
        </w:rPr>
        <w:br/>
      </w:r>
      <w:r>
        <w:rPr>
          <w:lang w:eastAsia="zh-CN"/>
        </w:rPr>
        <w:t>　　在___—____学年第一学期的工作计划如下。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一、部门定位</w:t>
      </w:r>
      <w:r>
        <w:rPr>
          <w:lang w:eastAsia="zh-CN"/>
        </w:rPr>
        <w:br/>
      </w:r>
      <w:r>
        <w:rPr>
          <w:lang w:eastAsia="zh-CN"/>
        </w:rPr>
        <w:t>　　1、部门性质</w:t>
      </w:r>
      <w:r>
        <w:rPr>
          <w:lang w:eastAsia="zh-CN"/>
        </w:rPr>
        <w:br/>
      </w:r>
      <w:r>
        <w:rPr>
          <w:lang w:eastAsia="zh-CN"/>
        </w:rPr>
        <w:t>　　组织部是一个严谨的部门，起纽带作用，是协调团委加强全院共青团思想建设、组织建设及共青团干部的培养和管理的重要职能部门。组织个团支部开展活动，并对学生会全体干部进行考评、选拔、任用和监督。</w:t>
      </w:r>
      <w:r>
        <w:rPr>
          <w:lang w:eastAsia="zh-CN"/>
        </w:rPr>
        <w:br/>
      </w:r>
      <w:r>
        <w:rPr>
          <w:lang w:eastAsia="zh-CN"/>
        </w:rPr>
        <w:t>　　2、工作宗旨</w:t>
      </w:r>
      <w:r>
        <w:rPr>
          <w:lang w:eastAsia="zh-CN"/>
        </w:rPr>
        <w:br/>
      </w:r>
      <w:r>
        <w:rPr>
          <w:lang w:eastAsia="zh-CN"/>
        </w:rPr>
        <w:t>　　严谨高效，民主团结。</w:t>
      </w:r>
      <w:r>
        <w:rPr>
          <w:lang w:eastAsia="zh-CN"/>
        </w:rPr>
        <w:br/>
      </w:r>
      <w:r>
        <w:rPr>
          <w:lang w:eastAsia="zh-CN"/>
        </w:rPr>
        <w:t>　　3、主要工作</w:t>
      </w:r>
      <w:r>
        <w:rPr>
          <w:lang w:eastAsia="zh-CN"/>
        </w:rPr>
        <w:br/>
      </w:r>
      <w:r>
        <w:rPr>
          <w:lang w:eastAsia="zh-CN"/>
        </w:rPr>
        <w:t>　　了解和掌握全院团组织的基本情况、团员证的注册和管理，团员登记、团费收缴、团员组织关系转接、开展团校、举办和考评团日活动、协助团委做好团组织、团员的档案建立和管理工作，做好组织工作的各种数据统计和材料收集工作、评选优秀团员和团干、部长考评和星际干事量化考核、完成学生会交办的其他任务。</w:t>
      </w:r>
      <w:r>
        <w:rPr>
          <w:lang w:eastAsia="zh-CN"/>
        </w:rPr>
        <w:br/>
      </w:r>
      <w:r>
        <w:rPr>
          <w:lang w:eastAsia="zh-CN"/>
        </w:rPr>
        <w:t>　　二、团队部门建设</w:t>
      </w:r>
      <w:r>
        <w:rPr>
          <w:lang w:eastAsia="zh-CN"/>
        </w:rPr>
        <w:br/>
      </w:r>
      <w:r>
        <w:rPr>
          <w:lang w:eastAsia="zh-CN"/>
        </w:rPr>
        <w:t>　　1、内部建设，提高工作效率</w:t>
      </w:r>
      <w:r>
        <w:rPr>
          <w:lang w:eastAsia="zh-CN"/>
        </w:rPr>
        <w:br/>
      </w:r>
      <w:r>
        <w:rPr>
          <w:lang w:eastAsia="zh-CN"/>
        </w:rPr>
        <w:t>　　改革组织部内部的运行机制，让每个人的能力都得以发挥，得以提高，拥有锻炼的空间。实行小组制，提高工作效率。实施工作简报制度，各部门活动之后我们都会找其相关负责人对本次活动进行总结，然后上交组织部，由组织部上交团委。</w:t>
      </w:r>
      <w:r>
        <w:rPr>
          <w:lang w:eastAsia="zh-CN"/>
        </w:rPr>
        <w:br/>
      </w:r>
      <w:r>
        <w:rPr>
          <w:lang w:eastAsia="zh-CN"/>
        </w:rPr>
        <w:t>　　2、新干事的培养的`工作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以老带新，注意新老交替的适应过程，一个发展的团队绝对不能再管理层上出现断层，这是以往的工作中存在的不可忽视的问题，避免出现“青黄不接”的现象。做好新干事的培养工作，培养新干事的工作能力和团队意识，把组织部建设成一个人性化的温暖的大家庭，让组织部的工作更上一层楼。</w:t>
      </w:r>
      <w:r>
        <w:rPr>
          <w:lang w:eastAsia="zh-CN"/>
        </w:rPr>
        <w:br/>
      </w:r>
      <w:r>
        <w:rPr>
          <w:lang w:eastAsia="zh-CN"/>
        </w:rPr>
        <w:t>　　3、学生干部队伍的建设</w:t>
      </w:r>
      <w:r>
        <w:rPr>
          <w:lang w:eastAsia="zh-CN"/>
        </w:rPr>
        <w:br/>
      </w:r>
      <w:r>
        <w:rPr>
          <w:lang w:eastAsia="zh-CN"/>
        </w:rPr>
        <w:t>　　要认真分析当前我校我部干部管理和建设当中所体现的突出问题，然后结合各院系学生工作重点对学生干部的思路和定位做出指导，最后要对学生干部的整顿和培养为目标，进一步优化学生干部队伍，提高工作效率，做大限度的发挥学生干部的自我管理作用，从而为我校我部加强学生基础管理工作打下坚实基础。</w:t>
      </w:r>
      <w:r>
        <w:rPr>
          <w:lang w:eastAsia="zh-CN"/>
        </w:rPr>
        <w:br/>
      </w:r>
      <w:r>
        <w:rPr>
          <w:lang w:eastAsia="zh-CN"/>
        </w:rPr>
        <w:t>　　三、院系沟通与协作</w:t>
      </w:r>
      <w:r>
        <w:rPr>
          <w:lang w:eastAsia="zh-CN"/>
        </w:rPr>
        <w:br/>
      </w:r>
      <w:r>
        <w:rPr>
          <w:lang w:eastAsia="zh-CN"/>
        </w:rPr>
        <w:t>　　加强组织部的纽带作用，配合各部门工作。积极配合各系及院团委学生会工作，支持学校工作，协助其他部认真完成日常性工作，加强各部门和各系组织部的联系，积极主动的行使组织和宣传党团思想的权利和义务。真正发挥好组织部的工作职能。更好的为老师、同学服务。</w:t>
      </w:r>
      <w:r>
        <w:rPr>
          <w:lang w:eastAsia="zh-CN"/>
        </w:rPr>
        <w:br/>
      </w:r>
      <w:r>
        <w:rPr>
          <w:lang w:eastAsia="zh-CN"/>
        </w:rPr>
        <w:t>学生会组织部工作计划7</w:t>
      </w:r>
      <w:r>
        <w:rPr>
          <w:lang w:eastAsia="zh-CN"/>
        </w:rPr>
        <w:br/>
      </w:r>
      <w:r>
        <w:rPr>
          <w:lang w:eastAsia="zh-CN"/>
        </w:rPr>
        <w:t xml:space="preserve">  </w:t>
      </w:r>
      <w:r>
        <w:rPr>
          <w:lang w:eastAsia="zh-CN"/>
        </w:rPr>
        <w:t xml:space="preserve"> </w:t>
      </w:r>
    </w:p>
    <w:p w:rsidR="001B1F19" w14:textId="27C3F48A">
      <w:pPr>
        <w:rPr>
          <w:rFonts w:hint="eastAsia"/>
          <w:lang w:eastAsia="zh-CN"/>
        </w:rPr>
      </w:pPr>
      <w:r>
        <w:rPr>
          <w:lang w:eastAsia="zh-CN"/>
        </w:rPr>
        <w:t xml:space="preserve"> 回顾过去，展望未来。又是一个新的学期的开始，我们将风雨兼程做好一学期中该做好的事情，用满腔的热情去做好每一件事，用饱满的精气神去迎接每一份挑战，我相信，只要我们共同努力，那么，我们就一定能够把我们的工作做得更好，去更好的服务与大家！为了更好的完成上级分配的任务，提高工作效率，我部暂拟定工作计划：</w:t>
      </w:r>
      <w:r>
        <w:rPr>
          <w:lang w:eastAsia="zh-CN"/>
        </w:rPr>
        <w:t xml:space="preserve"> </w:t>
      </w:r>
      <w:r>
        <w:rPr>
          <w:lang w:eastAsia="zh-CN"/>
        </w:rPr>
        <w:br/>
      </w:r>
      <w:r>
        <w:rPr>
          <w:lang w:eastAsia="zh-CN"/>
        </w:rPr>
        <w:t>　　一：集思广益：</w:t>
      </w:r>
      <w:r>
        <w:rPr>
          <w:lang w:eastAsia="zh-CN"/>
        </w:rPr>
        <w:br/>
      </w:r>
      <w:r>
        <w:rPr>
          <w:lang w:eastAsia="zh-CN"/>
        </w:rPr>
        <w:t>　　部门将继续确定富有吸引力及乐观积极的主题，同时在确定主题前将听取各班团支部意见联合各班团支部一起确定、拓展主题，让团日活动自主性更强，更具活力，对于有创造性的意见我们会认真采纳及对待。</w:t>
      </w:r>
      <w:r>
        <w:rPr>
          <w:lang w:eastAsia="zh-CN"/>
        </w:rPr>
        <w:br/>
      </w:r>
      <w:r>
        <w:rPr>
          <w:lang w:eastAsia="zh-CN"/>
        </w:rPr>
        <w:t>　　二、工作创新：</w:t>
      </w:r>
      <w:r>
        <w:rPr>
          <w:lang w:eastAsia="zh-CN"/>
        </w:rPr>
        <w:br/>
      </w:r>
      <w:r>
        <w:rPr>
          <w:lang w:eastAsia="zh-CN"/>
        </w:rPr>
        <w:t>　　1、制定更加完善的团干考核规定，使评优有依据可循。</w:t>
      </w:r>
      <w:r>
        <w:rPr>
          <w:lang w:eastAsia="zh-CN"/>
        </w:rPr>
        <w:br/>
      </w:r>
      <w:r>
        <w:rPr>
          <w:lang w:eastAsia="zh-CN"/>
        </w:rPr>
        <w:t>　　2、定期开展团支书会议，增进与基层各支部的交流和沟通。</w:t>
      </w:r>
      <w:r>
        <w:rPr>
          <w:lang w:eastAsia="zh-CN"/>
        </w:rPr>
        <w:br/>
      </w:r>
      <w:r>
        <w:rPr>
          <w:lang w:eastAsia="zh-CN"/>
        </w:rPr>
        <w:t>　　3、加强与宣传部和记者站的合作，将好的团组织生活照片及团日活动海报做成宣传板展出和上传到网上，增强广大团员参与团组织生活的积极性</w:t>
      </w:r>
      <w:r>
        <w:rPr>
          <w:lang w:eastAsia="zh-CN"/>
        </w:rPr>
        <w:br/>
      </w:r>
      <w:r>
        <w:rPr>
          <w:lang w:eastAsia="zh-CN"/>
        </w:rPr>
        <w:t>　　三、协助，配合系学生会各部门的工作</w:t>
      </w:r>
      <w:r>
        <w:rPr>
          <w:lang w:eastAsia="zh-CN"/>
        </w:rPr>
        <w:br/>
      </w:r>
      <w:r>
        <w:rPr>
          <w:lang w:eastAsia="zh-CN"/>
        </w:rPr>
        <w:t>　　学生会是个整体，各部门发挥着不同的角色和承担不同的`任务。本部门将协助系内其他部门工作。新学期学生会将会紧紧围绕自己的工作宗旨展开工作，服务于整个旅游系的建设。具体工作中学生会将会根据自身存在的问题随时作出调整，想出更多新颖的工作思路与方法！组织部在系领导指导下做好自己分内工作的同时，将加强与团委、学生会其它部门的沟通与合作，如在各类大型活动中联合组织，共同携手一道为创造学校良好的教学秩序和氛围努力，为同学们服务，为评估做贡献。新学期学生会全体成员将会一如既往努力工作，团结互助，共同创造学生会的美好未来。</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https://d.book118.com/808013004043006037</w:t>
        </w:r>
      </w:hyperlink>
    </w:p>
    <w:p w:rsidR="001B1F19">
      <w:pPr>
        <w:rPr>
          <w:rFonts w:hint="eastAsia"/>
          <w:lang w:eastAsia="zh-CN"/>
        </w:rPr>
      </w:pPr>
    </w:p>
    <w:sectPr>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08013004043006037"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