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安全教育月活动总结（34篇）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安全教育月活动总结（精选34篇）</w:t>
      </w:r>
      <w:r>
        <w:rPr>
          <w:lang w:eastAsia="zh-CN"/>
        </w:rPr>
        <w:br/>
      </w:r>
      <w:r>
        <w:rPr>
          <w:lang w:eastAsia="zh-CN"/>
        </w:rPr>
        <w:t xml:space="preserve">    安全教育月活动总结 篇1 </w:t>
      </w:r>
      <w:r>
        <w:rPr>
          <w:lang w:eastAsia="zh-CN"/>
        </w:rPr>
        <w:br/>
      </w:r>
      <w:r>
        <w:rPr>
          <w:lang w:eastAsia="zh-CN"/>
        </w:rPr>
        <w:t>　　为加强全校师生的消防安全意识、丰富师生消防安全知识，杉溪中学启动了以增强防火意识，珍爱生命安全为主题的消防安全教育周活动。通过消防安全主题班会、消防安全演练、消防安全隐患排查等一系列活动加强师生消防安全意识。</w:t>
      </w:r>
      <w:r>
        <w:rPr>
          <w:lang w:eastAsia="zh-CN"/>
        </w:rPr>
        <w:br/>
      </w:r>
      <w:r>
        <w:rPr>
          <w:lang w:eastAsia="zh-CN"/>
        </w:rPr>
        <w:t>　　11月9日下午第三节课后，全校师生两百多人在急促的警报声中，按预定方案有序地从教室撤离到操场集中。在操场上，学校分管安全工作的工会主席郑明红向师生演示了灭火器的使用以及火灾时正确的求生方式，同时学生代表也在现场进行了灭火模拟训练。</w:t>
      </w:r>
      <w:r>
        <w:rPr>
          <w:lang w:eastAsia="zh-CN"/>
        </w:rPr>
        <w:br/>
      </w:r>
      <w:r>
        <w:rPr>
          <w:lang w:eastAsia="zh-CN"/>
        </w:rPr>
        <w:t>　　最后，郑主席就本次演练的目的作了总结，同时宣布杉溪中学消防安全教育周活动正式启动。</w:t>
      </w:r>
      <w:r>
        <w:rPr>
          <w:lang w:eastAsia="zh-CN"/>
        </w:rPr>
        <w:br/>
      </w:r>
      <w:r>
        <w:rPr>
          <w:lang w:eastAsia="zh-CN"/>
        </w:rPr>
        <w:t xml:space="preserve">    安全教育月活动总结 篇2 </w:t>
      </w:r>
      <w:r>
        <w:rPr>
          <w:lang w:eastAsia="zh-CN"/>
        </w:rPr>
        <w:br/>
      </w:r>
      <w:r>
        <w:rPr>
          <w:lang w:eastAsia="zh-CN"/>
        </w:rPr>
        <w:t>　　为进一步树立学校师生的安全意识，提高学生自护自救能力，减少安全事故的发生，促使儿童青少年的健康成长。根据上级有关文件通知精神，本校在9月1日至9月7日在全校范围开展内容丰富、形式多样的安全教育活动。通过一个星期的安全教育周的活动，让全体师生形象生动地体验到安全教育的重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一、以学习促认识</w:t>
      </w:r>
      <w:r>
        <w:rPr>
          <w:lang w:eastAsia="zh-CN"/>
        </w:rPr>
        <w:br/>
      </w:r>
      <w:r>
        <w:rPr>
          <w:lang w:eastAsia="zh-CN"/>
        </w:rPr>
        <w:t>　　学校在安全教育周前期，认真组织全体教师开展安全教育学习，努力把握现今安全教育的重点、难点，将全体教师的思想统一到同一层面，形成全体教师齐动员抓安全的良好局面。另外，学校于8月31日下午专门教师会议，对本次安全教育周活动作具体布置，要求教师在班级加强宣传，突出今年教育的主题，围绕中心工作，将主题升华到每一个学生心中。</w:t>
      </w:r>
      <w:r>
        <w:rPr>
          <w:lang w:eastAsia="zh-CN"/>
        </w:rPr>
        <w:br/>
      </w:r>
      <w:r>
        <w:rPr>
          <w:lang w:eastAsia="zh-CN"/>
        </w:rPr>
        <w:t>　　二、以教育促自护</w:t>
      </w:r>
      <w:r>
        <w:rPr>
          <w:lang w:eastAsia="zh-CN"/>
        </w:rPr>
        <w:br/>
      </w:r>
      <w:r>
        <w:rPr>
          <w:lang w:eastAsia="zh-CN"/>
        </w:rPr>
        <w:t>　　1、 开展丰富多彩的教育活动。在本周里，按照安全教育周活动计划成功地开展了“三个一”活动：9月1日国旗下讲话，举行一次以“做遵纪守法的小学生”的为主题的法制教育;各班出一期“珍爱生命，牢记安全”的主题黑板报;9月3日在操场开展一场防交通事故、防火防电、防食物中毒的安全知识讲座。通过教育提高了全体学生的安全意识、安全防范能力和自我保护能力。</w:t>
      </w:r>
      <w:r>
        <w:rPr>
          <w:lang w:eastAsia="zh-CN"/>
        </w:rPr>
        <w:br/>
      </w:r>
      <w:r>
        <w:rPr>
          <w:lang w:eastAsia="zh-CN"/>
        </w:rPr>
        <w:t>　　三、 以检查促整改</w:t>
      </w:r>
      <w:r>
        <w:rPr>
          <w:lang w:eastAsia="zh-CN"/>
        </w:rPr>
        <w:br/>
      </w:r>
      <w:r>
        <w:rPr>
          <w:lang w:eastAsia="zh-CN"/>
        </w:rPr>
        <w:t>　　1、学校借此次安全教育周机会，组织开展安全排查活动，重点检查教学楼、体育器材等不安全隐患，发现问题及时整改。同时学校加强了课堂教学的`常规落实工作，针对个别班级存在的体育课和体育活动课“放羊式”现象，要求各位教师加以重视，杜绝此类现象的发生，切实使安全教育引起足够的重视。</w:t>
      </w:r>
      <w:r>
        <w:rPr>
          <w:lang w:eastAsia="zh-CN"/>
        </w:rPr>
        <w:br/>
      </w:r>
      <w:r>
        <w:rPr>
          <w:lang w:eastAsia="zh-CN"/>
        </w:rPr>
        <w:t>　　2、 做好学生的安全防护工作，尽量让危险远离学生。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总之，安全教育周中，我们能紧扣主题，强化意识，明确责任，真正使安全教育工作横向到边，纵向到底，把工作做实、做细。今后，我们将进一步重视安全教育工作，把安全教育工作落实在日常的教育之中，做到常抓不懈，确保学生安全无事故、努力为平安校园创造良好的条件。</w:t>
      </w:r>
      <w:r>
        <w:rPr>
          <w:lang w:eastAsia="zh-CN"/>
        </w:rPr>
        <w:br/>
      </w:r>
      <w:r>
        <w:rPr>
          <w:lang w:eastAsia="zh-CN"/>
        </w:rPr>
        <w:t xml:space="preserve">    安全教育月活动总结 篇3 </w:t>
      </w:r>
      <w:r>
        <w:rPr>
          <w:lang w:eastAsia="zh-CN"/>
        </w:rPr>
        <w:br/>
      </w:r>
      <w:r>
        <w:rPr>
          <w:lang w:eastAsia="zh-CN"/>
        </w:rPr>
        <w:t>　　我校领导班子十分重视此项活动，当即召开了专题会议，成立了由校长、书记亲自挂帅，领导班子全员参加的活动领导小组，并制定出本次活动的实施方案。</w:t>
      </w:r>
      <w:r>
        <w:rPr>
          <w:lang w:eastAsia="zh-CN"/>
        </w:rPr>
        <w:br/>
      </w:r>
      <w:r>
        <w:rPr>
          <w:lang w:eastAsia="zh-CN"/>
        </w:rPr>
        <w:t>　　围绕着“强化安全管理，共建和谐校园”的主题，在为期五天的活动中，我校开展了以下几项工作：</w:t>
      </w:r>
      <w:r>
        <w:rPr>
          <w:lang w:eastAsia="zh-CN"/>
        </w:rPr>
        <w:br/>
      </w:r>
      <w:r>
        <w:rPr>
          <w:lang w:eastAsia="zh-CN"/>
        </w:rPr>
        <w:t>　　一、认真学习“通知”精神，成立了宣传教育活动领导小组，切实加强对活动的组织和领导，明确专人负责此次活动的组织、检查和评比。</w:t>
      </w:r>
      <w:r>
        <w:rPr>
          <w:lang w:eastAsia="zh-CN"/>
        </w:rPr>
        <w:br/>
      </w:r>
      <w:r>
        <w:rPr>
          <w:lang w:eastAsia="zh-CN"/>
        </w:rPr>
        <w:t>　　二、召开班主任专题会议，认真学习宣传办公厅转发《中小学公共安全教育指导纲要》和国家十部委《中小学幼儿园安全管理办法》以及《平顶山市学校治安综合治理和安全工作制度》树立安全第一的思想观念。</w:t>
      </w:r>
      <w:r>
        <w:rPr>
          <w:lang w:eastAsia="zh-CN"/>
        </w:rPr>
        <w:br/>
      </w:r>
      <w:r>
        <w:rPr>
          <w:lang w:eastAsia="zh-CN"/>
        </w:rPr>
        <w:t>　　三、在校门口醒目位置悬挂起“强化安全管理，共建和谐校园”横幅，扩大宣传范围，加强宣传力度。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在我校多媒体教室，全体师生分批观看了一部《警钟》安全教育片，并结合我校实际，在各个班由班主任主持，举办一次安全教育讲座，主要内容是对学生进行防中毒、防溺水、防交通事故等教育，增强学生安全防范意识和能力。</w:t>
      </w:r>
      <w:r>
        <w:rPr>
          <w:lang w:eastAsia="zh-CN"/>
        </w:rPr>
        <w:br/>
      </w:r>
      <w:r>
        <w:rPr>
          <w:lang w:eastAsia="zh-CN"/>
        </w:rPr>
        <w:t>　　五、组织学生举办了一期安全手抄报和以安全为主题的黑板报，并选出优秀作品在学校橱窗中展出。</w:t>
      </w:r>
      <w:r>
        <w:rPr>
          <w:lang w:eastAsia="zh-CN"/>
        </w:rPr>
        <w:br/>
      </w:r>
      <w:r>
        <w:rPr>
          <w:lang w:eastAsia="zh-CN"/>
        </w:rPr>
        <w:t>　　六、组织人员在全校范围内进行一次安全隐患大排查，排查并整改了几处安全隐患。如：修剪即将发芽并有可能触及电线或走廊的树枝;为北临铁路易遭石块投掷的玻璃窗安装防护网;为暴露在学校墙外的空调加装防盗装置;焊接修补残缺的花池铁栅栏等。</w:t>
      </w:r>
      <w:r>
        <w:rPr>
          <w:lang w:eastAsia="zh-CN"/>
        </w:rPr>
        <w:br/>
      </w:r>
      <w:r>
        <w:rPr>
          <w:lang w:eastAsia="zh-CN"/>
        </w:rPr>
        <w:t>　　通过这次“全国中小学生安全教育日”活动，强化了广大师生的安全意识，增强了自我防范能力，提高了法治法律观念，保障了我校正常的教育教学秩序。今后，我校决心在搞好教育教学工作的同时，继续对师生进行安全教育，常抓不懈，及时排查安全隐患，杜绝一切安全责任事故发生，为创造平安和谐社会做出贡献。</w:t>
      </w:r>
      <w:r>
        <w:rPr>
          <w:lang w:eastAsia="zh-CN"/>
        </w:rPr>
        <w:br/>
      </w:r>
      <w:r>
        <w:rPr>
          <w:lang w:eastAsia="zh-CN"/>
        </w:rPr>
        <w:t xml:space="preserve">    安全教育月活动总结 篇4 </w:t>
      </w:r>
      <w:r>
        <w:rPr>
          <w:lang w:eastAsia="zh-CN"/>
        </w:rPr>
        <w:br/>
      </w:r>
      <w:r>
        <w:rPr>
          <w:lang w:eastAsia="zh-CN"/>
        </w:rPr>
        <w:t>　　为了贯彻执行县教育局将九月份做为新生入学安全法制及学生行为习惯养成教育月的作文件精神，认真落实教育局通过多种形式积极开展安全常规教育、法制教育、交通安全教育等活动，切实提高学校师生的安全意识和自护、自救、防灾、逃生能力的要求，九月份我校积极开展安全教育宣教活动。现将活动的开展情况总结如下：</w:t>
      </w:r>
      <w:r>
        <w:rPr>
          <w:lang w:eastAsia="zh-CN"/>
        </w:rPr>
        <w:br/>
      </w:r>
      <w:r>
        <w:rPr>
          <w:lang w:eastAsia="zh-CN"/>
        </w:rPr>
        <w:t>　　一、加强领导，强化管理，使安全月工作稳步推进。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领导重视，建立一套得力的安全管理队伍。成立了以校长冯桂云为组长，领导小组成员张永奇、张金秀、杨栋、赵爱民、张宏、毕春荣为组员的领导小组。形成一套安全管理网络。</w:t>
      </w:r>
      <w:r>
        <w:rPr>
          <w:lang w:eastAsia="zh-CN"/>
        </w:rPr>
        <w:br/>
      </w:r>
      <w:r>
        <w:rPr>
          <w:lang w:eastAsia="zh-CN"/>
        </w:rPr>
        <w:t>　　其次，进一步完善安全制度。使安全管理制度更加科学、合理、规范、易操作。建立了各项安全工作检查评比制度、安全工作管理制度。实行领导安全值日检查制。值日领导对每天的安全工作负总责，领导小组成员依表值日。针对我校楼道比较窄，安全隐患大的状况，安排专人进行管理。</w:t>
      </w:r>
      <w:r>
        <w:rPr>
          <w:lang w:eastAsia="zh-CN"/>
        </w:rPr>
        <w:br/>
      </w:r>
      <w:r>
        <w:rPr>
          <w:lang w:eastAsia="zh-CN"/>
        </w:rPr>
        <w:t>　　(1)警示教育：认真宣传学习《小学生日常行为规范》，正面教育师生自觉遵守《规定》和《规范》，同时以外地发生的安全事故为借鉴，反复宣传教育。</w:t>
      </w:r>
      <w:r>
        <w:rPr>
          <w:lang w:eastAsia="zh-CN"/>
        </w:rPr>
        <w:br/>
      </w:r>
      <w:r>
        <w:rPr>
          <w:lang w:eastAsia="zh-CN"/>
        </w:rPr>
        <w:t>　　(2)自我保护：积极开展防震、防火等教学，让学生掌握自我保护、逃生的技能。</w:t>
      </w:r>
      <w:r>
        <w:rPr>
          <w:lang w:eastAsia="zh-CN"/>
        </w:rPr>
        <w:br/>
      </w:r>
      <w:r>
        <w:rPr>
          <w:lang w:eastAsia="zh-CN"/>
        </w:rPr>
        <w:t>　　(3)食品卫生安全：教育学生不到外面的摊点上购买零食、饮料等，防止病从口入，毒从口入。</w:t>
      </w:r>
      <w:r>
        <w:rPr>
          <w:lang w:eastAsia="zh-CN"/>
        </w:rPr>
        <w:br/>
      </w:r>
      <w:r>
        <w:rPr>
          <w:lang w:eastAsia="zh-CN"/>
        </w:rPr>
        <w:t>　　(4)活动安全：加强课外活动及课间活动的安全教育。</w:t>
      </w:r>
      <w:r>
        <w:rPr>
          <w:lang w:eastAsia="zh-CN"/>
        </w:rPr>
        <w:br/>
      </w:r>
      <w:r>
        <w:rPr>
          <w:lang w:eastAsia="zh-CN"/>
        </w:rPr>
        <w:t>　　(5)行路安全：加强学生上下学的交通管理，强化交通法规教育。</w:t>
      </w:r>
      <w:r>
        <w:rPr>
          <w:lang w:eastAsia="zh-CN"/>
        </w:rPr>
        <w:br/>
      </w:r>
      <w:r>
        <w:rPr>
          <w:lang w:eastAsia="zh-CN"/>
        </w:rPr>
        <w:t>　　二、开展丰富多彩的活动，将安全意识深入人心。</w:t>
      </w:r>
      <w:r>
        <w:rPr>
          <w:lang w:eastAsia="zh-CN"/>
        </w:rPr>
        <w:br/>
      </w:r>
      <w:r>
        <w:rPr>
          <w:lang w:eastAsia="zh-CN"/>
        </w:rPr>
        <w:t>　　1、组织学生观看了安全逃生视频，并对学生进行教育。</w:t>
      </w:r>
      <w:r>
        <w:rPr>
          <w:lang w:eastAsia="zh-CN"/>
        </w:rPr>
        <w:br/>
      </w:r>
      <w:r>
        <w:rPr>
          <w:lang w:eastAsia="zh-CN"/>
        </w:rPr>
        <w:t>　　2、各班开展了消防安全主题班会。</w:t>
      </w:r>
      <w:r>
        <w:rPr>
          <w:lang w:eastAsia="zh-CN"/>
        </w:rPr>
        <w:br/>
      </w:r>
      <w:r>
        <w:rPr>
          <w:lang w:eastAsia="zh-CN"/>
        </w:rPr>
        <w:t>　　3、为了提高学生学安全、讲安全的积极性，我们还举办了安全知识讲座，在9月17日我校开展了防火灾演练活动。寓安全教育于活动中，加强安全教育，提高安全意识，养成安全习惯。</w:t>
      </w:r>
      <w:r>
        <w:rPr>
          <w:lang w:eastAsia="zh-CN"/>
        </w:rPr>
        <w:br/>
      </w:r>
      <w:r>
        <w:rPr>
          <w:lang w:eastAsia="zh-CN"/>
        </w:rPr>
        <w:t>　　三、强化安全管理，加强进行安全检查，使安全工作百无一漏。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首先，对学校的每一个角落进行排查，消除安全隐患。各班班主任对本班级的用电线路和门窗进行一次检查，由领导小组成员对学校围墙、大门、厕所、楼房、外面用电线路等公共设施进行了一次安全大检查。</w:t>
      </w:r>
      <w:r>
        <w:rPr>
          <w:lang w:eastAsia="zh-CN"/>
        </w:rPr>
        <w:br/>
      </w:r>
      <w:r>
        <w:rPr>
          <w:lang w:eastAsia="zh-CN"/>
        </w:rPr>
        <w:t>　　其次是加强了食品卫生安全教育，保证不让一例食品事故发生。学校教育封闭管理，学生不到外面的摊点上购买零食、饮料等，防止病从口入，毒从口入。检查学生的体质和有无传染疾病的发生。</w:t>
      </w:r>
      <w:r>
        <w:rPr>
          <w:lang w:eastAsia="zh-CN"/>
        </w:rPr>
        <w:br/>
      </w:r>
      <w:r>
        <w:rPr>
          <w:lang w:eastAsia="zh-CN"/>
        </w:rPr>
        <w:t>　　第三、利用班队课、晨会课，学科渗透等途径，加强对学生开展安全预防教育，使学生接受比较系统的防溺水、防触电、防病、防食物中毒、防体育运动伤害、防火、防盗、防骗、防煤气中毒等安全知识和技能教育活动。</w:t>
      </w:r>
      <w:r>
        <w:rPr>
          <w:lang w:eastAsia="zh-CN"/>
        </w:rPr>
        <w:br/>
      </w:r>
      <w:r>
        <w:rPr>
          <w:lang w:eastAsia="zh-CN"/>
        </w:rPr>
        <w:t>　　第四、利用学生常规管理通报这一手段，对学校内外出现的各种安全责任事故进行曝光，警示每一个班主任加强安全管理，保证学校的每一个安全指令地落实。</w:t>
      </w:r>
      <w:r>
        <w:rPr>
          <w:lang w:eastAsia="zh-CN"/>
        </w:rPr>
        <w:br/>
      </w:r>
      <w:r>
        <w:rPr>
          <w:lang w:eastAsia="zh-CN"/>
        </w:rPr>
        <w:t>　　第五、经常性地组织学校各部门对学校各处进行安全大检查，摸清学校可能存在的安全隐患和潜在的矛盾，并做出相应的对策，真正做到防患于未然，把事故消灭在萌芽状态中。</w:t>
      </w:r>
      <w:r>
        <w:rPr>
          <w:lang w:eastAsia="zh-CN"/>
        </w:rPr>
        <w:br/>
      </w:r>
      <w:r>
        <w:rPr>
          <w:lang w:eastAsia="zh-CN"/>
        </w:rPr>
        <w:t>　　今后，我们将进一步重视学校安全教育工作，及时解决安全工作中出现的新问题，不断提高学校安全教育工作水平。</w:t>
      </w:r>
      <w:r>
        <w:rPr>
          <w:lang w:eastAsia="zh-CN"/>
        </w:rPr>
        <w:br/>
      </w:r>
      <w:r>
        <w:rPr>
          <w:lang w:eastAsia="zh-CN"/>
        </w:rPr>
        <w:t xml:space="preserve">    安全教育月活动总结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按照教育局有关文件要求，我校以宣传贯彻《安全教育》为主线，以安全第一、预防为主为主题，通过多种渠道，采取多种形式，广泛深入地组织开展了安全教育月活动，活动情况总结如下：</w:t>
      </w:r>
      <w:r>
        <w:rPr>
          <w:lang w:eastAsia="zh-CN"/>
        </w:rPr>
        <w:br/>
      </w:r>
      <w:r>
        <w:rPr>
          <w:lang w:eastAsia="zh-CN"/>
        </w:rPr>
        <w:t>　　一、指导思想认真贯彻落实安全第一、预防为主的方针，扎实开展好安全教育活动，以关注安全、关爱生命为主线，突出安全伴我在校园的主题，通过宣传教育，牢固树立安全第一的思想，增强自我防护意识，培养学生的自我防护能力,避免事故发生，确保师生人身和学校财产安全。</w:t>
      </w:r>
      <w:r>
        <w:rPr>
          <w:lang w:eastAsia="zh-CN"/>
        </w:rPr>
        <w:br/>
      </w:r>
      <w:r>
        <w:rPr>
          <w:lang w:eastAsia="zh-CN"/>
        </w:rPr>
        <w:t>　　二、活动内容及活动安排</w:t>
      </w:r>
      <w:r>
        <w:rPr>
          <w:lang w:eastAsia="zh-CN"/>
        </w:rPr>
        <w:br/>
      </w:r>
      <w:r>
        <w:rPr>
          <w:lang w:eastAsia="zh-CN"/>
        </w:rPr>
        <w:t>　　(一)加大宣传力度，强化师生安全意识。</w:t>
      </w:r>
      <w:r>
        <w:rPr>
          <w:lang w:eastAsia="zh-CN"/>
        </w:rPr>
        <w:br/>
      </w:r>
      <w:r>
        <w:rPr>
          <w:lang w:eastAsia="zh-CN"/>
        </w:rPr>
        <w:t>　　⒈我校通过校园宣传栏、黑板报等阵地，广泛宣传消防、交通、游泳、雷击、饮食卫生、等方面的安全常识，提高师生的安全意识和自我防护能力。</w:t>
      </w:r>
      <w:r>
        <w:rPr>
          <w:lang w:eastAsia="zh-CN"/>
        </w:rPr>
        <w:br/>
      </w:r>
      <w:r>
        <w:rPr>
          <w:lang w:eastAsia="zh-CN"/>
        </w:rPr>
        <w:t>　　⒉我学充分发挥升旗仪式、主题班会等阵地的作用，以学校《学生安全常规》以及《安全知识手册》为素材，大力加强学生良好行为习惯的培养，克服麻痹思想，让学生牢固树立时时讲安全、处处讲安全、安全第一的思想。</w:t>
      </w:r>
      <w:r>
        <w:rPr>
          <w:lang w:eastAsia="zh-CN"/>
        </w:rPr>
        <w:br/>
      </w:r>
      <w:r>
        <w:rPr>
          <w:lang w:eastAsia="zh-CN"/>
        </w:rPr>
        <w:t xml:space="preserve">    安全教育月活动总结 篇6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今年3月28日，是第__个“全国中小学生安全教育日”；3月28日至4月30日，是“西村乡中心小学安全教育月”，主题为“强化安全意识，提高避险能力”。我校紧紧围绕主题，认真贯彻落实“安全第一、预防为主”的方针，扎实开展好安全教育活动，从有关安全的热点问题入手，结合我校实际情况，开展了一系列内容丰富、形式活泼的活动，使学生在参与活动的过程中，树立安全意识，掌握安全知识，提高自护自救能力，使全体师生牢固树立安全第一的思想，并以此为契机进一步强化了学校的各项安全工作，确保师生人身和学校财产的安全。</w:t>
      </w:r>
      <w:r>
        <w:rPr>
          <w:lang w:eastAsia="zh-CN"/>
        </w:rPr>
        <w:br/>
      </w:r>
      <w:r>
        <w:rPr>
          <w:lang w:eastAsia="zh-CN"/>
        </w:rPr>
        <w:t>　　二、活动内容</w:t>
      </w:r>
      <w:r>
        <w:rPr>
          <w:lang w:eastAsia="zh-CN"/>
        </w:rPr>
        <w:br/>
      </w:r>
      <w:r>
        <w:rPr>
          <w:lang w:eastAsia="zh-CN"/>
        </w:rPr>
        <w:t>　　（一）加大宣传力度，强化师生安全意识。</w:t>
      </w:r>
      <w:r>
        <w:rPr>
          <w:lang w:eastAsia="zh-CN"/>
        </w:rPr>
        <w:br/>
      </w:r>
      <w:r>
        <w:rPr>
          <w:lang w:eastAsia="zh-CN"/>
        </w:rPr>
        <w:t>　　1、营造安全教育氛围：悬挂“校园安全，警钟长鸣”横幅，张贴安全宣传标语，刊出安全宣传黑板报，进行了全校性安全教育的动员。</w:t>
      </w:r>
      <w:r>
        <w:rPr>
          <w:lang w:eastAsia="zh-CN"/>
        </w:rPr>
        <w:br/>
      </w:r>
      <w:r>
        <w:rPr>
          <w:lang w:eastAsia="zh-CN"/>
        </w:rPr>
        <w:t>　　2、通过校园宣传栏、黑板报等阵地，少队部广播室每天广泛宣传消防、交通、饮食卫生等方面的法律规章和安全常识，提高全体师生的安全意识和自我防护能力。</w:t>
      </w:r>
      <w:r>
        <w:rPr>
          <w:lang w:eastAsia="zh-CN"/>
        </w:rPr>
        <w:br/>
      </w:r>
      <w:r>
        <w:rPr>
          <w:lang w:eastAsia="zh-CN"/>
        </w:rPr>
        <w:t>　　3、充分发挥升旗仪式、主题班会等阵地的作用，以《中小学生安全应急与逃生》为素材，大力加强学生良好行为习惯的培养，让学生牢固树立“时时讲安全、处处讲安全”的思想。</w:t>
      </w:r>
      <w:r>
        <w:rPr>
          <w:lang w:eastAsia="zh-CN"/>
        </w:rPr>
        <w:br/>
      </w:r>
      <w:r>
        <w:rPr>
          <w:lang w:eastAsia="zh-CN"/>
        </w:rPr>
        <w:t>　　（二）以活动为载体，增强安全教育的效果。在安全教育月里，我校进行了如下安全教育活动：</w:t>
      </w:r>
      <w:r>
        <w:rPr>
          <w:lang w:eastAsia="zh-CN"/>
        </w:rPr>
        <w:br/>
      </w:r>
      <w:r>
        <w:rPr>
          <w:lang w:eastAsia="zh-CN"/>
        </w:rPr>
        <w:t>　　1、冯伟同志作了一场题为“安全重于天泰山”的安全教育讲座，号召广大师生增强“克服安全隐患，创建平安校园”的意识，并进行了安全周活动动员及安排。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2、4月6日观看一部安全教育片。各班利用多媒体设备，组织学生认真收看宣传教育片，用生动的声像引导全体学生自觉学习自救逃生的基本技能，让安全意识深入学生的心中，培养学生防灾减灾的意识。</w:t>
      </w:r>
      <w:r>
        <w:rPr>
          <w:lang w:eastAsia="zh-CN"/>
        </w:rPr>
        <w:br/>
      </w:r>
      <w:r>
        <w:rPr>
          <w:lang w:eastAsia="zh-CN"/>
        </w:rPr>
        <w:t>　　3、4月8日学校安全教育领导组组织全体教师对我校校舍、幼儿园、围墙、厕所、多媒体教室等进行一场安全检查。经检查，学校各项设施均正常，能满足师生教学和学习之需。</w:t>
      </w:r>
      <w:r>
        <w:rPr>
          <w:lang w:eastAsia="zh-CN"/>
        </w:rPr>
        <w:br/>
      </w:r>
      <w:r>
        <w:rPr>
          <w:lang w:eastAsia="zh-CN"/>
        </w:rPr>
        <w:t>　　4、4月14日全校每一个班均举行一次以“遵守规则，珍惜生命”为主题的安全教育班会，重点做好防地震、防火灾、防交通事故、防溺水、防拥挤踩踏、防突发公共卫生事件等针对性教育，教会学生一些基本的逃生技能和自护自救知识。</w:t>
      </w:r>
      <w:r>
        <w:rPr>
          <w:lang w:eastAsia="zh-CN"/>
        </w:rPr>
        <w:br/>
      </w:r>
      <w:r>
        <w:rPr>
          <w:lang w:eastAsia="zh-CN"/>
        </w:rPr>
        <w:t>　　5、全校每班各出一期安全教育黑板报。内容有自我防范与自救教育、交通安全教育、饮食卫生与预防传染病教育、环境安全教育、消防安全教育、预防溺水安全教育、网络安全教育等内容。精美的画面、丰富的安全知识让学生时时浏览于前。</w:t>
      </w:r>
      <w:r>
        <w:rPr>
          <w:lang w:eastAsia="zh-CN"/>
        </w:rPr>
        <w:br/>
      </w:r>
      <w:r>
        <w:rPr>
          <w:lang w:eastAsia="zh-CN"/>
        </w:rPr>
        <w:t>　　6、开展安全知识竞赛活动活动。每班选派五名学生参加，以《中小学生安全应急与逃生》为竞赛内容，同时掺入一些安全常识性知识，通过竞赛促使广大学生形成学习安全知识的热潮，竞赛结束后对试题进行逐一讲解，使学生更加清楚了解采取每一种安全应急措施的`原因，老师生动形象的讲解，使学生学习安全知识的兴趣进一步提高，竞赛结束后，学校要求参加考试的学生把老师给自己传授的安全知识给全班同学进行宣传，很好地发挥了这些学生的辐射带动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7、学校于4月22日安排一次全校性的防震应急疏散演练，4月23日安排一次消防安全应急演练。通过开展防震和消防应急疏散演练，让全体师生掌握疏散逃生自救的要领。</w:t>
      </w:r>
      <w:r>
        <w:rPr>
          <w:lang w:eastAsia="zh-CN"/>
        </w:rPr>
        <w:br/>
      </w:r>
      <w:r>
        <w:rPr>
          <w:lang w:eastAsia="zh-CN"/>
        </w:rPr>
        <w:t>　　三、取得效果</w:t>
      </w:r>
      <w:r>
        <w:rPr>
          <w:lang w:eastAsia="zh-CN"/>
        </w:rPr>
        <w:br/>
      </w:r>
      <w:r>
        <w:rPr>
          <w:lang w:eastAsia="zh-CN"/>
        </w:rPr>
        <w:t>　　通过开展安全教育月的一系列活动，使得学生掌握的安全知识更加丰富，安全意识大大增强，学生的自我保护意识和能力也得到较大提高，形成了“安全工作，重于泰山”的良好氛围。</w:t>
      </w:r>
      <w:r>
        <w:rPr>
          <w:lang w:eastAsia="zh-CN"/>
        </w:rPr>
        <w:br/>
      </w:r>
      <w:r>
        <w:rPr>
          <w:lang w:eastAsia="zh-CN"/>
        </w:rPr>
        <w:t>　　总之，通过“安全教育月”这一契机，大力加强了对学生的安全教育，建立起了一个安全和谐的学习环境。在今后的工作中，我校将继续加强学生的安全教育，强化安全管理，形成人人齐抓共管的安全工作氛围，切实把我校安全工作推上新台阶。</w:t>
      </w:r>
      <w:r>
        <w:rPr>
          <w:lang w:eastAsia="zh-CN"/>
        </w:rPr>
        <w:br/>
      </w:r>
      <w:r>
        <w:rPr>
          <w:lang w:eastAsia="zh-CN"/>
        </w:rPr>
        <w:t xml:space="preserve">    安全教育月活动总结 篇7 </w:t>
      </w:r>
      <w:r>
        <w:rPr>
          <w:lang w:eastAsia="zh-CN"/>
        </w:rPr>
        <w:br/>
      </w:r>
      <w:r>
        <w:rPr>
          <w:lang w:eastAsia="zh-CN"/>
        </w:rPr>
        <w:t>　　为了进一步加强安全教育工作，我校按照上级文件要求，于20__年__月开展了“安全教育知识竞赛”活动。我校紧紧围绕“普及安全知识、提高避险能力”这一主题，结合本校的实际情况，积极组织开展好安全教育知识竞赛系列活动，达到认真安排、活动多样、教育性强的目标，为创建安全的教育教学环境，强化学生的安全意识奠定良好的基础。现就活动情况做出总结：</w:t>
      </w:r>
      <w:r>
        <w:rPr>
          <w:lang w:eastAsia="zh-CN"/>
        </w:rPr>
        <w:br/>
      </w:r>
      <w:r>
        <w:rPr>
          <w:lang w:eastAsia="zh-CN"/>
        </w:rPr>
        <w:t>　　一、认真制定活动计划，加强安全教育活动的管理</w:t>
      </w:r>
      <w:r>
        <w:rPr>
          <w:lang w:eastAsia="zh-CN"/>
        </w:rPr>
        <w:br/>
      </w:r>
      <w:r>
        <w:rPr>
          <w:lang w:eastAsia="zh-CN"/>
        </w:rPr>
        <w:t>　　为了更好地开展好“安全教育知识竞赛”活动，我校成立了安全教育知识竞赛领导小组，制定了详细的、符合学校实际的计划，指导全校开展安全教育系列活动。</w:t>
      </w:r>
      <w:r>
        <w:rPr>
          <w:lang w:eastAsia="zh-CN"/>
        </w:rPr>
        <w:br/>
      </w:r>
      <w:r>
        <w:rPr>
          <w:lang w:eastAsia="zh-CN"/>
        </w:rPr>
        <w:t>　　二、开展丰富多彩活动，强化安全教育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扎实开展宣传活动，力求人人参与，效果明显。在开展教育系列活动中，我校在安全教育知识竞赛开始的第一天，举行了全校师生动员会，对全体师生进行安全教育，学校对安全教育知识竞赛活动进行动员和部署。在安全教育知识竞赛期间，发放安全倡议书，提高家长安全意识，联合家长力量，配合学校切实做好安全教育工作。</w:t>
      </w:r>
      <w:r>
        <w:rPr>
          <w:lang w:eastAsia="zh-CN"/>
        </w:rPr>
        <w:br/>
      </w:r>
      <w:r>
        <w:rPr>
          <w:lang w:eastAsia="zh-CN"/>
        </w:rPr>
        <w:t>　　2、学校安全检查。安全教育知识竞赛领导小组在活动月内发动学生开展“学校安全隐患我发现，家庭安全隐患我排查”活动，对全校设施设备进行一次安全大检查，找出安全隐患，针对校园门、窗、栏杆、围墙、教室及其各专用教室可能存在的问题认真排查，做好记录，对发现的隐患，及时解决问题。确保安全第一。</w:t>
      </w:r>
      <w:r>
        <w:rPr>
          <w:lang w:eastAsia="zh-CN"/>
        </w:rPr>
        <w:br/>
      </w:r>
      <w:r>
        <w:rPr>
          <w:lang w:eastAsia="zh-CN"/>
        </w:rPr>
        <w:t>　　3、召开安全教育主题班会，我校充分利用班会课时间要求班主任从方方面面以“安全”为主题进行了安全教育，重点加强流感预防、防溺水、防交通事故、防火灾、防食物中毒及自我保护、安全自救能力、网络安全等方面的教育。</w:t>
      </w:r>
      <w:r>
        <w:rPr>
          <w:lang w:eastAsia="zh-CN"/>
        </w:rPr>
        <w:br/>
      </w:r>
      <w:r>
        <w:rPr>
          <w:lang w:eastAsia="zh-CN"/>
        </w:rPr>
        <w:t>　　4、要求每班出好一期以“珍爱生命，牢记安全”的黑板报。</w:t>
      </w:r>
      <w:r>
        <w:rPr>
          <w:lang w:eastAsia="zh-CN"/>
        </w:rPr>
        <w:br/>
      </w:r>
      <w:r>
        <w:rPr>
          <w:lang w:eastAsia="zh-CN"/>
        </w:rPr>
        <w:t xml:space="preserve">    安全教育月活动总结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首先会议开始了第一项议程，安全知识介绍。班长___向同学们说明本次班会的主要资料，紧紧围绕校园安全、出行安全及网络安全三大方面进行学习。对于防火、防盗、防骗、防抢、食品健康等方面的安全问题展开学习与讨论。个性是针对学生使用大功率用电器的现象做了重要的强调，并就安全使用电器和如何在火灾中进行有效防护作了重点教育。同学们都认为不就应在宿舍使用大功率电器，而大学生也就应提高防范意识，掌握必须程度的防灾、救灾、自救手段。</w:t>
      </w:r>
      <w:r>
        <w:rPr>
          <w:lang w:eastAsia="zh-CN"/>
        </w:rPr>
        <w:br/>
      </w:r>
      <w:r>
        <w:rPr>
          <w:lang w:eastAsia="zh-CN"/>
        </w:rPr>
        <w:t>　　紧之后，开始了第二项议程，日常安全教育。针对日前女大学生频遇害现象，班长___播放了相关新闻视频进行安全教育，并个性强调不要轻信陌生人，夜晚出行要结伴走大道，尽量控制晚归时间等方面，进一步增强了同学们出行的防范意识。尤其是要注重交通安全、财物乃至人生安全。乔帅淇同学利用交通安全事故视频，尤其是___模拟车祸前1秒的创意安全教育短片，让同学们切身感受到安全事故给人们带来的惨痛教训。同时，近期女大学生频频失踪的新闻也层出不穷，这更是值得我们广大女同胞们的注意。加强安全意识显得尤为重要。</w:t>
      </w:r>
      <w:r>
        <w:rPr>
          <w:lang w:eastAsia="zh-CN"/>
        </w:rPr>
        <w:br/>
      </w:r>
      <w:r>
        <w:rPr>
          <w:lang w:eastAsia="zh-CN"/>
        </w:rPr>
        <w:t>　　最后，会议进入第三项议程，学生代表发言。__省第二届大学生安全知识竞赛二等奖获得者__同学发言，主要介绍了大学生安全知识竞赛的比赛过程，分享了自己的参赛经验，表达了对大一新生们踊跃参赛的殷切期望。__同学充分发挥了自己的人格魅力，透过充满激情的互动，让同学们欣然参与到关于安全知识竞赛的经验交流中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透过本次安全教育班会让全体新生在学习安全知识的同时进一步了解学校的规章制度，提高了同学们的安全防范意识，使同学们处理应急安全事故的本领得到提高，为学生创造安全舒适的学习、生活环境带给了有力保障。对加强校园安全礼貌建设、凝聚校园安全礼貌氛围也起到了十分重要的作用。</w:t>
      </w:r>
      <w:r>
        <w:rPr>
          <w:lang w:eastAsia="zh-CN"/>
        </w:rPr>
        <w:br/>
      </w:r>
      <w:r>
        <w:rPr>
          <w:lang w:eastAsia="zh-CN"/>
        </w:rPr>
        <w:t>　　最后，期望全体新生能够提高防范意识，用心预防危险发生，提高自我保护潜力，为构建平安和谐校园尽自己的一份力，拥有一个完美的校园生活。</w:t>
      </w:r>
      <w:r>
        <w:rPr>
          <w:lang w:eastAsia="zh-CN"/>
        </w:rPr>
        <w:br/>
      </w:r>
      <w:r>
        <w:rPr>
          <w:lang w:eastAsia="zh-CN"/>
        </w:rPr>
        <w:t xml:space="preserve">    安全教育月活动总结 篇9 </w:t>
      </w:r>
      <w:r>
        <w:rPr>
          <w:lang w:eastAsia="zh-CN"/>
        </w:rPr>
        <w:br/>
      </w:r>
      <w:r>
        <w:rPr>
          <w:lang w:eastAsia="zh-CN"/>
        </w:rPr>
        <w:t>　　为扎实做好安全生产工作，确保收费站各项工作正常有序开展，省道238线高青收费站认真贯彻落实安全生产工作的部署，加强开展“安全生产月”活动，营造良好安全氛围。</w:t>
      </w:r>
      <w:r>
        <w:rPr>
          <w:lang w:eastAsia="zh-CN"/>
        </w:rPr>
        <w:br/>
      </w:r>
      <w:r>
        <w:rPr>
          <w:lang w:eastAsia="zh-CN"/>
        </w:rPr>
        <w:t>　　加强组织领导，强化责任落实。制定印发了《“安全生产月”活动方案》，成立活动领导小组，明确牵头科室，落实工作责任，加强活动的督导调度，确保活动扎实推进。</w:t>
      </w:r>
      <w:r>
        <w:rPr>
          <w:lang w:eastAsia="zh-CN"/>
        </w:rPr>
        <w:br/>
      </w:r>
      <w:r>
        <w:rPr>
          <w:lang w:eastAsia="zh-CN"/>
        </w:rPr>
        <w:t>　　加强安全教育，提高安全意识。通过张贴悬挂标语横幅、利用电子显示屏滚动播放“安全生产月”内容，组织全站职工进行安全知识百题竞答等形式，集中开展“安全生产月”集中开展宣传活动，组织职工进行安全知识专项学习，提高安全意识，营造浓厚的安全氛围。</w:t>
      </w:r>
      <w:r>
        <w:rPr>
          <w:lang w:eastAsia="zh-CN"/>
        </w:rPr>
        <w:br/>
      </w:r>
      <w:r>
        <w:rPr>
          <w:lang w:eastAsia="zh-CN"/>
        </w:rPr>
        <w:t>　　加强隐患排查，确保平安度夏。认真开展隐患排查工作，重点对收费设施，监控设施、消防设施的安全隐患专项排查整治，并做好检查记录，及时整改，杜绝安全隐患。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加强应急管理，提高处置能力。完善各类突发事件应急救援预案并定期更新，有针对性的开展应急预案演练，增强职工应对突发事故的应急处置能力，同时落实好应急救援装备和物资储备，确保有备无患。</w:t>
      </w:r>
      <w:r>
        <w:rPr>
          <w:lang w:eastAsia="zh-CN"/>
        </w:rPr>
        <w:br/>
      </w:r>
      <w:r>
        <w:rPr>
          <w:lang w:eastAsia="zh-CN"/>
        </w:rPr>
        <w:t xml:space="preserve">    安全教育月活动总结 篇10 </w:t>
      </w:r>
      <w:r>
        <w:rPr>
          <w:lang w:eastAsia="zh-CN"/>
        </w:rPr>
        <w:br/>
      </w:r>
      <w:r>
        <w:rPr>
          <w:lang w:eastAsia="zh-CN"/>
        </w:rPr>
        <w:t>　　为进一步加强小学生交通安全宣传教育工作，根据关于深化开展创建全国文明城市“文明出行月”主题实践活动的通知精神，结合本校实际，在全校范围内开展以“文明出行月”为主题的小学生交通安全宣传教育活动。</w:t>
      </w:r>
      <w:r>
        <w:rPr>
          <w:lang w:eastAsia="zh-CN"/>
        </w:rPr>
        <w:br/>
      </w:r>
      <w:r>
        <w:rPr>
          <w:lang w:eastAsia="zh-CN"/>
        </w:rPr>
        <w:t>　　一、领导重视加强小学生交通安全工作</w:t>
      </w:r>
      <w:r>
        <w:rPr>
          <w:lang w:eastAsia="zh-CN"/>
        </w:rPr>
        <w:br/>
      </w:r>
      <w:r>
        <w:rPr>
          <w:lang w:eastAsia="zh-CN"/>
        </w:rPr>
        <w:t>　　1、为进一步做好安全教育工作，切实加强对安全教育工作的领导，学校把安全工作列入重要议事日程，学校校长刘萍直接抓，各位教师具体分工负责组织实施。</w:t>
      </w:r>
      <w:r>
        <w:rPr>
          <w:lang w:eastAsia="zh-CN"/>
        </w:rPr>
        <w:br/>
      </w:r>
      <w:r>
        <w:rPr>
          <w:lang w:eastAsia="zh-CN"/>
        </w:rPr>
        <w:t>　　2、学校把开展“文明出行月”活动作为巩固和深化小学生交通安全教育活动的延伸措施，作为构建和谐社会，建设“平安校园”的实际行动，扎扎实实地抓紧抓好，并以此带动学生家长乃至全社会关注和参与小学生交通安全工作，为保障下一代的健康成长和千家万户的幸福安宁创造一个良好的交通安全环境。</w:t>
      </w:r>
      <w:r>
        <w:rPr>
          <w:lang w:eastAsia="zh-CN"/>
        </w:rPr>
        <w:br/>
      </w:r>
      <w:r>
        <w:rPr>
          <w:lang w:eastAsia="zh-CN"/>
        </w:rPr>
        <w:t>　　二、加强交通安全教育提高小学生交通安全意识</w:t>
      </w:r>
      <w:r>
        <w:rPr>
          <w:lang w:eastAsia="zh-CN"/>
        </w:rPr>
        <w:br/>
      </w:r>
      <w:r>
        <w:rPr>
          <w:lang w:eastAsia="zh-CN"/>
        </w:rPr>
        <w:t>　　要确保安全，根本在于提高安全意识、自我防范和自护自救能力，抓好安全教育，是学校安全工作的基础。这次，我们以小学生交通安全主题宣传教育活动为重点，对学生开展交通安全教育，特别是抓好路上上学、放学交通安全教育。</w:t>
      </w:r>
      <w:r>
        <w:rPr>
          <w:lang w:eastAsia="zh-CN"/>
        </w:rPr>
        <w:br/>
      </w:r>
      <w:r>
        <w:rPr>
          <w:lang w:eastAsia="zh-CN"/>
        </w:rPr>
        <w:t>　　1、认真做好小学生交通安全主题宣传教育工作。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学校以“安全乘车、安全骑车、安全走路”养成教育为主题，在这期间，学校组织学习关于深化开展创建全国文明城市“文明出行月”主题实践活动的通知文件，对校内外易发交通事故、重点部位、学生交通安全意识等方面，开展深入全面的大检查，消除隐患，有针对地扎实地开展交通安全教育和防范工作。</w:t>
      </w:r>
      <w:r>
        <w:rPr>
          <w:lang w:eastAsia="zh-CN"/>
        </w:rPr>
        <w:br/>
      </w:r>
      <w:r>
        <w:rPr>
          <w:lang w:eastAsia="zh-CN"/>
        </w:rPr>
        <w:t>　　2、开展丰富多彩的交通安全主题宣传教育活动。</w:t>
      </w:r>
      <w:r>
        <w:rPr>
          <w:lang w:eastAsia="zh-CN"/>
        </w:rPr>
        <w:br/>
      </w:r>
      <w:r>
        <w:rPr>
          <w:lang w:eastAsia="zh-CN"/>
        </w:rPr>
        <w:t>　　利用班会、中队活动、活动课、学科渗透等途径，通过讲解、演示和训练，对学生开展交通安全预防教育，使学生接受比较系统的预防交通事故伤害的安全知识和技能教育。还利用学校广播、黑板报、悬挂横幅、张贴标语等宣传工具及举行主题班会、讲座、交通安全征文与知识竞赛等形式开展丰富多彩的安全教育。学校积极推行进两月的安全提醒，利用周前会议和周一升旗活动时间，小结上周交通安全工作，强调安全事项。通过教育提高广大学生的安全意识、安全防范能力和自我保护能力。</w:t>
      </w:r>
      <w:r>
        <w:rPr>
          <w:lang w:eastAsia="zh-CN"/>
        </w:rPr>
        <w:br/>
      </w:r>
      <w:r>
        <w:rPr>
          <w:lang w:eastAsia="zh-CN"/>
        </w:rPr>
        <w:t>　　3、提倡走读学生步行上学，对学生骑车上学情况进行清查，严禁学生骑“三无”(无刹车、无铃、无牌照)自行车上学。</w:t>
      </w:r>
      <w:r>
        <w:rPr>
          <w:lang w:eastAsia="zh-CN"/>
        </w:rPr>
        <w:br/>
      </w:r>
      <w:r>
        <w:rPr>
          <w:lang w:eastAsia="zh-CN"/>
        </w:rPr>
        <w:t>　　三、加强交通安全自查及时整改、完善</w:t>
      </w:r>
      <w:r>
        <w:rPr>
          <w:lang w:eastAsia="zh-CN"/>
        </w:rPr>
        <w:br/>
      </w:r>
      <w:r>
        <w:rPr>
          <w:lang w:eastAsia="zh-CN"/>
        </w:rPr>
        <w:t>　　每学期开学以后，学校把安全教育工作作为重点检查内容之一。活动前，学校对学校进行全面的交通安全大检查。同时，积极配交警对学校的交通安全进行检查。对检查发现的交通隐患，校领导讨论、开会研究及时整改、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后，我们将进一步重视交通安全工作，及时解决交通安全工作中发现的新问题，不断提高我校交通安全工作水平。坚持“以人为本”、“安全第一”的原则，以“安全走路、安全乘车、安全骑车”养成教育为主线，以深化交通安全宣传“进学校”活动为载体，集中开展多种多样的交通安全活动，营造学校交通安全宣传教育的浓厚氛围，进一步深化小学生交通安全宣传教育工作，增强交通安全法治意识和文明交通意识，提高交通安全认知能力和自我防护能力，进而影响和推进学生家长乃至社会公众对小学生交通安全的重视和关注，进一步保障小学生出行安全，最大限度地减少小学生交通事故的发生。</w:t>
      </w:r>
      <w:r>
        <w:rPr>
          <w:lang w:eastAsia="zh-CN"/>
        </w:rPr>
        <w:br/>
      </w:r>
      <w:r>
        <w:rPr>
          <w:lang w:eastAsia="zh-CN"/>
        </w:rPr>
        <w:t xml:space="preserve">    安全教育月活动总结 篇11 </w:t>
      </w:r>
      <w:r>
        <w:rPr>
          <w:lang w:eastAsia="zh-CN"/>
        </w:rPr>
        <w:br/>
      </w:r>
      <w:r>
        <w:rPr>
          <w:lang w:eastAsia="zh-CN"/>
        </w:rPr>
        <w:t>　　为认真贯彻落实教育局安全周活动通知精神，全面深入抓好安全教育工作，我校根据本校实际制定了宣传周活动方案，现将安全教育周活动开展情况进行如下小结：</w:t>
      </w:r>
      <w:r>
        <w:rPr>
          <w:lang w:eastAsia="zh-CN"/>
        </w:rPr>
        <w:br/>
      </w:r>
      <w:r>
        <w:rPr>
          <w:lang w:eastAsia="zh-CN"/>
        </w:rPr>
        <w:t>　　一、周密计划，认真落实</w:t>
      </w:r>
      <w:r>
        <w:rPr>
          <w:lang w:eastAsia="zh-CN"/>
        </w:rPr>
        <w:br/>
      </w:r>
      <w:r>
        <w:rPr>
          <w:lang w:eastAsia="zh-CN"/>
        </w:rPr>
        <w:t>　　根据“保护自己，从我做起”安全教育主题，紧密结合实际、结合学生认知特点，制定切实可行的安全主题教育活动方案、围绕安全教育主题，认真分析学校目前安全工作现状，结合春季特点，以流行性疾病预防、饮食安全、交通安全等为主要内容，同时针对防震、防火、防雷电以及校园伤害、拥挤踩踏、用电等事故的薄弱环节、存在的突出问题和安全隐患进行了一次全面的排查，通过国旗下讲话、安全知识讲座、观看安全教育片、举办安全主题班(队)会等多种形式，组织系列安全教育活动，切实增强了广大师生的安全意识，使学校的安全教育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二、积极宣传，营造氛围</w:t>
      </w:r>
      <w:r>
        <w:rPr>
          <w:lang w:eastAsia="zh-CN"/>
        </w:rPr>
        <w:br/>
      </w:r>
      <w:r>
        <w:rPr>
          <w:lang w:eastAsia="zh-CN"/>
        </w:rPr>
        <w:t>　　1、16年级出一期以宣传“讲安全、讲文明”为主要内容的黑板报;</w:t>
      </w:r>
      <w:r>
        <w:rPr>
          <w:lang w:eastAsia="zh-CN"/>
        </w:rPr>
        <w:br/>
      </w:r>
      <w:r>
        <w:rPr>
          <w:lang w:eastAsia="zh-CN"/>
        </w:rPr>
        <w:t>　　2、举办一期以宣传“保护自己，从我做起”为主要内容的主题班会;</w:t>
      </w:r>
      <w:r>
        <w:rPr>
          <w:lang w:eastAsia="zh-CN"/>
        </w:rPr>
        <w:br/>
      </w:r>
      <w:r>
        <w:rPr>
          <w:lang w:eastAsia="zh-CN"/>
        </w:rPr>
        <w:t>　　3、举办了一次灾难逃生自救演练，强化学生自我保护技能，提高学生自护自救能力、</w:t>
      </w:r>
      <w:r>
        <w:rPr>
          <w:lang w:eastAsia="zh-CN"/>
        </w:rPr>
        <w:br/>
      </w:r>
      <w:r>
        <w:rPr>
          <w:lang w:eastAsia="zh-CN"/>
        </w:rPr>
        <w:t>　　4、组织学生观看了一次《安全预防教育》电视片、通过观看安全教育片，切实增强小学生的安全意识，提高应急避险能力、</w:t>
      </w:r>
      <w:r>
        <w:rPr>
          <w:lang w:eastAsia="zh-CN"/>
        </w:rPr>
        <w:br/>
      </w:r>
      <w:r>
        <w:rPr>
          <w:lang w:eastAsia="zh-CN"/>
        </w:rPr>
        <w:t>　　今后，我校将继续认真组织开展校园安全教育活动，不断普及安全知识，并把这项工作常规化，结合学校的实际，进一步丰富活动内容，创新活动形式，提升全校师生防灾减灾意识和应对突发事件、自救互救、疏散救援的能力，提高避险能力，保障广大师生的生命安全，确保灾难来临时把损失降到最低限度，为创建“平安校园”“和谐校园”提供强有力的安全保障、</w:t>
      </w:r>
      <w:r>
        <w:rPr>
          <w:lang w:eastAsia="zh-CN"/>
        </w:rPr>
        <w:br/>
      </w:r>
      <w:r>
        <w:rPr>
          <w:lang w:eastAsia="zh-CN"/>
        </w:rPr>
        <w:t xml:space="preserve">    安全教育月活动总结 篇12 </w:t>
      </w:r>
      <w:r>
        <w:rPr>
          <w:lang w:eastAsia="zh-CN"/>
        </w:rPr>
        <w:br/>
      </w:r>
      <w:r>
        <w:rPr>
          <w:lang w:eastAsia="zh-CN"/>
        </w:rPr>
        <w:t>　　安全教育一直都是我园的重中之重，如何采取安全措施，防范各种事故的发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生已成为当前刻不容缓的重要课题。我们教师应帮助家长树立安全第一的意识，加强安全方面的知识学习，为儿童创设安全、良好的生活环境。并结合幼儿的生活进行安全教育，提高幼儿的自我保护意识和能力。培养、训练幼儿养成良好的.生活习惯，减少伤害事故的发生，加强幼儿的体能训练，提高其自我保护能力。怎样做好安全工作，提高幼儿的自我保护意识，最大限度的严防和减少事故的发生呢?我园在各级领导的关心支持下，坚持预防为主、防治结合、加强教育的原则，通过安全教育，增强幼儿自我防护能力，通过齐抓共管，营造全园教师关心和支持幼儿园安全工作的局面，从而切实保障师生安全和财产不受损失。现将活动总结如下：</w:t>
      </w:r>
      <w:r>
        <w:rPr>
          <w:lang w:eastAsia="zh-CN"/>
        </w:rPr>
        <w:br/>
      </w:r>
      <w:r>
        <w:rPr>
          <w:lang w:eastAsia="zh-CN"/>
        </w:rPr>
        <w:t>　　一、领导重视、措施有力</w:t>
      </w:r>
      <w:r>
        <w:rPr>
          <w:lang w:eastAsia="zh-CN"/>
        </w:rPr>
        <w:br/>
      </w:r>
      <w:r>
        <w:rPr>
          <w:lang w:eastAsia="zh-CN"/>
        </w:rPr>
        <w:t>　　为进一步做好安全教育工作，切实加强对教育工作的领导，幼儿园把安全工作列入重要议事日程，在园长的领导管理下，幼儿园教职工分工负责、组织实施。二、制度保证，措施到位</w:t>
      </w:r>
      <w:r>
        <w:rPr>
          <w:lang w:eastAsia="zh-CN"/>
        </w:rPr>
        <w:br/>
      </w:r>
      <w:r>
        <w:rPr>
          <w:lang w:eastAsia="zh-CN"/>
        </w:rPr>
        <w:t>　　1、成立幼儿园安全;领导小组。由园长负责，制定严格责任追究制度，对造成重大安全事故的教职工，要严肃追究有关老师及直接责任人的责任。2、签订责任书。幼儿园和老师签订安全责任书，明确各自的职责，贯彻“谁主管谁负责”的原则，做到职责明确。</w:t>
      </w:r>
      <w:r>
        <w:rPr>
          <w:lang w:eastAsia="zh-CN"/>
        </w:rPr>
        <w:br/>
      </w:r>
      <w:r>
        <w:rPr>
          <w:lang w:eastAsia="zh-CN"/>
        </w:rPr>
        <w:t>　　3、不断完善幼儿园安全保卫各自规章制度，建立幼儿园安全保卫工作的各项规章制度，不定期检查和日常防范相结合的安全管理制度，以及幼儿管理、门卫值班、巡逻值班、防火防灾、健康体检等规章制度。严禁组织幼儿从事危险性工作，严禁教师个人利用假期私自带幼儿外出，做到有章可循、违章必究、不留盲点、不出漏洞。</w:t>
      </w:r>
      <w:r>
        <w:rPr>
          <w:lang w:eastAsia="zh-CN"/>
        </w:rPr>
        <w:br/>
      </w:r>
      <w:r>
        <w:rPr>
          <w:lang w:eastAsia="zh-CN"/>
        </w:rPr>
        <w:t>　　4、建立幼儿园安全意外事故处置预案制度。三、加强教育、促进自护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要确保安全，根本在于提高安全意识，自我防范和自护自救能力，抓好安全教育，是幼儿园安全工作基础。幼儿园开展深入全面的大检查，消除隐患，有针对性的进行放火炬和防范工作。四、加强检查、及时整改</w:t>
      </w:r>
      <w:r>
        <w:rPr>
          <w:lang w:eastAsia="zh-CN"/>
        </w:rPr>
        <w:br/>
      </w:r>
      <w:r>
        <w:rPr>
          <w:lang w:eastAsia="zh-CN"/>
        </w:rPr>
        <w:t>　　开展常规检查。每学期开学以后，幼儿园把安全教育工作作为重点检查内容之一。幼儿园对园舍进行全面的安全检查。</w:t>
      </w:r>
      <w:r>
        <w:rPr>
          <w:lang w:eastAsia="zh-CN"/>
        </w:rPr>
        <w:br/>
      </w:r>
      <w:r>
        <w:rPr>
          <w:lang w:eastAsia="zh-CN"/>
        </w:rPr>
        <w:t>　　安全教育活动我们还将不断延伸下去，如幼儿的宣传安全小卫士活动，都能让孩子在活动中成长起来!安全教育是一刻都不能松懈的，我们要时时紧绷着根弦。新《纲要》指出：幼儿园应与家庭、社会密切配合，综合利用各种教育资源，为幼儿的医生大号基础。在培养幼儿安全自我保护意识和能力的过程中，家长们的配合是不可或缺的。我们将充分利用家教宣传以及召开家长会向家长介绍及宣传安全教育的意义和目标，以及家庭教育中给予幼儿必要的指导，努力做到让每个孩子在园有人教，在家有人导。</w:t>
      </w:r>
      <w:r>
        <w:rPr>
          <w:lang w:eastAsia="zh-CN"/>
        </w:rPr>
        <w:br/>
      </w:r>
      <w:r>
        <w:rPr>
          <w:lang w:eastAsia="zh-CN"/>
        </w:rPr>
        <w:t xml:space="preserve">    安全教育月活动总结 篇13 </w:t>
      </w:r>
      <w:r>
        <w:rPr>
          <w:lang w:eastAsia="zh-CN"/>
        </w:rPr>
        <w:br/>
      </w:r>
      <w:r>
        <w:rPr>
          <w:lang w:eastAsia="zh-CN"/>
        </w:rPr>
        <w:t>　　为了进一步加强安全教育工作，我校按照上级文件要求，于20__年3月1日至4月1日开展了“安全教育月”活动。我校紧紧围绕“普及安全知识、提高避险能力”这一主题，结合本校的实际情况，积极组织开展好安全教育月系列活动，达到认真安排、活动多样、教育性强的目标，为创建安全的教育教学环境，强化学生的安全意识奠定良好的基础。现就活动情况做出总结：</w:t>
      </w:r>
      <w:r>
        <w:rPr>
          <w:lang w:eastAsia="zh-CN"/>
        </w:rPr>
        <w:br/>
      </w:r>
      <w:r>
        <w:rPr>
          <w:lang w:eastAsia="zh-CN"/>
        </w:rPr>
        <w:t>　　一、加强领导，强化管理，使“安全月”工作稳步推进。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领导重视，建立一套得力的安全管理队伍。成立了以校长陈盛禄任安全领导小组组长，卢俊志为副组长，领导小组成员为各班主任。形成一套安全管理网络。</w:t>
      </w:r>
      <w:r>
        <w:rPr>
          <w:lang w:eastAsia="zh-CN"/>
        </w:rPr>
        <w:br/>
      </w:r>
      <w:r>
        <w:rPr>
          <w:lang w:eastAsia="zh-CN"/>
        </w:rPr>
        <w:t>　　二、进一步完善安全制度，制定活动计划，加强安全教育活动的管理</w:t>
      </w:r>
      <w:r>
        <w:rPr>
          <w:lang w:eastAsia="zh-CN"/>
        </w:rPr>
        <w:br/>
      </w:r>
      <w:r>
        <w:rPr>
          <w:lang w:eastAsia="zh-CN"/>
        </w:rPr>
        <w:t>　　为了更好地开展好“安全教育月”活动，我校完善了安全管理制度，制定了详细的、符合学校实际的计划，更加科学、合理、规范、易操作。</w:t>
      </w:r>
      <w:r>
        <w:rPr>
          <w:lang w:eastAsia="zh-CN"/>
        </w:rPr>
        <w:br/>
      </w:r>
      <w:r>
        <w:rPr>
          <w:lang w:eastAsia="zh-CN"/>
        </w:rPr>
        <w:t>　　为此，学校安全工作领导小组和各班班主任和任课教师签订安全工作责任书。建立了各项安全工作检查评比制度、安全工作管理制度。实行领导安全值日检查制。值班领导对每天的安全工作负总责。</w:t>
      </w:r>
      <w:r>
        <w:rPr>
          <w:lang w:eastAsia="zh-CN"/>
        </w:rPr>
        <w:br/>
      </w:r>
      <w:r>
        <w:rPr>
          <w:lang w:eastAsia="zh-CN"/>
        </w:rPr>
        <w:t>　　活动开展初期，我们组织以领导小组为核心的宣传小组，针对我校的实际，制定我校的安全宣传教育内容。</w:t>
      </w:r>
      <w:r>
        <w:rPr>
          <w:lang w:eastAsia="zh-CN"/>
        </w:rPr>
        <w:br/>
      </w:r>
      <w:r>
        <w:rPr>
          <w:lang w:eastAsia="zh-CN"/>
        </w:rPr>
        <w:t>　　（1）警示教育：认真宣传学习《小学生日常行为规范》，正面教育师生自觉遵守《规定》和《规范》，同时以外地发生的安全事故为借鉴，反复宣传教育。</w:t>
      </w:r>
      <w:r>
        <w:rPr>
          <w:lang w:eastAsia="zh-CN"/>
        </w:rPr>
        <w:br/>
      </w:r>
      <w:r>
        <w:rPr>
          <w:lang w:eastAsia="zh-CN"/>
        </w:rPr>
        <w:t>　　（2）自我保护：在小学生中进行如何自救，如何应对走失，被拐骗等安全防范的教育。</w:t>
      </w:r>
      <w:r>
        <w:rPr>
          <w:lang w:eastAsia="zh-CN"/>
        </w:rPr>
        <w:br/>
      </w:r>
      <w:r>
        <w:rPr>
          <w:lang w:eastAsia="zh-CN"/>
        </w:rPr>
        <w:t>　　（3）食品卫生安全：教育学生不到外面的摊点上购买零食、饮料等，防止病从口入，毒从口入。</w:t>
      </w:r>
      <w:r>
        <w:rPr>
          <w:lang w:eastAsia="zh-CN"/>
        </w:rPr>
        <w:br/>
      </w:r>
      <w:r>
        <w:rPr>
          <w:lang w:eastAsia="zh-CN"/>
        </w:rPr>
        <w:t>　　（4）活动安全：加强课外活动及课间活动的安全教育。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（5）行路安全：强化交通法规教育，组织学生观看交通安全教育警示片。</w:t>
      </w:r>
      <w:r>
        <w:rPr>
          <w:lang w:eastAsia="zh-CN"/>
        </w:rPr>
        <w:br/>
      </w:r>
      <w:r>
        <w:rPr>
          <w:lang w:eastAsia="zh-CN"/>
        </w:rPr>
        <w:t>　　三、开展丰富多彩活动，强化安全教育。</w:t>
      </w:r>
      <w:r>
        <w:rPr>
          <w:lang w:eastAsia="zh-CN"/>
        </w:rPr>
        <w:br/>
      </w:r>
      <w:r>
        <w:rPr>
          <w:lang w:eastAsia="zh-CN"/>
        </w:rPr>
        <w:t>　　1、扎实开展宣传活动，力求人人参与，效果明显。在开展教育系列活动中，我校在教育月活动开始的第一天，举行了全校师生动员大会，对全体师生进行安全教育，学校对安全教育月活动进行动员和部署。在教育月活动期间，发放安全倡议书，提高家长安全意识，联合家长力量，配合学校切实做好安全教育工作。</w:t>
      </w:r>
      <w:r>
        <w:rPr>
          <w:lang w:eastAsia="zh-CN"/>
        </w:rPr>
        <w:br/>
      </w:r>
      <w:r>
        <w:rPr>
          <w:lang w:eastAsia="zh-CN"/>
        </w:rPr>
        <w:t>　　2、学校安全检查。安全月领导小组在活动月内发动学生开展“学校安全隐患我发现，家庭安全隐患我排查”活动，对全校设施设备进行一次安全大检查，找出安全隐患，针对校园门、窗、栏杆、围墙、教室及其各专用教室可能存在的问题认真排查，做好记录，对发现的隐患，及时解决问题。确保安全第一。</w:t>
      </w:r>
      <w:r>
        <w:rPr>
          <w:lang w:eastAsia="zh-CN"/>
        </w:rPr>
        <w:br/>
      </w:r>
      <w:r>
        <w:rPr>
          <w:lang w:eastAsia="zh-CN"/>
        </w:rPr>
        <w:t>　　3、召开安全教育主题班会，我校充分利用班会课时间要求班主任从方方面面以“安全”为主题进行了安全教育，重点加强流感预防、防溺水、防交通事故、防火灾、防食物中毒及自我保护、安全自救能力、网络安全等方面的教育。</w:t>
      </w:r>
      <w:r>
        <w:rPr>
          <w:lang w:eastAsia="zh-CN"/>
        </w:rPr>
        <w:br/>
      </w:r>
      <w:r>
        <w:rPr>
          <w:lang w:eastAsia="zh-CN"/>
        </w:rPr>
        <w:t>　　4、邀请了广西区六进防火服务中心北流工作组的温康智教官到我校给全校师生进行培训。</w:t>
      </w:r>
      <w:r>
        <w:rPr>
          <w:lang w:eastAsia="zh-CN"/>
        </w:rPr>
        <w:br/>
      </w:r>
      <w:r>
        <w:rPr>
          <w:lang w:eastAsia="zh-CN"/>
        </w:rPr>
        <w:t>　　5、认真制定安全疏散演练方案，3月底由学校校长陈盛禄指挥，对学校师生举行安全疏散演练和消防灭火演练。</w:t>
      </w:r>
      <w:r>
        <w:rPr>
          <w:lang w:eastAsia="zh-CN"/>
        </w:rPr>
        <w:br/>
      </w:r>
      <w:r>
        <w:rPr>
          <w:lang w:eastAsia="zh-CN"/>
        </w:rPr>
        <w:t>　　四、取得效果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1、学生安全知识面更广了，安全意识更强了，对注意安全的理解更深了。</w:t>
      </w:r>
      <w:r>
        <w:rPr>
          <w:lang w:eastAsia="zh-CN"/>
        </w:rPr>
        <w:br/>
      </w:r>
      <w:r>
        <w:rPr>
          <w:lang w:eastAsia="zh-CN"/>
        </w:rPr>
        <w:t>　　2、学生法制观念增强了，能够做到知法守法，学生的自我保护意识和能力也提高了。</w:t>
      </w:r>
      <w:r>
        <w:rPr>
          <w:lang w:eastAsia="zh-CN"/>
        </w:rPr>
        <w:br/>
      </w:r>
      <w:r>
        <w:rPr>
          <w:lang w:eastAsia="zh-CN"/>
        </w:rPr>
        <w:t>　　3、管理机制更加完善了，教育责任到人，落实到位了。</w:t>
      </w:r>
      <w:r>
        <w:rPr>
          <w:lang w:eastAsia="zh-CN"/>
        </w:rPr>
        <w:br/>
      </w:r>
      <w:r>
        <w:rPr>
          <w:lang w:eastAsia="zh-CN"/>
        </w:rPr>
        <w:t>　　4、创建了安全的教学环境，形成了“安全工作，重于泰山”的良好氛围。</w:t>
      </w:r>
      <w:r>
        <w:rPr>
          <w:lang w:eastAsia="zh-CN"/>
        </w:rPr>
        <w:br/>
      </w:r>
      <w:r>
        <w:rPr>
          <w:lang w:eastAsia="zh-CN"/>
        </w:rPr>
        <w:t>　　由于安全问题是一个比较复杂的问题，有很多意外防不胜防，学校安全工作也不见得做到了天衣无缝，有很多不安全的隐患也可能随时出现，所以我校不仅要在“安全教育月”内对安全教育重点抓，在平时的常规教育中，我校也将把安全教育放在第一位，力求做到安全第一。相信在我校领导的高度重视下，在全体师生的紧密配合中，在安全领导小组的大力工作下，我校的安全教育工作，定能更上一个台阶。</w:t>
      </w:r>
      <w:r>
        <w:rPr>
          <w:lang w:eastAsia="zh-CN"/>
        </w:rPr>
        <w:br/>
      </w:r>
      <w:r>
        <w:rPr>
          <w:lang w:eastAsia="zh-CN"/>
        </w:rPr>
        <w:t xml:space="preserve">    安全教育月活动总结 篇14 </w:t>
      </w:r>
      <w:r>
        <w:rPr>
          <w:lang w:eastAsia="zh-CN"/>
        </w:rPr>
        <w:br/>
      </w:r>
      <w:r>
        <w:rPr>
          <w:lang w:eastAsia="zh-CN"/>
        </w:rPr>
        <w:t>　　一、成立交通安全教育活动领导小组。</w:t>
      </w:r>
      <w:r>
        <w:rPr>
          <w:lang w:eastAsia="zh-CN"/>
        </w:rPr>
        <w:br/>
      </w:r>
      <w:r>
        <w:rPr>
          <w:lang w:eastAsia="zh-CN"/>
        </w:rPr>
        <w:t>　　将本次活动的主题、内容贯彻到各个班级中，由各班级进一步落实到各个学生当中。要求大家“事事讲安全，人人懂安全，健康快乐每一天”。</w:t>
      </w:r>
      <w:r>
        <w:rPr>
          <w:lang w:eastAsia="zh-CN"/>
        </w:rPr>
        <w:br/>
      </w:r>
      <w:r>
        <w:rPr>
          <w:lang w:eastAsia="zh-CN"/>
        </w:rPr>
        <w:t>　　二、开展丰富多彩的安全教育活动。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结合主题班队会活动进行开展。活动有观看安全教育动画片、互动提问、现场模仿等，活动中，老师们用通俗易懂的语言为学生讲解了道路交通安全知识，并通过安全小故事、交通事故案例、认识交通标志等进行了讲解和提问互动。学生们也在愉悦的动画片中学习了各种交通安全知识，进一步增强了交通安全意识，提高了自我保护能力。</w:t>
      </w:r>
      <w:r>
        <w:rPr>
          <w:lang w:eastAsia="zh-CN"/>
        </w:rPr>
        <w:br/>
      </w:r>
      <w:r>
        <w:rPr>
          <w:lang w:eastAsia="zh-CN"/>
        </w:rPr>
        <w:t>　　2、我校根据这次的安全教育活动的主题，设计了以“交通安全”为主的宣传栏，布置班级出一期有关“交通安全知识”手抄报，各班级利用课余时间收集积累交通安全知识。</w:t>
      </w:r>
      <w:r>
        <w:rPr>
          <w:lang w:eastAsia="zh-CN"/>
        </w:rPr>
        <w:br/>
      </w:r>
      <w:r>
        <w:rPr>
          <w:lang w:eastAsia="zh-CN"/>
        </w:rPr>
        <w:t>　　3、利用学校各种宣传途径，如电子屏幕、学校网站、安全宣传专栏等。发动联合家长广泛关注、积极配合学校共同进行有关交通安全知识的教育，召开校车司机会议，并分发《致校车司机、学生家长的一封信》，努力构建家、校一体的安全教育。</w:t>
      </w:r>
      <w:r>
        <w:rPr>
          <w:lang w:eastAsia="zh-CN"/>
        </w:rPr>
        <w:br/>
      </w:r>
      <w:r>
        <w:rPr>
          <w:lang w:eastAsia="zh-CN"/>
        </w:rPr>
        <w:t>　　经过开展这次丰富多彩的安全教育活动，师生们得到了深刻的教育，进一步提高了安全意识。让安全教育牢记在每一位师生的心中，让健康快乐伴随孩子成长的每一天。</w:t>
      </w:r>
      <w:r>
        <w:rPr>
          <w:lang w:eastAsia="zh-CN"/>
        </w:rPr>
        <w:br/>
      </w:r>
      <w:r>
        <w:rPr>
          <w:lang w:eastAsia="zh-CN"/>
        </w:rPr>
        <w:t xml:space="preserve">    安全教育月活动总结 篇15 </w:t>
      </w:r>
      <w:r>
        <w:rPr>
          <w:lang w:eastAsia="zh-CN"/>
        </w:rPr>
        <w:br/>
      </w:r>
      <w:r>
        <w:rPr>
          <w:lang w:eastAsia="zh-CN"/>
        </w:rPr>
        <w:t>　　为了进一步加强安全教育工作，按照上级要求，于20__年_月30日我校开展了“安全教育日”活动。我校紧紧围绕“我安全、我健康、我快乐”这一主题，结合本校的实际情况，积极组织开展好20__年安全教育日系列活动。此次活动达到“精密安排、形势多样、教育性强”这一目标，为创建安全的教育教学环境，强化学生的安全意识奠定良好的基础。现就活动情况做如下总结：</w:t>
      </w:r>
      <w:r>
        <w:rPr>
          <w:lang w:eastAsia="zh-CN"/>
        </w:rPr>
        <w:br/>
      </w:r>
      <w:r>
        <w:rPr>
          <w:lang w:eastAsia="zh-CN"/>
        </w:rPr>
        <w:t>　　一、成立工作领导小组，重视安全教育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为了更好地开展好“安全教育日”活动，加强和改进工作，我校成立了安全教育领导小组，由覃慧校长任安全领导小组组长，并制定了详细的、符合学校实际的安全教育日活动方案，指导全校开展安全教育系列活动。</w:t>
      </w:r>
      <w:r>
        <w:rPr>
          <w:lang w:eastAsia="zh-CN"/>
        </w:rPr>
        <w:br/>
      </w:r>
      <w:r>
        <w:rPr>
          <w:lang w:eastAsia="zh-CN"/>
        </w:rPr>
        <w:t>　　二、开展丰富多彩活动，强化安全教育</w:t>
      </w:r>
      <w:r>
        <w:rPr>
          <w:lang w:eastAsia="zh-CN"/>
        </w:rPr>
        <w:br/>
      </w:r>
      <w:r>
        <w:rPr>
          <w:lang w:eastAsia="zh-CN"/>
        </w:rPr>
        <w:t>　　1、扎实开展宣传活动，力求人人参与，效果明显。在开展教育日系列活动之前，我校便悬挂了“我安全、我健康、我快乐”的安全教育宣传横幅;喷绘了两版以“交通安全、消防安全”为主题的宣传板报，让学生通过这些渠道了解和学到了更多的安全知识;再有就是向学生发放安全知识宣传资料，让家长和孩子共同学习更多的、实用的安全知识。</w:t>
      </w:r>
      <w:r>
        <w:rPr>
          <w:lang w:eastAsia="zh-CN"/>
        </w:rPr>
        <w:br/>
      </w:r>
      <w:r>
        <w:rPr>
          <w:lang w:eastAsia="zh-CN"/>
        </w:rPr>
        <w:t>　　2、国旗下讲话教育。于20__年_月30早上，对全校师生进行了一次题为“强化安全管理，共建和谐校园”的国旗下讲话。由政教处对学生进行安全教育。</w:t>
      </w:r>
      <w:r>
        <w:rPr>
          <w:lang w:eastAsia="zh-CN"/>
        </w:rPr>
        <w:br/>
      </w:r>
      <w:r>
        <w:rPr>
          <w:lang w:eastAsia="zh-CN"/>
        </w:rPr>
        <w:t>　　3、组织开展一次以“普及安全知识，确保生命安全”为主题的应急疏散演练。此次安全演练参与的人数达到了430人。</w:t>
      </w:r>
      <w:r>
        <w:rPr>
          <w:lang w:eastAsia="zh-CN"/>
        </w:rPr>
        <w:br/>
      </w:r>
      <w:r>
        <w:rPr>
          <w:lang w:eastAsia="zh-CN"/>
        </w:rPr>
        <w:t>　　4、邀请罗富乡派出所韦永笳副所长对全校师生进行消防器材使用培训，让我校师生在培训中，身临其境的体会和掌握消防安全知识。</w:t>
      </w:r>
      <w:r>
        <w:rPr>
          <w:lang w:eastAsia="zh-CN"/>
        </w:rPr>
        <w:br/>
      </w:r>
      <w:r>
        <w:rPr>
          <w:lang w:eastAsia="zh-CN"/>
        </w:rPr>
        <w:t>　　5、邀请公安干警对我校的安全协管员进行安全知识、安全技能的培训，让我校的安全协管员能学到更系统、更完善的安全知识与安全技能。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6、召开一次安全教育主题班会。各班级召开“珍爱生命、安全第一”的安全知识教育主题班会。</w:t>
      </w:r>
      <w:r>
        <w:rPr>
          <w:lang w:eastAsia="zh-CN"/>
        </w:rPr>
        <w:br/>
      </w:r>
      <w:r>
        <w:rPr>
          <w:lang w:eastAsia="zh-CN"/>
        </w:rPr>
        <w:t>　　7、布置一份安全隐患排查作业。各年级组织学生开展“学校安全隐患我发现，家庭安全隐患我排查”活动，要给学生布置一份安全隐患排查方面的作业，通过这一活动使学生认识到安全工作与自身息息相关，把安全意识融入到学生思想行动之中，做到安全工作预防在先。学校要对学生提交的安全隐患排查结果进行认真核查并对发现的问题及时加以整改。</w:t>
      </w:r>
      <w:r>
        <w:rPr>
          <w:lang w:eastAsia="zh-CN"/>
        </w:rPr>
        <w:br/>
      </w:r>
      <w:r>
        <w:rPr>
          <w:lang w:eastAsia="zh-CN"/>
        </w:rPr>
        <w:t>　　三、取得效果</w:t>
      </w:r>
      <w:r>
        <w:rPr>
          <w:lang w:eastAsia="zh-CN"/>
        </w:rPr>
        <w:br/>
      </w:r>
      <w:r>
        <w:rPr>
          <w:lang w:eastAsia="zh-CN"/>
        </w:rPr>
        <w:t>　　1、学生安全知识面更广了，安全意识更强了，对注意安全的理解更深了。</w:t>
      </w:r>
      <w:r>
        <w:rPr>
          <w:lang w:eastAsia="zh-CN"/>
        </w:rPr>
        <w:br/>
      </w:r>
      <w:r>
        <w:rPr>
          <w:lang w:eastAsia="zh-CN"/>
        </w:rPr>
        <w:t>　　2、创建了安全的教学环境，形成了“安全工作，重于泰山”的良好氛围。</w:t>
      </w:r>
      <w:r>
        <w:rPr>
          <w:lang w:eastAsia="zh-CN"/>
        </w:rPr>
        <w:br/>
      </w:r>
      <w:r>
        <w:rPr>
          <w:lang w:eastAsia="zh-CN"/>
        </w:rPr>
        <w:t xml:space="preserve">    安全教育月活动总结 篇16 </w:t>
      </w:r>
      <w:r>
        <w:rPr>
          <w:lang w:eastAsia="zh-CN"/>
        </w:rPr>
        <w:br/>
      </w:r>
      <w:r>
        <w:rPr>
          <w:lang w:eastAsia="zh-CN"/>
        </w:rPr>
        <w:t>　　今年的主题是“我安全，我健康，我快乐”。我校紧密围绕主题，开展丰富多彩的安全教育活动，突出安全工作为学校工作的重中之重，形成家庭、学校、社会合力，狠抓学生安全防范，提高学生安全自护能力。</w:t>
      </w:r>
      <w:r>
        <w:rPr>
          <w:lang w:eastAsia="zh-CN"/>
        </w:rPr>
        <w:br/>
      </w:r>
      <w:r>
        <w:rPr>
          <w:lang w:eastAsia="zh-CN"/>
        </w:rPr>
        <w:t>　　一、提高认识，加强领导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接到通知后，我校立即对各班进行了布置，要求各班充分认识中小学安全教育活动的重要意义，将安全教育日活动纳入学校安全教育工作的重要内容，为加强组织领导，成立了以校长为组长的安全领导小组，确保活动取得实效。</w:t>
      </w:r>
      <w:r>
        <w:rPr>
          <w:lang w:eastAsia="zh-CN"/>
        </w:rPr>
        <w:br/>
      </w:r>
      <w:r>
        <w:rPr>
          <w:lang w:eastAsia="zh-CN"/>
        </w:rPr>
        <w:t>　　二、认真组织，周密安排</w:t>
      </w:r>
      <w:r>
        <w:rPr>
          <w:lang w:eastAsia="zh-CN"/>
        </w:rPr>
        <w:br/>
      </w:r>
      <w:r>
        <w:rPr>
          <w:lang w:eastAsia="zh-CN"/>
        </w:rPr>
        <w:t>　　安全教育日活动要由校统一部署，以班级为单位组织实施。根据各班实际情况加强对学生进行卫生、饮食、水电、交通、纪律等方面的教育。一定要确保教育到位，防止走过场，走形式。</w:t>
      </w:r>
      <w:r>
        <w:rPr>
          <w:lang w:eastAsia="zh-CN"/>
        </w:rPr>
        <w:br/>
      </w:r>
      <w:r>
        <w:rPr>
          <w:lang w:eastAsia="zh-CN"/>
        </w:rPr>
        <w:t>　　三、强化监督，狠抓落实</w:t>
      </w:r>
      <w:r>
        <w:rPr>
          <w:lang w:eastAsia="zh-CN"/>
        </w:rPr>
        <w:br/>
      </w:r>
      <w:r>
        <w:rPr>
          <w:lang w:eastAsia="zh-CN"/>
        </w:rPr>
        <w:t>　　学校把本次活动开展情况纳入对班级安全工作检查考核的内容，并及时进行督查。学校要对各班级开展安全教育的情况进行严格检查和总结，汲取经验，不断创新，提高教育效果。</w:t>
      </w:r>
      <w:r>
        <w:rPr>
          <w:lang w:eastAsia="zh-CN"/>
        </w:rPr>
        <w:br/>
      </w:r>
      <w:r>
        <w:rPr>
          <w:lang w:eastAsia="zh-CN"/>
        </w:rPr>
        <w:t>　　四、具体活动，深化教育</w:t>
      </w:r>
      <w:r>
        <w:rPr>
          <w:lang w:eastAsia="zh-CN"/>
        </w:rPr>
        <w:br/>
      </w:r>
      <w:r>
        <w:rPr>
          <w:lang w:eastAsia="zh-CN"/>
        </w:rPr>
        <w:t>　　1、利用国旗下讲话，做好安全教育日的宣传、教育和安全教育日启动仪式工作。在国旗下讲话中，给学生们介绍了中小学安全教育日的由来，历年安全教育日的主题，并向学生提出了安全注意事项，收到了很好的安全教育效果。</w:t>
      </w:r>
      <w:r>
        <w:rPr>
          <w:lang w:eastAsia="zh-CN"/>
        </w:rPr>
        <w:br/>
      </w:r>
      <w:r>
        <w:rPr>
          <w:lang w:eastAsia="zh-CN"/>
        </w:rPr>
        <w:t>　　2、利用周一班会，开展以“我安全，我健康，我快乐”等相关主题教育，以进一步提高学生的安全防范意识和自救自护能力。</w:t>
      </w:r>
      <w:r>
        <w:rPr>
          <w:lang w:eastAsia="zh-CN"/>
        </w:rPr>
        <w:br/>
      </w:r>
      <w:r>
        <w:rPr>
          <w:lang w:eastAsia="zh-CN"/>
        </w:rPr>
        <w:t>　　3、下午，由校长带领全体教师对全校各个区域进行了一次全面的大检查，排查安全隐患。对各室设施设备进行一次细致的安全大检查，找出安全隐患，针对校园门、窗、栏杆、教室、锅炉房、操场篮球架、电脑室等可能存在的问题认真排查，做好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4、各班出了一期安全教育手抄报，搜集相关安全教育的资料，让学生能够从中引起注意，并获得相关安全知识，加强学生之间的互相交流与学习，提高认识，共同进步。</w:t>
      </w:r>
      <w:r>
        <w:rPr>
          <w:lang w:eastAsia="zh-CN"/>
        </w:rPr>
        <w:br/>
      </w:r>
      <w:r>
        <w:rPr>
          <w:lang w:eastAsia="zh-CN"/>
        </w:rPr>
        <w:t>　　5、发安全教育日致家长一封信，通过一封信的形式让学生家长加入到安全教育日活动中，并使其在安全教育活动中起到重要作用。</w:t>
      </w:r>
      <w:r>
        <w:rPr>
          <w:lang w:eastAsia="zh-CN"/>
        </w:rPr>
        <w:br/>
      </w:r>
      <w:r>
        <w:rPr>
          <w:lang w:eastAsia="zh-CN"/>
        </w:rPr>
        <w:t>　　6、在校园内设立安全教育警示牌，并在校门口悬挂了安全教育条幅，在校园内和校园外，粘贴安全教育宣传标语，对同学们进行安全知识宣传。</w:t>
      </w:r>
      <w:r>
        <w:rPr>
          <w:lang w:eastAsia="zh-CN"/>
        </w:rPr>
        <w:br/>
      </w:r>
      <w:r>
        <w:rPr>
          <w:lang w:eastAsia="zh-CN"/>
        </w:rPr>
        <w:t>　　7、我校组织了一次逃生安全演练，并取得了较好的效果。</w:t>
      </w:r>
      <w:r>
        <w:rPr>
          <w:lang w:eastAsia="zh-CN"/>
        </w:rPr>
        <w:br/>
      </w:r>
      <w:r>
        <w:rPr>
          <w:lang w:eastAsia="zh-CN"/>
        </w:rPr>
        <w:t>　　通过开展安全教育日系列活动，对全体学生进行了安全教育再宣传，再动员，再强调。进一步增强了学校“平安校园”的创建工作，切实落实各项安全制度和措施，加强校园安全稳定工作，为共建和谐校园、和谐社会而努力。</w:t>
      </w:r>
      <w:r>
        <w:rPr>
          <w:lang w:eastAsia="zh-CN"/>
        </w:rPr>
        <w:br/>
      </w:r>
      <w:r>
        <w:rPr>
          <w:lang w:eastAsia="zh-CN"/>
        </w:rPr>
        <w:t xml:space="preserve">    安全教育月活动总结 篇17 </w:t>
      </w:r>
      <w:r>
        <w:rPr>
          <w:lang w:eastAsia="zh-CN"/>
        </w:rPr>
        <w:br/>
      </w:r>
      <w:r>
        <w:rPr>
          <w:lang w:eastAsia="zh-CN"/>
        </w:rPr>
        <w:t>　　为开展好第__个全国“安全生产月”活动，切实地抓好道路运输安全管理工作，深入落实安全生产责任制度，立足防范、落实责任、强化管理，结合公司实际，紧紧围绕“加强安全法制，保障安全生产”的活动主题，研究制定了可行的活动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经过公司一整月的“安全生产月”的活动实施，精心组织、全面部署、认真落实、注重实效，以宣传国家有关安全生产法律法规、安全生产知识、公司安全生产管理制度，增强全体员工的安全意识和防范事故的能力为重点。积极开展形式多样、内容丰富的安全活动，加大隐患排查治理力度，进一步强化了全员对安全工作重要性的认识，完善了安全管理机制，提高了安全生产的质量水平和防范事故的能力，及时有效的消除了安全隐患，取得了显著成效，保证了安全生产。现将我单位20__年“安全生产月”活动总结如下：</w:t>
      </w:r>
      <w:r>
        <w:rPr>
          <w:lang w:eastAsia="zh-CN"/>
        </w:rPr>
        <w:br/>
      </w:r>
      <w:r>
        <w:rPr>
          <w:lang w:eastAsia="zh-CN"/>
        </w:rPr>
        <w:t>　　一、加强领导，精心组织，分工负责</w:t>
      </w:r>
      <w:r>
        <w:rPr>
          <w:lang w:eastAsia="zh-CN"/>
        </w:rPr>
        <w:br/>
      </w:r>
      <w:r>
        <w:rPr>
          <w:lang w:eastAsia="zh-CN"/>
        </w:rPr>
        <w:t>　　在公司董事长领导下，与各部门负责人密切配合，狠抓落实。结合我单位实际，明确了活动的主题和具体要求，要求我公司各部门要把“安全生产月”活动列入重要议事日程，精心组织、务求实效，明确目标，明确责任，明确任务，活动要讲求实际，注重实效，真抓实干，抓出成效，严禁形式主义，严禁走过场。</w:t>
      </w:r>
      <w:r>
        <w:rPr>
          <w:lang w:eastAsia="zh-CN"/>
        </w:rPr>
        <w:br/>
      </w:r>
      <w:r>
        <w:rPr>
          <w:lang w:eastAsia="zh-CN"/>
        </w:rPr>
        <w:t>　　在活动开展中，公司成立了以于春林董事长为组长的领导小组，领导小组亲自抓，抓点带面，抓两头带中间，保证安全月活动开展的富有成效。通过活动，进一步促进我单位安全生产各项工作的落实。</w:t>
      </w:r>
      <w:r>
        <w:rPr>
          <w:lang w:eastAsia="zh-CN"/>
        </w:rPr>
        <w:br/>
      </w:r>
      <w:r>
        <w:rPr>
          <w:lang w:eastAsia="zh-CN"/>
        </w:rPr>
        <w:t>　　二、大力宣传、营造氛围、提高安全工作意识</w:t>
      </w:r>
      <w:r>
        <w:rPr>
          <w:lang w:eastAsia="zh-CN"/>
        </w:rPr>
        <w:br/>
      </w:r>
      <w:r>
        <w:rPr>
          <w:lang w:eastAsia="zh-CN"/>
        </w:rPr>
        <w:t>　　安全生产工作宣传是安全生产月的重要内容之一。开展安全生产事故警示教育活动。以安全生产知识、安全生产事故典型案例为主要内容，积极准备宣传材料，制作宣传条幅等。切实提高交通运输行业广大职工、经营者及社会公众的安全意识和自我保护能力。</w:t>
      </w:r>
      <w:r>
        <w:rPr>
          <w:lang w:eastAsia="zh-CN"/>
        </w:rPr>
        <w:br/>
      </w:r>
      <w:r>
        <w:rPr>
          <w:lang w:eastAsia="zh-CN"/>
        </w:rPr>
        <w:t>　　三、向社会进行广泛宣传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向司乘人员进行宣传的同时，对乘车旅客播放宣传告知视频。通过活动进一步加强了我公司安全管理人员、驾乘人员、乘车旅客的安全生产责任意识、安全乘车意识，促进全社会的交通参与者对安全行车和安全乘车的重视。通过活动受到教育的乘车旅客近千人，取得了良好的社会宣传效应，营造了较为浓厚的安全生产月氛围的同时宣传了企业形象。</w:t>
      </w:r>
      <w:r>
        <w:rPr>
          <w:lang w:eastAsia="zh-CN"/>
        </w:rPr>
        <w:br/>
      </w:r>
      <w:r>
        <w:rPr>
          <w:lang w:eastAsia="zh-CN"/>
        </w:rPr>
        <w:t>　　四、组织开展应急救援演练</w:t>
      </w:r>
      <w:r>
        <w:rPr>
          <w:lang w:eastAsia="zh-CN"/>
        </w:rPr>
        <w:br/>
      </w:r>
      <w:r>
        <w:rPr>
          <w:lang w:eastAsia="zh-CN"/>
        </w:rPr>
        <w:t>　　由公司安全部组织，要结合实际，组织应急救援演练，提高应对交通突发重特大安全事故快速反应和抢险救援能力。通过开展应急演练，检验应急预案的科学性、针对性和可操作性，并及时修改和完善。</w:t>
      </w:r>
      <w:r>
        <w:rPr>
          <w:lang w:eastAsia="zh-CN"/>
        </w:rPr>
        <w:br/>
      </w:r>
      <w:r>
        <w:rPr>
          <w:lang w:eastAsia="zh-CN"/>
        </w:rPr>
        <w:t>　　通过一个月的学习教育、隐患排查、制度完善和整改落实，我公司在安全管理方面取得了一定效果，但离上级标准仍有差距，今后，我公司会再接再励，以“安全生产月”活动为契机，使广大员工牢牢树立“安全责任重于泰山”的思想，时时刻刻绷紧安全生产这根弦，让我公司始终保持“安全、优质、有序”的良好运行状态，为完成年度安全目标奠定基础。</w:t>
      </w:r>
      <w:r>
        <w:rPr>
          <w:lang w:eastAsia="zh-CN"/>
        </w:rPr>
        <w:br/>
      </w:r>
      <w:r>
        <w:rPr>
          <w:lang w:eastAsia="zh-CN"/>
        </w:rPr>
        <w:t xml:space="preserve">    安全教育月活动总结 篇18 </w:t>
      </w:r>
      <w:r>
        <w:rPr>
          <w:lang w:eastAsia="zh-CN"/>
        </w:rPr>
        <w:br/>
      </w:r>
      <w:r>
        <w:rPr>
          <w:lang w:eastAsia="zh-CN"/>
        </w:rPr>
        <w:t>　　根据《市教育局关于在全市中小学开展“安全教育月”活动的通知》和县教育局关于在全县中小学开展“安全教育月”活动的通知精神，结合“掌握避险技能，防范伤害事故”的主题，根据实际，我校开展了“安全教育月”活动。现将活动的开展情况总结如下：</w:t>
      </w:r>
      <w:r>
        <w:rPr>
          <w:lang w:eastAsia="zh-CN"/>
        </w:rPr>
        <w:br/>
      </w:r>
    </w:p>
    <w:p w:rsidR="001B1F19" w14:textId="27C3F48A">
      <w:pPr>
        <w:rPr>
          <w:rFonts w:hint="eastAsia"/>
          <w:lang w:eastAsia="zh-CN"/>
        </w:rPr>
      </w:pPr>
      <w:r>
        <w:rPr>
          <w:lang w:eastAsia="zh-CN"/>
        </w:rPr>
        <w:t>　　1、建立健全安全管理队伍。成立了领导小组，形成一套安全管理网络。其次，进一步完善安全制度。使安全管理制度更加科学、合理、规范、易操作。学校安全工作领导小组和各班班主任签订安全工作现任状。建立了各项安全工作检查评比制度、安全工作管理制度。实行领导安全值日检查制。值日领导对每天的安全工作负总责，领导小组成员依表值日。针对我校学生比较多，楼道比较窄，安全隐患大的状况，安排专人进行管理。</w:t>
      </w:r>
      <w:r>
        <w:rPr>
          <w:lang w:eastAsia="zh-CN"/>
        </w:rPr>
        <w:br/>
      </w:r>
      <w:r>
        <w:rPr>
          <w:lang w:eastAsia="zh-CN"/>
        </w:rPr>
        <w:t>　　2、以校为本，讲求实效，制定完善的宣传教育内容。活动开展初期，我们组织以领导小组为核心的宣传小组，针对我校的实际，制定我校的安全宣传教育内容。</w:t>
      </w:r>
      <w:r>
        <w:rPr>
          <w:lang w:eastAsia="zh-CN"/>
        </w:rPr>
        <w:br/>
      </w:r>
      <w:r>
        <w:rPr>
          <w:lang w:eastAsia="zh-CN"/>
        </w:rPr>
        <w:t>　　(1)警示教育：认真宣传学习《小学生日常行为规范》，正面教育师生自觉遵守《规定》和《规范》，同时以外地发生的安全事故为借鉴，反复宣传教育。</w:t>
      </w:r>
      <w:r>
        <w:rPr>
          <w:lang w:eastAsia="zh-CN"/>
        </w:rPr>
        <w:br/>
      </w:r>
      <w:r>
        <w:rPr>
          <w:lang w:eastAsia="zh-CN"/>
        </w:rPr>
        <w:t>　　(2)自我保护：在小学生中进行如何自救，如何应对走失，被拐骗等安全防范的教育。</w:t>
      </w:r>
      <w:r>
        <w:rPr>
          <w:lang w:eastAsia="zh-CN"/>
        </w:rPr>
        <w:br/>
      </w:r>
      <w:r>
        <w:rPr>
          <w:lang w:eastAsia="zh-CN"/>
        </w:rPr>
        <w:t>　　(3)食品卫生安全：教育学生不到外面的摊点上购买零食、饮料等，防止病从口入，毒从口入。</w:t>
      </w:r>
      <w:r>
        <w:rPr>
          <w:lang w:eastAsia="zh-CN"/>
        </w:rPr>
        <w:br/>
      </w:r>
      <w:r>
        <w:rPr>
          <w:lang w:eastAsia="zh-CN"/>
        </w:rPr>
        <w:t>　　(4)活动安全：加强课外活动及课间活动的安全教育。</w:t>
      </w:r>
      <w:r>
        <w:rPr>
          <w:lang w:eastAsia="zh-CN"/>
        </w:rPr>
        <w:br/>
      </w:r>
      <w:r>
        <w:rPr>
          <w:lang w:eastAsia="zh-CN"/>
        </w:rPr>
        <w:t>　　(5)行路安全：加强送路队的管理，强化交通法规教育。</w:t>
      </w:r>
      <w:r>
        <w:rPr>
          <w:lang w:eastAsia="zh-CN"/>
        </w:rPr>
        <w:br/>
      </w:r>
      <w:r>
        <w:rPr>
          <w:lang w:eastAsia="zh-CN"/>
        </w:rPr>
        <w:t xml:space="preserve">    安全教育月活动总结 篇19 </w:t>
      </w:r>
      <w:r>
        <w:rPr>
          <w:lang w:eastAsia="zh-CN"/>
        </w:rPr>
        <w:br/>
      </w:r>
      <w:r>
        <w:rPr>
          <w:lang w:eastAsia="zh-CN"/>
        </w:rPr>
        <w:t>　　我区高度重视，各学校切实开展以强化安全意识，提高避险能力为主题的安全教育活动，并扎实做好各项安全工作，现将所做工作总结如下：</w:t>
      </w:r>
      <w:r>
        <w:rPr>
          <w:lang w:eastAsia="zh-CN"/>
        </w:rPr>
        <w:br/>
      </w:r>
      <w:r>
        <w:rPr>
          <w:lang w:eastAsia="zh-CN"/>
        </w:rPr>
        <w:t>　　一、统一部署，确保活动顺利进行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https://d.book118.com/808074124013006040</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8074124013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