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放射科制度（全）</w:t>
      </w:r>
    </w:p>
    <w:p>
      <w:pPr>
        <w:spacing w:before="100" w:after="200" w:line="360" w:lineRule="auto"/>
        <w:ind w:firstLine="576"/>
        <w:jc w:val="left"/>
      </w:pPr>
      <w:r>
        <w:rPr>
          <w:rFonts w:ascii="宋体" w:eastAsia="宋体" w:hAnsi="宋体"/>
          <w:sz w:val="28"/>
        </w:rPr>
        <w:t>第一章规章制度</w:t>
      </w:r>
    </w:p>
    <w:p>
      <w:pPr>
        <w:spacing w:before="100" w:after="200" w:line="360" w:lineRule="auto"/>
        <w:jc w:val="left"/>
      </w:pPr>
      <w:r>
        <w:rPr>
          <w:rFonts w:ascii="宋体 (中文正文)" w:eastAsia="宋体" w:hAnsi="宋体 (中文正文)"/>
          <w:b/>
          <w:sz w:val="28"/>
        </w:rPr>
        <w:t>一、考勤与休假制度</w:t>
      </w:r>
    </w:p>
    <w:p>
      <w:pPr>
        <w:spacing w:before="100" w:after="200" w:line="360" w:lineRule="auto"/>
        <w:ind w:firstLine="576"/>
        <w:jc w:val="left"/>
      </w:pPr>
      <w:r>
        <w:rPr>
          <w:rFonts w:ascii="宋体" w:eastAsia="宋体" w:hAnsi="宋体"/>
          <w:sz w:val="28"/>
        </w:rPr>
        <w:t>1．全科工作人员、实习生、进修医师均应按时上班，不迟到早退，上班时间内不串岗、不脱岗，坚守工作岗位。</w:t>
      </w:r>
    </w:p>
    <w:p>
      <w:pPr>
        <w:spacing w:before="100" w:after="200" w:line="360" w:lineRule="auto"/>
        <w:ind w:firstLine="576"/>
        <w:jc w:val="left"/>
      </w:pPr>
      <w:r>
        <w:rPr>
          <w:rFonts w:ascii="宋体" w:eastAsia="宋体" w:hAnsi="宋体"/>
          <w:sz w:val="28"/>
        </w:rPr>
        <w:t>2．科室人员必须严格遵守医院考勤及请假的规定，违者按院部规定条例处理。</w:t>
      </w:r>
    </w:p>
    <w:p>
      <w:pPr>
        <w:spacing w:before="100" w:after="200" w:line="360" w:lineRule="auto"/>
        <w:ind w:firstLine="576"/>
        <w:jc w:val="left"/>
      </w:pPr>
      <w:r>
        <w:rPr>
          <w:rFonts w:ascii="宋体" w:eastAsia="宋体" w:hAnsi="宋体"/>
          <w:sz w:val="28"/>
        </w:rPr>
        <w:t>3．科内病假、事假人数及天数由各部门责任医师登记，月终由科考勤员统计。</w:t>
      </w:r>
    </w:p>
    <w:p>
      <w:pPr>
        <w:spacing w:before="100" w:after="200" w:line="360" w:lineRule="auto"/>
        <w:ind w:firstLine="576"/>
        <w:jc w:val="left"/>
      </w:pPr>
      <w:r>
        <w:rPr>
          <w:rFonts w:ascii="宋体" w:eastAsia="宋体" w:hAnsi="宋体"/>
          <w:sz w:val="28"/>
        </w:rPr>
        <w:t>4．按国家规定，放射工作人员除法定各种假期（婚假、产假、探亲假、工休假、病假、事假）外，享受放射假。科内放射人员休放射假由科主任在保证工作正常进行前提下，统筹安排。放射假、工休假不作缺勤。</w:t>
      </w:r>
    </w:p>
    <w:p>
      <w:pPr>
        <w:spacing w:before="100" w:after="200" w:line="360" w:lineRule="auto"/>
        <w:ind w:firstLine="576"/>
        <w:jc w:val="left"/>
      </w:pPr>
      <w:r>
        <w:rPr>
          <w:rFonts w:ascii="宋体" w:eastAsia="宋体" w:hAnsi="宋体"/>
          <w:sz w:val="28"/>
        </w:rPr>
        <w:t>5．科内人员在上班期间，若遇到特殊情况（急诊、直系亲属因病或／和其它特发事件）需离岗者，必须按院部有关规定条例办理请假手续。</w:t>
      </w:r>
    </w:p>
    <w:p>
      <w:pPr>
        <w:spacing w:before="100" w:after="200" w:line="360" w:lineRule="auto"/>
        <w:ind w:firstLine="576"/>
        <w:jc w:val="left"/>
      </w:pPr>
      <w:r>
        <w:rPr>
          <w:rFonts w:ascii="宋体" w:eastAsia="宋体" w:hAnsi="宋体"/>
          <w:sz w:val="28"/>
        </w:rPr>
        <w:t>6．凡病假者，必须持院保健科病假证明方可生效，并由科主任签名后科内考勤员存档；凡事假超过一天者，必须由科主任同意签名后，在人事处办理手续，将回执交科主任过目，由考勤员存档。</w:t>
      </w:r>
    </w:p>
    <w:p>
      <w:pPr>
        <w:spacing w:before="100" w:after="200" w:line="360" w:lineRule="auto"/>
        <w:ind w:firstLine="576"/>
        <w:jc w:val="left"/>
      </w:pPr>
      <w:r>
        <w:rPr>
          <w:rFonts w:ascii="宋体" w:eastAsia="宋体" w:hAnsi="宋体"/>
          <w:sz w:val="28"/>
        </w:rPr>
        <w:t>7．无论病假、事假，若超过原请假期限，视为旷工，按院部有关条例处理。</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r>
        <w:rPr>
          <w:rFonts w:ascii="宋体" w:eastAsia="宋体" w:hAnsi="宋体"/>
          <w:sz w:val="28"/>
        </w:rPr>
        <w:t>8．若病假、事假未达到期限提前上班，需及时向科主任说明情况，注销请假日期。</w:t>
      </w:r>
    </w:p>
    <w:p>
      <w:pPr>
        <w:spacing w:before="100" w:after="200" w:line="360" w:lineRule="auto"/>
        <w:ind w:firstLine="576"/>
        <w:jc w:val="left"/>
      </w:pPr>
      <w:r>
        <w:rPr>
          <w:rFonts w:ascii="宋体" w:eastAsia="宋体" w:hAnsi="宋体"/>
          <w:sz w:val="28"/>
        </w:rPr>
        <w:t>9．新进科室人员必须工作满一年后，方可安排休放射假。当年放射假必须在当年内安排（特殊情况除外），但不待借用下年度放射假。</w:t>
      </w:r>
    </w:p>
    <w:p>
      <w:pPr>
        <w:spacing w:before="100" w:after="200" w:line="360" w:lineRule="auto"/>
        <w:jc w:val="left"/>
      </w:pPr>
      <w:r>
        <w:rPr>
          <w:rFonts w:ascii="宋体 (中文正文)" w:eastAsia="宋体" w:hAnsi="宋体 (中文正文)"/>
          <w:b/>
          <w:sz w:val="28"/>
        </w:rPr>
        <w:t>二、读片、报告审核制度</w:t>
      </w:r>
    </w:p>
    <w:p>
      <w:pPr>
        <w:spacing w:before="100" w:after="200" w:line="360" w:lineRule="auto"/>
        <w:jc w:val="left"/>
      </w:pPr>
      <w:r>
        <w:rPr>
          <w:rFonts w:ascii="宋体 (中文正文)" w:eastAsia="宋体" w:hAnsi="宋体 (中文正文)"/>
          <w:sz w:val="28"/>
        </w:rPr>
        <w:t>1、读片制度：</w:t>
      </w:r>
    </w:p>
    <w:p>
      <w:pPr>
        <w:spacing w:before="100" w:after="200" w:line="360" w:lineRule="auto"/>
        <w:ind w:firstLine="576"/>
        <w:jc w:val="left"/>
      </w:pPr>
      <w:r>
        <w:rPr>
          <w:rFonts w:ascii="宋体" w:eastAsia="宋体" w:hAnsi="宋体"/>
          <w:sz w:val="28"/>
        </w:rPr>
        <w:t>（1）保证每天上午半小时集体读片，以当天科室值白班医师及技师参加。</w:t>
      </w:r>
    </w:p>
    <w:p>
      <w:pPr>
        <w:spacing w:before="100" w:after="200" w:line="360" w:lineRule="auto"/>
        <w:ind w:firstLine="576"/>
        <w:jc w:val="left"/>
      </w:pPr>
      <w:r>
        <w:rPr>
          <w:rFonts w:ascii="宋体" w:eastAsia="宋体" w:hAnsi="宋体"/>
          <w:sz w:val="28"/>
        </w:rPr>
        <w:t>（2）由前一天当班医师选择疑难病例和／或有教学价值的病例若干份，作为当天集体读片的主要内容。</w:t>
      </w:r>
    </w:p>
    <w:p>
      <w:pPr>
        <w:spacing w:before="100" w:after="200" w:line="360" w:lineRule="auto"/>
        <w:ind w:firstLine="576"/>
        <w:jc w:val="left"/>
      </w:pPr>
      <w:r>
        <w:rPr>
          <w:rFonts w:ascii="宋体" w:eastAsia="宋体" w:hAnsi="宋体"/>
          <w:sz w:val="28"/>
        </w:rPr>
        <w:t>（4）参加读片的医师可各抒己见，进行深入的相关信息交流，做到既培养青年医师的逻辑推理能力和表达能力，又重温了解剖、生理、病理、临床等相关知识。通过相互交流，达到提高诊断质量、进行专业和教学培训的目的。</w:t>
      </w:r>
    </w:p>
    <w:p>
      <w:pPr>
        <w:spacing w:before="100" w:after="200" w:line="360" w:lineRule="auto"/>
        <w:ind w:firstLine="576"/>
        <w:jc w:val="left"/>
      </w:pPr>
      <w:r>
        <w:rPr>
          <w:rFonts w:ascii="宋体" w:eastAsia="宋体" w:hAnsi="宋体"/>
          <w:sz w:val="28"/>
        </w:rPr>
        <w:t>（5）由当天“审核医师”总结报告内容，便于“书写医师”正确书写报告。</w:t>
      </w:r>
    </w:p>
    <w:p>
      <w:pPr>
        <w:spacing w:before="100" w:after="200" w:line="360" w:lineRule="auto"/>
        <w:jc w:val="left"/>
      </w:pPr>
      <w:r>
        <w:rPr>
          <w:rFonts w:ascii="宋体 (中文正文)" w:eastAsia="宋体" w:hAnsi="宋体 (中文正文)"/>
          <w:sz w:val="28"/>
        </w:rPr>
        <w:t>2、报告审核制度：</w:t>
      </w:r>
    </w:p>
    <w:p>
      <w:pPr>
        <w:spacing w:before="100" w:after="200" w:line="360" w:lineRule="auto"/>
        <w:ind w:firstLine="576"/>
        <w:jc w:val="left"/>
      </w:pPr>
      <w:r>
        <w:rPr>
          <w:rFonts w:ascii="宋体" w:eastAsia="宋体" w:hAnsi="宋体"/>
          <w:sz w:val="28"/>
        </w:rPr>
        <w:t>（1）审核医师必须由获得主治医师职称二年以上的医师担任，完成当</w:t>
      </w:r>
    </w:p>
    <w:p>
      <w:r>
        <w:rPr>
          <w:rFonts w:ascii="黑体" w:eastAsia="黑体" w:hAnsi="黑体"/>
          <w:b/>
          <w:color w:val="FA0000"/>
          <w:sz w:val="28"/>
        </w:rPr>
        <w:t>2</w:t>
      </w:r>
    </w:p>
    <w:p>
      <w:pPr>
        <w:spacing w:before="100" w:after="200" w:line="360" w:lineRule="auto"/>
        <w:ind w:firstLine="576"/>
        <w:jc w:val="left"/>
      </w:pPr>
      <w:r>
        <w:rPr>
          <w:rFonts w:ascii="宋体" w:eastAsia="宋体" w:hAnsi="宋体"/>
          <w:sz w:val="28"/>
        </w:rPr>
        <w:t>日诊断报告的审核。</w:t>
      </w:r>
    </w:p>
    <w:p>
      <w:pPr>
        <w:spacing w:before="100" w:after="200" w:line="360" w:lineRule="auto"/>
        <w:ind w:firstLine="576"/>
        <w:jc w:val="left"/>
        <w:sectPr w:rsidSect="00034616">
          <w:type w:val="nextPage"/>
          <w:pgSz w:w="11906" w:h="16838"/>
          <w:pgMar w:top="1440" w:right="1440" w:bottom="1440" w:left="1440" w:header="720" w:footer="720" w:gutter="0"/>
          <w:pgNumType w:start="2"/>
          <w:cols w:space="720"/>
          <w:titlePg w:val="0"/>
          <w:docGrid w:linePitch="360"/>
        </w:sectPr>
      </w:pPr>
    </w:p>
    <w:p>
      <w:pPr>
        <w:spacing w:before="100" w:after="200" w:line="360" w:lineRule="auto"/>
        <w:ind w:firstLine="576"/>
        <w:jc w:val="left"/>
      </w:pPr>
      <w:r>
        <w:rPr>
          <w:rFonts w:ascii="宋体" w:eastAsia="宋体" w:hAnsi="宋体"/>
          <w:sz w:val="28"/>
        </w:rPr>
        <w:t>（2）审核医师对每份检查报告必须核对“申请单、片头、报告”三者的姓名、性别、年龄、科别、放射学检查号码、门诊号／住院号、病房号／床号、检查时间、报告书写时间、报告审核时间以及书写医师的签名。</w:t>
      </w:r>
    </w:p>
    <w:p>
      <w:pPr>
        <w:spacing w:before="100" w:after="200" w:line="360" w:lineRule="auto"/>
        <w:ind w:firstLine="576"/>
        <w:jc w:val="left"/>
      </w:pPr>
      <w:r>
        <w:rPr>
          <w:rFonts w:ascii="宋体" w:eastAsia="宋体" w:hAnsi="宋体"/>
          <w:sz w:val="28"/>
        </w:rPr>
        <w:t>（4）审核医师在审核报告过程中应注意修正错误的或不当的专业描述用语，以及描述与诊断结论的一致性，特别是放射学诊断的准确性。必要时提出加做和／或重做有关的放射学检查，交书写医师落实执行。尽可能地减少误、漏、过诊之机率，提高报告的正确性。</w:t>
      </w:r>
    </w:p>
    <w:p>
      <w:pPr>
        <w:spacing w:before="100" w:after="200" w:line="360" w:lineRule="auto"/>
        <w:ind w:firstLine="576"/>
        <w:jc w:val="left"/>
      </w:pPr>
      <w:r>
        <w:rPr>
          <w:rFonts w:ascii="宋体" w:eastAsia="宋体" w:hAnsi="宋体"/>
          <w:sz w:val="28"/>
        </w:rPr>
        <w:t>（5）审核医师还应注意，对送检医师的要求以外的阳性发现在报告中应有述及，并按诊断重要性的主次顺序写在结论中以供临床医师参考。</w:t>
      </w:r>
    </w:p>
    <w:p>
      <w:pPr>
        <w:spacing w:before="100" w:after="200" w:line="360" w:lineRule="auto"/>
        <w:ind w:firstLine="576"/>
        <w:jc w:val="left"/>
      </w:pPr>
      <w:r>
        <w:rPr>
          <w:rFonts w:ascii="宋体" w:eastAsia="宋体" w:hAnsi="宋体"/>
          <w:sz w:val="28"/>
        </w:rPr>
        <w:t>（6）审核医师在同意的和修改后通过的报告上使用手写体电子版签名，字迹要清楚。</w:t>
      </w:r>
    </w:p>
    <w:p>
      <w:pPr>
        <w:spacing w:before="100" w:after="200" w:line="360" w:lineRule="auto"/>
        <w:jc w:val="left"/>
      </w:pPr>
      <w:r>
        <w:rPr>
          <w:rFonts w:ascii="宋体 (中文正文)" w:eastAsia="宋体" w:hAnsi="宋体 (中文正文)"/>
          <w:b/>
          <w:sz w:val="28"/>
        </w:rPr>
        <w:t>三、阅片报告制度</w:t>
      </w:r>
    </w:p>
    <w:p>
      <w:r>
        <w:rPr>
          <w:rFonts w:ascii="黑体" w:eastAsia="黑体" w:hAnsi="黑体"/>
          <w:b/>
          <w:color w:val="FA0000"/>
          <w:sz w:val="28"/>
        </w:rPr>
        <w:t>3</w:t>
      </w:r>
    </w:p>
    <w:p>
      <w:pPr>
        <w:spacing w:before="100" w:after="200" w:line="360" w:lineRule="auto"/>
        <w:ind w:firstLine="576"/>
        <w:jc w:val="left"/>
      </w:pPr>
      <w:r>
        <w:rPr>
          <w:rFonts w:ascii="宋体" w:eastAsia="宋体" w:hAnsi="宋体"/>
          <w:sz w:val="28"/>
        </w:rPr>
        <w:t>5、报告内容字迹清楚，无错别字，形容描述应恰当如实，语句简练明白，描述与结论吻合，层次分明，诊断力求正确，提出相应检查建议及随诊要求。</w:t>
      </w:r>
    </w:p>
    <w:p>
      <w:pPr>
        <w:spacing w:before="100" w:after="200" w:line="360" w:lineRule="auto"/>
        <w:ind w:firstLine="576"/>
        <w:jc w:val="left"/>
      </w:pPr>
      <w:r>
        <w:rPr>
          <w:rFonts w:ascii="宋体" w:eastAsia="宋体" w:hAnsi="宋体"/>
          <w:sz w:val="28"/>
        </w:rPr>
        <w:t>6、凡当班报告医生认为不能做出诊断的疑难片，可留待次日晨间读片时全科医生讨论，做出诊断，遇有不同意见时，由科主任作出诊断或请外院阅片，由书写报告一声发出报告。</w:t>
      </w:r>
    </w:p>
    <w:p>
      <w:pPr>
        <w:spacing w:before="100" w:after="200" w:line="360" w:lineRule="auto"/>
        <w:ind w:firstLine="576"/>
        <w:jc w:val="left"/>
      </w:pPr>
      <w:r>
        <w:rPr>
          <w:rFonts w:ascii="宋体" w:eastAsia="宋体" w:hAnsi="宋体"/>
          <w:sz w:val="28"/>
        </w:rPr>
        <w:t>7、报告应签署全名，不应签花体。</w:t>
      </w:r>
    </w:p>
    <w:p>
      <w:pPr>
        <w:spacing w:before="100" w:after="200" w:line="360" w:lineRule="auto"/>
        <w:ind w:firstLine="576"/>
        <w:jc w:val="left"/>
      </w:pPr>
      <w:r>
        <w:rPr>
          <w:rFonts w:ascii="宋体" w:eastAsia="宋体" w:hAnsi="宋体"/>
          <w:sz w:val="28"/>
        </w:rPr>
        <w:t>8、严禁书写假报告，否则以失职或违法乱纪论处。</w:t>
      </w:r>
    </w:p>
    <w:p>
      <w:pPr>
        <w:spacing w:before="100" w:after="200" w:line="360" w:lineRule="auto"/>
        <w:jc w:val="left"/>
      </w:pPr>
      <w:r>
        <w:rPr>
          <w:rFonts w:ascii="宋体 (中文正文)" w:eastAsia="宋体" w:hAnsi="宋体 (中文正文)"/>
          <w:b/>
          <w:sz w:val="28"/>
        </w:rPr>
        <w:t>四、业务学习制度</w:t>
      </w:r>
    </w:p>
    <w:p>
      <w:pPr>
        <w:spacing w:before="100" w:after="200" w:line="360" w:lineRule="auto"/>
        <w:ind w:firstLine="576"/>
        <w:jc w:val="left"/>
        <w:sectPr w:rsidSect="00034616">
          <w:type w:val="nextPage"/>
          <w:pgSz w:w="11906" w:h="16838"/>
          <w:pgMar w:top="1440" w:right="1440" w:bottom="1440" w:left="1440" w:header="720" w:footer="720" w:gutter="0"/>
          <w:pgNumType w:start="3"/>
          <w:cols w:space="720"/>
          <w:titlePg w:val="0"/>
          <w:docGrid w:linePitch="360"/>
        </w:sectPr>
      </w:pPr>
      <w:r>
        <w:rPr>
          <w:rFonts w:ascii="宋体" w:eastAsia="宋体" w:hAnsi="宋体"/>
          <w:sz w:val="28"/>
        </w:rPr>
        <w:t>1.工作日每天应有半小时左右的时间集中读片、讨论。</w:t>
      </w:r>
    </w:p>
    <w:p>
      <w:pPr>
        <w:spacing w:before="100" w:after="200" w:line="360" w:lineRule="auto"/>
        <w:ind w:firstLine="576"/>
        <w:jc w:val="left"/>
      </w:pPr>
      <w:r>
        <w:rPr>
          <w:rFonts w:ascii="宋体" w:eastAsia="宋体" w:hAnsi="宋体"/>
          <w:sz w:val="28"/>
        </w:rPr>
        <w:t>2.业务学习以基本理论，基本知识，基本操作为主，另外不定期举办专业专题、建立业务学习记录。</w:t>
      </w:r>
    </w:p>
    <w:p>
      <w:pPr>
        <w:spacing w:before="100" w:after="200" w:line="360" w:lineRule="auto"/>
        <w:ind w:firstLine="576"/>
        <w:jc w:val="left"/>
      </w:pPr>
      <w:r>
        <w:rPr>
          <w:rFonts w:ascii="宋体" w:eastAsia="宋体" w:hAnsi="宋体"/>
          <w:sz w:val="28"/>
        </w:rPr>
        <w:t>3.凡有特殊疑难病例、根据情况随时组织会诊或讨论。</w:t>
      </w:r>
    </w:p>
    <w:p>
      <w:pPr>
        <w:spacing w:before="100" w:after="200" w:line="360" w:lineRule="auto"/>
        <w:ind w:firstLine="576"/>
        <w:jc w:val="left"/>
      </w:pPr>
      <w:r>
        <w:rPr>
          <w:rFonts w:ascii="宋体" w:eastAsia="宋体" w:hAnsi="宋体"/>
          <w:sz w:val="28"/>
        </w:rPr>
        <w:t>4.不定期举行下列业务学习：读书心得汇报、课题计划及进度汇报、专题讲座、论文交流、证实病例读片会等。</w:t>
      </w:r>
    </w:p>
    <w:p>
      <w:pPr>
        <w:spacing w:before="100" w:after="200" w:line="360" w:lineRule="auto"/>
        <w:jc w:val="left"/>
      </w:pPr>
      <w:r>
        <w:rPr>
          <w:rFonts w:ascii="宋体 (中文正文)" w:eastAsia="宋体" w:hAnsi="宋体 (中文正文)"/>
          <w:b/>
          <w:sz w:val="28"/>
        </w:rPr>
        <w:t>五、疑难病例集体读片、讨论制度</w:t>
      </w:r>
    </w:p>
    <w:p>
      <w:pPr>
        <w:spacing w:before="100" w:after="200" w:line="360" w:lineRule="auto"/>
        <w:ind w:firstLine="576"/>
        <w:jc w:val="left"/>
      </w:pPr>
      <w:r>
        <w:rPr>
          <w:rFonts w:ascii="宋体" w:eastAsia="宋体" w:hAnsi="宋体"/>
          <w:sz w:val="28"/>
        </w:rPr>
        <w:t>1.每周由科主任组织，质控小组成员主持，进行一次疑难病例、少见</w:t>
      </w:r>
    </w:p>
    <w:p>
      <w:r>
        <w:rPr>
          <w:rFonts w:ascii="黑体" w:eastAsia="黑体" w:hAnsi="黑体"/>
          <w:b/>
          <w:color w:val="FA0000"/>
          <w:sz w:val="28"/>
        </w:rPr>
        <w:t>4</w:t>
      </w:r>
    </w:p>
    <w:p>
      <w:pPr>
        <w:spacing w:before="100" w:after="200" w:line="360" w:lineRule="auto"/>
        <w:ind w:firstLine="576"/>
        <w:jc w:val="left"/>
      </w:pPr>
      <w:r>
        <w:rPr>
          <w:rFonts w:ascii="宋体" w:eastAsia="宋体" w:hAnsi="宋体"/>
          <w:sz w:val="28"/>
        </w:rPr>
        <w:t>病例或典型病例集体读片讨论。</w:t>
      </w:r>
    </w:p>
    <w:p>
      <w:pPr>
        <w:spacing w:before="100" w:after="200" w:line="360" w:lineRule="auto"/>
        <w:ind w:firstLine="576"/>
        <w:jc w:val="left"/>
      </w:pPr>
      <w:r>
        <w:rPr>
          <w:rFonts w:ascii="宋体" w:eastAsia="宋体" w:hAnsi="宋体"/>
          <w:sz w:val="28"/>
        </w:rPr>
        <w:t>3.疑难病例讨论必要时应邀请临床科室或其他医技科室人员参加，广泛听取各种意见，相互参考，以求作出更准确的诊断。</w:t>
      </w:r>
    </w:p>
    <w:p>
      <w:pPr>
        <w:spacing w:before="100" w:after="200" w:line="360" w:lineRule="auto"/>
        <w:ind w:firstLine="576"/>
        <w:jc w:val="left"/>
      </w:pPr>
      <w:r>
        <w:rPr>
          <w:rFonts w:ascii="宋体" w:eastAsia="宋体" w:hAnsi="宋体"/>
          <w:sz w:val="28"/>
        </w:rPr>
        <w:t>4.疑难病例读片、讨论应指定专人记录。</w:t>
      </w:r>
    </w:p>
    <w:p>
      <w:pPr>
        <w:spacing w:before="100" w:after="200" w:line="360" w:lineRule="auto"/>
        <w:jc w:val="left"/>
      </w:pPr>
      <w:r>
        <w:rPr>
          <w:rFonts w:ascii="宋体 (中文正文)" w:eastAsia="宋体" w:hAnsi="宋体 (中文正文)"/>
          <w:b/>
          <w:sz w:val="28"/>
        </w:rPr>
        <w:t>六、病例随访制度</w:t>
      </w:r>
    </w:p>
    <w:p>
      <w:pPr>
        <w:spacing w:before="100" w:after="200" w:line="360" w:lineRule="auto"/>
        <w:ind w:firstLine="576"/>
        <w:jc w:val="left"/>
      </w:pPr>
      <w:r>
        <w:rPr>
          <w:rFonts w:ascii="宋体" w:eastAsia="宋体" w:hAnsi="宋体"/>
          <w:sz w:val="28"/>
        </w:rPr>
        <w:t>1.本制度的目的为了提高诊断质量，定期统计影像诊断的正确率，提高业务水平。对经随访证实的术前诊断不明确的病例可在疑难读片会上进行分析、讨论，总结经验教训。</w:t>
      </w:r>
    </w:p>
    <w:p>
      <w:pPr>
        <w:spacing w:before="100" w:after="200" w:line="360" w:lineRule="auto"/>
        <w:ind w:firstLine="576"/>
        <w:jc w:val="left"/>
      </w:pPr>
      <w:r>
        <w:rPr>
          <w:rFonts w:ascii="宋体" w:eastAsia="宋体" w:hAnsi="宋体"/>
          <w:sz w:val="28"/>
        </w:rPr>
        <w:t>2.明确分工，安排专人负责登记疑难病例追踪情况，不定期深入各临床科室病区，查对本科发出之报告的正确与错误率。</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r>
        <w:rPr>
          <w:rFonts w:ascii="宋体" w:eastAsia="宋体" w:hAnsi="宋体"/>
          <w:sz w:val="28"/>
        </w:rPr>
        <w:t>3.检查对象为本科影像诊断阳性，经手术，病检证实或经可靠的临床证实的病例并记录。</w:t>
      </w:r>
    </w:p>
    <w:p>
      <w:pPr>
        <w:spacing w:before="100" w:after="200" w:line="360" w:lineRule="auto"/>
        <w:ind w:firstLine="576"/>
        <w:jc w:val="left"/>
      </w:pPr>
      <w:r>
        <w:rPr>
          <w:rFonts w:ascii="宋体" w:eastAsia="宋体" w:hAnsi="宋体"/>
          <w:sz w:val="28"/>
        </w:rPr>
        <w:t>4.具体内容为：姓名、性别、年龄、职业、住址、住院号、片号、病检号、影像诊断、诊断者、临床诊断、手术所见、病例诊断等。</w:t>
      </w:r>
    </w:p>
    <w:p>
      <w:pPr>
        <w:spacing w:before="100" w:after="200" w:line="360" w:lineRule="auto"/>
        <w:ind w:firstLine="576"/>
        <w:jc w:val="left"/>
      </w:pPr>
      <w:r>
        <w:rPr>
          <w:rFonts w:ascii="宋体" w:eastAsia="宋体" w:hAnsi="宋体"/>
          <w:sz w:val="28"/>
        </w:rPr>
        <w:t>5.将查对结果及时向科主任汇报，以便对事故与重大差错能及时作出处。</w:t>
      </w:r>
    </w:p>
    <w:p>
      <w:pPr>
        <w:spacing w:before="100" w:after="200" w:line="360" w:lineRule="auto"/>
        <w:jc w:val="left"/>
      </w:pPr>
      <w:r>
        <w:rPr>
          <w:rFonts w:ascii="宋体 (中文正文)" w:eastAsia="宋体" w:hAnsi="宋体 (中文正文)"/>
          <w:b/>
          <w:sz w:val="28"/>
        </w:rPr>
        <w:t>七、事故登记制度</w:t>
      </w:r>
    </w:p>
    <w:p>
      <w:pPr>
        <w:spacing w:before="100" w:after="200" w:line="360" w:lineRule="auto"/>
        <w:ind w:firstLine="576"/>
        <w:jc w:val="left"/>
      </w:pPr>
      <w:r>
        <w:rPr>
          <w:rFonts w:ascii="宋体" w:eastAsia="宋体" w:hAnsi="宋体"/>
          <w:sz w:val="28"/>
        </w:rPr>
        <w:t>1.操作规范，严格按规章制度办事，以杜绝事故发生。</w:t>
      </w:r>
    </w:p>
    <w:p>
      <w:r>
        <w:rPr>
          <w:rFonts w:ascii="黑体" w:eastAsia="黑体" w:hAnsi="黑体"/>
          <w:b/>
          <w:color w:val="FA0000"/>
          <w:sz w:val="28"/>
        </w:rPr>
        <w:t>5</w:t>
      </w:r>
    </w:p>
    <w:p>
      <w:pPr>
        <w:spacing w:before="100" w:after="200" w:line="360" w:lineRule="auto"/>
        <w:ind w:firstLine="576"/>
        <w:jc w:val="left"/>
      </w:pPr>
      <w:r>
        <w:rPr>
          <w:rFonts w:ascii="宋体" w:eastAsia="宋体" w:hAnsi="宋体"/>
          <w:sz w:val="28"/>
        </w:rPr>
        <w:t>2.建立医疗意外和事故登记本，凡有差错者均按日期，某线号，差错原因及当事者一一登记。</w:t>
      </w:r>
    </w:p>
    <w:p>
      <w:pPr>
        <w:spacing w:before="100" w:after="200" w:line="360" w:lineRule="auto"/>
        <w:ind w:firstLine="576"/>
        <w:jc w:val="left"/>
      </w:pPr>
      <w:r>
        <w:rPr>
          <w:rFonts w:ascii="宋体" w:eastAsia="宋体" w:hAnsi="宋体"/>
          <w:sz w:val="28"/>
        </w:rPr>
        <w:t>3.一旦有医疗意外和事故发生，应及时记录发生时间、地点、内容、抢救措施和当事人等情况，并及时报告医院有关职能部门，以便进行相应的调查处理。</w:t>
      </w:r>
    </w:p>
    <w:p>
      <w:pPr>
        <w:spacing w:before="100" w:after="200" w:line="360" w:lineRule="auto"/>
        <w:ind w:firstLine="576"/>
        <w:jc w:val="left"/>
      </w:pPr>
      <w:r>
        <w:rPr>
          <w:rFonts w:ascii="宋体" w:eastAsia="宋体" w:hAnsi="宋体"/>
          <w:sz w:val="28"/>
        </w:rPr>
        <w:t>4.每月底将差错事故登记情况由科主任向全科报告，对差错提出分析及处理意见，凡为医疗事故者则由医院医务科处理。</w:t>
      </w:r>
    </w:p>
    <w:p>
      <w:pPr>
        <w:spacing w:before="100" w:after="200" w:line="360" w:lineRule="auto"/>
        <w:jc w:val="left"/>
      </w:pPr>
      <w:r>
        <w:rPr>
          <w:rFonts w:ascii="宋体 (中文正文)" w:eastAsia="宋体" w:hAnsi="宋体 (中文正文)"/>
          <w:b/>
          <w:sz w:val="28"/>
        </w:rPr>
        <w:t>八、抢救药品登记和抢救记录制度</w:t>
      </w:r>
    </w:p>
    <w:p>
      <w:pPr>
        <w:spacing w:before="100" w:after="200" w:line="360" w:lineRule="auto"/>
        <w:ind w:firstLine="576"/>
        <w:jc w:val="left"/>
      </w:pPr>
      <w:r>
        <w:rPr>
          <w:rFonts w:ascii="宋体" w:eastAsia="宋体" w:hAnsi="宋体"/>
          <w:sz w:val="28"/>
        </w:rPr>
        <w:t>1.放射科应配备抢救车，配置必要的抢救药品，并有药品登记单和记录本。</w:t>
      </w:r>
    </w:p>
    <w:p>
      <w:pPr>
        <w:spacing w:before="100" w:after="200" w:line="360" w:lineRule="auto"/>
        <w:ind w:firstLine="576"/>
        <w:jc w:val="left"/>
      </w:pPr>
      <w:r>
        <w:rPr>
          <w:rFonts w:ascii="宋体" w:eastAsia="宋体" w:hAnsi="宋体"/>
          <w:sz w:val="28"/>
        </w:rPr>
        <w:t>2.抢救药品应定点放置，定人保管，定期消毒，定期核对，定期更换。</w:t>
      </w:r>
    </w:p>
    <w:p>
      <w:pPr>
        <w:spacing w:before="100" w:after="200" w:line="360" w:lineRule="auto"/>
        <w:ind w:firstLine="576"/>
        <w:jc w:val="left"/>
        <w:sectPr w:rsidSect="00034616">
          <w:type w:val="nextPage"/>
          <w:pgSz w:w="11906" w:h="16838"/>
          <w:pgMar w:top="1440" w:right="1440" w:bottom="1440" w:left="1440" w:header="720" w:footer="720" w:gutter="0"/>
          <w:pgNumType w:start="5"/>
          <w:cols w:space="720"/>
          <w:titlePg w:val="0"/>
          <w:docGrid w:linePitch="360"/>
        </w:sectPr>
      </w:pPr>
      <w:r>
        <w:rPr>
          <w:rFonts w:ascii="宋体" w:eastAsia="宋体" w:hAnsi="宋体"/>
          <w:sz w:val="28"/>
        </w:rPr>
        <w:t>4.在患者抢救过程中，医师、护士、技师等密切配合，并及时做好记录。</w:t>
      </w:r>
    </w:p>
    <w:p>
      <w:pPr>
        <w:spacing w:before="100" w:after="200" w:line="360" w:lineRule="auto"/>
        <w:ind w:firstLine="576"/>
        <w:jc w:val="left"/>
      </w:pPr>
      <w:r>
        <w:rPr>
          <w:rFonts w:ascii="宋体" w:eastAsia="宋体" w:hAnsi="宋体"/>
          <w:sz w:val="28"/>
        </w:rPr>
        <w:t>6.抢救完毕，做好抢救记录、登记、整理、消毒、记账等相应工作。</w:t>
      </w:r>
    </w:p>
    <w:p>
      <w:pPr>
        <w:spacing w:before="100" w:after="200" w:line="360" w:lineRule="auto"/>
        <w:jc w:val="left"/>
      </w:pPr>
      <w:r>
        <w:rPr>
          <w:rFonts w:ascii="宋体 (中文正文)" w:eastAsia="宋体" w:hAnsi="宋体 (中文正文)"/>
          <w:b/>
          <w:sz w:val="28"/>
        </w:rPr>
        <w:t>九、消毒隔离制度</w:t>
      </w:r>
    </w:p>
    <w:p>
      <w:pPr>
        <w:spacing w:before="100" w:after="200" w:line="360" w:lineRule="auto"/>
        <w:ind w:firstLine="576"/>
        <w:jc w:val="left"/>
      </w:pPr>
      <w:r>
        <w:rPr>
          <w:rFonts w:ascii="宋体" w:eastAsia="宋体" w:hAnsi="宋体"/>
          <w:sz w:val="28"/>
        </w:rPr>
        <w:t>1.放射机房应保持清洁和每天消毒，并做好记录。</w:t>
      </w:r>
    </w:p>
    <w:p>
      <w:r>
        <w:rPr>
          <w:rFonts w:ascii="黑体" w:eastAsia="黑体" w:hAnsi="黑体"/>
          <w:b/>
          <w:color w:val="FA0000"/>
          <w:sz w:val="28"/>
        </w:rPr>
        <w:t>6</w:t>
      </w:r>
    </w:p>
    <w:p>
      <w:pPr>
        <w:spacing w:before="100" w:after="200" w:line="360" w:lineRule="auto"/>
        <w:ind w:firstLine="576"/>
        <w:jc w:val="left"/>
      </w:pPr>
      <w:r>
        <w:rPr>
          <w:rFonts w:ascii="宋体" w:eastAsia="宋体" w:hAnsi="宋体"/>
          <w:sz w:val="28"/>
        </w:rPr>
        <w:t>2.机房（包括发热门诊拍片机房）室内应每天作紫外线消毒；地面等物品表面采用湿式消毒，消毒液应由专人负责，定期更换。</w:t>
      </w:r>
    </w:p>
    <w:p>
      <w:pPr>
        <w:spacing w:before="100" w:after="200" w:line="360" w:lineRule="auto"/>
        <w:ind w:firstLine="576"/>
        <w:jc w:val="left"/>
      </w:pPr>
      <w:r>
        <w:rPr>
          <w:rFonts w:ascii="宋体" w:eastAsia="宋体" w:hAnsi="宋体"/>
          <w:sz w:val="28"/>
        </w:rPr>
        <w:t>3.机房所用器材由专人负责，定期向供应室领取、更换，并按有关法规、规定的要求进行使用和毁形处置等。</w:t>
      </w:r>
    </w:p>
    <w:p>
      <w:pPr>
        <w:spacing w:before="100" w:after="200" w:line="360" w:lineRule="auto"/>
        <w:ind w:firstLine="576"/>
        <w:jc w:val="left"/>
      </w:pPr>
      <w:r>
        <w:rPr>
          <w:rFonts w:ascii="宋体" w:eastAsia="宋体" w:hAnsi="宋体"/>
          <w:sz w:val="28"/>
        </w:rPr>
        <w:t>4.胃肠检查应使用一次性杯子，钡灌肠检查应使用一次性肛管，以防止交叉感染。</w:t>
      </w:r>
    </w:p>
    <w:p>
      <w:pPr>
        <w:spacing w:before="100" w:after="200" w:line="360" w:lineRule="auto"/>
        <w:ind w:firstLine="576"/>
        <w:jc w:val="left"/>
      </w:pPr>
      <w:r>
        <w:rPr>
          <w:rFonts w:ascii="宋体" w:eastAsia="宋体" w:hAnsi="宋体"/>
          <w:sz w:val="28"/>
        </w:rPr>
        <w:t>5.传染病患者在传染期尽可能暂缓放射科检查，必要时由病房穿隔离衣及带被单来科检查，并注意机房及时消毒。</w:t>
      </w:r>
    </w:p>
    <w:p>
      <w:pPr>
        <w:spacing w:before="100" w:after="200" w:line="360" w:lineRule="auto"/>
        <w:ind w:firstLine="576"/>
        <w:jc w:val="left"/>
      </w:pPr>
      <w:r>
        <w:rPr>
          <w:rFonts w:ascii="宋体" w:eastAsia="宋体" w:hAnsi="宋体"/>
          <w:sz w:val="28"/>
        </w:rPr>
        <w:t>6.放射科内患者、医务人员所用物品，以及放射防护用品应定期清洗、消毒。</w:t>
      </w:r>
    </w:p>
    <w:p>
      <w:pPr>
        <w:spacing w:before="100" w:after="200" w:line="360" w:lineRule="auto"/>
        <w:ind w:firstLine="576"/>
        <w:jc w:val="left"/>
      </w:pPr>
      <w:r>
        <w:rPr>
          <w:rFonts w:ascii="宋体" w:eastAsia="宋体" w:hAnsi="宋体"/>
          <w:sz w:val="28"/>
        </w:rPr>
        <w:t>7.如有突发疫情发生，按医院疫情处置相关要求执行。</w:t>
      </w:r>
    </w:p>
    <w:p>
      <w:pPr>
        <w:spacing w:before="100" w:after="200" w:line="360" w:lineRule="auto"/>
        <w:jc w:val="left"/>
      </w:pPr>
      <w:r>
        <w:rPr>
          <w:rFonts w:ascii="宋体 (中文正文)" w:eastAsia="宋体" w:hAnsi="宋体 (中文正文)"/>
          <w:b/>
          <w:sz w:val="28"/>
        </w:rPr>
        <w:t>十、危急情况应急处理制度</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r>
        <w:rPr>
          <w:rFonts w:ascii="宋体" w:eastAsia="宋体" w:hAnsi="宋体"/>
          <w:sz w:val="28"/>
        </w:rPr>
        <w:t>1.当患者在放射科造影或增强检查中出现过敏反应：当班医师立即就地观察患者的呼吸、血压和心跳状态，并立即呼叫内科总值班，对发生严重过敏反应出现生命体征严重异常者，应立即就地进行抢救，并呼叫医院急诊科、麻醉科等急救小组成员到场抢救。</w:t>
      </w:r>
    </w:p>
    <w:p>
      <w:pPr>
        <w:spacing w:before="100" w:after="200" w:line="360" w:lineRule="auto"/>
        <w:ind w:firstLine="576"/>
        <w:jc w:val="left"/>
      </w:pPr>
      <w:r>
        <w:rPr>
          <w:rFonts w:ascii="宋体" w:eastAsia="宋体" w:hAnsi="宋体"/>
          <w:sz w:val="28"/>
        </w:rPr>
        <w:t>2.当患者在放射科检查或等待过程中发生心脏问题或呼吸停止等危险情况：发现者立即将患者平卧、保暖，测心率、血压、呼吸，就地进行胸外心脏按摩等抢救，并呼叫医院急诊科、麻醉科、内外科等急救小组成员到场抢救。</w:t>
      </w:r>
    </w:p>
    <w:p>
      <w:pPr>
        <w:spacing w:before="100" w:after="200" w:line="360" w:lineRule="auto"/>
        <w:ind w:firstLine="576"/>
        <w:jc w:val="left"/>
      </w:pPr>
      <w:r>
        <w:rPr>
          <w:rFonts w:ascii="宋体" w:eastAsia="宋体" w:hAnsi="宋体"/>
          <w:sz w:val="28"/>
        </w:rPr>
        <w:t>3.当患者在放射科检查或等待过程中发生下列危急情况时：</w:t>
      </w:r>
    </w:p>
    <w:p>
      <w:r>
        <w:rPr>
          <w:rFonts w:ascii="黑体" w:eastAsia="黑体" w:hAnsi="黑体"/>
          <w:b/>
          <w:color w:val="FA0000"/>
          <w:sz w:val="28"/>
        </w:rPr>
        <w:t>7</w:t>
      </w:r>
    </w:p>
    <w:p>
      <w:pPr>
        <w:spacing w:before="100" w:after="200" w:line="360" w:lineRule="auto"/>
        <w:ind w:firstLine="576"/>
        <w:jc w:val="left"/>
      </w:pPr>
      <w:r>
        <w:rPr>
          <w:rFonts w:ascii="宋体" w:eastAsia="宋体" w:hAnsi="宋体"/>
          <w:sz w:val="28"/>
        </w:rPr>
        <w:t>（1）张力性气胸</w:t>
      </w:r>
    </w:p>
    <w:p>
      <w:pPr>
        <w:spacing w:before="100" w:after="200" w:line="360" w:lineRule="auto"/>
        <w:ind w:firstLine="576"/>
        <w:jc w:val="left"/>
      </w:pPr>
      <w:r>
        <w:rPr>
          <w:rFonts w:ascii="宋体" w:eastAsia="宋体" w:hAnsi="宋体"/>
          <w:sz w:val="28"/>
        </w:rPr>
        <w:t>（2）胃肠穿孔引起膈下游离气体（3）脑疝</w:t>
      </w:r>
    </w:p>
    <w:p>
      <w:pPr>
        <w:spacing w:before="100" w:after="200" w:line="360" w:lineRule="auto"/>
        <w:ind w:firstLine="576"/>
        <w:jc w:val="left"/>
      </w:pPr>
      <w:r>
        <w:rPr>
          <w:rFonts w:ascii="宋体" w:eastAsia="宋体" w:hAnsi="宋体"/>
          <w:sz w:val="28"/>
        </w:rPr>
        <w:t>（4）胃管误插入气管（5）手术后体内残留异物（6）双肺弥漫性肺水肿（7）肺动脉栓塞（8）主动脉夹层</w:t>
      </w:r>
    </w:p>
    <w:p>
      <w:pPr>
        <w:spacing w:before="100" w:after="200" w:line="360" w:lineRule="auto"/>
        <w:ind w:firstLine="576"/>
        <w:jc w:val="left"/>
      </w:pPr>
      <w:r>
        <w:rPr>
          <w:rFonts w:ascii="宋体" w:eastAsia="宋体" w:hAnsi="宋体"/>
          <w:sz w:val="28"/>
        </w:rPr>
        <w:t>1．门诊患者，通知门诊办公室，由门诊办公室及时转告责任医生或患者本人。</w:t>
      </w:r>
    </w:p>
    <w:p>
      <w:pPr>
        <w:spacing w:before="100" w:after="200" w:line="360" w:lineRule="auto"/>
        <w:ind w:firstLine="576"/>
        <w:jc w:val="left"/>
      </w:pPr>
      <w:r>
        <w:rPr>
          <w:rFonts w:ascii="宋体" w:eastAsia="宋体" w:hAnsi="宋体"/>
          <w:sz w:val="28"/>
        </w:rPr>
        <w:t>3.当患者在放射科检查或等待过程中发生如下其它情况的处理方法：（1）癫痫：发现者立即告知当班技师或医师，将患者平卧、保暖、头伸向一侧，口腔用压舌板保护，并呼叫内科总值班</w:t>
      </w:r>
    </w:p>
    <w:p>
      <w:r>
        <w:rPr>
          <w:rFonts w:ascii="黑体" w:eastAsia="黑体" w:hAnsi="黑体"/>
          <w:b/>
          <w:color w:val="FA0000"/>
          <w:sz w:val="28"/>
        </w:rPr>
        <w:t>8</w:t>
      </w:r>
    </w:p>
    <w:p>
      <w:pPr>
        <w:spacing w:before="100" w:after="200" w:line="360" w:lineRule="auto"/>
        <w:ind w:firstLine="576"/>
        <w:jc w:val="left"/>
      </w:pPr>
      <w:r>
        <w:rPr>
          <w:rFonts w:ascii="宋体" w:eastAsia="宋体" w:hAnsi="宋体"/>
          <w:sz w:val="28"/>
        </w:rPr>
        <w:t>（2）低血糖：发现者立即告知当班技师或医师，将患者平卧、保暖，测心率、血压、呼吸，补充甜食或饮料，并呼叫内科总值班。</w:t>
      </w:r>
    </w:p>
    <w:p>
      <w:pPr>
        <w:spacing w:before="100" w:after="200" w:line="360" w:lineRule="auto"/>
        <w:ind w:firstLine="576"/>
        <w:jc w:val="left"/>
      </w:pPr>
      <w:r>
        <w:rPr>
          <w:rFonts w:ascii="宋体" w:eastAsia="宋体" w:hAnsi="宋体"/>
          <w:sz w:val="28"/>
        </w:rPr>
        <w:t>（3）跌伤：发现者立即告知当班技师或医师，查看伤势，安抚患者，并呼叫外科总值班。</w:t>
      </w:r>
    </w:p>
    <w:p>
      <w:pPr>
        <w:spacing w:before="100" w:after="200" w:line="360" w:lineRule="auto"/>
        <w:ind w:firstLine="576"/>
        <w:jc w:val="left"/>
      </w:pPr>
      <w:r>
        <w:rPr>
          <w:rFonts w:ascii="宋体" w:eastAsia="宋体" w:hAnsi="宋体"/>
          <w:sz w:val="28"/>
        </w:rPr>
        <w:t>十一、放射科工作制度</w:t>
      </w:r>
    </w:p>
    <w:p>
      <w:pPr>
        <w:spacing w:before="100" w:after="200" w:line="360" w:lineRule="auto"/>
        <w:ind w:firstLine="576"/>
        <w:jc w:val="left"/>
        <w:sectPr w:rsidSect="00034616">
          <w:type w:val="nextPage"/>
          <w:pgSz w:w="11906" w:h="16838"/>
          <w:pgMar w:top="1440" w:right="1440" w:bottom="1440" w:left="1440" w:header="720" w:footer="720" w:gutter="0"/>
          <w:pgNumType w:start="7"/>
          <w:cols w:space="720"/>
          <w:titlePg w:val="0"/>
          <w:docGrid w:linePitch="360"/>
        </w:sectPr>
      </w:pPr>
      <w:r>
        <w:rPr>
          <w:rFonts w:ascii="宋体" w:eastAsia="宋体" w:hAnsi="宋体"/>
          <w:sz w:val="28"/>
        </w:rPr>
        <w:t>1.严格执行医院制定的各项规章制度。</w:t>
      </w:r>
    </w:p>
    <w:p>
      <w:pPr>
        <w:spacing w:before="100" w:after="200" w:line="360" w:lineRule="auto"/>
        <w:ind w:firstLine="576"/>
        <w:jc w:val="left"/>
      </w:pPr>
      <w:r>
        <w:rPr>
          <w:rFonts w:ascii="宋体" w:eastAsia="宋体" w:hAnsi="宋体"/>
          <w:sz w:val="28"/>
        </w:rPr>
        <w:t>2.衣帽整洁，挂牌服务，遵守劳动纪律，以病人为中心，做好优质服务。</w:t>
      </w:r>
    </w:p>
    <w:p>
      <w:pPr>
        <w:spacing w:before="100" w:after="200" w:line="360" w:lineRule="auto"/>
        <w:ind w:firstLine="576"/>
        <w:jc w:val="left"/>
      </w:pPr>
      <w:r>
        <w:rPr>
          <w:rFonts w:ascii="宋体" w:eastAsia="宋体" w:hAnsi="宋体"/>
          <w:sz w:val="28"/>
        </w:rPr>
        <w:t>3.各项影像检查须由临场医生详细填写申请单，急诊病员随到随检，老弱病残患者优先。各种特殊影像检查和照影检查应事先预约。</w:t>
      </w:r>
    </w:p>
    <w:p>
      <w:pPr>
        <w:spacing w:before="100" w:after="200" w:line="360" w:lineRule="auto"/>
        <w:ind w:firstLine="576"/>
        <w:jc w:val="left"/>
      </w:pPr>
      <w:r>
        <w:rPr>
          <w:rFonts w:ascii="宋体" w:eastAsia="宋体" w:hAnsi="宋体"/>
          <w:sz w:val="28"/>
        </w:rPr>
        <w:t>4.各岗位人员均要严格执行查对制度和技术操作常规，详细阅读申请单，了解病史、体征、检查目的，必要时亲自询问和检查。</w:t>
      </w:r>
    </w:p>
    <w:p>
      <w:pPr>
        <w:spacing w:before="100" w:after="200" w:line="360" w:lineRule="auto"/>
        <w:ind w:firstLine="576"/>
        <w:jc w:val="left"/>
      </w:pPr>
      <w:r>
        <w:rPr>
          <w:rFonts w:ascii="宋体" w:eastAsia="宋体" w:hAnsi="宋体"/>
          <w:sz w:val="28"/>
        </w:rPr>
        <w:t>5.重要的摄片由放射科诊断医师和技术人员共同确定，摄影完后，待观察影像合格后方瞩病人离去。</w:t>
      </w:r>
    </w:p>
    <w:p>
      <w:pPr>
        <w:spacing w:before="100" w:after="200" w:line="360" w:lineRule="auto"/>
        <w:ind w:firstLine="576"/>
        <w:jc w:val="left"/>
      </w:pPr>
      <w:r>
        <w:rPr>
          <w:rFonts w:ascii="宋体" w:eastAsia="宋体" w:hAnsi="宋体"/>
          <w:sz w:val="28"/>
        </w:rPr>
        <w:t>6.危重病员的检查，必要时应由临床医师携带急救药品陪同检查，大出血、血压过低、休克等危重病员须经临床处理待病人稳定后再做检查。</w:t>
      </w:r>
    </w:p>
    <w:p>
      <w:pPr>
        <w:spacing w:before="100" w:after="200" w:line="360" w:lineRule="auto"/>
        <w:ind w:firstLine="576"/>
        <w:jc w:val="left"/>
      </w:pPr>
      <w:r>
        <w:rPr>
          <w:rFonts w:ascii="宋体" w:eastAsia="宋体" w:hAnsi="宋体"/>
          <w:sz w:val="28"/>
        </w:rPr>
        <w:t>7.在规定的时间，由执业医师密切结合临床病史、体征。按规范书写诊断报告，并实行双签审制度。进修和实习医师在上级医师指导下进行工作。</w:t>
      </w:r>
    </w:p>
    <w:p>
      <w:pPr>
        <w:spacing w:before="100" w:after="200" w:line="360" w:lineRule="auto"/>
        <w:ind w:firstLine="576"/>
        <w:jc w:val="left"/>
      </w:pPr>
      <w:r>
        <w:rPr>
          <w:rFonts w:ascii="宋体" w:eastAsia="宋体" w:hAnsi="宋体"/>
          <w:sz w:val="28"/>
        </w:rPr>
        <w:t>8.坚持每日集体读片，评定影像和诊断质量，科内定期组织专业知识学习和讨论，不断提高检查和诊断水平。</w:t>
      </w:r>
    </w:p>
    <w:p>
      <w:r>
        <w:rPr>
          <w:rFonts w:ascii="黑体" w:eastAsia="黑体" w:hAnsi="黑体"/>
          <w:b/>
          <w:color w:val="FA0000"/>
          <w:sz w:val="28"/>
        </w:rPr>
        <w:t>9</w:t>
      </w:r>
    </w:p>
    <w:p>
      <w:pPr>
        <w:spacing w:before="100" w:after="200" w:line="360" w:lineRule="auto"/>
        <w:ind w:firstLine="576"/>
        <w:jc w:val="left"/>
      </w:pPr>
      <w:r>
        <w:rPr>
          <w:rFonts w:ascii="宋体" w:eastAsia="宋体" w:hAnsi="宋体"/>
          <w:sz w:val="28"/>
        </w:rPr>
        <w:t>10.重视安全工作，严禁在科内使用电炉，燃油（气）具，严禁在工作场所吸烟。</w:t>
      </w:r>
    </w:p>
    <w:p>
      <w:pPr>
        <w:spacing w:before="100" w:after="200" w:line="360" w:lineRule="auto"/>
        <w:ind w:firstLine="576"/>
        <w:jc w:val="left"/>
      </w:pPr>
      <w:r>
        <w:rPr>
          <w:rFonts w:ascii="宋体" w:eastAsia="宋体" w:hAnsi="宋体"/>
          <w:sz w:val="28"/>
        </w:rPr>
        <w:t>11.做好病人、家属和工作人员的辐射防护工作，保护好患者的隐私。</w:t>
      </w:r>
    </w:p>
    <w:p>
      <w:pPr>
        <w:spacing w:before="100" w:after="200" w:line="360" w:lineRule="auto"/>
        <w:ind w:firstLine="576"/>
        <w:jc w:val="left"/>
        <w:sectPr w:rsidSect="00034616">
          <w:type w:val="nextPage"/>
          <w:pgSz w:w="11906" w:h="16838"/>
          <w:pgMar w:top="1440" w:right="1440" w:bottom="1440" w:left="1440" w:header="720" w:footer="720" w:gutter="0"/>
          <w:pgNumType w:start="8"/>
          <w:cols w:space="720"/>
          <w:titlePg w:val="0"/>
          <w:docGrid w:linePitch="360"/>
        </w:sectPr>
      </w:pPr>
      <w:r>
        <w:rPr>
          <w:rFonts w:ascii="宋体" w:eastAsia="宋体" w:hAnsi="宋体"/>
          <w:sz w:val="28"/>
        </w:rPr>
        <w:t>十二、放射科辐射防护制度</w:t>
      </w:r>
    </w:p>
    <w:p>
      <w:pPr>
        <w:spacing w:before="100" w:after="200" w:line="360" w:lineRule="auto"/>
        <w:ind w:firstLine="576"/>
        <w:jc w:val="left"/>
      </w:pPr>
      <w:r>
        <w:rPr>
          <w:rFonts w:ascii="宋体" w:eastAsia="宋体" w:hAnsi="宋体"/>
          <w:sz w:val="28"/>
        </w:rPr>
        <w:t>1.机房设计合理，面积应满足防辐射要求，墙壁、门窗施工安装后经检测（主、副防护应达2.0和1.0铅当量），合格后方可正式投入使用。</w:t>
      </w:r>
    </w:p>
    <w:p>
      <w:pPr>
        <w:spacing w:before="100" w:after="200" w:line="360" w:lineRule="auto"/>
        <w:ind w:firstLine="576"/>
        <w:jc w:val="left"/>
      </w:pPr>
      <w:r>
        <w:rPr>
          <w:rFonts w:ascii="宋体" w:eastAsia="宋体" w:hAnsi="宋体"/>
          <w:sz w:val="28"/>
        </w:rPr>
        <w:t>2.机房外安装醒目的防辐射警示标志及工作灯，提醒周围人员。3.医务人员和患者的各种防辐射屏蔽隔离设备应齐全、充足，并保持完好、清洁，随时可以使用。</w:t>
      </w:r>
    </w:p>
    <w:p>
      <w:pPr>
        <w:spacing w:before="100" w:after="200" w:line="360" w:lineRule="auto"/>
        <w:ind w:firstLine="576"/>
        <w:jc w:val="left"/>
      </w:pPr>
      <w:r>
        <w:rPr>
          <w:rFonts w:ascii="宋体" w:eastAsia="宋体" w:hAnsi="宋体"/>
          <w:sz w:val="28"/>
        </w:rPr>
        <w:t>4.操作人员在机房内曝光时应穿戴防护衣、帽、手套、面罩，积极采取措施，防止射线损伤。</w:t>
      </w:r>
    </w:p>
    <w:p>
      <w:pPr>
        <w:spacing w:before="100" w:after="200" w:line="360" w:lineRule="auto"/>
        <w:ind w:firstLine="576"/>
        <w:jc w:val="left"/>
      </w:pPr>
      <w:r>
        <w:rPr>
          <w:rFonts w:ascii="宋体" w:eastAsia="宋体" w:hAnsi="宋体"/>
          <w:sz w:val="28"/>
        </w:rPr>
        <w:t>5.对患者注意防护，尽量缩小照射野，减少曝光量和曝光次数，对敏感部位应做屏蔽防护。</w:t>
      </w:r>
    </w:p>
    <w:p>
      <w:pPr>
        <w:spacing w:before="100" w:after="200" w:line="360" w:lineRule="auto"/>
        <w:ind w:firstLine="576"/>
        <w:jc w:val="left"/>
      </w:pPr>
      <w:r>
        <w:rPr>
          <w:rFonts w:ascii="宋体" w:eastAsia="宋体" w:hAnsi="宋体"/>
          <w:sz w:val="28"/>
        </w:rPr>
        <w:t>6.注意周围人员的防护，曝光前注意关好门窗，防止漏射线对他人的损伤。</w:t>
      </w:r>
    </w:p>
    <w:p>
      <w:pPr>
        <w:spacing w:before="100" w:after="200" w:line="360" w:lineRule="auto"/>
        <w:ind w:firstLine="576"/>
        <w:jc w:val="left"/>
      </w:pPr>
      <w:r>
        <w:rPr>
          <w:rFonts w:ascii="宋体" w:eastAsia="宋体" w:hAnsi="宋体"/>
          <w:sz w:val="28"/>
        </w:rPr>
        <w:t>7.使用移动式某线机摄片时技术人员应作好个人防护，尽可能远离辐</w:t>
      </w:r>
    </w:p>
    <w:p>
      <w:r>
        <w:rPr>
          <w:rFonts w:ascii="黑体" w:eastAsia="黑体" w:hAnsi="黑体"/>
          <w:b/>
          <w:color w:val="FA0000"/>
          <w:sz w:val="28"/>
        </w:rPr>
        <w:t>10</w:t>
      </w:r>
    </w:p>
    <w:p>
      <w:pPr>
        <w:spacing w:before="100" w:after="200" w:line="360" w:lineRule="auto"/>
        <w:ind w:firstLine="576"/>
        <w:jc w:val="left"/>
      </w:pPr>
      <w:r>
        <w:rPr>
          <w:rFonts w:ascii="宋体" w:eastAsia="宋体" w:hAnsi="宋体"/>
          <w:sz w:val="28"/>
        </w:rPr>
        <w:t>射源并注意周围人员的防护保护。</w:t>
      </w:r>
    </w:p>
    <w:p>
      <w:pPr>
        <w:spacing w:before="100" w:after="200" w:line="360" w:lineRule="auto"/>
        <w:ind w:firstLine="576"/>
        <w:jc w:val="left"/>
      </w:pPr>
      <w:r>
        <w:rPr>
          <w:rFonts w:ascii="宋体" w:eastAsia="宋体" w:hAnsi="宋体"/>
          <w:sz w:val="28"/>
        </w:rPr>
        <w:t>8.无关人员不得随意进入机房内，确有必要者应作好周密的防护并尽可能远离辐射源。</w:t>
      </w:r>
    </w:p>
    <w:p>
      <w:pPr>
        <w:spacing w:before="100" w:after="200" w:line="360" w:lineRule="auto"/>
        <w:ind w:firstLine="576"/>
        <w:jc w:val="left"/>
      </w:pPr>
      <w:r>
        <w:rPr>
          <w:rFonts w:ascii="宋体" w:eastAsia="宋体" w:hAnsi="宋体"/>
          <w:sz w:val="28"/>
        </w:rPr>
        <w:t>9.操作技术人员发现机器有异常辐射应立即关机、切断电源，并立即向科主任汇报。</w:t>
      </w:r>
    </w:p>
    <w:p>
      <w:pPr>
        <w:spacing w:before="100" w:after="200" w:line="360" w:lineRule="auto"/>
        <w:ind w:firstLine="576"/>
        <w:jc w:val="left"/>
      </w:pPr>
      <w:r>
        <w:rPr>
          <w:rFonts w:ascii="宋体" w:eastAsia="宋体" w:hAnsi="宋体"/>
          <w:sz w:val="28"/>
        </w:rPr>
        <w:t>10.科室医技人员应带个人剂量片监测辐射剂量；定期体检，及时了解辐射损伤情况。</w:t>
      </w:r>
    </w:p>
    <w:p>
      <w:pPr>
        <w:spacing w:before="100" w:after="200" w:line="360" w:lineRule="auto"/>
        <w:ind w:firstLine="576"/>
        <w:jc w:val="left"/>
        <w:sectPr w:rsidSect="00034616">
          <w:type w:val="nextPage"/>
          <w:pgSz w:w="11906" w:h="16838"/>
          <w:pgMar w:top="1440" w:right="1440" w:bottom="1440" w:left="1440" w:header="720" w:footer="720" w:gutter="0"/>
          <w:pgNumType w:start="9"/>
          <w:cols w:space="720"/>
          <w:titlePg w:val="0"/>
          <w:docGrid w:linePitch="360"/>
        </w:sectPr>
      </w:pPr>
      <w:r>
        <w:rPr>
          <w:rFonts w:ascii="宋体" w:eastAsia="宋体" w:hAnsi="宋体"/>
          <w:sz w:val="28"/>
        </w:rPr>
        <w:t>11.按有关规定轮流安排工作人员休假或疗养。12.科室设防护监督员，定期检查监督防护措施的落实。</w:t>
      </w:r>
    </w:p>
    <w:p>
      <w:pPr>
        <w:spacing w:before="100" w:after="200" w:line="360" w:lineRule="auto"/>
        <w:ind w:firstLine="576"/>
        <w:jc w:val="left"/>
      </w:pPr>
      <w:r>
        <w:rPr>
          <w:rFonts w:ascii="宋体" w:eastAsia="宋体" w:hAnsi="宋体"/>
          <w:sz w:val="28"/>
        </w:rPr>
        <w:t>十三、安全防范管理制度</w:t>
      </w:r>
    </w:p>
    <w:p>
      <w:pPr>
        <w:spacing w:before="100" w:after="200" w:line="360" w:lineRule="auto"/>
        <w:ind w:firstLine="576"/>
        <w:jc w:val="left"/>
      </w:pPr>
      <w:r>
        <w:rPr>
          <w:rFonts w:ascii="宋体" w:eastAsia="宋体" w:hAnsi="宋体"/>
          <w:sz w:val="28"/>
        </w:rPr>
        <w:t>1.由科主任总负责，安全员具体落实各项安全防范措施。</w:t>
      </w:r>
    </w:p>
    <w:p>
      <w:pPr>
        <w:spacing w:before="100" w:after="200" w:line="360" w:lineRule="auto"/>
        <w:ind w:firstLine="576"/>
        <w:jc w:val="left"/>
      </w:pPr>
      <w:r>
        <w:rPr>
          <w:rFonts w:ascii="宋体" w:eastAsia="宋体" w:hAnsi="宋体"/>
          <w:sz w:val="28"/>
        </w:rPr>
        <w:t>2.科室设立一名兼职安全员，定期检查科室的安全防范措施，包括科室的安全通道是否通畅，及时提出整改意见。</w:t>
      </w:r>
    </w:p>
    <w:p>
      <w:pPr>
        <w:spacing w:before="100" w:after="200" w:line="360" w:lineRule="auto"/>
        <w:ind w:firstLine="576"/>
        <w:jc w:val="left"/>
      </w:pPr>
      <w:r>
        <w:rPr>
          <w:rFonts w:ascii="宋体" w:eastAsia="宋体" w:hAnsi="宋体"/>
          <w:sz w:val="28"/>
        </w:rPr>
        <w:t>3.各组的安全防范由安全员具体负责。中午值班和夜值班期间的安全防范由值班人员负责。</w:t>
      </w:r>
    </w:p>
    <w:p>
      <w:pPr>
        <w:spacing w:before="100" w:after="200" w:line="360" w:lineRule="auto"/>
        <w:ind w:firstLine="576"/>
        <w:jc w:val="left"/>
      </w:pPr>
      <w:r>
        <w:rPr>
          <w:rFonts w:ascii="宋体" w:eastAsia="宋体" w:hAnsi="宋体"/>
          <w:sz w:val="28"/>
        </w:rPr>
        <w:t>4.节假日放假前技师长须巡视全科，不需要使用的机房和办公室门须关闭</w:t>
      </w:r>
    </w:p>
    <w:p>
      <w:pPr>
        <w:spacing w:before="100" w:after="200" w:line="360" w:lineRule="auto"/>
        <w:ind w:firstLine="576"/>
        <w:jc w:val="left"/>
      </w:pPr>
      <w:r>
        <w:rPr>
          <w:rFonts w:ascii="宋体" w:eastAsia="宋体" w:hAnsi="宋体"/>
          <w:sz w:val="28"/>
        </w:rPr>
        <w:t>5.各组组长每天下班前负责组内巡视，检查水、电、煤、门、窗等安全问题。</w:t>
      </w:r>
    </w:p>
    <w:p>
      <w:pPr>
        <w:spacing w:before="100" w:after="200" w:line="360" w:lineRule="auto"/>
        <w:ind w:firstLine="576"/>
        <w:jc w:val="left"/>
      </w:pPr>
      <w:r>
        <w:rPr>
          <w:rFonts w:ascii="宋体" w:eastAsia="宋体" w:hAnsi="宋体"/>
          <w:sz w:val="28"/>
        </w:rPr>
        <w:t>6.一旦发现水、电、煤、门、窗等安全问题及时向科室领导汇报，并</w:t>
      </w:r>
    </w:p>
    <w:p>
      <w:r>
        <w:rPr>
          <w:rFonts w:ascii="黑体" w:eastAsia="黑体" w:hAnsi="黑体"/>
          <w:b/>
          <w:color w:val="FA0000"/>
          <w:sz w:val="28"/>
        </w:rPr>
        <w:t>11</w:t>
      </w:r>
    </w:p>
    <w:p>
      <w:pPr>
        <w:spacing w:before="100" w:after="200" w:line="360" w:lineRule="auto"/>
        <w:ind w:firstLine="576"/>
        <w:jc w:val="left"/>
      </w:pPr>
      <w:r>
        <w:rPr>
          <w:rFonts w:ascii="宋体" w:eastAsia="宋体" w:hAnsi="宋体"/>
          <w:sz w:val="28"/>
        </w:rPr>
        <w:t>落实改进措施。各组均需配备灭火器，并经常检查其有效性。自觉学习有关安全防范的业务知识及安全防范的文件及政策。积极配合医院保卫部门对案件及事故的调查、取证工作。</w:t>
      </w:r>
    </w:p>
    <w:p>
      <w:pPr>
        <w:spacing w:before="100" w:after="200" w:line="360" w:lineRule="auto"/>
        <w:ind w:firstLine="576"/>
        <w:jc w:val="left"/>
      </w:pPr>
      <w:r>
        <w:rPr>
          <w:rFonts w:ascii="宋体" w:eastAsia="宋体" w:hAnsi="宋体"/>
          <w:sz w:val="28"/>
        </w:rPr>
        <w:t>十四、放射科设备管理、保养制度</w:t>
      </w:r>
    </w:p>
    <w:p>
      <w:pPr>
        <w:spacing w:before="100" w:after="200" w:line="360" w:lineRule="auto"/>
        <w:ind w:firstLine="576"/>
        <w:jc w:val="left"/>
      </w:pPr>
      <w:r>
        <w:rPr>
          <w:rFonts w:ascii="宋体" w:eastAsia="宋体" w:hAnsi="宋体"/>
          <w:sz w:val="28"/>
        </w:rPr>
        <w:t>1.放射科设备管理、保养由技术组长负责，实行专机专人管理。2.机房的各种标志醒目，各台机器应有规范的操作规程和运行记录。3.保持机房内干燥整洁，禁止在机房内存放无关物品。</w:t>
      </w:r>
    </w:p>
    <w:p>
      <w:pPr>
        <w:spacing w:before="100" w:after="200" w:line="360" w:lineRule="auto"/>
        <w:ind w:firstLine="576"/>
        <w:jc w:val="left"/>
        <w:sectPr w:rsidSect="00034616">
          <w:type w:val="nextPage"/>
          <w:pgSz w:w="11906" w:h="16838"/>
          <w:pgMar w:top="1440" w:right="1440" w:bottom="1440" w:left="1440" w:header="720" w:footer="720" w:gutter="0"/>
          <w:pgNumType w:start="10"/>
          <w:cols w:space="720"/>
          <w:titlePg w:val="0"/>
          <w:docGrid w:linePitch="360"/>
        </w:sectPr>
      </w:pPr>
      <w:r>
        <w:rPr>
          <w:rFonts w:ascii="宋体" w:eastAsia="宋体" w:hAnsi="宋体"/>
          <w:sz w:val="28"/>
        </w:rPr>
        <w:t>4.保持机器清洁，及时清理污物血渍，每天必须进行一次机器的清洁工作。</w:t>
      </w:r>
    </w:p>
    <w:p>
      <w:pPr>
        <w:spacing w:before="100" w:after="200" w:line="360" w:lineRule="auto"/>
        <w:ind w:firstLine="576"/>
        <w:jc w:val="left"/>
      </w:pPr>
      <w:r>
        <w:rPr>
          <w:rFonts w:ascii="宋体" w:eastAsia="宋体" w:hAnsi="宋体"/>
          <w:sz w:val="28"/>
        </w:rPr>
        <w:t>5.每周进行一次安全检查和常规小保养，减少机器故障的发生并及时掌握机器的运行情况。主要为机器清洁、安全装置、运转部件检查保养。</w:t>
      </w:r>
    </w:p>
    <w:p>
      <w:pPr>
        <w:spacing w:before="100" w:after="200" w:line="360" w:lineRule="auto"/>
        <w:ind w:firstLine="576"/>
        <w:jc w:val="left"/>
      </w:pPr>
      <w:r>
        <w:rPr>
          <w:rFonts w:ascii="宋体" w:eastAsia="宋体" w:hAnsi="宋体"/>
          <w:sz w:val="28"/>
        </w:rPr>
        <w:t>6.每月进行一次机器的全面检查和调整。内容包括：机房机器的清洁；机械电器部件牢固、运行准确性；平衡悬吊装置的安全；电缆电线的完好；保护地线接触良好；显示数据准确性等。保持机器处于良好的状态，确保机器设备安全、正常运行。</w:t>
      </w:r>
    </w:p>
    <w:p>
      <w:pPr>
        <w:spacing w:before="100" w:after="200" w:line="360" w:lineRule="auto"/>
        <w:ind w:firstLine="576"/>
        <w:jc w:val="left"/>
      </w:pPr>
      <w:r>
        <w:rPr>
          <w:rFonts w:ascii="宋体" w:eastAsia="宋体" w:hAnsi="宋体"/>
          <w:sz w:val="28"/>
        </w:rPr>
        <w:t>7.发生故障应及时停机检查，记录故障现象以便维修。</w:t>
      </w:r>
    </w:p>
    <w:p>
      <w:pPr>
        <w:spacing w:before="100" w:after="200" w:line="360" w:lineRule="auto"/>
        <w:ind w:firstLine="576"/>
        <w:jc w:val="left"/>
      </w:pPr>
      <w:r>
        <w:rPr>
          <w:rFonts w:ascii="宋体" w:eastAsia="宋体" w:hAnsi="宋体"/>
          <w:sz w:val="28"/>
        </w:rPr>
        <w:t>十五、放射科设备维修制度</w:t>
      </w:r>
    </w:p>
    <w:p>
      <w:pPr>
        <w:spacing w:before="100" w:after="200" w:line="360" w:lineRule="auto"/>
        <w:ind w:firstLine="576"/>
        <w:jc w:val="left"/>
      </w:pPr>
      <w:r>
        <w:rPr>
          <w:rFonts w:ascii="宋体" w:eastAsia="宋体" w:hAnsi="宋体"/>
          <w:sz w:val="28"/>
        </w:rPr>
        <w:t>1.机器设备发生故障时应及时向科主任汇报并记录故障现象。2.科主任接到设备故障报告后安排具有维修技术的技术人员进行检查。常见和简单故障及有能力维修的故障原则上鼓励技术人员自行维修，</w:t>
      </w:r>
    </w:p>
    <w:p>
      <w:r>
        <w:rPr>
          <w:rFonts w:ascii="黑体" w:eastAsia="黑体" w:hAnsi="黑体"/>
          <w:b/>
          <w:color w:val="FA0000"/>
          <w:sz w:val="28"/>
        </w:rPr>
        <w:t>12</w:t>
      </w:r>
    </w:p>
    <w:p>
      <w:pPr>
        <w:spacing w:before="100" w:after="200" w:line="360" w:lineRule="auto"/>
        <w:ind w:firstLine="576"/>
        <w:jc w:val="left"/>
      </w:pPr>
      <w:r>
        <w:rPr>
          <w:rFonts w:ascii="宋体" w:eastAsia="宋体" w:hAnsi="宋体"/>
          <w:sz w:val="28"/>
        </w:rPr>
        <w:t>以节约成本。</w:t>
      </w:r>
    </w:p>
    <w:p>
      <w:pPr>
        <w:spacing w:before="100" w:after="200" w:line="360" w:lineRule="auto"/>
        <w:ind w:firstLine="576"/>
        <w:jc w:val="left"/>
      </w:pPr>
      <w:r>
        <w:rPr>
          <w:rFonts w:ascii="宋体" w:eastAsia="宋体" w:hAnsi="宋体"/>
          <w:sz w:val="28"/>
        </w:rPr>
        <w:t>3.对本科室无法维修的故障及时向设备科报告，并填写维修申请单，由设备科安排维修。</w:t>
      </w:r>
    </w:p>
    <w:p>
      <w:pPr>
        <w:spacing w:before="100" w:after="200" w:line="360" w:lineRule="auto"/>
        <w:ind w:firstLine="576"/>
        <w:jc w:val="left"/>
      </w:pPr>
      <w:r>
        <w:rPr>
          <w:rFonts w:ascii="宋体" w:eastAsia="宋体" w:hAnsi="宋体"/>
          <w:sz w:val="28"/>
        </w:rPr>
        <w:t>4.设备维修应及时做维修记录，内容包括：故障经过、现象、检查情况、维修经过和维修后情况。</w:t>
      </w:r>
    </w:p>
    <w:p>
      <w:pPr>
        <w:spacing w:before="100" w:after="200" w:line="360" w:lineRule="auto"/>
        <w:ind w:firstLine="576"/>
        <w:jc w:val="left"/>
      </w:pPr>
      <w:r>
        <w:rPr>
          <w:rFonts w:ascii="宋体" w:eastAsia="宋体" w:hAnsi="宋体"/>
          <w:sz w:val="28"/>
        </w:rPr>
        <w:t>5.设备故障修复后应进行严格的验收检测，经试运行正常后方可正式使用。</w:t>
      </w:r>
    </w:p>
    <w:p>
      <w:pPr>
        <w:spacing w:before="100" w:after="200" w:line="360" w:lineRule="auto"/>
        <w:ind w:firstLine="576"/>
        <w:jc w:val="left"/>
      </w:pPr>
      <w:r>
        <w:rPr>
          <w:rFonts w:ascii="宋体" w:eastAsia="宋体" w:hAnsi="宋体"/>
          <w:sz w:val="28"/>
        </w:rPr>
        <w:t>6.未经科主任许可，严禁私自拆解、改造、维修机器设备。</w:t>
      </w:r>
    </w:p>
    <w:p>
      <w:pPr>
        <w:spacing w:before="100" w:after="200" w:line="360" w:lineRule="auto"/>
        <w:ind w:firstLine="576"/>
        <w:jc w:val="left"/>
        <w:sectPr w:rsidSect="00034616">
          <w:type w:val="nextPage"/>
          <w:pgSz w:w="11906" w:h="16838"/>
          <w:pgMar w:top="1440" w:right="1440" w:bottom="1440" w:left="1440" w:header="720" w:footer="720" w:gutter="0"/>
          <w:pgNumType w:start="11"/>
          <w:cols w:space="720"/>
          <w:titlePg w:val="0"/>
          <w:docGrid w:linePitch="360"/>
        </w:sectPr>
      </w:pPr>
      <w:r>
        <w:rPr>
          <w:rFonts w:ascii="宋体" w:eastAsia="宋体" w:hAnsi="宋体"/>
          <w:sz w:val="28"/>
        </w:rPr>
        <w:t>十六、知情同意告知制度</w:t>
      </w:r>
    </w:p>
    <w:p>
      <w:pPr>
        <w:spacing w:before="100" w:after="200" w:line="360" w:lineRule="auto"/>
        <w:ind w:firstLine="576"/>
        <w:jc w:val="left"/>
      </w:pPr>
      <w:r>
        <w:rPr>
          <w:rFonts w:ascii="宋体" w:eastAsia="宋体" w:hAnsi="宋体"/>
          <w:sz w:val="28"/>
        </w:rPr>
        <w:t>1.每个检查室入口处必须张贴射线损伤警示标志。</w:t>
      </w:r>
    </w:p>
    <w:p>
      <w:pPr>
        <w:spacing w:before="100" w:after="200" w:line="360" w:lineRule="auto"/>
        <w:ind w:firstLine="576"/>
        <w:jc w:val="left"/>
      </w:pPr>
      <w:r>
        <w:rPr>
          <w:rFonts w:ascii="宋体" w:eastAsia="宋体" w:hAnsi="宋体"/>
          <w:sz w:val="28"/>
        </w:rPr>
        <w:t>2.科室具备“放射检查临床使用许可证”，并在醒目位置公示许可证复印件。</w:t>
      </w:r>
    </w:p>
    <w:p>
      <w:pPr>
        <w:spacing w:before="100" w:after="200" w:line="360" w:lineRule="auto"/>
        <w:ind w:firstLine="576"/>
        <w:jc w:val="left"/>
      </w:pPr>
      <w:r>
        <w:rPr>
          <w:rFonts w:ascii="宋体" w:eastAsia="宋体" w:hAnsi="宋体"/>
          <w:sz w:val="28"/>
        </w:rPr>
        <w:t>3.每个患者应该在检查前知晓某线检查或CT检查同时将接受某线照射，存在对人体产生辐射损伤的可能性，具体做法可以在每个检查室外张贴包含上述警示内容的检查须知。</w:t>
      </w:r>
    </w:p>
    <w:p>
      <w:pPr>
        <w:spacing w:before="100" w:after="200" w:line="360" w:lineRule="auto"/>
        <w:ind w:firstLine="576"/>
        <w:jc w:val="left"/>
      </w:pPr>
      <w:r>
        <w:rPr>
          <w:rFonts w:ascii="宋体" w:eastAsia="宋体" w:hAnsi="宋体"/>
          <w:sz w:val="28"/>
        </w:rPr>
        <w:t>4.医务人员发现患者是婴幼儿或儿童时，应劝其慎重考虑进行射线检查；目前或近阶段可能怀孕生育的患者，都应劝其尽量选择其它检查或诊断手段。</w:t>
      </w:r>
    </w:p>
    <w:p>
      <w:pPr>
        <w:spacing w:before="100" w:after="200" w:line="360" w:lineRule="auto"/>
        <w:ind w:firstLine="576"/>
        <w:jc w:val="left"/>
      </w:pPr>
      <w:r>
        <w:rPr>
          <w:rFonts w:ascii="宋体" w:eastAsia="宋体" w:hAnsi="宋体"/>
          <w:sz w:val="28"/>
        </w:rPr>
        <w:t>5.CT增强检查开始前，由管床医生评估患者行CT增强扫描的风险程度并告知“碘对比剂知情同意书”必须告知的内容，必要时由CT室医师及护士补充解释或说明。患者或其家属必须在书面的“血管内使用含碘对比剂</w:t>
      </w:r>
    </w:p>
    <w:p>
      <w:r>
        <w:rPr>
          <w:rFonts w:ascii="黑体" w:eastAsia="黑体" w:hAnsi="黑体"/>
          <w:b/>
          <w:color w:val="FA0000"/>
          <w:sz w:val="28"/>
        </w:rPr>
        <w:t>13</w:t>
      </w:r>
    </w:p>
    <w:p>
      <w:pPr>
        <w:spacing w:before="100" w:after="200" w:line="360" w:lineRule="auto"/>
        <w:ind w:firstLine="576"/>
        <w:jc w:val="left"/>
      </w:pPr>
      <w:r>
        <w:rPr>
          <w:rFonts w:ascii="宋体" w:eastAsia="宋体" w:hAnsi="宋体"/>
          <w:sz w:val="28"/>
        </w:rPr>
        <w:t>知情同意书”上签名后方可实施检查。</w:t>
      </w:r>
    </w:p>
    <w:p>
      <w:pPr>
        <w:spacing w:before="100" w:after="200" w:line="360" w:lineRule="auto"/>
        <w:ind w:firstLine="576"/>
        <w:jc w:val="left"/>
      </w:pPr>
      <w:r>
        <w:rPr>
          <w:rFonts w:ascii="宋体" w:eastAsia="宋体" w:hAnsi="宋体"/>
          <w:sz w:val="28"/>
        </w:rPr>
        <w:t>6.CT增强检查的“血管内使用含碘对比剂知情同意书”必须告知患者或其家属以下基本内容：</w:t>
      </w:r>
    </w:p>
    <w:p>
      <w:pPr>
        <w:spacing w:before="100" w:after="200" w:line="360" w:lineRule="auto"/>
        <w:ind w:firstLine="576"/>
        <w:jc w:val="left"/>
      </w:pPr>
      <w:r>
        <w:rPr>
          <w:rFonts w:ascii="宋体" w:eastAsia="宋体" w:hAnsi="宋体"/>
          <w:sz w:val="28"/>
        </w:rPr>
        <w:t>（1）</w:t>
      </w:r>
    </w:p>
    <w:p>
      <w:pPr>
        <w:spacing w:before="100" w:after="200" w:line="360" w:lineRule="auto"/>
        <w:ind w:firstLine="576"/>
        <w:jc w:val="left"/>
      </w:pPr>
      <w:r>
        <w:rPr>
          <w:rFonts w:ascii="宋体" w:eastAsia="宋体" w:hAnsi="宋体"/>
          <w:sz w:val="28"/>
        </w:rPr>
        <w:t>血管内使用含碘对比剂可能会引发严重的过敏反应，甚至死</w:t>
      </w:r>
    </w:p>
    <w:p>
      <w:pPr>
        <w:spacing w:before="100" w:after="200" w:line="360" w:lineRule="auto"/>
        <w:ind w:firstLine="576"/>
        <w:jc w:val="left"/>
      </w:pPr>
      <w:r>
        <w:rPr>
          <w:rFonts w:ascii="宋体" w:eastAsia="宋体" w:hAnsi="宋体"/>
          <w:sz w:val="28"/>
        </w:rPr>
        <w:t>亡。</w:t>
      </w:r>
    </w:p>
    <w:p>
      <w:pPr>
        <w:spacing w:before="100" w:after="200" w:line="360" w:lineRule="auto"/>
        <w:ind w:firstLine="576"/>
        <w:jc w:val="left"/>
        <w:sectPr w:rsidSect="00034616">
          <w:type w:val="nextPage"/>
          <w:pgSz w:w="11906" w:h="16838"/>
          <w:pgMar w:top="1440" w:right="1440" w:bottom="1440" w:left="1440" w:header="720" w:footer="720" w:gutter="0"/>
          <w:pgNumType w:start="12"/>
          <w:cols w:space="720"/>
          <w:titlePg w:val="0"/>
          <w:docGrid w:linePitch="360"/>
        </w:sectPr>
      </w:pPr>
      <w:r>
        <w:rPr>
          <w:rFonts w:ascii="宋体" w:eastAsia="宋体" w:hAnsi="宋体"/>
          <w:sz w:val="28"/>
        </w:rPr>
        <w:t>（2）</w:t>
      </w:r>
    </w:p>
    <w:p>
      <w:pPr>
        <w:spacing w:before="100" w:after="200" w:line="360" w:lineRule="auto"/>
        <w:ind w:firstLine="576"/>
        <w:jc w:val="left"/>
      </w:pPr>
      <w:r>
        <w:rPr>
          <w:rFonts w:ascii="宋体" w:eastAsia="宋体" w:hAnsi="宋体"/>
          <w:sz w:val="28"/>
        </w:rPr>
        <w:t>患者应该说明原有对某些物质过敏的病史。</w:t>
      </w:r>
    </w:p>
    <w:p>
      <w:pPr>
        <w:spacing w:before="100" w:after="200" w:line="360" w:lineRule="auto"/>
        <w:ind w:firstLine="576"/>
        <w:jc w:val="left"/>
      </w:pPr>
      <w:r>
        <w:rPr>
          <w:rFonts w:ascii="宋体" w:eastAsia="宋体" w:hAnsi="宋体"/>
          <w:sz w:val="28"/>
        </w:rPr>
        <w:t>十七、放射科查对制度</w:t>
      </w:r>
    </w:p>
    <w:p>
      <w:pPr>
        <w:spacing w:before="100" w:after="200" w:line="360" w:lineRule="auto"/>
        <w:ind w:firstLine="576"/>
        <w:jc w:val="left"/>
      </w:pPr>
      <w:r>
        <w:rPr>
          <w:rFonts w:ascii="宋体" w:eastAsia="宋体" w:hAnsi="宋体"/>
          <w:sz w:val="28"/>
        </w:rPr>
        <w:t>1、检查时：查对科别、病房、姓名、年龄、片号、部位、目的。2、治疗时：查对科别、病房、姓名、部位、条件、时间、角度剂量。3、发报告时：查对科别、病房。</w:t>
      </w:r>
    </w:p>
    <w:p>
      <w:r>
        <w:rPr>
          <w:rFonts w:ascii="黑体" w:eastAsia="黑体" w:hAnsi="黑体"/>
          <w:b/>
          <w:color w:val="FA0000"/>
          <w:sz w:val="28"/>
        </w:rPr>
        <w:t>14</w:t>
      </w:r>
    </w:p>
    <w:p>
      <w:pPr>
        <w:spacing w:before="100" w:after="200" w:line="360" w:lineRule="auto"/>
        <w:ind w:firstLine="576"/>
        <w:jc w:val="left"/>
      </w:pPr>
      <w:r>
        <w:rPr>
          <w:rFonts w:ascii="宋体" w:eastAsia="宋体" w:hAnsi="宋体"/>
          <w:sz w:val="28"/>
        </w:rPr>
        <w:t>第二章岗位职责</w:t>
      </w:r>
    </w:p>
    <w:p>
      <w:pPr>
        <w:spacing w:before="100" w:after="200" w:line="360" w:lineRule="auto"/>
        <w:jc w:val="left"/>
      </w:pPr>
      <w:r>
        <w:rPr>
          <w:rFonts w:ascii="宋体 (中文正文)" w:eastAsia="宋体" w:hAnsi="宋体 (中文正文)"/>
          <w:b/>
          <w:sz w:val="28"/>
        </w:rPr>
        <w:t>一、放射科主任职责</w:t>
      </w:r>
    </w:p>
    <w:p>
      <w:pPr>
        <w:spacing w:before="100" w:after="200" w:line="360" w:lineRule="auto"/>
        <w:ind w:firstLine="576"/>
        <w:jc w:val="left"/>
      </w:pPr>
      <w:r>
        <w:rPr>
          <w:rFonts w:ascii="宋体" w:eastAsia="宋体" w:hAnsi="宋体"/>
          <w:sz w:val="28"/>
        </w:rPr>
        <w:t>1、在院长领导下，负责本科的医疗、教学、科研和行政管理工作。2、制定本科的工作计划并组织实施，经常督促检查，按期总结汇报。3、根据本科任务和人员情况进行科学分工，保证对病员进行及时的诊断和治疗。</w:t>
      </w:r>
    </w:p>
    <w:p>
      <w:pPr>
        <w:spacing w:before="100" w:after="200" w:line="360" w:lineRule="auto"/>
        <w:ind w:firstLine="576"/>
        <w:jc w:val="left"/>
      </w:pPr>
      <w:r>
        <w:rPr>
          <w:rFonts w:ascii="宋体" w:eastAsia="宋体" w:hAnsi="宋体"/>
          <w:sz w:val="28"/>
        </w:rPr>
        <w:t>4、定期主持集体阅片审签重要的诊断报告，亲自参加临床会诊和对疑难病例的诊断治疗，经常检查放射诊断、治疗和投照质量。</w:t>
      </w:r>
    </w:p>
    <w:p>
      <w:pPr>
        <w:spacing w:before="100" w:after="200" w:line="360" w:lineRule="auto"/>
        <w:ind w:firstLine="576"/>
        <w:jc w:val="left"/>
      </w:pPr>
      <w:r>
        <w:rPr>
          <w:rFonts w:ascii="宋体" w:eastAsia="宋体" w:hAnsi="宋体"/>
          <w:sz w:val="28"/>
        </w:rPr>
        <w:t>6、组织本科人员的业务训练和技术考核,提出升、调、奖、罚的意见。7、担任教学，搞好进修、实习人员的培训。</w:t>
      </w:r>
    </w:p>
    <w:p>
      <w:pPr>
        <w:spacing w:before="100" w:after="200" w:line="360" w:lineRule="auto"/>
        <w:ind w:firstLine="576"/>
        <w:jc w:val="left"/>
      </w:pPr>
      <w:r>
        <w:rPr>
          <w:rFonts w:ascii="宋体" w:eastAsia="宋体" w:hAnsi="宋体"/>
          <w:sz w:val="28"/>
        </w:rPr>
        <w:t>8、组织领导本科人员，认真执行各项规章制度和技术操作规程，检查工作人员防护情况，严防差错事故。</w:t>
      </w:r>
    </w:p>
    <w:p>
      <w:pPr>
        <w:spacing w:before="100" w:after="200" w:line="360" w:lineRule="auto"/>
        <w:ind w:firstLine="576"/>
        <w:jc w:val="left"/>
      </w:pPr>
      <w:r>
        <w:rPr>
          <w:rFonts w:ascii="宋体" w:eastAsia="宋体" w:hAnsi="宋体"/>
          <w:sz w:val="28"/>
        </w:rPr>
        <w:t>9、确定本科人员轮换、值班和休假。</w:t>
      </w:r>
    </w:p>
    <w:p>
      <w:pPr>
        <w:spacing w:before="100" w:after="200" w:line="360" w:lineRule="auto"/>
        <w:ind w:firstLine="576"/>
        <w:jc w:val="left"/>
        <w:sectPr w:rsidSect="00034616">
          <w:type w:val="nextPage"/>
          <w:pgSz w:w="11906" w:h="16838"/>
          <w:pgMar w:top="1440" w:right="1440" w:bottom="1440" w:left="1440" w:header="720" w:footer="720" w:gutter="0"/>
          <w:pgNumType w:start="13"/>
          <w:cols w:space="720"/>
          <w:titlePg w:val="0"/>
          <w:docGrid w:linePitch="360"/>
        </w:sectPr>
      </w:pPr>
      <w:r>
        <w:rPr>
          <w:rFonts w:ascii="宋体" w:eastAsia="宋体" w:hAnsi="宋体"/>
          <w:sz w:val="28"/>
        </w:rPr>
        <w:t>10、审签本科药品器材的请领与报销，经常检查机器的使用与保管情况。</w:t>
      </w:r>
    </w:p>
    <w:p>
      <w:pPr>
        <w:spacing w:before="100" w:after="200" w:line="360" w:lineRule="auto"/>
        <w:jc w:val="left"/>
      </w:pPr>
      <w:r>
        <w:rPr>
          <w:rFonts w:ascii="宋体 (中文正文)" w:eastAsia="宋体" w:hAnsi="宋体 (中文正文)"/>
          <w:b/>
          <w:sz w:val="28"/>
        </w:rPr>
        <w:t>二、放射科主治医师职责</w:t>
      </w:r>
    </w:p>
    <w:p>
      <w:pPr>
        <w:spacing w:before="100" w:after="200" w:line="360" w:lineRule="auto"/>
        <w:ind w:firstLine="576"/>
        <w:jc w:val="left"/>
      </w:pPr>
      <w:r>
        <w:rPr>
          <w:rFonts w:ascii="宋体" w:eastAsia="宋体" w:hAnsi="宋体"/>
          <w:sz w:val="28"/>
        </w:rPr>
        <w:t>1、在科主任领导和主任（副主任）医师指导下进行工作。2、着重担负疑难病例的诊断。治疗，参加会诊和教学科研工作。3、主持每天的集体阅片，审签诊断报告单。</w:t>
      </w:r>
    </w:p>
    <w:p>
      <w:r>
        <w:rPr>
          <w:rFonts w:ascii="黑体" w:eastAsia="黑体" w:hAnsi="黑体"/>
          <w:b/>
          <w:color w:val="FA0000"/>
          <w:sz w:val="28"/>
        </w:rPr>
        <w:t>15</w:t>
      </w:r>
    </w:p>
    <w:p>
      <w:pPr>
        <w:spacing w:before="100" w:after="200" w:line="360" w:lineRule="auto"/>
        <w:ind w:firstLine="576"/>
        <w:jc w:val="left"/>
      </w:pPr>
      <w:r>
        <w:rPr>
          <w:rFonts w:ascii="宋体" w:eastAsia="宋体" w:hAnsi="宋体"/>
          <w:sz w:val="28"/>
        </w:rPr>
        <w:t>4、其他职责与放射科医师同。</w:t>
      </w:r>
    </w:p>
    <w:p>
      <w:pPr>
        <w:spacing w:before="100" w:after="200" w:line="360" w:lineRule="auto"/>
        <w:jc w:val="left"/>
      </w:pPr>
      <w:r>
        <w:rPr>
          <w:rFonts w:ascii="宋体 (中文正文)" w:eastAsia="宋体" w:hAnsi="宋体 (中文正文)"/>
          <w:b/>
          <w:sz w:val="28"/>
        </w:rPr>
        <w:t>三、放射科医师职责</w:t>
      </w:r>
    </w:p>
    <w:p>
      <w:pPr>
        <w:spacing w:before="100" w:after="200" w:line="360" w:lineRule="auto"/>
        <w:ind w:firstLine="576"/>
        <w:jc w:val="left"/>
      </w:pPr>
      <w:r>
        <w:rPr>
          <w:rFonts w:ascii="宋体" w:eastAsia="宋体" w:hAnsi="宋体"/>
          <w:sz w:val="28"/>
        </w:rPr>
        <w:t>1、在科主任领导和主治医师指导下进行工作。</w:t>
      </w:r>
    </w:p>
    <w:p>
      <w:pPr>
        <w:spacing w:before="100" w:after="200" w:line="360" w:lineRule="auto"/>
        <w:ind w:firstLine="576"/>
        <w:jc w:val="left"/>
      </w:pPr>
      <w:r>
        <w:rPr>
          <w:rFonts w:ascii="宋体" w:eastAsia="宋体" w:hAnsi="宋体"/>
          <w:sz w:val="28"/>
        </w:rPr>
        <w:t>2、负责某线诊断和放射线治疗工作，按时完成诊断报告，遇有疑难问题，及时请示上级医师。</w:t>
      </w:r>
    </w:p>
    <w:p>
      <w:pPr>
        <w:spacing w:before="100" w:after="200" w:line="360" w:lineRule="auto"/>
        <w:ind w:firstLine="576"/>
        <w:jc w:val="left"/>
      </w:pPr>
      <w:r>
        <w:rPr>
          <w:rFonts w:ascii="宋体" w:eastAsia="宋体" w:hAnsi="宋体"/>
          <w:sz w:val="28"/>
        </w:rPr>
        <w:t>3、参加会诊和临床病例讨论会。</w:t>
      </w:r>
    </w:p>
    <w:p>
      <w:pPr>
        <w:spacing w:before="100" w:after="200" w:line="360" w:lineRule="auto"/>
        <w:ind w:firstLine="576"/>
        <w:jc w:val="left"/>
      </w:pPr>
      <w:r>
        <w:rPr>
          <w:rFonts w:ascii="宋体" w:eastAsia="宋体" w:hAnsi="宋体"/>
          <w:sz w:val="28"/>
        </w:rPr>
        <w:t>4、担负一定的科学研究和教学任务，做好进修、实习人员的培训。5、掌握某线机的一般原理、性能、使用及投照技术，遵守操作规程，做好防护工作，严防差错事故。</w:t>
      </w:r>
    </w:p>
    <w:p>
      <w:pPr>
        <w:spacing w:before="100" w:after="200" w:line="360" w:lineRule="auto"/>
        <w:jc w:val="left"/>
      </w:pPr>
      <w:r>
        <w:rPr>
          <w:rFonts w:ascii="宋体 (中文正文)" w:eastAsia="宋体" w:hAnsi="宋体 (中文正文)"/>
          <w:b/>
          <w:sz w:val="28"/>
        </w:rPr>
        <w:t>四、放射科技师职责</w:t>
      </w:r>
    </w:p>
    <w:p>
      <w:pPr>
        <w:spacing w:before="100" w:after="200" w:line="360" w:lineRule="auto"/>
        <w:ind w:firstLine="576"/>
        <w:jc w:val="left"/>
      </w:pPr>
      <w:r>
        <w:rPr>
          <w:rFonts w:ascii="宋体" w:eastAsia="宋体" w:hAnsi="宋体"/>
          <w:sz w:val="28"/>
        </w:rPr>
        <w:t>1、在科主任领导和主治医师指导下进行工作。</w:t>
      </w:r>
    </w:p>
    <w:p>
      <w:pPr>
        <w:spacing w:before="100" w:after="200" w:line="360" w:lineRule="auto"/>
        <w:ind w:firstLine="576"/>
        <w:jc w:val="left"/>
      </w:pPr>
      <w:r>
        <w:rPr>
          <w:rFonts w:ascii="宋体" w:eastAsia="宋体" w:hAnsi="宋体"/>
          <w:sz w:val="28"/>
        </w:rPr>
        <w:t>2、负责投照工作，参加较复杂的技术操作，并帮助和指导技士工作。3、负责本科机器的安装，修配，检查，保养和管理，督促本科人员遵守技术操作规程和安全规则。</w:t>
      </w:r>
    </w:p>
    <w:p>
      <w:pPr>
        <w:spacing w:before="100" w:after="200" w:line="360" w:lineRule="auto"/>
        <w:ind w:firstLine="576"/>
        <w:jc w:val="left"/>
        <w:sectPr w:rsidSect="00034616">
          <w:type w:val="nextPage"/>
          <w:pgSz w:w="11906" w:h="16838"/>
          <w:pgMar w:top="1440" w:right="1440" w:bottom="1440" w:left="1440" w:header="720" w:footer="720" w:gutter="0"/>
          <w:pgNumType w:start="14"/>
          <w:cols w:space="720"/>
          <w:titlePg w:val="0"/>
          <w:docGrid w:linePitch="360"/>
        </w:sectPr>
      </w:pPr>
      <w:r>
        <w:rPr>
          <w:rFonts w:ascii="宋体" w:eastAsia="宋体" w:hAnsi="宋体"/>
          <w:sz w:val="28"/>
        </w:rPr>
        <w:t>4、开展技术革新和科学研究。指导进修、实习人员的技术操作，并担任一定的教学工作。</w:t>
      </w:r>
    </w:p>
    <w:p>
      <w:pPr>
        <w:spacing w:before="100" w:after="200" w:line="360" w:lineRule="auto"/>
        <w:ind w:firstLine="576"/>
        <w:jc w:val="left"/>
      </w:pPr>
      <w:r>
        <w:rPr>
          <w:rFonts w:ascii="宋体" w:eastAsia="宋体" w:hAnsi="宋体"/>
          <w:sz w:val="28"/>
        </w:rPr>
        <w:t>5、参加集体阅片和讲评投照质量。</w:t>
      </w:r>
    </w:p>
    <w:p>
      <w:pPr>
        <w:spacing w:before="100" w:after="200" w:line="360" w:lineRule="auto"/>
        <w:jc w:val="left"/>
      </w:pPr>
      <w:r>
        <w:rPr>
          <w:rFonts w:ascii="宋体 (中文正文)" w:eastAsia="宋体" w:hAnsi="宋体 (中文正文)"/>
          <w:b/>
          <w:sz w:val="28"/>
        </w:rPr>
        <w:t>五、放射科技士职责</w:t>
      </w:r>
    </w:p>
    <w:p>
      <w:r>
        <w:rPr>
          <w:rFonts w:ascii="黑体" w:eastAsia="黑体" w:hAnsi="黑体"/>
          <w:b/>
          <w:color w:val="FA0000"/>
          <w:sz w:val="28"/>
        </w:rPr>
        <w:t>16</w:t>
      </w:r>
    </w:p>
    <w:p>
      <w:pPr>
        <w:spacing w:before="100" w:after="200" w:line="360" w:lineRule="auto"/>
        <w:ind w:firstLine="576"/>
        <w:jc w:val="left"/>
      </w:pPr>
      <w:r>
        <w:rPr>
          <w:rFonts w:ascii="宋体" w:eastAsia="宋体" w:hAnsi="宋体"/>
          <w:sz w:val="28"/>
        </w:rPr>
        <w:t>1在技师、医师指导下，担负所分配的各项技术工作。2、按照医师的要求，负责进行某线的投照，洗片、治疗工作。3、配合技师进行本科机器的安装、检修、保养。整理和清拭工作。4、负责机器附件、药品、胶片等物品的清理、保管及登记统计工作。5、积极参加技术革新和科研工作。</w:t>
      </w:r>
    </w:p>
    <w:p>
      <w:pPr>
        <w:spacing w:before="100" w:after="200" w:line="360" w:lineRule="auto"/>
        <w:jc w:val="left"/>
      </w:pPr>
      <w:r>
        <w:rPr>
          <w:rFonts w:ascii="宋体 (中文正文)" w:eastAsia="宋体" w:hAnsi="宋体 (中文正文)"/>
          <w:b/>
          <w:sz w:val="28"/>
        </w:rPr>
        <w:t>六、放射科护理人员职责</w:t>
      </w:r>
    </w:p>
    <w:p>
      <w:pPr>
        <w:spacing w:before="100" w:after="200" w:line="360" w:lineRule="auto"/>
        <w:ind w:firstLine="576"/>
        <w:jc w:val="left"/>
      </w:pPr>
      <w:r>
        <w:rPr>
          <w:rFonts w:ascii="宋体" w:eastAsia="宋体" w:hAnsi="宋体"/>
          <w:sz w:val="28"/>
        </w:rPr>
        <w:t>主要负责放射科的护理工作，包括登记、预约、记账、统计、药物及物品的管理工作。工作内容：</w:t>
      </w:r>
    </w:p>
    <w:p>
      <w:pPr>
        <w:spacing w:before="100" w:after="200" w:line="360" w:lineRule="auto"/>
        <w:ind w:firstLine="576"/>
        <w:jc w:val="left"/>
      </w:pPr>
      <w:r>
        <w:rPr>
          <w:rFonts w:ascii="宋体" w:eastAsia="宋体" w:hAnsi="宋体"/>
          <w:sz w:val="28"/>
        </w:rPr>
        <w:t>1、仔细审阅各种预约申请单,严格掌握适应症,认真核对检查目的及部位。2、做好各项检查前的准备工作。3、完成每天的登记、记账工作。</w:t>
      </w:r>
    </w:p>
    <w:p>
      <w:pPr>
        <w:spacing w:before="100" w:after="200" w:line="360" w:lineRule="auto"/>
        <w:ind w:firstLine="576"/>
        <w:jc w:val="left"/>
      </w:pPr>
      <w:r>
        <w:rPr>
          <w:rFonts w:ascii="宋体" w:eastAsia="宋体" w:hAnsi="宋体"/>
          <w:sz w:val="28"/>
        </w:rPr>
        <w:t>4、协助医师完成各种造影检查的配合工作。</w:t>
      </w:r>
    </w:p>
    <w:p>
      <w:pPr>
        <w:spacing w:before="100" w:after="200" w:line="360" w:lineRule="auto"/>
        <w:ind w:firstLine="576"/>
        <w:jc w:val="left"/>
      </w:pPr>
      <w:r>
        <w:rPr>
          <w:rFonts w:ascii="宋体" w:eastAsia="宋体" w:hAnsi="宋体"/>
          <w:sz w:val="28"/>
        </w:rPr>
        <w:t>5、做好抢救药品及器械的管理，保证数目清楚、定点、定位，熟悉抢救程序，掌握抢救器械的性能，配合医师积极做好抢救工作。</w:t>
      </w:r>
    </w:p>
    <w:p>
      <w:pPr>
        <w:spacing w:before="100" w:after="200" w:line="360" w:lineRule="auto"/>
        <w:ind w:firstLine="576"/>
        <w:jc w:val="left"/>
      </w:pPr>
      <w:r>
        <w:rPr>
          <w:rFonts w:ascii="宋体" w:eastAsia="宋体" w:hAnsi="宋体"/>
          <w:sz w:val="28"/>
        </w:rPr>
        <w:t>6、认真执行无菌技术技术操作规程，并监督检查者的无菌操作按规范执行。</w:t>
      </w:r>
    </w:p>
    <w:p>
      <w:pPr>
        <w:spacing w:before="100" w:after="200" w:line="360" w:lineRule="auto"/>
        <w:ind w:firstLine="576"/>
        <w:jc w:val="left"/>
      </w:pPr>
      <w:r>
        <w:rPr>
          <w:rFonts w:ascii="宋体" w:eastAsia="宋体" w:hAnsi="宋体"/>
          <w:sz w:val="28"/>
        </w:rPr>
        <w:t>7、保证工作场所的干净整齐，维持工作次序，耐心安抚和疏导病人。8、工作标准</w:t>
      </w:r>
    </w:p>
    <w:p>
      <w:pPr>
        <w:spacing w:before="100" w:after="200" w:line="360" w:lineRule="auto"/>
        <w:ind w:firstLine="576"/>
        <w:jc w:val="left"/>
      </w:pPr>
      <w:r>
        <w:rPr>
          <w:rFonts w:ascii="宋体" w:eastAsia="宋体" w:hAnsi="宋体"/>
          <w:sz w:val="28"/>
        </w:rPr>
        <w:t>(1)保质保量完成当天的各项检查、造影工作，严格按三查七对制度，</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https://d.book118.com/815000332211011042</w:t>
        </w:r>
      </w:hyperlink>
    </w:p>
    <w:p>
      <w:pPr>
        <w:spacing w:before="100" w:after="200" w:line="360" w:lineRule="auto"/>
        <w:ind w:firstLine="576"/>
        <w:jc w:val="left"/>
      </w:pPr>
    </w:p>
    <w:sectPr w:rsidSect="00034616">
      <w:type w:val="nextPage"/>
      <w:pgSz w:w="11906" w:h="16838"/>
      <w:pgMar w:top="1440" w:right="1440" w:bottom="1440" w:left="1440" w:header="720" w:footer="720" w:gutter="0"/>
      <w:pgNumType w:start="15"/>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15000332211011042"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