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班主任心得体会优秀范文15篇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班主任心得体会优秀范文【篇1】 </w:t>
      </w:r>
      <w:r>
        <w:rPr>
          <w:lang w:eastAsia="zh-CN"/>
        </w:rPr>
        <w:br/>
      </w:r>
      <w:r>
        <w:rPr>
          <w:lang w:eastAsia="zh-CN"/>
        </w:rPr>
        <w:t xml:space="preserve">    一年一度的班主任师德培训。与往年一样，此次的培训依然是在学校进行，由集体学习和自学相结合。每年暑期的师德集训都让我收获很多，让懵懂中的我知道了教师的道德素质比教师的文化素质更为重要，教师的道德是教师的灵魂，师德是教师人格特征的直接体现。也是从培训中我知道了开展师德师风活动的重要性。我认为要提高自身的师德师风要从以下几个方面下手，努力提高自身的综合素质。 </w:t>
      </w:r>
      <w:r>
        <w:rPr>
          <w:lang w:eastAsia="zh-CN"/>
        </w:rPr>
        <w:br/>
      </w:r>
      <w:r>
        <w:rPr>
          <w:lang w:eastAsia="zh-CN"/>
        </w:rPr>
        <w:t xml:space="preserve">    一、爱岗敬业。首先，要热爱教育事业，要对教育事业尽心尽力。我们选择了教育事业，就要对自己的选择无怨无悔，不计名利，积极进取，努力创新。尽心尽责地完成每一项教学任务，不求，但求更好。只有这样学生才能受到老师的影响而努力学习，不断进取。 </w:t>
      </w:r>
      <w:r>
        <w:rPr>
          <w:lang w:eastAsia="zh-CN"/>
        </w:rPr>
        <w:br/>
      </w:r>
      <w:r>
        <w:rPr>
          <w:lang w:eastAsia="zh-CN"/>
        </w:rPr>
        <w:t xml:space="preserve">    作为新时期的教师，我们必须知道爱生是立业之本，读书是立生之本，每一位教师都要爱读书、读好书，我们的学习是为了更好的肩负起我们的责任，学习的目的是为了更好的生活。教育要让学生终身受益，而不是丧失学习兴趣。我们只有从内心爱上这份职业，才不会叫苦叫累，学习让我明白了，作为一名教师，我们要甘为人梯、乐于奉献、静下心来教书、潜下心来育人。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二、尊重、关爱每一位学生。每一位学生都渴望得到老师的理解和尊重。我们要与学生平等相待，不能把学生当下级随便呵斥。只有我们把学生看重了，学生得到老师的尊重了，他们才会尊重老师，愿意学习这个老师所传授的各种知识。用师爱铸就崇高的师魂，在教育中要做到严中有爱、爱中有严，如果我们把学生当成天使，那么我们就生活在天堂，相反，我们就会觉得自己生活在地狱。 </w:t>
      </w:r>
      <w:r>
        <w:rPr>
          <w:lang w:eastAsia="zh-CN"/>
        </w:rPr>
        <w:br/>
      </w:r>
      <w:r>
        <w:rPr>
          <w:lang w:eastAsia="zh-CN"/>
        </w:rPr>
        <w:t xml:space="preserve">    三、以身作则。教师的言行对学生的思想、行为和品质具有潜移默化的影响，教师的一言一行，学生均喜欢模仿，这将给学生成长带来一生的影响。因此，教师一定要时时刻刻为学生做出好的榜样，凡要求学生要做到的，自己首先做到，坚持严于律己。教师要知道教育是一朵云吹动另一朵云，一棵树摇动另一棵树，一个心灵感动另一个心灵。我们要学会喜欢学生，喜欢和他们在一起，这样才可以发现他们的优点，我觉得身临其境才是的教育。 </w:t>
      </w:r>
      <w:r>
        <w:rPr>
          <w:lang w:eastAsia="zh-CN"/>
        </w:rPr>
        <w:br/>
      </w:r>
      <w:r>
        <w:rPr>
          <w:lang w:eastAsia="zh-CN"/>
        </w:rPr>
        <w:t xml:space="preserve">    四、加强学习、提升教师魅力。在培养人的道德素质中，最核心的一点就是要有一种奉献的精神，一个人之所以能够受到他人的称赞和社会的褒奖，就是他具有能够牺牲自己的利益，为他人和社会作出贡献的品质。报告中的有些老师是我们学习的榜样，他们受人景仰。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我们从他们身上学到：对工作埋头苦干、精益求精的态度；对生活艰苦奋斗、乐观向上的作风；对教育事业作出巨大的贡献；对待教书育人工作的神圣态度，真心实意，踏踏实实，自觉刻苦自我完善，打下良好的知识基础，构建完整的知识体系。模范老师们的成功告诉我们：作为一名教师，必须要修品练功，树立良好的教师形象。桃李不言，下自成蹊。</w:t>
      </w:r>
      <w:r>
        <w:rPr>
          <w:lang w:eastAsia="zh-CN"/>
        </w:rPr>
        <w:t xml:space="preserve"> </w:t>
      </w:r>
      <w:r>
        <w:rPr>
          <w:lang w:eastAsia="zh-CN"/>
        </w:rPr>
        <w:br/>
      </w:r>
      <w:r>
        <w:rPr>
          <w:lang w:eastAsia="zh-CN"/>
        </w:rPr>
        <w:t xml:space="preserve">    教师是学生瞩目的焦点和榜样，必须努力学习，提高自我修养，成为学生心中的偶像和楷模。教师要重视修品练功，以自己的人格魅力、学术魅力和工作魅力感召和吸引学生，起良好的示范作用。教师要进德修业，为人师表，获得学生的爱戴敬重，从而亲其师，信其道。模范老师们对教学的改革告诉我们：教师除了要修品，还要练功。要勇于改革和实践，探索和创新。在知识经济迅猛发展的今天，教师任重道远。 </w:t>
      </w:r>
      <w:r>
        <w:rPr>
          <w:lang w:eastAsia="zh-CN"/>
        </w:rPr>
        <w:br/>
      </w:r>
      <w:r>
        <w:rPr>
          <w:lang w:eastAsia="zh-CN"/>
        </w:rPr>
        <w:t xml:space="preserve">    因此，我们要更新观念，变教育者、传授者为指导者、促进者、设计者、沟通者，以生为本，以情为主，尊重学生爱学习、爱自由、爱快乐的天性，相信每个学生都想学好，能学好。善于运用新的教学方法：先学后教、教少学多，追求不教而教、授人以鱼不如授人以渔的教学目标。教师只有做到以身立教，才能以自己人格的魅力感染学生学会做人，以自己渊博的学识去引导学生学会发展，才会有学校教育的高质量。 </w:t>
      </w:r>
      <w:r>
        <w:rPr>
          <w:lang w:eastAsia="zh-CN"/>
        </w:rPr>
        <w:br/>
      </w:r>
      <w:r>
        <w:rPr>
          <w:lang w:eastAsia="zh-CN"/>
        </w:rPr>
        <w:t xml:space="preserve">    以上是我对师德师风的一些学习体会。我将坚持不断的学习，使自己能在不断更新的知识中汲取营养，能够把自己所学奉献给学生，提高自己的钻研精神，发挥敢于与一切困难做斗争的思想和作风。刻苦钻研业务知识，做到政治业务两不误。班主任心得体会优秀范文【篇2】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通过此次班主任师德师风的学习培训，我对开展师德师风教育活动的重要意义有了较明确的认识，更深入的体会到了师德师风的重要性，教师应树立以身作则，为人师表的形象，教师的言语、动作、态度、以及科学的教育方法和专业技能体现了真正的师德师风的精神风貌。</w:t>
      </w:r>
      <w:r>
        <w:rPr>
          <w:lang w:eastAsia="zh-CN"/>
        </w:rPr>
        <w:t xml:space="preserve"> </w:t>
      </w:r>
      <w:r>
        <w:rPr>
          <w:lang w:eastAsia="zh-CN"/>
        </w:rPr>
        <w:br/>
      </w:r>
      <w:r>
        <w:rPr>
          <w:lang w:eastAsia="zh-CN"/>
        </w:rPr>
        <w:t xml:space="preserve">    作为一名教师，不管是大、中、小还是幼儿的，我们都要坚持终于党的教育事业，需要有深渊、广博的知识，更需要有高尚的师德与优良的师风，陶行知先生说过:“学高为师，德高为范”，这不是说的就是为师者不仅需要有深渊、广博的知识，更需要有高尚的师德，优良的师风。 </w:t>
      </w:r>
      <w:r>
        <w:rPr>
          <w:lang w:eastAsia="zh-CN"/>
        </w:rPr>
        <w:br/>
      </w:r>
      <w:r>
        <w:rPr>
          <w:lang w:eastAsia="zh-CN"/>
        </w:rPr>
        <w:t xml:space="preserve">    师德师风是搞好教育的灵魂，为人师表不能是说一套做一套，我们应严以律己，言行举止一致，表里如一，成为幼儿的表率与楷模。班主任心得体会优秀范文【篇3】 </w:t>
      </w:r>
      <w:r>
        <w:rPr>
          <w:lang w:eastAsia="zh-CN"/>
        </w:rPr>
        <w:br/>
      </w:r>
      <w:r>
        <w:rPr>
          <w:lang w:eastAsia="zh-CN"/>
        </w:rPr>
        <w:t xml:space="preserve">    在_年_月_日下午，我园组织全体班主任老师开展了一次师德师风培训，我积极参与活动，让我受益颇深。现就学习培训情况谈几点个人体会。 </w:t>
      </w:r>
      <w:r>
        <w:rPr>
          <w:lang w:eastAsia="zh-CN"/>
        </w:rPr>
        <w:br/>
      </w:r>
      <w:r>
        <w:rPr>
          <w:lang w:eastAsia="zh-CN"/>
        </w:rPr>
        <w:t xml:space="preserve">    一、作为一名幼儿教师，优良的师德、高尚的师风是搞好教育的灵魂。教师是幼儿的一面镜子，言谈举止，为人处世，衣着穿戴都是幼儿私下议论的话题。为人师表不能说一套做一套，应严以律己，言行一致，表里如一，成为幼儿的表率幼儿园教师师德师风培训心得体会及感受。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二、师德的魅力主要从人格特征中表现出来。我要每天都带着一份好心情、以平和的心态、饱满的情绪投入到工作中，带着微笑迎接孩子，真诚的对待每一位孩子。</w:t>
      </w:r>
      <w:r>
        <w:rPr>
          <w:lang w:eastAsia="zh-CN"/>
        </w:rPr>
        <w:t xml:space="preserve"> </w:t>
      </w:r>
      <w:r>
        <w:rPr>
          <w:lang w:eastAsia="zh-CN"/>
        </w:rPr>
        <w:br/>
      </w:r>
      <w:r>
        <w:rPr>
          <w:lang w:eastAsia="zh-CN"/>
        </w:rPr>
        <w:t xml:space="preserve">    三、教师的文明动作行为也是影响孩子的行为因素幼儿园教师师德师风培训心得体会及感受。教师应当以得体的语言和动作行为来指导幼儿的一日生活。久而久之，孩子也会形成文明的行为规范让孩子得到周围人的尊重和喜爱，从而增强孩子的自信心。 </w:t>
      </w:r>
      <w:r>
        <w:rPr>
          <w:lang w:eastAsia="zh-CN"/>
        </w:rPr>
        <w:br/>
      </w:r>
      <w:r>
        <w:rPr>
          <w:lang w:eastAsia="zh-CN"/>
        </w:rPr>
        <w:t xml:space="preserve">    总之，态度决定一切，不管做什么事情，态度是非常重要的，在生活中如此，工作中亦如此幼儿园教师师德师风培训心得体会及感受。既然是工作，就要爱岗敬业，用职业道德标准来要求自己，做到细心、耐心、用心爱孩子。幼儿园的孩子像刚出土的嫩苗，需要呵护和培养。只有幼儿身体健康、心情愉快、学习进步，作为老师才能真正感觉到工作的快乐。班主任心得体会优秀范文【篇4】 </w:t>
      </w:r>
      <w:r>
        <w:rPr>
          <w:lang w:eastAsia="zh-CN"/>
        </w:rPr>
        <w:br/>
      </w:r>
      <w:r>
        <w:rPr>
          <w:lang w:eastAsia="zh-CN"/>
        </w:rPr>
        <w:t xml:space="preserve">    10月17、18日，我参加了区第三期中小学班主任培训。这为期二天的培训，通过六位老师的精彩演讲，让我对班主任工作有了更深刻的理解。二十一世纪，班主任面对的是学生不再是一个等着灌水的空瓶子，而是一扇扇等待敲启的大门。 </w:t>
      </w:r>
      <w:r>
        <w:rPr>
          <w:lang w:eastAsia="zh-CN"/>
        </w:rPr>
        <w:br/>
      </w:r>
      <w:r>
        <w:rPr>
          <w:lang w:eastAsia="zh-CN"/>
        </w:rPr>
        <w:t xml:space="preserve">    每一个学生的内心都是一个丰富的未知世界，这个世界充满着渴望、设想、需求、矛盾……因此，作为班主任，我们更应该走进学生的心灵，用智慧开启孩子内心深处向上向善的本性。 </w:t>
      </w:r>
      <w:r>
        <w:rPr>
          <w:lang w:eastAsia="zh-CN"/>
        </w:rPr>
        <w:br/>
      </w:r>
      <w:r>
        <w:rPr>
          <w:lang w:eastAsia="zh-CN"/>
        </w:rPr>
        <w:t xml:space="preserve">    一、对自身而言，班主任必须具有人情味。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想到一个故事：北风和太阳比赛看谁能把行人大衣脱下来，北风上场了，刮得飞沙走石，结果行人反而把大衣的衣领衣扣系得更紧了。太阳上场，它悄无声息地把阳光洒向大地，结果慢慢地暖和了，行人开始解开衣扣，最后把大衣脱掉。什么是人情味？人情味就是阳光的味道。我觉得在做班主任工作当中，就应该具有这种阳光的味道。</w:t>
      </w:r>
      <w:r>
        <w:rPr>
          <w:lang w:eastAsia="zh-CN"/>
        </w:rPr>
        <w:t xml:space="preserve"> </w:t>
      </w:r>
      <w:r>
        <w:rPr>
          <w:lang w:eastAsia="zh-CN"/>
        </w:rPr>
        <w:br/>
      </w:r>
      <w:r>
        <w:rPr>
          <w:lang w:eastAsia="zh-CN"/>
        </w:rPr>
        <w:t xml:space="preserve">    想到我和学生的一个小故事：一天中午吃饭的时候，一个学生对我说有个女孩子哭了，可能自己那天心情不大好，态度是有点不屑的，心里想也就是为了些再小不过的事情，我甚至有些疲倦得不想做出任何反映，冷冷地看了她一眼，任凭她哭。不过最终还是忍不住，把那位女孩子叫了过来，原来是一个男同学不小心把汤洒在她帽子里了，虽然已经向她道歉，还是不免觉得委屈，我拿了张纸巾，将已经被男孩子擦干的帽子又擦了一遍，说：他已经向你道歉了，那原谅他行吗？告诉他以后小心点吧，不要伤心了。女孩子回到了自己的座位，瞬间扫尽了脸上透露的伤心和委屈。我想或许她哭只是想告诉我，她需要一句简单的关心，需要一点来自于老师的阳光，那又何必吝啬这一点的人情味呢。 </w:t>
      </w:r>
      <w:r>
        <w:rPr>
          <w:lang w:eastAsia="zh-CN"/>
        </w:rPr>
        <w:br/>
      </w:r>
      <w:r>
        <w:rPr>
          <w:lang w:eastAsia="zh-CN"/>
        </w:rPr>
        <w:t xml:space="preserve">    我想，一个班主任能否赢得学生尊重和爱戴，不是单方面因素决定的，除了老师的学识、能力，性情、品德修养等综合素质，特别是有一颗爱心更是一名老师吸引学生力量的主要源泉。正如著名教育家夏丐尊说的：教育没有情感，如同池塘没有水一样。没有水，就不能成为池塘，没有爱，也就没有教育。对学生的爱应该渗透在教育的每一个细节。 </w:t>
      </w:r>
      <w:r>
        <w:rPr>
          <w:lang w:eastAsia="zh-CN"/>
        </w:rPr>
        <w:br/>
      </w:r>
      <w:r>
        <w:rPr>
          <w:lang w:eastAsia="zh-CN"/>
        </w:rPr>
        <w:t xml:space="preserve">    二、对班级而言，班主任要把群体打造成一个集体。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一个班级，几十个人聚集在一起，组成一个群体。而作为班主任，应引领这个群体确立共同的奋斗目标，并制定有效的行为体制，为同一个信念紧密团结在一起，彼此关怀、鼓励，共同进步，成为一个发展的集体。</w:t>
      </w:r>
      <w:r>
        <w:rPr>
          <w:lang w:eastAsia="zh-CN"/>
        </w:rPr>
        <w:t xml:space="preserve"> </w:t>
      </w:r>
      <w:r>
        <w:rPr>
          <w:lang w:eastAsia="zh-CN"/>
        </w:rPr>
        <w:br/>
      </w:r>
      <w:r>
        <w:rPr>
          <w:lang w:eastAsia="zh-CN"/>
        </w:rPr>
        <w:t xml:space="preserve">    闻老师讲述的一个故事让我印象深刻。一位班主任老师公开课时写了一个错别字，等活动结束，一教研员私下和她的学生聊天，谈及老师写错别字的时候学生纷纷道：我们老师平时上课非常好，今天可能是太紧张了，所以犯了个错误。这是对班主任老师的极大维护，我可以想象在这个集体中，每一个人都可以感受到彼此的温暖。也想到发身在自己班里的一件事，一学生经无数次警告依然没有完成家庭作业，我便发出威胁对全班说：“请大家想想办法，如果他下次还不完成作业怎么办？”这时，一孩子的话让我感动，他说：“我们一起帮助他吧。”我为自己感到羞愧，为我的学生感到自豪。我想，只有当群体转变为集体的时候，学生才会主动发挥创造精神，表现出主人翁的责任感，才会不断进取，产生积极向上的强烈愿望，做到心往一处想、劲往一处使，形成一种合力，从而使班集体更具凝聚力和竞争力，一个班级才能和谐地发展。 </w:t>
      </w:r>
      <w:r>
        <w:rPr>
          <w:lang w:eastAsia="zh-CN"/>
        </w:rPr>
        <w:br/>
      </w:r>
      <w:r>
        <w:rPr>
          <w:lang w:eastAsia="zh-CN"/>
        </w:rPr>
        <w:t xml:space="preserve">    这些都是我通过这次的培训所想到的，我想这次培训为我的教育作了重新定位，同时也为我开创了明天之路。班主任心得体会优秀范文【篇5】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做一个幸福、快乐有成就的班主任，做一个有智慧有空闲的班主任，做一个陪孩子们成长的班主任……作为一名新老师，我印象中的班主任工作繁琐而又沉重，但是听了各位教育专家的专题报告以及优秀班主任的成果展示之后，我一下子懂得了智慧型的班主任可以轻松愉快地陪伴孩子们成长。</w:t>
      </w:r>
      <w:r>
        <w:rPr>
          <w:lang w:eastAsia="zh-CN"/>
        </w:rPr>
        <w:t xml:space="preserve"> </w:t>
      </w:r>
      <w:r>
        <w:rPr>
          <w:lang w:eastAsia="zh-CN"/>
        </w:rPr>
        <w:br/>
      </w:r>
      <w:r>
        <w:rPr>
          <w:lang w:eastAsia="zh-CN"/>
        </w:rPr>
        <w:t xml:space="preserve">    71岁的丁榕老师讲述了自己所带班级的一个个故事。丁老师说老师的一句话可以毁掉孩子一生，这句话深深的刻在了我的脑海里。学高为师，身正为范。想要孩子成长为有爱心、有素养、有文化的合格公民，班主任自身就要做到以上几点，绝不能说一句伤害孩子心灵的话。教师一句不经意的话，就可能被孩子牢记一辈子。所以，当孩子犯了错误，一定要先诊断后治疗，找到孩子犯错误的根源，对症下药。 </w:t>
      </w:r>
      <w:r>
        <w:rPr>
          <w:lang w:eastAsia="zh-CN"/>
        </w:rPr>
        <w:br/>
      </w:r>
      <w:r>
        <w:rPr>
          <w:lang w:eastAsia="zh-CN"/>
        </w:rPr>
        <w:t xml:space="preserve">    班主任工作既需要爱心也需要智慧。怀揣着先进的教育理念，就一定不能放弃这些理念而走一些老教师的狠抓学生、限制自由的老路。要掌握现在的孩子心理特点，摸准他们喜欢什么，需要什么样的关爱——研究学生的需要是班主任以及每个任课老师必做的功课。今天的学生需要什么样的爱？当我对所教班级的学生和家长有了一定的了解之后，我发现很多孩子来自单亲家庭，他们在成长中经历了家庭的破裂、缺失了来自父亲或者母亲的关爱，他们的心灵非常脆弱。所以这些孩子非常需要关爱，他们希望跟正常家庭的孩子一样学习、成长，并且他们不希望自己的伤痕暴露于大家的眼前。班主任是充满爱心又富有智慧的，一定要小心的呵护这些孩子，而又不能被他们发现自己被区别对待，班主任要让所有的孩子意识到自己在这个班集体是平等的。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班主任是无私奉献又充满魅力的。伟大的教育家苏霍姆林斯基说：一个好教师意味着什么？首先意味着他热爱孩子，感到跟孩子交往是一种乐趣，相信每个孩子都能成为一个好人，善于跟他们交朋友，关心孩子的快乐和悲伤，了解孩子的心灵，时刻都不忘记自己也曾是个孩子。既然教师对孩子有着浓浓的爱，那教师绝不能抱怨我爱孩子，孩子不爱我，选择了教师这份职业就选择了付出，选择了坚守。教师的教育过程是一个优化生命的过程，老师的爱不求回报。教师的一言一行都是教育，教师用自己的人格魅力感染学生。一名热爱自然、倡导环保的教师，他的学生耳濡目染的也会做到爱护环境、保护地球。</w:t>
      </w:r>
      <w:r>
        <w:rPr>
          <w:lang w:eastAsia="zh-CN"/>
        </w:rPr>
        <w:t xml:space="preserve"> </w:t>
      </w:r>
      <w:r>
        <w:rPr>
          <w:lang w:eastAsia="zh-CN"/>
        </w:rPr>
        <w:br/>
      </w:r>
      <w:r>
        <w:rPr>
          <w:lang w:eastAsia="zh-CN"/>
        </w:rPr>
        <w:t xml:space="preserve">    教师的成长是站在巨人的肩膀上，同时也是创造新的篇章。一名新老师，一定要多想老教师请教，多问多学，找到适合展示自己人格魅力的教学风格。例如，丁榕老师就举例说她作为一名美术生，被派到山区教小学语文。她充分发挥了自己的美术特长，为孩子们描绘了一幅幅印象山水画，在孩子们中间建立了威信，同时她也通过听课、备课，掌握了语文的教学模式。为孩子们设计一个又一个活动，让孩子们在精心设计的活动中感悟做人的道理、体会人与人交往的真谛。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班主任有阅历的丰富，更要有满怀的激情。初中阶段的孩子是朝气蓬勃的、充满好奇的、满怀希望的，面对这样一群孩子，班主任也要拥有激情。71岁的丁榕老师声情并茂、手舞足蹈的在台上讲了三个小时，岁月没有夺取她的激情，年龄没有减掉她的她对事业的热爱——这是我所敬佩的。希望自己在十年二十年之后像丁老师一样有着年轻的心态。</w:t>
      </w:r>
      <w:r>
        <w:rPr>
          <w:lang w:eastAsia="zh-CN"/>
        </w:rPr>
        <w:t xml:space="preserve"> </w:t>
      </w:r>
      <w:r>
        <w:rPr>
          <w:lang w:eastAsia="zh-CN"/>
        </w:rPr>
        <w:br/>
      </w:r>
      <w:r>
        <w:rPr>
          <w:lang w:eastAsia="zh-CN"/>
        </w:rPr>
        <w:t xml:space="preserve">    班主任是唤醒生命、点燃梦想的教育家，是激发潜能、成就人生的艺术家。我会在工作中不断学习，在学习中不断积累，在积累中不断探索，在探索中不断进步，立志成为一名发展型教师。班主任心得体会优秀范文【篇6】 </w:t>
      </w:r>
      <w:r>
        <w:rPr>
          <w:lang w:eastAsia="zh-CN"/>
        </w:rPr>
        <w:br/>
      </w:r>
      <w:r>
        <w:rPr>
          <w:lang w:eastAsia="zh-CN"/>
        </w:rPr>
        <w:t xml:space="preserve">    7月18日至7月22日我很荣幸参加了中牟县小学骨干班主任培训班的学习。感谢学校给我提供的学习机会，让我得以进行充电提高。在历时5天的培训活动中，我有幸聆听了教育专家的精彩讲座。专家们的讲座中既有高深超前的理论，又有贴近教育生活的实际俘，令我耳目一新。先进理念不仅让我们开眼界，也让我感到自身工作存在的差距和不足，现记录下自己的一些感觉与家分享。 </w:t>
      </w:r>
      <w:r>
        <w:rPr>
          <w:lang w:eastAsia="zh-CN"/>
        </w:rPr>
        <w:br/>
      </w:r>
      <w:r>
        <w:rPr>
          <w:lang w:eastAsia="zh-CN"/>
        </w:rPr>
        <w:t xml:space="preserve">    一、新课程中树立正确的学生观。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首先，在这次讲座中，教育学院任民教授讲述的是《新课程理念下如何把班级做好》在这个讲座中，他首先谈到的是师也者，教之以事，而喻诸德也的为师哲学，接着他就班主任如何发挥主观作用入手，开始进行为期两天的讲座，他就如何树立正确的学生观这个观点，让我感受最深刻，我懂得了对学生应该树立正确的学生观，这包括平等观，个性观，发展观，矛盾观，住守观。而在平等观中，任教授列举了很生动的例子，通过这些例子，让我懂得了平等的对待每一个学生是多么的重要，还知道了对学生要无私的爱，热爱一个学生就等于塑造一个学生，厌弃一个学生就无异于毁坏一个学生，有了唉心，才会有包容，才能以博的胸怀去宽容学生的过失，有了爱心，才会有忍耐和信心，才能真正做到尊重学生，爱护学生。同时他的三不原则理论也颇为经典，第一，思想上不歧视后进生。第二、感情上不厌恶后进生。第三、态度上不粗暴对待后进生。只有这样，在班级中，不论学生成绩好坏，教师公平对待每一个学生，尤其是对待后进生，态度更要好。这让我想起了在班级教学中，由于自己的年轻气盛，对待后进生态度总是显得过于急躁，现在想想实在是不应该，在以后的教学中一定要改正掉。任老师的讲座真像下了一场及时雨，让我获得了很多新鲜的东西，同时也认识到了自己班主任工作中的很多不足，真是很有好处。</w:t>
      </w:r>
      <w:r>
        <w:rPr>
          <w:lang w:eastAsia="zh-CN"/>
        </w:rPr>
        <w:t xml:space="preserve"> </w:t>
      </w:r>
      <w:r>
        <w:rPr>
          <w:lang w:eastAsia="zh-CN"/>
        </w:rPr>
        <w:br/>
      </w:r>
      <w:r>
        <w:rPr>
          <w:lang w:eastAsia="zh-CN"/>
        </w:rPr>
        <w:t xml:space="preserve">    二、美在和谐，漫谈和谐。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给我印象最深的是教育学院李迎春教授的讲座。她以和谐为中心，向我们讲述了教师在教育教学工作中要懂得和谐的原则。学会和谐--践行至善的班主任工作理念;学会和谐--激发不竭的班主任工作动力。在谈论和谐的时候，尤其是第一点谈论教师与自然的和谐。让我觉得最为欣赏，因为她举例了生活中的一些自然例子，让我懂得了要从豹子身上学会超越，从蚂蚁身上学会团结一致，从狮子身上学会专注。虽然这些自然中的事物是我们经常看到的，但是我们往往会忽略从其中看到的`一些道理。同时，她还谈到了教室里应该养花养鱼的理论。谈到养花，让我觉得特别的熟悉，因为我所带的班级就曾在本学期举行了亲近自然，一人一盆花的活动，在这个活动中，孩子们踊跃捐献花卉，并投入了热情洋溢的养花活动。通过养花，他们不但增长了养花的知识，还陶冶了情操，接近了自然，丰富了课余生活，还提高了学习的积极性。养花对学习成绩的提高实效性确实很强，这一点她提醒了我在以后的教学中要多做这些亲近自然的举动。她的和谐理念深深的印入了我的脑海中，尽管天气炎热，讲座时间比较长，但在李教授热情洋溢的讲座中，我们没有看见她的累，她的一张娃娃脸上洋溢的是阳光般的心态和她博的胸怀。</w:t>
      </w:r>
      <w:r>
        <w:rPr>
          <w:lang w:eastAsia="zh-CN"/>
        </w:rPr>
        <w:t xml:space="preserve"> </w:t>
      </w:r>
      <w:r>
        <w:rPr>
          <w:lang w:eastAsia="zh-CN"/>
        </w:rPr>
        <w:br/>
      </w:r>
      <w:r>
        <w:rPr>
          <w:lang w:eastAsia="zh-CN"/>
        </w:rPr>
        <w:t xml:space="preserve">    三、既要耕好自家的田，又要育好自己的园。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在这个培训学习中，年已61岁的花甲老教师周惠玲的讲座也让我获益很多，最让我感动的是周老师的谦虚态度，因为她每次开始讲座之前总是深深的对全体听课老师鞠躬，虽然她年岁比较了，但是在这个讲座的过程中，她竟然是一直站着的，她说是为了更好的讲座，方便和老师互动。在讲座中她态度很和蔼，声音很洪亮，她像一个慈祥的老者和温柔的教育家。她的这个专题守于教师子女的家庭教育漫谈，虽然我作为一个刚上岗的新教师，也未有家室，但守于一些教师子女的教育问题，我听了觉得实在很不错。我记录下了一些自认为经典的句子。爱自己的孩子是人，爱别人的孩子是神。信念是第一竞争力，用主流价值观培养孩子。一朝为父母，终身是老师。爱国从爱自己，爱家人，爱职业开始。同时，为了让听课的老师容易理解和接受，在这个讲座中，她举了很多生动的事例，这些例子有她自己亲身经历的，还有发生在她身边的故事，周老师的话如春风拂面，感觉十分的亲切动听。她的话如潺潺流水，从心田淌过，让人倍感凉爽。周老师这种治学和做人做事的态度深深地打动了我，让我对其产生了很崇高的敬意。我以后在教学和工作中也要向周老师那样做学问和做人。因为她实在让我很佩服。班主任心得体会优秀范文【篇7】</w:t>
      </w:r>
      <w:r>
        <w:rPr>
          <w:lang w:eastAsia="zh-CN"/>
        </w:rPr>
        <w:t xml:space="preserve"> </w:t>
      </w:r>
      <w:r>
        <w:rPr>
          <w:lang w:eastAsia="zh-CN"/>
        </w:rPr>
        <w:br/>
      </w:r>
      <w:r>
        <w:rPr>
          <w:lang w:eastAsia="zh-CN"/>
        </w:rPr>
        <w:t xml:space="preserve">    20__年11月我有幸参加了我校班主任培训，更觉得这句话有道理。虽然会议只有短短的两节课时间，但收获颇丰。薛校长、吴校长从班主任工作理念到方法和策略，从学生心理健康指导到教育法律和校园安全，从不同的角度诠释了该如何做一个优秀的班主任，使我从理论上感受到了在当今教育形势下如何做一名合格的班主任！ </w:t>
      </w:r>
      <w:r>
        <w:rPr>
          <w:lang w:eastAsia="zh-CN"/>
        </w:rPr>
        <w:br/>
      </w:r>
      <w:r>
        <w:rPr>
          <w:lang w:eastAsia="zh-CN"/>
        </w:rPr>
        <w:t xml:space="preserve">    听了他们的报告，看到了自己工作的不足，今后在工作中要从小事做起，教育学生讲究方法，注重策略，下面我就这几点谈谈感受。 </w:t>
      </w:r>
      <w:r>
        <w:rPr>
          <w:lang w:eastAsia="zh-CN"/>
        </w:rPr>
        <w:br/>
      </w:r>
      <w:r>
        <w:rPr>
          <w:lang w:eastAsia="zh-CN"/>
        </w:rPr>
        <w:t xml:space="preserve">    一、班主任要做要做一个快乐的人。要有四心：“童心、爱心、责任心和公正心”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班主任一定要做一个快乐的人。”这是全国优秀班主任钟竺在会上说的，我很喜欢这句话。作为班主任，要用自己满腔的爱去关心，去尊重每一个学生，耐心细致地去指导每个学生，才能做到对学生的关心，体现出班主任的责任心，学生才能养成良好的学习习惯，得到良好的教育。“育人先育心”，感人心者，莫先乎于情。爱就是尊重学生，重意味着信任、理解、宽容和接纳，充分地重视和欣赏每一个学生，耐心地倾听他的意见，接纳他的感受，包容他的缺点，分享他的喜悦……我深深地知道，一名好班主任、一名好教师，既是知识的塑像，更是爱的化身，只有接近学生，用爱去感召学生，才能教育好学生。</w:t>
      </w:r>
      <w:r>
        <w:rPr>
          <w:lang w:eastAsia="zh-CN"/>
        </w:rPr>
        <w:t xml:space="preserve"> </w:t>
      </w:r>
      <w:r>
        <w:rPr>
          <w:lang w:eastAsia="zh-CN"/>
        </w:rPr>
        <w:br/>
      </w:r>
      <w:r>
        <w:rPr>
          <w:lang w:eastAsia="zh-CN"/>
        </w:rPr>
        <w:t xml:space="preserve">    二、班主任应提高自身素质，具有独特的魅力形象 </w:t>
      </w:r>
      <w:r>
        <w:rPr>
          <w:lang w:eastAsia="zh-CN"/>
        </w:rPr>
        <w:br/>
      </w:r>
      <w:r>
        <w:rPr>
          <w:lang w:eastAsia="zh-CN"/>
        </w:rPr>
        <w:t xml:space="preserve">    班主任的一言一行，对学生都会产生巨大的影响，所以，新时期的班主任应对教育对象实施影响的同时，不断地完善自己。由于班主任的精神面貌对学生具有强烈的示范作用，因而要求班主任要乐观、活泼开朗、充满朝气。在学生面前要做到精神振作、情绪高昂、用语幽默、态度和蔼、风度从容、姿态洒脱。班主任的“活”才能带动整个班“活”起来。我平时对学生要求严格，上自习保持安静，上课不迟到……下课后和学生们一起运动、聊天，和学生们拉近距离，彼此了解，让他们对我有好感，信任我。对有些学生要鼓励，有些学生要要求严格，有些学生要真诚关心……当然班主任的素质不是与生俱来的，而是在长期的教育实践中进行修养与锻炼形成的，我们可以通过各种途径来提高自己。首先，我认为最重要的是要坚持以身作则，班主任要求学生做到的，自己首先要做到，在教育改革中以自己的模范行为带动学生、培养学生；其次是要继续努力学习，现在的学生视野开阔，思路敏捷，遇到问题总是穷追不舍，教师只用简单说教去规范学生，学生是不买账的，更何况现在提倡新的教育观。以德为先，以爱为本，以理服人，把自由与民主之风真正带入我们的班级，把尊重与关爱毫无保留地带给我们的学生。 </w:t>
      </w:r>
      <w:r>
        <w:rPr>
          <w:lang w:eastAsia="zh-CN"/>
        </w:rPr>
        <w:br/>
      </w:r>
      <w:r>
        <w:rPr>
          <w:lang w:eastAsia="zh-CN"/>
        </w:rPr>
        <w:t xml:space="preserve">    三、班主任应善于激励学生 </w:t>
      </w:r>
      <w:r>
        <w:rPr>
          <w:lang w:eastAsia="zh-CN"/>
        </w:rPr>
        <w:br/>
      </w:r>
      <w:r>
        <w:rPr>
          <w:lang w:eastAsia="zh-CN"/>
        </w:rPr>
        <w:t xml:space="preserve">  </w:t>
      </w:r>
      <w:r>
        <w:rPr>
          <w:lang w:eastAsia="zh-CN"/>
        </w:rPr>
        <w:t xml:space="preserve"> </w:t>
      </w:r>
    </w:p>
    <w:p w:rsidR="001B1F19" w14:textId="27C3F48A">
      <w:pPr>
        <w:rPr>
          <w:rFonts w:hint="eastAsia"/>
          <w:lang w:eastAsia="zh-CN"/>
        </w:rPr>
      </w:pPr>
      <w:r>
        <w:rPr>
          <w:lang w:eastAsia="zh-CN"/>
        </w:rPr>
        <w:t xml:space="preserve"> 苏霍姆林斯基曾经说过：“教育艺术的顶峰—师生间心灵交往的和谐境界。”与学生交往，要讲究艺术，要学会倾听，与学生在一起活动，以倾听为前提，与学生的谈话更加有利于班主任工作的开展；听了讲座后，让我更深刻地认识到赏识教育对于班主任工作的重要，“数子一过，不如奖其一功。”</w:t>
      </w:r>
      <w:r>
        <w:rPr>
          <w:lang w:eastAsia="zh-CN"/>
        </w:rPr>
        <w:t xml:space="preserve"> </w:t>
      </w:r>
      <w:r>
        <w:rPr>
          <w:lang w:eastAsia="zh-CN"/>
        </w:rPr>
        <w:br/>
      </w:r>
      <w:r>
        <w:rPr>
          <w:lang w:eastAsia="zh-CN"/>
        </w:rPr>
        <w:t xml:space="preserve">    学生最关心的是教师对他的看法，最大的愿望是得到教师的关心和爱护，尤其是面对问题学生时，如果能尽量发现他们的优点，然后真诚地去赞赏他们、鼓励他们，那么你会发现，学生个个都是那么可爱、那么优秀。教育学生首先要学会“生活上知足常乐，同学之间助人为乐，学习上自得其乐，身体健康快乐”，从而树立学生正确的人生观。 </w:t>
      </w:r>
      <w:r>
        <w:rPr>
          <w:lang w:eastAsia="zh-CN"/>
        </w:rPr>
        <w:br/>
      </w:r>
      <w:r>
        <w:rPr>
          <w:lang w:eastAsia="zh-CN"/>
        </w:rPr>
        <w:t xml:space="preserve">    四、作为班主任要讲智慧，要善于因材施教，因势利导。 </w:t>
      </w:r>
      <w:r>
        <w:rPr>
          <w:lang w:eastAsia="zh-CN"/>
        </w:rPr>
        <w:br/>
      </w:r>
      <w:r>
        <w:rPr>
          <w:lang w:eastAsia="zh-CN"/>
        </w:rPr>
        <w:t xml:space="preserve">    教育必须有爱，教育也需要技术。没有爱的技术是危险的，而无技术的爱是无力的。教育要真正起到作用，教师的智慧，独特的工作方法，宝贵的工作经验是万万不可缺少的。好的教育不是铁器的敲打，而是水的载歌载舞，使粗糙的石块打磨成美丽的鹅卵石。教师要因材施教，遇到突发事件，光有爱心和责任心是不够的，还要讲求方法，因为我们工作的对象是人，每一个学生都是不同的个体，所以在处理问题时要讲方法。其根本的原则就是既能处理好问题，又不能伤害学生的自尊。 </w:t>
      </w:r>
      <w:r>
        <w:rPr>
          <w:lang w:eastAsia="zh-CN"/>
        </w:rPr>
        <w:br/>
      </w:r>
      <w:r>
        <w:rPr>
          <w:lang w:eastAsia="zh-CN"/>
        </w:rPr>
        <w:t xml:space="preserve">  </w:t>
      </w:r>
      <w:r>
        <w:rPr>
          <w:lang w:eastAsia="zh-CN"/>
        </w:rPr>
        <w:t xml:space="preserve"> </w:t>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https://d.book118.com/815004111140011102</w:t>
        </w:r>
      </w:hyperlink>
    </w:p>
    <w:p w:rsidR="001B1F19">
      <w:pPr>
        <w:rPr>
          <w:rFonts w:hint="eastAsia"/>
          <w:lang w:eastAsia="zh-CN"/>
        </w:rPr>
      </w:pPr>
    </w:p>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5004111140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