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安全教育宣传的活动总结（34篇）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安全教育宣传的活动总结（通用34篇）</w:t>
      </w:r>
      <w:r>
        <w:rPr>
          <w:lang w:eastAsia="zh-CN"/>
        </w:rPr>
        <w:br/>
      </w:r>
      <w:r>
        <w:rPr>
          <w:lang w:eastAsia="zh-CN"/>
        </w:rPr>
        <w:t xml:space="preserve">    安全教育宣传的活动总结 篇1 </w:t>
      </w:r>
      <w:r>
        <w:rPr>
          <w:lang w:eastAsia="zh-CN"/>
        </w:rPr>
        <w:br/>
      </w:r>
      <w:r>
        <w:rPr>
          <w:lang w:eastAsia="zh-CN"/>
        </w:rPr>
        <w:t>　　4月15日是我国全民国家安全教育日。当天，嘉鱼县在二乔广场举办国家安全宣传教育展览，现场向市民发放宣传教育手册，进行国家安全知识问答，并在全县张贴宣传挂图和条幅。</w:t>
      </w:r>
      <w:r>
        <w:rPr>
          <w:lang w:eastAsia="zh-CN"/>
        </w:rPr>
        <w:br/>
      </w:r>
      <w:r>
        <w:rPr>
          <w:lang w:eastAsia="zh-CN"/>
        </w:rPr>
        <w:t>　　此次活动把开展国家安全宣传教育与培育和践行社会主义核心价值观、社会主义法治宣传教育有机结合，大力宣传总体国家安全观，普及《国家安全法》、《反恐怖主义法》、《反间谍法》等法律法规。</w:t>
      </w:r>
      <w:r>
        <w:rPr>
          <w:lang w:eastAsia="zh-CN"/>
        </w:rPr>
        <w:br/>
      </w:r>
      <w:r>
        <w:rPr>
          <w:lang w:eastAsia="zh-CN"/>
        </w:rPr>
        <w:t>　　活动期间，该县普法讲师团、普法志愿者深入城乡基层开展国家安全法宣讲活动，电视、报刊、网络等新闻媒体将及时宣传、报道活动开展情况，营造良好的学习宣传氛围，切实提高全民国家安全意识，形成维护国家安全的强大社会共识。</w:t>
      </w:r>
      <w:r>
        <w:rPr>
          <w:lang w:eastAsia="zh-CN"/>
        </w:rPr>
        <w:br/>
      </w:r>
      <w:r>
        <w:rPr>
          <w:lang w:eastAsia="zh-CN"/>
        </w:rPr>
        <w:t xml:space="preserve">    安全教育宣传的活动总结 篇2 </w:t>
      </w:r>
      <w:r>
        <w:rPr>
          <w:lang w:eastAsia="zh-CN"/>
        </w:rPr>
        <w:br/>
      </w:r>
      <w:r>
        <w:rPr>
          <w:lang w:eastAsia="zh-CN"/>
        </w:rPr>
        <w:t>　　公司自开展安全教育培训月活动以来，共计260余人次参加了各项活动，安全教育培训活动基本上达到了预期目标。</w:t>
      </w:r>
      <w:r>
        <w:rPr>
          <w:lang w:eastAsia="zh-CN"/>
        </w:rPr>
        <w:br/>
      </w:r>
      <w:r>
        <w:rPr>
          <w:lang w:eastAsia="zh-CN"/>
        </w:rPr>
        <w:t>　　一、 活动开展情况</w:t>
      </w:r>
      <w:r>
        <w:rPr>
          <w:lang w:eastAsia="zh-CN"/>
        </w:rPr>
        <w:br/>
      </w:r>
      <w:r>
        <w:rPr>
          <w:lang w:eastAsia="zh-CN"/>
        </w:rPr>
        <w:t>　　1、 安全教育培训</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根据公司生产实际情况，对车间一线员工进行了8个场次的培训，受培训人员达139人次，培训课程包括安全教育，行车操作要领，员工心态教育等方面。培训活动有签到，有记录，员工安全意识得到明显提升。</w:t>
      </w:r>
      <w:r>
        <w:rPr>
          <w:lang w:eastAsia="zh-CN"/>
        </w:rPr>
        <w:br/>
      </w:r>
      <w:r>
        <w:rPr>
          <w:lang w:eastAsia="zh-CN"/>
        </w:rPr>
        <w:t>　　2、 安全检查</w:t>
      </w:r>
      <w:r>
        <w:rPr>
          <w:lang w:eastAsia="zh-CN"/>
        </w:rPr>
        <w:br/>
      </w:r>
      <w:r>
        <w:rPr>
          <w:lang w:eastAsia="zh-CN"/>
        </w:rPr>
        <w:t>　　公司安监委9月10日组织相关人员对1号生产车间及厂区施工现场进行了安全大检查，共发现安全隐患8项，提出整改要求8项，尤其是对厂区10KV高压输电线路存在的安全隐患提出了专项整改报告，安全检查中安全隐患整改率100%。</w:t>
      </w:r>
      <w:r>
        <w:rPr>
          <w:lang w:eastAsia="zh-CN"/>
        </w:rPr>
        <w:br/>
      </w:r>
      <w:r>
        <w:rPr>
          <w:lang w:eastAsia="zh-CN"/>
        </w:rPr>
        <w:t>　　3、 消防安全演练</w:t>
      </w:r>
      <w:r>
        <w:rPr>
          <w:lang w:eastAsia="zh-CN"/>
        </w:rPr>
        <w:br/>
      </w:r>
      <w:r>
        <w:rPr>
          <w:lang w:eastAsia="zh-CN"/>
        </w:rPr>
        <w:t>　　9月24日上午8:30在厂区进行了消防安全演练，演练技术指导就灭火器使用方法、灭火安全注意事项进行了讲解，参与演练人员积极配合，演练活动取得了圆满成功。</w:t>
      </w:r>
      <w:r>
        <w:rPr>
          <w:lang w:eastAsia="zh-CN"/>
        </w:rPr>
        <w:br/>
      </w:r>
      <w:r>
        <w:rPr>
          <w:lang w:eastAsia="zh-CN"/>
        </w:rPr>
        <w:t>　　4、 安全知识考试</w:t>
      </w:r>
      <w:r>
        <w:rPr>
          <w:lang w:eastAsia="zh-CN"/>
        </w:rPr>
        <w:br/>
      </w:r>
      <w:r>
        <w:rPr>
          <w:lang w:eastAsia="zh-CN"/>
        </w:rPr>
        <w:t>　　针对员工安全知识匮乏的现状，通过安全知识考试有效增加了员工安全知识储备，考试采取开卷考试形式，考试参与对象主要是办公室人员，考试参与人数46人，考试平均分84.5分。</w:t>
      </w:r>
      <w:r>
        <w:rPr>
          <w:lang w:eastAsia="zh-CN"/>
        </w:rPr>
        <w:br/>
      </w:r>
      <w:r>
        <w:rPr>
          <w:lang w:eastAsia="zh-CN"/>
        </w:rPr>
        <w:t>　　5、 活动照片集锦</w:t>
      </w:r>
      <w:r>
        <w:rPr>
          <w:lang w:eastAsia="zh-CN"/>
        </w:rPr>
        <w:br/>
      </w:r>
      <w:r>
        <w:rPr>
          <w:lang w:eastAsia="zh-CN"/>
        </w:rPr>
        <w:t>　　二、 存在的问题及改进措施</w:t>
      </w:r>
      <w:r>
        <w:rPr>
          <w:lang w:eastAsia="zh-CN"/>
        </w:rPr>
        <w:br/>
      </w:r>
      <w:r>
        <w:rPr>
          <w:lang w:eastAsia="zh-CN"/>
        </w:rPr>
        <w:t>　　一是员工参与积极性有待提高，可以通过完善激励措施，努力引导广大员工参与到公司安全管理中来。</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二是安全教育培训课件要进一步贴近生产实际，同时要加强典型案例教育，有效宣贯安全知识。</w:t>
      </w:r>
      <w:r>
        <w:rPr>
          <w:lang w:eastAsia="zh-CN"/>
        </w:rPr>
        <w:br/>
      </w:r>
      <w:r>
        <w:rPr>
          <w:lang w:eastAsia="zh-CN"/>
        </w:rPr>
        <w:t>　　三是安全教育培训活动要实现常态化，将安全教育融入日常的生产管理过程中。</w:t>
      </w:r>
      <w:r>
        <w:rPr>
          <w:lang w:eastAsia="zh-CN"/>
        </w:rPr>
        <w:br/>
      </w:r>
      <w:r>
        <w:rPr>
          <w:lang w:eastAsia="zh-CN"/>
        </w:rPr>
        <w:t>　　三、 加强安全管理的几点建议</w:t>
      </w:r>
      <w:r>
        <w:rPr>
          <w:lang w:eastAsia="zh-CN"/>
        </w:rPr>
        <w:br/>
      </w:r>
      <w:r>
        <w:rPr>
          <w:lang w:eastAsia="zh-CN"/>
        </w:rPr>
        <w:t>　　第一，切实增强抓紧抓好安全工作的使命感和责任感。加强安全生产宣传、教育和培训工作，提升员工安全意识，实现从“要我安全”到“我要安全”的思想转变。</w:t>
      </w:r>
      <w:r>
        <w:rPr>
          <w:lang w:eastAsia="zh-CN"/>
        </w:rPr>
        <w:br/>
      </w:r>
      <w:r>
        <w:rPr>
          <w:lang w:eastAsia="zh-CN"/>
        </w:rPr>
        <w:t>　　第二，加强安全生产考核，安全工作实行问责制，按照谁主管，谁负责，明确第一责任人，签订安全责任状。安全生产，重在落实，既要把安全讲在嘴上、记在心上，又要落实在具体实际行动上。第三，安全方面实行严格管理，从生产现场“三违”和事故隐患排查与治理两大方面同时抓起。第四，要建立健全安全事故应急处理机制，好的应急处理机制能有效预防安全事故的扩大，迅速的展开安全营救，确保生产经营工作的持续、健康发展。</w:t>
      </w:r>
      <w:r>
        <w:rPr>
          <w:lang w:eastAsia="zh-CN"/>
        </w:rPr>
        <w:br/>
      </w:r>
      <w:r>
        <w:rPr>
          <w:lang w:eastAsia="zh-CN"/>
        </w:rPr>
        <w:t xml:space="preserve">    安全教育宣传的活动总结 篇3 </w:t>
      </w:r>
      <w:r>
        <w:rPr>
          <w:lang w:eastAsia="zh-CN"/>
        </w:rPr>
        <w:br/>
      </w:r>
      <w:r>
        <w:rPr>
          <w:lang w:eastAsia="zh-CN"/>
        </w:rPr>
        <w:t>　　1、要注意交通、上学、放学安全。</w:t>
      </w:r>
      <w:r>
        <w:rPr>
          <w:lang w:eastAsia="zh-CN"/>
        </w:rPr>
        <w:br/>
      </w:r>
      <w:r>
        <w:rPr>
          <w:lang w:eastAsia="zh-CN"/>
        </w:rPr>
        <w:t>　　2、要注意防拥挤踩踏。</w:t>
      </w:r>
      <w:r>
        <w:rPr>
          <w:lang w:eastAsia="zh-CN"/>
        </w:rPr>
        <w:br/>
      </w:r>
      <w:r>
        <w:rPr>
          <w:lang w:eastAsia="zh-CN"/>
        </w:rPr>
        <w:t>　　3、要注意活动安全。</w:t>
      </w:r>
      <w:r>
        <w:rPr>
          <w:lang w:eastAsia="zh-CN"/>
        </w:rPr>
        <w:br/>
      </w:r>
      <w:r>
        <w:rPr>
          <w:lang w:eastAsia="zh-CN"/>
        </w:rPr>
        <w:t>　　4、要注意防溺水。</w:t>
      </w:r>
      <w:r>
        <w:rPr>
          <w:lang w:eastAsia="zh-CN"/>
        </w:rPr>
        <w:br/>
      </w:r>
      <w:r>
        <w:rPr>
          <w:lang w:eastAsia="zh-CN"/>
        </w:rPr>
        <w:t>　　5、要注意食品卫生安全。</w:t>
      </w:r>
      <w:r>
        <w:rPr>
          <w:lang w:eastAsia="zh-CN"/>
        </w:rPr>
        <w:br/>
      </w:r>
      <w:r>
        <w:rPr>
          <w:lang w:eastAsia="zh-CN"/>
        </w:rPr>
        <w:t>　　6、要注意预防意外伤害。</w:t>
      </w:r>
      <w:r>
        <w:rPr>
          <w:lang w:eastAsia="zh-CN"/>
        </w:rPr>
        <w:br/>
      </w:r>
      <w:r>
        <w:rPr>
          <w:lang w:eastAsia="zh-CN"/>
        </w:rPr>
        <w:t>　　7、我们要做好预防传染病工作。</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8、要注意防火安全。</w:t>
      </w:r>
      <w:r>
        <w:rPr>
          <w:lang w:eastAsia="zh-CN"/>
        </w:rPr>
        <w:br/>
      </w:r>
      <w:r>
        <w:rPr>
          <w:lang w:eastAsia="zh-CN"/>
        </w:rPr>
        <w:t>　　9、要注意防雷电、防大雨、防大雾等极端天气。</w:t>
      </w:r>
      <w:r>
        <w:rPr>
          <w:lang w:eastAsia="zh-CN"/>
        </w:rPr>
        <w:br/>
      </w:r>
      <w:r>
        <w:rPr>
          <w:lang w:eastAsia="zh-CN"/>
        </w:rPr>
        <w:t>　　余校长话音刚落，台下的掌声如潮水一样久久没有停歇。</w:t>
      </w:r>
      <w:r>
        <w:rPr>
          <w:lang w:eastAsia="zh-CN"/>
        </w:rPr>
        <w:br/>
      </w:r>
      <w:r>
        <w:rPr>
          <w:lang w:eastAsia="zh-CN"/>
        </w:rPr>
        <w:t>　　接下来学生代表五年级2班税婕容进行“普及安全知识，确保生命安全”发言，只有安全了，才能更快乐，才能拥有明天。而只有清醒的安全意识、牢牢掌握的安全自护知识和方法，才能保证我们的安全。</w:t>
      </w:r>
      <w:r>
        <w:rPr>
          <w:lang w:eastAsia="zh-CN"/>
        </w:rPr>
        <w:br/>
      </w:r>
      <w:r>
        <w:rPr>
          <w:lang w:eastAsia="zh-CN"/>
        </w:rPr>
        <w:t>　　最后学校安全办胥刚主任作总结，并布置安全教育日系列活动要求。</w:t>
      </w:r>
      <w:r>
        <w:rPr>
          <w:lang w:eastAsia="zh-CN"/>
        </w:rPr>
        <w:br/>
      </w:r>
      <w:r>
        <w:rPr>
          <w:lang w:eastAsia="zh-CN"/>
        </w:rPr>
        <w:t>　　安全高于一切、责任重于泰山。安全重在自我保护，增强安全意识，从我做起，从小事做起。珍爱生命，安全第一，我们要时时刻刻注意安全，一举一动想到安全，不能让你们的行为有任何闪失，不能让你们的身体受到任何伤害。保护自己，人人有责，让我们携起手来，人人在家庭争做平安家庭的'维护者，在校园争做平安校园的参与者，为共同创建一个平安和谐幸福的兆雅镇明德小学而不懈努力!</w:t>
      </w:r>
      <w:r>
        <w:rPr>
          <w:lang w:eastAsia="zh-CN"/>
        </w:rPr>
        <w:br/>
      </w:r>
      <w:r>
        <w:rPr>
          <w:lang w:eastAsia="zh-CN"/>
        </w:rPr>
        <w:t xml:space="preserve">    安全教育宣传的活动总结 篇4 </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20__年3月25日是第24个全国中小学生安全教育日，今年的主题是“珍爱生命，安全伴我行”。我校紧密围绕主题，开展丰富多彩的安全教育活动，突出安全工作为学校工作的重中之重，形成家庭、学校、社会合力，狠抓学生安全防范，提高学生安全自护能力，我校认真扎实开展“普及安全知识，提高避险能力”主题安全教育活动，取得良好教育效果。</w:t>
      </w:r>
      <w:r>
        <w:rPr>
          <w:lang w:eastAsia="zh-CN"/>
        </w:rPr>
        <w:br/>
      </w:r>
      <w:r>
        <w:rPr>
          <w:lang w:eastAsia="zh-CN"/>
        </w:rPr>
        <w:t>　　一、加强安全教育活动的组织领导</w:t>
      </w:r>
      <w:r>
        <w:rPr>
          <w:lang w:eastAsia="zh-CN"/>
        </w:rPr>
        <w:br/>
      </w:r>
      <w:r>
        <w:rPr>
          <w:lang w:eastAsia="zh-CN"/>
        </w:rPr>
        <w:t>　　我校高度重视学校安全宣传教育工作，牢固树立学校安全工作“安全第一、预防为主、教育在前”的思想，进一步提高对学校安全宣传教育工作的认识，把师生安全教育作为提高学生基本素质和安全素养;作为加强学校安全管理、保证师生生命安全和预防校园安全事故的基础性工作。切实加强安全教育活动的组织领导。明确职责分工，制定了具有针对性和可操作性的活动方案，并提供了必要的经费保障，做好活动的组织实施工作。各班根据学校的统一部署，认真做好主题教育活动。</w:t>
      </w:r>
      <w:r>
        <w:rPr>
          <w:lang w:eastAsia="zh-CN"/>
        </w:rPr>
        <w:br/>
      </w:r>
      <w:r>
        <w:rPr>
          <w:lang w:eastAsia="zh-CN"/>
        </w:rPr>
        <w:t>　　二、广泛开展形式多样的安全教育活动</w:t>
      </w:r>
      <w:r>
        <w:rPr>
          <w:lang w:eastAsia="zh-CN"/>
        </w:rPr>
        <w:br/>
      </w:r>
      <w:r>
        <w:rPr>
          <w:lang w:eastAsia="zh-CN"/>
        </w:rPr>
        <w:t>　　1、举行启动仪式。利用3月18日(星期一)国旗下讲话，开展安全教育日活动启动仪式，营造良好的宣传舆论氛围。</w:t>
      </w:r>
      <w:r>
        <w:rPr>
          <w:lang w:eastAsia="zh-CN"/>
        </w:rPr>
        <w:br/>
      </w:r>
      <w:r>
        <w:rPr>
          <w:lang w:eastAsia="zh-CN"/>
        </w:rPr>
        <w:t>　　2、3月25日上午组织应急疏散演练。演练活动做到事前有计划、有预案、事后有评估、有总结。制定演练方案，组织全校师生进行实战型演练，使每一名师生都熟记演练过程、演练程序和疏散路线、地点。通过演练活动使学生熟悉疏散路线，掌握基本的自救自护技能，养成良好的安全行为习惯，主动遵守各项安全行为规范。</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3、3月28日下午第三节课，各班召开安全主题家长会，重点加强防交通事故、防溺水、防火灾、防地震、防暴力、防食物中毒、防拥挤踩踏、防自然灾害和防网络诈骗等安全知识、法律法规教育，向每位家长发送《关于安全工作致家长的一封信》《关于防溺水工作致家长的一封信》，并请各位家长宣读《家长对学生安全教育的誓词》，使安全知识真正深入人心。</w:t>
      </w:r>
      <w:r>
        <w:rPr>
          <w:lang w:eastAsia="zh-CN"/>
        </w:rPr>
        <w:br/>
      </w:r>
      <w:r>
        <w:rPr>
          <w:lang w:eastAsia="zh-CN"/>
        </w:rPr>
        <w:t>　　4、充分利用学校阳光校园广播站紧紧围绕主题，对全校师生进行《中小学幼儿园安全管理办法》、《中小学公共安全教育指导纲要》的宣传。</w:t>
      </w:r>
      <w:r>
        <w:rPr>
          <w:lang w:eastAsia="zh-CN"/>
        </w:rPr>
        <w:br/>
      </w:r>
      <w:r>
        <w:rPr>
          <w:lang w:eastAsia="zh-CN"/>
        </w:rPr>
        <w:t>　　5、各班出一期以安全为主题黑板报。</w:t>
      </w:r>
      <w:r>
        <w:rPr>
          <w:lang w:eastAsia="zh-CN"/>
        </w:rPr>
        <w:br/>
      </w:r>
      <w:r>
        <w:rPr>
          <w:lang w:eastAsia="zh-CN"/>
        </w:rPr>
        <w:t>　　6、4月1日各班举办一次以安全教育为主题班会。</w:t>
      </w:r>
      <w:r>
        <w:rPr>
          <w:lang w:eastAsia="zh-CN"/>
        </w:rPr>
        <w:br/>
      </w:r>
      <w:r>
        <w:rPr>
          <w:lang w:eastAsia="zh-CN"/>
        </w:rPr>
        <w:t>　　7、组织安全隐患排查整治行动。校园周边交通设施隐患排查，在上下学时段和校园周边交通复杂路段安排值班老师和安保人员做好交通疏导工作，净化校园周边交通环境，确保学生上下学的交通安全。</w:t>
      </w:r>
      <w:r>
        <w:rPr>
          <w:lang w:eastAsia="zh-CN"/>
        </w:rPr>
        <w:br/>
      </w:r>
      <w:r>
        <w:rPr>
          <w:lang w:eastAsia="zh-CN"/>
        </w:rPr>
        <w:t>　　学校重点对图书室、科学实验室、消防设施、供电设备等重点要害部位及门禁管理校园周边等进行全面排查，深入查找各种安全隐患，做到及时发现、及时消除、及时整改。组织师生开展“学校安全隐患我发现，家庭安全隐患我排查”活动，给学生布置一份安全防范和安全隐患排查方面的作业，组织开展专题讨论，让学生参与其中，切身感受，强化意识，提高认识，熟练掌握自救自护技能。</w:t>
      </w:r>
      <w:r>
        <w:rPr>
          <w:lang w:eastAsia="zh-CN"/>
        </w:rPr>
        <w:br/>
      </w:r>
      <w:r>
        <w:rPr>
          <w:lang w:eastAsia="zh-CN"/>
        </w:rPr>
        <w:t>　　通过开展安全教育日系列活动，对全体学生进行了安全教育再宣传，再动员，再强调。进一步增强了学校“平安校园”的创建工作，切实落实各项安全制度和措施，加强校园安全稳定工作，为共建和谐校园、和谐社会而努力。</w:t>
      </w:r>
      <w:r>
        <w:rPr>
          <w:lang w:eastAsia="zh-CN"/>
        </w:rPr>
        <w:br/>
      </w:r>
      <w:r>
        <w:rPr>
          <w:lang w:eastAsia="zh-CN"/>
        </w:rPr>
        <w:t xml:space="preserve">    安全教育宣传的活动总结 篇5 </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20__年春季我县森林防火工作在县委、县政府的正确领导下和省、市森林防火指挥部的指导下，做到周密部署，精心组织，科学安排，在全县人民的共同努力下，今年春季全县无发生森林火灾，维护了林区社会稳定，保护了生态资源。现将春季森林防火工作总结如下：</w:t>
      </w:r>
      <w:r>
        <w:rPr>
          <w:lang w:eastAsia="zh-CN"/>
        </w:rPr>
        <w:br/>
      </w:r>
      <w:r>
        <w:rPr>
          <w:lang w:eastAsia="zh-CN"/>
        </w:rPr>
        <w:t>　　一、贯彻落实全国春季森林防火工作</w:t>
      </w:r>
      <w:r>
        <w:rPr>
          <w:lang w:eastAsia="zh-CN"/>
        </w:rPr>
        <w:br/>
      </w:r>
      <w:r>
        <w:rPr>
          <w:lang w:eastAsia="zh-CN"/>
        </w:rPr>
        <w:t>　　电视电话会议精神3月1日下午县森林防火指挥部成员单位在县政府视频会议中心参加20__年全国春季森林防火工作电视电话会议,县长沈建平和副县长陈树林参加会议。会上副县长陈树林简要回顾了20__年我县森林防火工作，全面部署我县春季森林防火工作。县长沈建平就抓好春季森林防火工作强调六点意见：一要增强责任意识；二要严格落实森林防火行政首长负责制，乡（镇）长是第一责任人，分管领导是直接责任人，一把手要亲自抓工作部署，研究解决春季森林防火工作；三要认清当前森林防火工作面临的形势；四要强化值班调度及科学处置；五要做好森林火灾综合保险宣传工作；六要严肃追究森林火灾肇事者。</w:t>
      </w:r>
      <w:r>
        <w:rPr>
          <w:lang w:eastAsia="zh-CN"/>
        </w:rPr>
        <w:br/>
      </w:r>
      <w:r>
        <w:rPr>
          <w:lang w:eastAsia="zh-CN"/>
        </w:rPr>
        <w:t>　　二、强化责任，层层落实责任制</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县委、县政府把森林防火工作作为维护社会稳定，构建和谐社会的一件大事来抓，立足于“早”，突出于“实”，把握于“防”，全面加强森林防火工作的.组织领导，做到“三落实一强化”：一是落实森林防火目标管理责任制，层层签定责任抓落实；二是落实森林防火指挥部成员单位挂钩制度和工作规则；三是贯彻落实行政领导责任追究制度，实行奖罚相结合；四是强化责任，把责任制细化分解到每个成员、每个村，做到每个山头、地块有人管，村村有人抓的工作格局。</w:t>
      </w:r>
      <w:r>
        <w:rPr>
          <w:lang w:eastAsia="zh-CN"/>
        </w:rPr>
        <w:br/>
      </w:r>
      <w:r>
        <w:rPr>
          <w:lang w:eastAsia="zh-CN"/>
        </w:rPr>
        <w:t>　　三、注重宣传，提高实效</w:t>
      </w:r>
      <w:r>
        <w:rPr>
          <w:lang w:eastAsia="zh-CN"/>
        </w:rPr>
        <w:br/>
      </w:r>
      <w:r>
        <w:rPr>
          <w:lang w:eastAsia="zh-CN"/>
        </w:rPr>
        <w:t>　　森林防火宣传教育工作继续坚持“以人为本、安全第一”的思想，把扑火安全放在森林防火工作的首位，把宣传森林消防安全、消除森林火灾隐患、保障人民群众生命安全作为森林防火工作的第一要务，印发了《华安县20__年森林防火宣传教育工作方案》，组织开展春季森林防火宣传月和隐患排查活动。县森林防火指挥部、县林业局结合《春牛图》的内容，印发了《护林防火责任书》5万份；在省道金上线和围禾线及进村路口设置不锈钢防火宣传牌121幅；3月12日在华林大厦开展森林防火宣传活动，宣传森林防火和森林火灾防灾、减灾等内容，发放《森林防火条例》450份、华安县森林防火责任书（春牛图）280份、森林防火扑救常识300余册。</w:t>
      </w:r>
      <w:r>
        <w:rPr>
          <w:lang w:eastAsia="zh-CN"/>
        </w:rPr>
        <w:br/>
      </w:r>
      <w:r>
        <w:rPr>
          <w:lang w:eastAsia="zh-CN"/>
        </w:rPr>
        <w:t>　　县森林防火指挥部出动防火宣传车和武警漳州森林大队到91个行政村以《森林防火条例》为核心，野外安全用火知识和可燃物计划烧除为重点的宣传活动。清明期间华丰、仙都和沙建等乡镇集中组织开展以“安全祭扫，文明清明”为主题的森林防火宣传教育活动。各乡镇、村委会通过张贴标语、悬挂横幅、发放宣传单、警示短信等方式宣传森林防火。通过全方位大力宣传，在全县形成学习贯彻《森林防火条例》的良好环境和浓厚舆论氛围，增强了全民森林防火意识，同时强化各项防火措施的落实。</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四、强化火源管理，消除火灾隐患</w:t>
      </w:r>
      <w:r>
        <w:rPr>
          <w:lang w:eastAsia="zh-CN"/>
        </w:rPr>
        <w:br/>
      </w:r>
      <w:r>
        <w:rPr>
          <w:lang w:eastAsia="zh-CN"/>
        </w:rPr>
        <w:t>　　一是完善护林防火管理制度，建立健全村规民约；二是落实农田林缘可燃物计划烧除技术规程和实施方案。春季以来我县计划烧除面积117公顷、42个行政村；三是严格执行生产性用火审批制度。在高火险期及时发布2次禁火令，停止一切野外用火。到目前共审批野外用火47宗，面积5200亩；四是加强野外巡查，护林员到岗到位，实行分片分区域巡查。在节假日、高火险期等重要时段，组织林业执法大队、森林公安、林区护林员野外巡查，加强对野外违章用火的打击力度；五是落实监护责任人，加强对痴、呆、傻人员的监管力度，确保监护对象做到“六不准”；六是加快基础设施建设，我县已完成50公里防火林带建设。</w:t>
      </w:r>
      <w:r>
        <w:rPr>
          <w:lang w:eastAsia="zh-CN"/>
        </w:rPr>
        <w:br/>
      </w:r>
      <w:r>
        <w:rPr>
          <w:lang w:eastAsia="zh-CN"/>
        </w:rPr>
        <w:t>　　五、加强防火值班，确保信息畅通</w:t>
      </w:r>
      <w:r>
        <w:rPr>
          <w:lang w:eastAsia="zh-CN"/>
        </w:rPr>
        <w:br/>
      </w:r>
      <w:r>
        <w:rPr>
          <w:lang w:eastAsia="zh-CN"/>
        </w:rPr>
        <w:t>　　县乡两级实行全年森林防火24小时专门值守和领导带班制度，做到责任明确，任务到人，不脱岗漏岗，确保信息畅通。一旦发生火警，立即组织人员扑救，争取把火灾损失降低到最低程度。县政府和防火办随时对各乡（镇）、开发区、国有林场的防火带值班情况进行不定时抽查，对值班制度不健全的单位给予通报批评。</w:t>
      </w:r>
      <w:r>
        <w:rPr>
          <w:lang w:eastAsia="zh-CN"/>
        </w:rPr>
        <w:br/>
      </w:r>
      <w:r>
        <w:rPr>
          <w:lang w:eastAsia="zh-CN"/>
        </w:rPr>
        <w:t>　　六、加大森林火灾综合保险宣传力度</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县森林防火指挥部、县林业局协同保险公司大力开展森林火灾综合保险宣传活动，让林农知道并了解森林火灾保险，并借机大力宣传野外安全用火知识、森林防火法律法规等，确保森林火灾综合保险这项利民惠民政策能落到实处。3月份与保险公司签订生态公益林综合保险50.3万亩。</w:t>
      </w:r>
      <w:r>
        <w:rPr>
          <w:lang w:eastAsia="zh-CN"/>
        </w:rPr>
        <w:br/>
      </w:r>
      <w:r>
        <w:rPr>
          <w:lang w:eastAsia="zh-CN"/>
        </w:rPr>
        <w:t>　　七、加强检查监督工作</w:t>
      </w:r>
      <w:r>
        <w:rPr>
          <w:lang w:eastAsia="zh-CN"/>
        </w:rPr>
        <w:br/>
      </w:r>
      <w:r>
        <w:rPr>
          <w:lang w:eastAsia="zh-CN"/>
        </w:rPr>
        <w:t>　　县森林防火指挥部组织防火办及林业局工作人员到各乡（镇）人民政府、开发区、国有林场检查督促宣传活动和隐患排查工作开展情况，将检查结果作为各乡（镇）年度森林防火责任制考核依据。</w:t>
      </w:r>
      <w:r>
        <w:rPr>
          <w:lang w:eastAsia="zh-CN"/>
        </w:rPr>
        <w:br/>
      </w:r>
      <w:r>
        <w:rPr>
          <w:lang w:eastAsia="zh-CN"/>
        </w:rPr>
        <w:t>　　今后我县的森林防火工作将紧紧团绕“抓落实、保安全、促发展”这一主题，充分认识森林防火的严峻性和特殊性，坚持以人为本，完善制度，落实措施，提高应急能力，确保我县社会稳定和生态安全。</w:t>
      </w:r>
      <w:r>
        <w:rPr>
          <w:lang w:eastAsia="zh-CN"/>
        </w:rPr>
        <w:br/>
      </w:r>
      <w:r>
        <w:rPr>
          <w:lang w:eastAsia="zh-CN"/>
        </w:rPr>
        <w:t xml:space="preserve">    安全教育宣传的活动总结 篇6 </w:t>
      </w:r>
      <w:r>
        <w:rPr>
          <w:lang w:eastAsia="zh-CN"/>
        </w:rPr>
        <w:br/>
      </w:r>
      <w:r>
        <w:rPr>
          <w:lang w:eastAsia="zh-CN"/>
        </w:rPr>
        <w:t>　　近期学校组织了一次安全活动，并且每个人发了一本《安全手册》。我对安全手册有许多的感想，下面，我就来和你们说说吧！</w:t>
      </w:r>
      <w:r>
        <w:rPr>
          <w:lang w:eastAsia="zh-CN"/>
        </w:rPr>
        <w:br/>
      </w:r>
      <w:r>
        <w:rPr>
          <w:lang w:eastAsia="zh-CN"/>
        </w:rPr>
        <w:t>　　在安全手册里，出现了许多的朋友，东东和小胖就是其中的两个。在他们的世界里，我认识到了许多的.小错误也能酿造成大问题。比如：在庙里，要小心使用蜡烛、香烛……等需要用火的东西。因为，如果这些东西不好好使用的话就有可能造成火灾！在安全世界里，我还学到了许多关于交通安全的知识，例如：过马路时要走人行道、天桥和地下通道；不要在马路上玩东西或做一些运动；不要……这些都对我们的生活有很大的帮助，这些知识能让我们更好的去保护自己的生命！</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地震来了怎么办？水灾来了怎么办？火灾来了……对付这些天灾，《安全手册》有办法。地震来了，我会知道要躲在厕所、厨房等有较多管道的地方；水灾来了，我知道要往高处跑，并且要用沙子、土等粉状物品堵住有缝隙的地方……有了这些知识，我不仅能救己，还能就他人！</w:t>
      </w:r>
      <w:r>
        <w:rPr>
          <w:lang w:eastAsia="zh-CN"/>
        </w:rPr>
        <w:br/>
      </w:r>
      <w:r>
        <w:rPr>
          <w:lang w:eastAsia="zh-CN"/>
        </w:rPr>
        <w:t>　　有了这本安全手册，我就能更好的保护自己，更好的保护他人。让我们娇嫩的生命之花更好地绽放！</w:t>
      </w:r>
      <w:r>
        <w:rPr>
          <w:lang w:eastAsia="zh-CN"/>
        </w:rPr>
        <w:br/>
      </w:r>
      <w:r>
        <w:rPr>
          <w:lang w:eastAsia="zh-CN"/>
        </w:rPr>
        <w:t xml:space="preserve">    安全教育宣传的活动总结 篇7 </w:t>
      </w:r>
      <w:r>
        <w:rPr>
          <w:lang w:eastAsia="zh-CN"/>
        </w:rPr>
        <w:br/>
      </w:r>
      <w:r>
        <w:rPr>
          <w:lang w:eastAsia="zh-CN"/>
        </w:rPr>
        <w:t>　　根据坊子区教育局《关于认真开展20__年全区中小学“安全教育活动月”的通知》。按照区教育局“安全教育活动月”活动方案的具体要求，我校根据具体实际情况，认真开展安全教育活动，加强安全防范措施，提高师生的安全意识。在“安全教育活动月”中，我们做了如下工作：</w:t>
      </w:r>
      <w:r>
        <w:rPr>
          <w:lang w:eastAsia="zh-CN"/>
        </w:rPr>
        <w:br/>
      </w:r>
      <w:r>
        <w:rPr>
          <w:lang w:eastAsia="zh-CN"/>
        </w:rPr>
        <w:t>　　一、成立“安全教育活动月”领导小组</w:t>
      </w:r>
      <w:r>
        <w:rPr>
          <w:lang w:eastAsia="zh-CN"/>
        </w:rPr>
        <w:br/>
      </w:r>
      <w:r>
        <w:rPr>
          <w:lang w:eastAsia="zh-CN"/>
        </w:rPr>
        <w:t>　　为了做好“安全教育活动月”的领导工作，学校首先成立了领导小组。由柴家循校长担任组长，李夕舜校长、王胜校长、张传业校长为副组长，宋夕明、刘润学、各班班主任为主要成员。领导小组责任到人，各负其责，出色完成“安全活动教育月”的各项工作。</w:t>
      </w:r>
      <w:r>
        <w:rPr>
          <w:lang w:eastAsia="zh-CN"/>
        </w:rPr>
        <w:br/>
      </w:r>
      <w:r>
        <w:rPr>
          <w:lang w:eastAsia="zh-CN"/>
        </w:rPr>
        <w:t>　　二、制定“安全教育活动月”的活动方案</w:t>
      </w:r>
      <w:r>
        <w:rPr>
          <w:lang w:eastAsia="zh-CN"/>
        </w:rPr>
        <w:br/>
      </w:r>
      <w:r>
        <w:rPr>
          <w:lang w:eastAsia="zh-CN"/>
        </w:rPr>
        <w:t>　　为了使“安全教育月”的各项工作有条不紊地顺利进行，我们首先制定了“安全教育活动月”的活动方案，此方案为五个部分：一指导思想；二是活动时间；三是组织领导；四是活动内容；五是活动要求；经过师生们的共同努力，出色完成“安全教育活动月”的各项工作。</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三、加大安全知识宣传力度</w:t>
      </w:r>
      <w:r>
        <w:rPr>
          <w:lang w:eastAsia="zh-CN"/>
        </w:rPr>
        <w:br/>
      </w:r>
      <w:r>
        <w:rPr>
          <w:lang w:eastAsia="zh-CN"/>
        </w:rPr>
        <w:t>　　为了使师生们更进一步明确安全工作的重要性，懂得更多的安全防范知识和自我保护知识。政教处将宁远中学安全知识宣传读本发放到学生们手中，做到人手一份；组织了“安全伴我行”的主题演讲，利用宣传栏大力宣传近期的甲型h1n1流感和手足口病的预防知识，出了一期有关安全方面的手抄报和黑板报；每周二、四、六通过学校广播室，大力宣传有关安全知识，提高学生的安全意识。</w:t>
      </w:r>
      <w:r>
        <w:rPr>
          <w:lang w:eastAsia="zh-CN"/>
        </w:rPr>
        <w:br/>
      </w:r>
      <w:r>
        <w:rPr>
          <w:lang w:eastAsia="zh-CN"/>
        </w:rPr>
        <w:t>　　四、举行安全教育专题讲座</w:t>
      </w:r>
      <w:r>
        <w:rPr>
          <w:lang w:eastAsia="zh-CN"/>
        </w:rPr>
        <w:br/>
      </w:r>
      <w:r>
        <w:rPr>
          <w:lang w:eastAsia="zh-CN"/>
        </w:rPr>
        <w:t>　　为了使学生懂得更多的安全防范知识，针对常发生的安全事故，20__年6月我们邀请消防局的有关领导到校作有关防范、防火及火灾逃生、防溺水、防抢劫、防毒以及住宿安全、课外活动安全、用电安全、食品安全等有关安全防范知识讲座。通过讲座，大提高了学生的安全防范能力。</w:t>
      </w:r>
      <w:r>
        <w:rPr>
          <w:lang w:eastAsia="zh-CN"/>
        </w:rPr>
        <w:br/>
      </w:r>
      <w:r>
        <w:rPr>
          <w:lang w:eastAsia="zh-CN"/>
        </w:rPr>
        <w:t>　　五、进行安全技能演练活动</w:t>
      </w:r>
      <w:r>
        <w:rPr>
          <w:lang w:eastAsia="zh-CN"/>
        </w:rPr>
        <w:br/>
      </w:r>
      <w:r>
        <w:rPr>
          <w:lang w:eastAsia="zh-CN"/>
        </w:rPr>
        <w:t>　　为了使学生能掌握一些自助自救技能，我们从教师中挑选一些有一定专长的教师作为教练员。在食物中毒防范、防火或火里逃生方面，由张传业校长和负责训练；用电安全方面由电工宋夕明主任负责；防、游泳、楼道挤压的演练由刘润学主任负责；防震的安全技能演练由李夕舜校长负责，其它安全技能演练则由王胜校长负责。通过演练，同学们掌握了基本的自救技能，收到良好的效果。</w:t>
      </w:r>
      <w:r>
        <w:rPr>
          <w:lang w:eastAsia="zh-CN"/>
        </w:rPr>
        <w:br/>
      </w:r>
      <w:r>
        <w:rPr>
          <w:lang w:eastAsia="zh-CN"/>
        </w:rPr>
        <w:t>　　六、成立各班安全监督小组</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为了实行方块管理，发现问题及时解决，各班成立了安全监督小组，治安委员作为监督小组组长，规范化晨检制度、缺课制度和消毒制度，专人负责，定期消毒，每天把本班的安全情况汇报政教处，及时处理安全隐患。</w:t>
      </w:r>
      <w:r>
        <w:rPr>
          <w:lang w:eastAsia="zh-CN"/>
        </w:rPr>
        <w:br/>
      </w:r>
      <w:r>
        <w:rPr>
          <w:lang w:eastAsia="zh-CN"/>
        </w:rPr>
        <w:t>　　七、充分发挥科任老师的宣传作用</w:t>
      </w:r>
      <w:r>
        <w:rPr>
          <w:lang w:eastAsia="zh-CN"/>
        </w:rPr>
        <w:br/>
      </w:r>
      <w:r>
        <w:rPr>
          <w:lang w:eastAsia="zh-CN"/>
        </w:rPr>
        <w:t>　　安全教育，人人有责。把安全教育工作渗透到课堂中是每位科任教师义不容辞的责任。我们要求科任老师在备课时要渗透入安全知识，上课时要讲一项安全防范知识，使学生时时都注意到“安全”两字，提高安全防范意识</w:t>
      </w:r>
      <w:r>
        <w:rPr>
          <w:lang w:eastAsia="zh-CN"/>
        </w:rPr>
        <w:br/>
      </w:r>
      <w:r>
        <w:rPr>
          <w:lang w:eastAsia="zh-CN"/>
        </w:rPr>
        <w:t>　　八、总结提高</w:t>
      </w:r>
      <w:r>
        <w:rPr>
          <w:lang w:eastAsia="zh-CN"/>
        </w:rPr>
        <w:br/>
      </w:r>
      <w:r>
        <w:rPr>
          <w:lang w:eastAsia="zh-CN"/>
        </w:rPr>
        <w:t>　　为了使学生时时都记住安全就是幸福，全校师生每人写一篇 “为了母亲的微笑，珍爱生命”为主题的议论文，并举行“珍爱生命，我要安全”的主题演讲，让班主任签订班级安全责任书，让家长签订学生在校安全协议书，深刻体会安全对自己和他人、对社会和家庭的重要性。使安全教育工作深入人心，确保学校的平安，没有安全事故发生。</w:t>
      </w:r>
      <w:r>
        <w:rPr>
          <w:lang w:eastAsia="zh-CN"/>
        </w:rPr>
        <w:br/>
      </w:r>
      <w:r>
        <w:rPr>
          <w:lang w:eastAsia="zh-CN"/>
        </w:rPr>
        <w:t>　　九、问题与不足</w:t>
      </w:r>
      <w:r>
        <w:rPr>
          <w:lang w:eastAsia="zh-CN"/>
        </w:rPr>
        <w:br/>
      </w:r>
      <w:r>
        <w:rPr>
          <w:lang w:eastAsia="zh-CN"/>
        </w:rPr>
        <w:t>　　1、由于面临中考和学期结束,学校的事情很多，因此此次活动难免过于仓促，排查安全隐患不够详细。</w:t>
      </w:r>
      <w:r>
        <w:rPr>
          <w:lang w:eastAsia="zh-CN"/>
        </w:rPr>
        <w:br/>
      </w:r>
      <w:r>
        <w:rPr>
          <w:lang w:eastAsia="zh-CN"/>
        </w:rPr>
        <w:t>　　2、继续加大对学校食堂的管理，严把进货关、储存关、加工关和制作关，确保食堂的饭菜、食品质量和卫生标准；进一步检查防“四害”设施，提高警惕，严防坏人投毒，确保饮食安全。</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3、个别学生和家长对安全的重视不够，因此还需要我们做大量的工作。</w:t>
      </w:r>
      <w:r>
        <w:rPr>
          <w:lang w:eastAsia="zh-CN"/>
        </w:rPr>
        <w:br/>
      </w:r>
      <w:r>
        <w:rPr>
          <w:lang w:eastAsia="zh-CN"/>
        </w:rPr>
        <w:t>　　总之，我校将结合学校日常管理和安全活动月的集中教育，注意积累和总结经验，将短期的有效的应急措施和做法转化为长期的、经常性的工作机制，致力于培养师生员工的安全意识、规范行为和文明习惯，实现校园的长治久安。</w:t>
      </w:r>
      <w:r>
        <w:rPr>
          <w:lang w:eastAsia="zh-CN"/>
        </w:rPr>
        <w:br/>
      </w:r>
      <w:r>
        <w:rPr>
          <w:lang w:eastAsia="zh-CN"/>
        </w:rPr>
        <w:t xml:space="preserve">    安全教育宣传的活动总结 篇8 </w:t>
      </w:r>
      <w:r>
        <w:rPr>
          <w:lang w:eastAsia="zh-CN"/>
        </w:rPr>
        <w:br/>
      </w:r>
      <w:r>
        <w:rPr>
          <w:lang w:eastAsia="zh-CN"/>
        </w:rPr>
        <w:t>　　20__年3月26日是第__届“全国中小学生安全教育日”。为了进一步加强校园安全教育，提高师生法治意识、安全防范意识和自我保护能力，我校结合今年安全教育日主题“做自己的首席安全官-平安校园行”，组织全校师生开展了“安全教育日”系列活动。活动总结如下</w:t>
      </w:r>
      <w:r>
        <w:rPr>
          <w:lang w:eastAsia="zh-CN"/>
        </w:rPr>
        <w:br/>
      </w:r>
      <w:r>
        <w:rPr>
          <w:lang w:eastAsia="zh-CN"/>
        </w:rPr>
        <w:t>　　学校组织全体师生开展了“安全教育日”集中教育活动。学校值周领导做了《学习安全知识掌握安全技能》为主题的安全教育讲座，不仅向全校师生明确了“安全”的重要意义，而且结合实际情况，提出相关要求：全体师生要上好每一节安全教育课，让安全意识深入人心；在校内，特别是楼梯、走廊等地方要轻声、慢步、缓行；体育健身器材要在老师的保护下使用......同时她号召每个人都要做“平安校园”的参与者，为把学校建设成最阳光、最安全的地方而努力。接着同学们在班主任的带领下，观看了市安全教育平台相关教育视频，孩子们通过形象生动的视频短片，了解了安全知识，懂得了一些安全常识。安全教育短片通俗易懂，大大地激发了孩子们了解、学习安全知识的兴趣，收到了良好的教育效果。</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学校安全无小事，在接下来的时间里学校将通过一系列的安全教育活动，让安全意识深入每一个孩子心灵，让他们成为一个合格的首席安全官。</w:t>
      </w:r>
      <w:r>
        <w:rPr>
          <w:lang w:eastAsia="zh-CN"/>
        </w:rPr>
        <w:br/>
      </w:r>
      <w:r>
        <w:rPr>
          <w:lang w:eastAsia="zh-CN"/>
        </w:rPr>
        <w:t xml:space="preserve">    安全教育宣传的活动总结 篇9 </w:t>
      </w:r>
      <w:r>
        <w:rPr>
          <w:lang w:eastAsia="zh-CN"/>
        </w:rPr>
        <w:br/>
      </w:r>
      <w:r>
        <w:rPr>
          <w:lang w:eastAsia="zh-CN"/>
        </w:rPr>
        <w:t>　　今年11月9日是全国第28个消防宣传日，今年119消防周系列宣传教育活动的主题是“全民参与、防治火灾”。我校以“119”消防周系列宣传教育活动为契机，进一步普及师生消防安全常识，提高自救、互救、和逃生能力，认真制定方案，召开专题会议，研究布暑落实并有序进行开展“119”消防安全教育活动，较好地营造了“全民消防，生命至上”的宣传教育氛围，为构建“平安校园，和谐校园”提供安全保障。</w:t>
      </w:r>
      <w:r>
        <w:rPr>
          <w:lang w:eastAsia="zh-CN"/>
        </w:rPr>
        <w:br/>
      </w:r>
      <w:r>
        <w:rPr>
          <w:lang w:eastAsia="zh-CN"/>
        </w:rPr>
        <w:t>　　今年我校119消防安全教育主题活动，内容包括：</w:t>
      </w:r>
      <w:r>
        <w:rPr>
          <w:lang w:eastAsia="zh-CN"/>
        </w:rPr>
        <w:br/>
      </w:r>
      <w:r>
        <w:rPr>
          <w:lang w:eastAsia="zh-CN"/>
        </w:rPr>
        <w:t>　　1、11月3日召开全处干职工大会，组织认真学习，提高认识，研究布署119主题活动，并对本次活动的开展进行了广泛的宣传发动和详细部署安排；</w:t>
      </w:r>
      <w:r>
        <w:rPr>
          <w:lang w:eastAsia="zh-CN"/>
        </w:rPr>
        <w:br/>
      </w:r>
      <w:r>
        <w:rPr>
          <w:lang w:eastAsia="zh-CN"/>
        </w:rPr>
        <w:t>　　2、布置校园内LED宣传标语，营造消防安全宣传气氛；</w:t>
      </w:r>
      <w:r>
        <w:rPr>
          <w:lang w:eastAsia="zh-CN"/>
        </w:rPr>
        <w:br/>
      </w:r>
      <w:r>
        <w:rPr>
          <w:lang w:eastAsia="zh-CN"/>
        </w:rPr>
        <w:t>　　3、组织校内义务消防队员实践灭火训练；</w:t>
      </w:r>
      <w:r>
        <w:rPr>
          <w:lang w:eastAsia="zh-CN"/>
        </w:rPr>
        <w:br/>
      </w:r>
      <w:r>
        <w:rPr>
          <w:lang w:eastAsia="zh-CN"/>
        </w:rPr>
        <w:t>　　4、组织学校物业管理人员进行消防知识培训，并进行灭火器的实践操作；</w:t>
      </w:r>
      <w:r>
        <w:rPr>
          <w:lang w:eastAsia="zh-CN"/>
        </w:rPr>
        <w:br/>
      </w:r>
      <w:r>
        <w:rPr>
          <w:lang w:eastAsia="zh-CN"/>
        </w:rPr>
        <w:t>　　5、组织学生干部对学生宿舍高层18、19栋进行消防设施大检查，对查出的问题及时维护与维修。</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119消防安全宣传活动的开展，使我们在安全工作方面收获不少，受益匪浅，目前这一活动得到了全校师生的积极响应，针对消防安全无时不在，我们将常抓不懈，努力把消防安全工作做得更细、更实、更好！</w:t>
      </w:r>
      <w:r>
        <w:rPr>
          <w:lang w:eastAsia="zh-CN"/>
        </w:rPr>
        <w:br/>
      </w:r>
      <w:r>
        <w:rPr>
          <w:lang w:eastAsia="zh-CN"/>
        </w:rPr>
        <w:t>　　__学院保卫处</w:t>
      </w:r>
      <w:r>
        <w:rPr>
          <w:lang w:eastAsia="zh-CN"/>
        </w:rPr>
        <w:br/>
      </w:r>
      <w:r>
        <w:rPr>
          <w:lang w:eastAsia="zh-CN"/>
        </w:rPr>
        <w:t>　　20__年11月12日</w:t>
      </w:r>
      <w:r>
        <w:rPr>
          <w:lang w:eastAsia="zh-CN"/>
        </w:rPr>
        <w:br/>
      </w:r>
      <w:r>
        <w:rPr>
          <w:lang w:eastAsia="zh-CN"/>
        </w:rPr>
        <w:t xml:space="preserve">    安全教育宣传的活动总结 篇10 </w:t>
      </w:r>
      <w:r>
        <w:rPr>
          <w:lang w:eastAsia="zh-CN"/>
        </w:rPr>
        <w:br/>
      </w:r>
      <w:r>
        <w:rPr>
          <w:lang w:eastAsia="zh-CN"/>
        </w:rPr>
        <w:t>　　在实际工作中，总结是一面镜子。没有总结就没有进步，通过总结可以全面剖析工作任务完成情况、工作质量和效率、面临的形势和任务等，</w:t>
      </w:r>
      <w:r>
        <w:rPr>
          <w:lang w:eastAsia="zh-CN"/>
        </w:rPr>
        <w:br/>
      </w:r>
      <w:r>
        <w:rPr>
          <w:lang w:eastAsia="zh-CN"/>
        </w:rPr>
        <w:t>　　从而为以后的工作提供决策依据。在镇党委的指引下，社区以科学发展观总揽全局，坚持“安全第一、预防为主、综合治理”的方针，紧紧围绕促进经济发展和力保社会安稳的大局，以建立安全生产长效模式为目标，全面落实安全生产责任制，着力抓好安全生产各项工作的落实，大力夯实监管基础工作，狠抓事故隐患整改，有力地遏制了重特大事故的发生，力保了社区安全生产形势安稳。</w:t>
      </w:r>
      <w:r>
        <w:rPr>
          <w:lang w:eastAsia="zh-CN"/>
        </w:rPr>
        <w:br/>
      </w:r>
      <w:r>
        <w:rPr>
          <w:lang w:eastAsia="zh-CN"/>
        </w:rPr>
        <w:t>　　一、排查安全生产重点，做好专项整治工作</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建设工地安全检讨依据社区现阶段二期建设任务较重的特点，社区多次组织人员对各个开工的建设工地进行安全宣传工作，使各建设单位的现场负责人在开工伊始阶段就有把安全视作头等大事的意识，对自家的员工多进行安全培训，避免建设安全事故的发生。下一步我们急需要做的一项工作是与各建设单位签署《安全责任状》，明白各个施工现场的安全责任人，建立完善的系统以增强安全生产工作。</w:t>
      </w:r>
      <w:r>
        <w:rPr>
          <w:lang w:eastAsia="zh-CN"/>
        </w:rPr>
        <w:br/>
      </w:r>
      <w:r>
        <w:rPr>
          <w:lang w:eastAsia="zh-CN"/>
        </w:rPr>
        <w:t>　　二、加大宣传力度，普及安全知识 重抓安全文化和宣传工作。一是开展了安全宣传咨询日活动，设立宣传展板、散发宣传材料500余张、 接收群众咨询60余人次。二是加强社会舆论气氛。继续增强对外宣传，在本辖区内重要干道和人员密集地方悬挂横幅， 真真做到“预防为主、综合治理”。 三是加强安全生产教育宣传如企业安全生产现状及隐患排查治理工作、开展防震减灾宣传活动和乘人电梯安全专项检讨活动等一些工作和任务都以顺利完成。营造“人人讲安全，事事讲安全，时时讲安全”的气氛，使广大经营户逐步实现从“要我安全”到“我要安全”的思想跨跃，进一步升华到我会安全”的境界，为本社区安全生产奠定了基础。</w:t>
      </w:r>
      <w:r>
        <w:rPr>
          <w:lang w:eastAsia="zh-CN"/>
        </w:rPr>
        <w:br/>
      </w:r>
      <w:r>
        <w:rPr>
          <w:lang w:eastAsia="zh-CN"/>
        </w:rPr>
        <w:t>　　_社区</w:t>
      </w:r>
      <w:r>
        <w:rPr>
          <w:lang w:eastAsia="zh-CN"/>
        </w:rPr>
        <w:br/>
      </w:r>
      <w:r>
        <w:rPr>
          <w:lang w:eastAsia="zh-CN"/>
        </w:rPr>
        <w:t xml:space="preserve">    安全教育宣传的活动总结 篇11 </w:t>
      </w:r>
      <w:r>
        <w:rPr>
          <w:lang w:eastAsia="zh-CN"/>
        </w:rPr>
        <w:br/>
      </w:r>
      <w:r>
        <w:rPr>
          <w:lang w:eastAsia="zh-CN"/>
        </w:rPr>
        <w:t>　　为贯彻落实“我安全，我健康，我快乐”为主题的中小学安全日教育活动，我校领导高度重视，紧紧围绕安全日安全教育这一主线，在师生中开展了丰富多彩的活动，将安全活动深入到老师和学生及家长的心中，进一步提高了广大师生的人身安全意识和素质。</w:t>
      </w:r>
      <w:r>
        <w:rPr>
          <w:lang w:eastAsia="zh-CN"/>
        </w:rPr>
        <w:br/>
      </w:r>
      <w:r>
        <w:rPr>
          <w:lang w:eastAsia="zh-CN"/>
        </w:rPr>
        <w:t>　　一、 领导高度重视</w:t>
      </w:r>
      <w:r>
        <w:rPr>
          <w:lang w:eastAsia="zh-CN"/>
        </w:rPr>
        <w:br/>
      </w:r>
      <w:r>
        <w:rPr>
          <w:lang w:eastAsia="zh-CN"/>
        </w:rPr>
        <w:t>　　校领导高度重视安全日的活动安排，召开专门会议传达学习“关于开展中小学生安全教育日活动的通知”，研究部署安全教育工作，工作安排细致，责任到人。所以，我校的安全日活动细致、务实、效果好。</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二、 活动安排丰富多彩，活动效果好。</w:t>
      </w:r>
      <w:r>
        <w:rPr>
          <w:lang w:eastAsia="zh-CN"/>
        </w:rPr>
        <w:br/>
      </w:r>
      <w:r>
        <w:rPr>
          <w:lang w:eastAsia="zh-CN"/>
        </w:rPr>
        <w:t>　　(一)、开展专门安全教育</w:t>
      </w:r>
      <w:r>
        <w:rPr>
          <w:lang w:eastAsia="zh-CN"/>
        </w:rPr>
        <w:br/>
      </w:r>
      <w:r>
        <w:rPr>
          <w:lang w:eastAsia="zh-CN"/>
        </w:rPr>
        <w:t>　　1、在校门口醒目位置悬挂以安全为主题的宣传标语——“我安全，我健康，我快乐”。通过校园广播站、宣传栏、led屏等阵地，广泛宣传消防、交通、饮食卫生、疾病预防等方面的安全常识，提高全体师生的安全意识和自我防护能力，使全体师生知晓“安全教育月”的主题，营造浓厚的氛围。</w:t>
      </w:r>
      <w:r>
        <w:rPr>
          <w:lang w:eastAsia="zh-CN"/>
        </w:rPr>
        <w:br/>
      </w:r>
      <w:r>
        <w:rPr>
          <w:lang w:eastAsia="zh-CN"/>
        </w:rPr>
        <w:t>　　2、周一进行了一次国旗下的讲话。充分发挥了我校的升旗仪式的阵地作用，讲话以“我安全，我健康，我快乐”为主题，对学生进行安全教育，进一步提高学生的安全意识。大力加强了学生良好行为习惯的培养，让学生牢固树立“时时讲安全、处处讲安全、安全第一”的思想。</w:t>
      </w:r>
      <w:r>
        <w:rPr>
          <w:lang w:eastAsia="zh-CN"/>
        </w:rPr>
        <w:br/>
      </w:r>
      <w:r>
        <w:rPr>
          <w:lang w:eastAsia="zh-CN"/>
        </w:rPr>
        <w:t>　　3、邀请消防大队官兵前来我校做了消防疏散逃生等知识讲座，进一步加强了广大师生的安全意识，对师生进行防火灾、灭火器使用、地震逃生等自救能力宣传教育，使师生对于预防灾害的发生以及灾害发生时的疏散应对能力大为提高。</w:t>
      </w:r>
      <w:r>
        <w:rPr>
          <w:lang w:eastAsia="zh-CN"/>
        </w:rPr>
        <w:br/>
      </w:r>
      <w:r>
        <w:rPr>
          <w:lang w:eastAsia="zh-CN"/>
        </w:rPr>
        <w:t>　　5、举行了一次“突发事件应急疏散演练”，加强宣传和普及灾害事故逃生知识，使广大学生了解和提高了发生灾后的逃生技巧，能够做到临危不乱，有序、迅速地按照逃生路线安全疏散。</w:t>
      </w:r>
      <w:r>
        <w:rPr>
          <w:lang w:eastAsia="zh-CN"/>
        </w:rPr>
        <w:br/>
      </w:r>
      <w:r>
        <w:rPr>
          <w:lang w:eastAsia="zh-CN"/>
        </w:rPr>
        <w:t>　　6、发放了一份以安全教育为内容的告家长书。让家长配合学校切实做好安全教育工作。</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7、各班结合本班实际，结合安全事故发生的规律、特点，在周一(3月30日)周会课上以安全知识竞赛、主题班会、知识讲座、学习安全知识等为载体，有针对性地开展一次专题安全教育，重点加强消防安全、预防溺水、交通安全、食品安全、预防校园伤害等防范教育，确保安全教育活动真正做到安全知识入脑入心，进一步提高广大师生的安全意识和避险能力。</w:t>
      </w:r>
      <w:r>
        <w:rPr>
          <w:lang w:eastAsia="zh-CN"/>
        </w:rPr>
        <w:br/>
      </w:r>
      <w:r>
        <w:rPr>
          <w:lang w:eastAsia="zh-CN"/>
        </w:rPr>
        <w:t>　　8、进行了一次安全责任教育和检查。在开学安全检查的基础上，三月份，召开安全员会议，加强安全管理及安全意识。同时对学校的各种教学设施设备再一次认真检查，确保不留安全隐患，各年级各班也要对安全隐患进行自查。</w:t>
      </w:r>
      <w:r>
        <w:rPr>
          <w:lang w:eastAsia="zh-CN"/>
        </w:rPr>
        <w:br/>
      </w:r>
      <w:r>
        <w:rPr>
          <w:lang w:eastAsia="zh-CN"/>
        </w:rPr>
        <w:t>　　9、为了更好地开展心理健康教育，学校开设了“心理健康讲座”，由教学经验丰富的多年从事心理教育的教师上课，精彩的心理讲座深受师生欢迎，教育效果非常明显，家长反映，孩子变得开朗了，爱和父母沟通了，借着“安全教育日”的春风，把此项工作长期开展下去。</w:t>
      </w:r>
      <w:r>
        <w:rPr>
          <w:lang w:eastAsia="zh-CN"/>
        </w:rPr>
        <w:br/>
      </w:r>
      <w:r>
        <w:rPr>
          <w:lang w:eastAsia="zh-CN"/>
        </w:rPr>
        <w:t>　　二、组织收看安全教育节目</w:t>
      </w:r>
      <w:r>
        <w:rPr>
          <w:lang w:eastAsia="zh-CN"/>
        </w:rPr>
        <w:br/>
      </w:r>
      <w:r>
        <w:rPr>
          <w:lang w:eastAsia="zh-CN"/>
        </w:rPr>
        <w:t>　　教育部委托湖南卫视策划制作了以中小学生安全教育为主题的节目，于3月31日18:00_18:30在__卫视《新闻大求真》栏目播出。安全教育日之后，将有关安全教育资源上传教师交流群，通知每位学生在家与父母共同观看。</w:t>
      </w:r>
      <w:r>
        <w:rPr>
          <w:lang w:eastAsia="zh-CN"/>
        </w:rPr>
        <w:br/>
      </w:r>
      <w:r>
        <w:rPr>
          <w:lang w:eastAsia="zh-CN"/>
        </w:rPr>
        <w:t>　　安全教育日过去了，但安全工作将贯穿于我们日后的日常工作中，因为我们意识到安全是一项重中之重的工作，应常抓不懈，让师生安安全全每一天!</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安全教育宣传的活动总结 篇12 </w:t>
      </w:r>
      <w:r>
        <w:rPr>
          <w:lang w:eastAsia="zh-CN"/>
        </w:rPr>
        <w:br/>
      </w:r>
      <w:r>
        <w:rPr>
          <w:lang w:eastAsia="zh-CN"/>
        </w:rPr>
        <w:t>　　今年的3月28日是第__个全国中小学生安全教育日，今年的主题是“普及安全知识，提高避险能力”。我校紧密围绕主题，开展丰富多彩的安全教育活动，突出安全工作为学校工作的重中之重，形成家庭、学校、社会合力，狠抓学生安全防范，提高学生安全自护能力。</w:t>
      </w:r>
      <w:r>
        <w:rPr>
          <w:lang w:eastAsia="zh-CN"/>
        </w:rPr>
        <w:br/>
      </w:r>
      <w:r>
        <w:rPr>
          <w:lang w:eastAsia="zh-CN"/>
        </w:rPr>
        <w:t>　　一、提高认识，加强领导</w:t>
      </w:r>
      <w:r>
        <w:rPr>
          <w:lang w:eastAsia="zh-CN"/>
        </w:rPr>
        <w:br/>
      </w:r>
      <w:r>
        <w:rPr>
          <w:lang w:eastAsia="zh-CN"/>
        </w:rPr>
        <w:t>　　接到通知后，中心校立即对辖区各小学校进行了布置，要求各小学充分认识中小学安全教育活动的重要意义，将安全教育日活动纳入学校安全教育工作的重要内容，为加强组织领导，成立了以郎德鑫为组长的安全领导小组，确保活动取得实效。</w:t>
      </w:r>
      <w:r>
        <w:rPr>
          <w:lang w:eastAsia="zh-CN"/>
        </w:rPr>
        <w:br/>
      </w:r>
      <w:r>
        <w:rPr>
          <w:lang w:eastAsia="zh-CN"/>
        </w:rPr>
        <w:t>　　二、认真组织，周密安排</w:t>
      </w:r>
      <w:r>
        <w:rPr>
          <w:lang w:eastAsia="zh-CN"/>
        </w:rPr>
        <w:br/>
      </w:r>
      <w:r>
        <w:rPr>
          <w:lang w:eastAsia="zh-CN"/>
        </w:rPr>
        <w:t>　　安全教育日活动要由中心学校统一部署，以学校为单位组织实施。并要求各校制定安全教育活动方案，根据各校实际情况让加强全校师生对卫生、饮食、水电、交通、纪律等方面的教育。一定要确保教育到位，防止走过场，走形式。</w:t>
      </w:r>
      <w:r>
        <w:rPr>
          <w:lang w:eastAsia="zh-CN"/>
        </w:rPr>
        <w:br/>
      </w:r>
      <w:r>
        <w:rPr>
          <w:lang w:eastAsia="zh-CN"/>
        </w:rPr>
        <w:t>　　三、强化监督，狠抓落实</w:t>
      </w:r>
      <w:r>
        <w:rPr>
          <w:lang w:eastAsia="zh-CN"/>
        </w:rPr>
        <w:br/>
      </w:r>
      <w:r>
        <w:rPr>
          <w:lang w:eastAsia="zh-CN"/>
        </w:rPr>
        <w:t>　　中心校将把本活动开展情况纳入对学校安全工作检查考核的内容，并及时进行督查。学校要对各班级开展安全教育的情况进行严格检查和总结，汲取经验，不断创新，提高教育效果。</w:t>
      </w:r>
      <w:r>
        <w:rPr>
          <w:lang w:eastAsia="zh-CN"/>
        </w:rPr>
        <w:br/>
      </w:r>
      <w:r>
        <w:rPr>
          <w:lang w:eastAsia="zh-CN"/>
        </w:rPr>
        <w:t>　　四、具体活动，深化教育</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1、利用国旗下讲话，做好安全教育日的宣传和教育工作。在国旗下讲话中，给学生们介绍了中小学安全教育日的由来，历年安全教育日的主题，并向学生提出了安全注意事项，收到了很好的安全教育效果。</w:t>
      </w:r>
      <w:r>
        <w:rPr>
          <w:lang w:eastAsia="zh-CN"/>
        </w:rPr>
        <w:br/>
      </w:r>
      <w:r>
        <w:rPr>
          <w:lang w:eastAsia="zh-CN"/>
        </w:rPr>
        <w:t>　　2、每天由领导带班加强学校安全值班管理和学生挂牌出入管理。</w:t>
      </w:r>
      <w:r>
        <w:rPr>
          <w:lang w:eastAsia="zh-CN"/>
        </w:rPr>
        <w:br/>
      </w:r>
      <w:r>
        <w:rPr>
          <w:lang w:eastAsia="zh-CN"/>
        </w:rPr>
        <w:t xml:space="preserve">    安全教育宣传的活动总结 篇13 </w:t>
      </w:r>
      <w:r>
        <w:rPr>
          <w:lang w:eastAsia="zh-CN"/>
        </w:rPr>
        <w:br/>
      </w:r>
      <w:r>
        <w:rPr>
          <w:lang w:eastAsia="zh-CN"/>
        </w:rPr>
        <w:t>　　3月31日是全国第__个中小学生安全教育日，为教育引导广大中小学生掌握逃生自救技能、提升安全意识和避险能力，达到“教育一个学生、带动一个家庭、影响整个社会”的综合社会效应。</w:t>
      </w:r>
      <w:r>
        <w:rPr>
          <w:lang w:eastAsia="zh-CN"/>
        </w:rPr>
        <w:br/>
      </w:r>
      <w:r>
        <w:rPr>
          <w:lang w:eastAsia="zh-CN"/>
        </w:rPr>
        <w:t>　　一是开展一次安全疏散演练活动。所有学校均制定了疏散演习的方案，对演练程序、疏散路线以及人员分工等具体工作进行了详细安排。疏散中，按照方案中规定的线路，在引导员的指挥下学生们用手帕或毛巾捂住口鼻，弓着腰，从不同的疏散通道向校园安全空旷地带疏散，做到了安全迅速、秩序井然，取得了良好的教育效果。</w:t>
      </w:r>
      <w:r>
        <w:rPr>
          <w:lang w:eastAsia="zh-CN"/>
        </w:rPr>
        <w:br/>
      </w:r>
      <w:r>
        <w:rPr>
          <w:lang w:eastAsia="zh-CN"/>
        </w:rPr>
        <w:t>　　二是开展一次安全主题班会活动。各学校以陈述、辩论、抢答、演讲、故事、视频、PPT演示等多种方式，针对交通、防火、避震、野外安全、防溺水、防雷击等内容积极开展安全教育活动，强化学生安全观念，积累安全知识、提升安全技能，让安全防患意识深植于学生心中。同时，通过安全板报、安全知识图片展、法制安全知识竞赛和“校园安全伴我行”征文等丰富多彩的形式，对学生有针对性地开展安全宣传教育，真正做到了安全知识入脑入心。</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三是开展一次安全特色教育活动。五中、二十三中、梧桐小学、胜利中学等学校邀请公安分局干警，对学校保安和应急小分队进行了防止外来暴力侵害、保护师生安全的基本技能培训和现场演练，提高其自我防范和在遇到紧急情况下正确应对和处置的基本技能。万利小学、陈明中学邀请了学校法制副校长作了有关预防青少年犯罪方面的法制教育讲座，通过一些触目惊心的青少年犯罪案例，联系实际，以案释法，以法论事，为同学们介绍了预防犯罪、校内外安全知识自我防范和保障生命安全的一些方法和策略。其他学校也依据本校实际情况开展了丰富多彩、形式多样的“校园反暴力入侵”等安全特色教育活动。</w:t>
      </w:r>
      <w:r>
        <w:rPr>
          <w:lang w:eastAsia="zh-CN"/>
        </w:rPr>
        <w:br/>
      </w:r>
      <w:r>
        <w:rPr>
          <w:lang w:eastAsia="zh-CN"/>
        </w:rPr>
        <w:t>　　四是开展一次“家庭安全隐患我排查”活动。各学校向全体学生每人发放一张《家庭安全隐患排查表》，学生们与家长一道排查家庭隐患，认真填写《家庭安全隐患排查表》，并提出改进措施。此项活动既给孩子们上了一堂安全课，同时也提醒大人在日常生活中注意保护孩子，为孩子健康成长创造安全的家庭环境、校园环境和社会环境，受到了广大学生和家长的欢迎。</w:t>
      </w:r>
      <w:r>
        <w:rPr>
          <w:lang w:eastAsia="zh-CN"/>
        </w:rPr>
        <w:br/>
      </w:r>
      <w:r>
        <w:rPr>
          <w:lang w:eastAsia="zh-CN"/>
        </w:rPr>
        <w:t xml:space="preserve">    安全教育宣传的活动总结 篇14 </w:t>
      </w:r>
      <w:r>
        <w:rPr>
          <w:lang w:eastAsia="zh-CN"/>
        </w:rPr>
        <w:br/>
      </w:r>
      <w:r>
        <w:rPr>
          <w:lang w:eastAsia="zh-CN"/>
        </w:rPr>
        <w:t>　　作为父母希望孩子在学校安全渡过每一天，健康快乐成长，万一出现安全事故，都会成为家长和老师心中永远的痛。不怕一万，就怕万一，这万一的概率如果作为老师加强安全管理，有可能防患于未然，减少安全事故，使我们的教育教学工作更轻松、愉快。</w:t>
      </w:r>
      <w:r>
        <w:rPr>
          <w:lang w:eastAsia="zh-CN"/>
        </w:rPr>
        <w:br/>
      </w:r>
      <w:r>
        <w:rPr>
          <w:lang w:eastAsia="zh-CN"/>
        </w:rPr>
        <w:t>　　关于安全教育，我在日常工作中是这样做的：</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安全无小事，必须放在首要地位。开学第一课：先给学生们上一节安全教育课，讲一讲安全注意事项：</w:t>
      </w:r>
      <w:r>
        <w:rPr>
          <w:lang w:eastAsia="zh-CN"/>
        </w:rPr>
        <w:br/>
      </w:r>
      <w:r>
        <w:rPr>
          <w:lang w:eastAsia="zh-CN"/>
        </w:rPr>
        <w:t>　　校园安全：</w:t>
      </w:r>
      <w:r>
        <w:rPr>
          <w:lang w:eastAsia="zh-CN"/>
        </w:rPr>
        <w:br/>
      </w:r>
      <w:r>
        <w:rPr>
          <w:lang w:eastAsia="zh-CN"/>
        </w:rPr>
        <w:t>　　1、上下楼梯不要慌张、不要拥挤，按次序进行，下楼不能顺楼梯的扶手滑下来。如果慌里慌张的容易扭伤脚脖;如果拥挤，会发生摔伤事故;滑扶手万一摔下来，很危险。</w:t>
      </w:r>
      <w:r>
        <w:rPr>
          <w:lang w:eastAsia="zh-CN"/>
        </w:rPr>
        <w:br/>
      </w:r>
      <w:r>
        <w:rPr>
          <w:lang w:eastAsia="zh-CN"/>
        </w:rPr>
        <w:t>　　2、课间活动要文明，追逐撵打易碰伤，谨记教导是上策。</w:t>
      </w:r>
      <w:r>
        <w:rPr>
          <w:lang w:eastAsia="zh-CN"/>
        </w:rPr>
        <w:br/>
      </w:r>
      <w:r>
        <w:rPr>
          <w:lang w:eastAsia="zh-CN"/>
        </w:rPr>
        <w:t>　　3、打扫卫生时，一定注意不能拿扫把乱打、乱闹。</w:t>
      </w:r>
      <w:r>
        <w:rPr>
          <w:lang w:eastAsia="zh-CN"/>
        </w:rPr>
        <w:br/>
      </w:r>
      <w:r>
        <w:rPr>
          <w:lang w:eastAsia="zh-CN"/>
        </w:rPr>
        <w:t>　　4、为了督促孩子们自律，我特意安排了课间安全监督员，发现课间或课外活动有学生有不安全的行为，安全监督员首先制止，然后报告老师，发现不安全的表现及时报告老师，老师及时教育并弥补管理上的漏洞。</w:t>
      </w:r>
      <w:r>
        <w:rPr>
          <w:lang w:eastAsia="zh-CN"/>
        </w:rPr>
        <w:br/>
      </w:r>
      <w:r>
        <w:rPr>
          <w:lang w:eastAsia="zh-CN"/>
        </w:rPr>
        <w:t>　　校外安全：</w:t>
      </w:r>
      <w:r>
        <w:rPr>
          <w:lang w:eastAsia="zh-CN"/>
        </w:rPr>
        <w:br/>
      </w:r>
      <w:r>
        <w:rPr>
          <w:lang w:eastAsia="zh-CN"/>
        </w:rPr>
        <w:t>　　1、告诫学生遵守交通规则，看信号灯过马路，不要横穿马路，特别是你忽然从花坛里蹿出来，很危险的。</w:t>
      </w:r>
      <w:r>
        <w:rPr>
          <w:lang w:eastAsia="zh-CN"/>
        </w:rPr>
        <w:br/>
      </w:r>
      <w:r>
        <w:rPr>
          <w:lang w:eastAsia="zh-CN"/>
        </w:rPr>
        <w:t>　　2、按时上学和回家，不要早到，在外边逗留有不安全音素;放学按时回家，让家长放心，最好不要私自去同学家或相约到某个地方玩，如果去给家长说一声。</w:t>
      </w:r>
      <w:r>
        <w:rPr>
          <w:lang w:eastAsia="zh-CN"/>
        </w:rPr>
        <w:br/>
      </w:r>
      <w:r>
        <w:rPr>
          <w:lang w:eastAsia="zh-CN"/>
        </w:rPr>
        <w:t>　　3、网吧、游戏厅不能去，里面人员杂乱、环境不好对身心健康不利，万一碰上坏人，很麻烦。</w:t>
      </w:r>
      <w:r>
        <w:rPr>
          <w:lang w:eastAsia="zh-CN"/>
        </w:rPr>
        <w:br/>
      </w:r>
      <w:r>
        <w:rPr>
          <w:lang w:eastAsia="zh-CN"/>
        </w:rPr>
        <w:t>　　4、放学有学生坐公交车，在公交站牌的地方孩子容易拥挤，我安排有值日队长，维持秩序，一定做到排队上车，公交车到站不能拥挤。</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5、路上遇到陌生人，最好少与他们交谈，一定不能要陌生人的东西。</w:t>
      </w:r>
      <w:r>
        <w:rPr>
          <w:lang w:eastAsia="zh-CN"/>
        </w:rPr>
        <w:br/>
      </w:r>
      <w:r>
        <w:rPr>
          <w:lang w:eastAsia="zh-CN"/>
        </w:rPr>
        <w:t>　　6、大雨天，不要再大树下避雨，大雨天出门要小心，最好不要出门。</w:t>
      </w:r>
      <w:r>
        <w:rPr>
          <w:lang w:eastAsia="zh-CN"/>
        </w:rPr>
        <w:br/>
      </w:r>
      <w:r>
        <w:rPr>
          <w:lang w:eastAsia="zh-CN"/>
        </w:rPr>
        <w:t>　　饮食安全：</w:t>
      </w:r>
      <w:r>
        <w:rPr>
          <w:lang w:eastAsia="zh-CN"/>
        </w:rPr>
        <w:br/>
      </w:r>
      <w:r>
        <w:rPr>
          <w:lang w:eastAsia="zh-CN"/>
        </w:rPr>
        <w:t>　　1、提醒学生早餐尽量在家吃，一定要吃好。</w:t>
      </w:r>
      <w:r>
        <w:rPr>
          <w:lang w:eastAsia="zh-CN"/>
        </w:rPr>
        <w:br/>
      </w:r>
      <w:r>
        <w:rPr>
          <w:lang w:eastAsia="zh-CN"/>
        </w:rPr>
        <w:t>　　2、不乱吃小零食和地摊上的食物。</w:t>
      </w:r>
      <w:r>
        <w:rPr>
          <w:lang w:eastAsia="zh-CN"/>
        </w:rPr>
        <w:br/>
      </w:r>
      <w:r>
        <w:rPr>
          <w:lang w:eastAsia="zh-CN"/>
        </w:rPr>
        <w:t>　　3、多饮用白开水，少喝饮料特别是碳酸饮料。</w:t>
      </w:r>
      <w:r>
        <w:rPr>
          <w:lang w:eastAsia="zh-CN"/>
        </w:rPr>
        <w:br/>
      </w:r>
      <w:r>
        <w:rPr>
          <w:lang w:eastAsia="zh-CN"/>
        </w:rPr>
        <w:t>　　4、不能暴食暴饮，容易损伤肠胃的。</w:t>
      </w:r>
      <w:r>
        <w:rPr>
          <w:lang w:eastAsia="zh-CN"/>
        </w:rPr>
        <w:br/>
      </w:r>
      <w:r>
        <w:rPr>
          <w:lang w:eastAsia="zh-CN"/>
        </w:rPr>
        <w:t>　　节假日安全：</w:t>
      </w:r>
      <w:r>
        <w:rPr>
          <w:lang w:eastAsia="zh-CN"/>
        </w:rPr>
        <w:br/>
      </w:r>
      <w:r>
        <w:rPr>
          <w:lang w:eastAsia="zh-CN"/>
        </w:rPr>
        <w:t>　　寒假：不能长时间坐在电脑前，在家人的监护下放烟花、爆竹。</w:t>
      </w:r>
      <w:r>
        <w:rPr>
          <w:lang w:eastAsia="zh-CN"/>
        </w:rPr>
        <w:br/>
      </w:r>
      <w:r>
        <w:rPr>
          <w:lang w:eastAsia="zh-CN"/>
        </w:rPr>
        <w:t>　　暑假：不能单独去游泳，远离水库、河坝之类的地方。</w:t>
      </w:r>
      <w:r>
        <w:rPr>
          <w:lang w:eastAsia="zh-CN"/>
        </w:rPr>
        <w:br/>
      </w:r>
      <w:r>
        <w:rPr>
          <w:lang w:eastAsia="zh-CN"/>
        </w:rPr>
        <w:t>　　作为班主任的日常管理安全：</w:t>
      </w:r>
      <w:r>
        <w:rPr>
          <w:lang w:eastAsia="zh-CN"/>
        </w:rPr>
        <w:br/>
      </w:r>
      <w:r>
        <w:rPr>
          <w:lang w:eastAsia="zh-CN"/>
        </w:rPr>
        <w:t>　　1、和家长及时沟通。</w:t>
      </w:r>
      <w:r>
        <w:rPr>
          <w:lang w:eastAsia="zh-CN"/>
        </w:rPr>
        <w:br/>
      </w:r>
      <w:r>
        <w:rPr>
          <w:lang w:eastAsia="zh-CN"/>
        </w:rPr>
        <w:t>　　2、开学家长会上，告知家长学校作息时间安排，便于家长监管孩子按时上学，按时回家没有。</w:t>
      </w:r>
      <w:r>
        <w:rPr>
          <w:lang w:eastAsia="zh-CN"/>
        </w:rPr>
        <w:br/>
      </w:r>
      <w:r>
        <w:rPr>
          <w:lang w:eastAsia="zh-CN"/>
        </w:rPr>
        <w:t>　　3、孩子没有按时到校又没有请假，立即和家长取得联系，告知家长。</w:t>
      </w:r>
      <w:r>
        <w:rPr>
          <w:lang w:eastAsia="zh-CN"/>
        </w:rPr>
        <w:br/>
      </w:r>
      <w:r>
        <w:rPr>
          <w:lang w:eastAsia="zh-CN"/>
        </w:rPr>
        <w:t>　　4、如果发现有孩子上网吧或游戏厅及时和家长沟通，加强对孩子的管理、教育。</w:t>
      </w:r>
      <w:r>
        <w:rPr>
          <w:lang w:eastAsia="zh-CN"/>
        </w:rPr>
        <w:br/>
      </w:r>
      <w:r>
        <w:rPr>
          <w:lang w:eastAsia="zh-CN"/>
        </w:rPr>
        <w:t>　　5、孩子在校生病，不能让孩子单独离校，一定通知家长来学校接孩子回家治疗，并让孩子填好离校请假条。</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小学开学第一课安全教育活动总结2</w:t>
      </w:r>
      <w:r>
        <w:rPr>
          <w:lang w:eastAsia="zh-CN"/>
        </w:rPr>
        <w:br/>
      </w:r>
      <w:r>
        <w:rPr>
          <w:lang w:eastAsia="zh-CN"/>
        </w:rPr>
        <w:t>　　安全关系着我们的生命，同样也关系着我们的幸福，这个世界上实在有太多太多的安全隐患了。例如：学校里面，在楼梯道上不要追跑打闹。在下雨天，走廊上有非常多的积水，容易滑倒。而且不要带一些小刀子进入学校，更不要带打火机。在走廊上休息时，不要将上半身探出栏杆，更不要攀爬栏杆。不要从走廊向楼下扔任何东西。不要在教室内跑、追逐打闹和做游戏。</w:t>
      </w:r>
      <w:r>
        <w:rPr>
          <w:lang w:eastAsia="zh-CN"/>
        </w:rPr>
        <w:br/>
      </w:r>
      <w:r>
        <w:rPr>
          <w:lang w:eastAsia="zh-CN"/>
        </w:rPr>
        <w:t>　　而在校外的安全隐患也一样，例如：过马路的时候，一定要注意。不要随意地跟陌生人走。不要吃一些没有经过安全检测的零食。不要进网吧这些的游乐场所。</w:t>
      </w:r>
      <w:r>
        <w:rPr>
          <w:lang w:eastAsia="zh-CN"/>
        </w:rPr>
        <w:br/>
      </w:r>
      <w:r>
        <w:rPr>
          <w:lang w:eastAsia="zh-CN"/>
        </w:rPr>
        <w:t>　　除了这些校外和校内的安全以外还有家里的安全，例如：不要触摸电线，这样很容易被电到。有时爸爸妈妈煮饭忘了关火，一定要及时提醒他们，还有，千万不要碰那些炉子，这样很容易被烫伤。不要玩滚烫的白开水，以免皮肤烫伤。</w:t>
      </w:r>
      <w:r>
        <w:rPr>
          <w:lang w:eastAsia="zh-CN"/>
        </w:rPr>
        <w:br/>
      </w:r>
      <w:r>
        <w:rPr>
          <w:lang w:eastAsia="zh-CN"/>
        </w:rPr>
        <w:t xml:space="preserve">    安全教育宣传的活动总结 篇15 </w:t>
      </w:r>
      <w:r>
        <w:rPr>
          <w:lang w:eastAsia="zh-CN"/>
        </w:rPr>
        <w:br/>
      </w:r>
      <w:r>
        <w:rPr>
          <w:lang w:eastAsia="zh-CN"/>
        </w:rPr>
        <w:t>　　根据长宁区教育局下发的《关于做好第十六个全国中小学生安全教育日主题教育活动的通知》要求,我校积极行动,开展安全教育系列主题教育活动。</w:t>
      </w:r>
      <w:r>
        <w:rPr>
          <w:lang w:eastAsia="zh-CN"/>
        </w:rPr>
        <w:br/>
      </w:r>
      <w:r>
        <w:rPr>
          <w:lang w:eastAsia="zh-CN"/>
        </w:rPr>
        <w:t>　　一、积极开展疏散演练</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为进一步普及消防、地震安全知识,增强我校全体师生紧急疏散安全意识,增强处置紧急情况、集体疏散、逃生自救的实战能力,使师生们知道在紧急疏散时要注意的事项、疏散的路线,能让师生有序、迅速地撤离危险区,疏散到安全地带,确保全校师生的生命安全。</w:t>
      </w:r>
      <w:r>
        <w:rPr>
          <w:lang w:eastAsia="zh-CN"/>
        </w:rPr>
        <w:br/>
      </w:r>
      <w:r>
        <w:rPr>
          <w:lang w:eastAsia="zh-CN"/>
        </w:rPr>
        <w:t>　　学校结合实际,精心准备,每月举行师生逃生疏散演练。疏散演习得到了学校领导高度的重视、各职能部门积极配合。随着逃生警报的发出,任课老师、班主任立即组织学生紧张有序地撤离教室,按照逃生路线快速走入疏散通道,按紧急疏散演练程序,集合到操场安全地带。整个疏散过程在3分钟内全部完成。</w:t>
      </w:r>
      <w:r>
        <w:rPr>
          <w:lang w:eastAsia="zh-CN"/>
        </w:rPr>
        <w:br/>
      </w:r>
      <w:r>
        <w:rPr>
          <w:lang w:eastAsia="zh-CN"/>
        </w:rPr>
        <w:t>　　为确保演习安全有序地进行,学校专门制定了《山天中学紧急疏散演习方案》,建立领导小组、工作监督组、防护救治组等,召开会议,明确职责,所有教学楼楼道、楼梯口都有专门教师担任安全负责人,在全校师生通力配合下,演习圆满完成。</w:t>
      </w:r>
      <w:r>
        <w:rPr>
          <w:lang w:eastAsia="zh-CN"/>
        </w:rPr>
        <w:br/>
      </w:r>
      <w:r>
        <w:rPr>
          <w:lang w:eastAsia="zh-CN"/>
        </w:rPr>
        <w:t>　　本次演习活动提高了学生的安全防护意识和自身安全防护能力,培养了学生遇上突发事故不慌乱,积极应对,自我保护能力和抗击突发事件的应变能力,同时也为学校应对突发事件,组织学生紧急疏散提供了经验。</w:t>
      </w:r>
      <w:r>
        <w:rPr>
          <w:lang w:eastAsia="zh-CN"/>
        </w:rPr>
        <w:br/>
      </w:r>
      <w:r>
        <w:rPr>
          <w:lang w:eastAsia="zh-CN"/>
        </w:rPr>
        <w:t>　　二、安全教育常抓不懈</w:t>
      </w:r>
      <w:r>
        <w:rPr>
          <w:lang w:eastAsia="zh-CN"/>
        </w:rPr>
        <w:br/>
      </w:r>
      <w:r>
        <w:rPr>
          <w:lang w:eastAsia="zh-CN"/>
        </w:rPr>
        <w:t>　　安全工作是一项长期、艰巨的工程,要常抓不懈。为了增强师生的安全意识,提高防范能力,本学期已经利用升旗仪式、图片展览、校园广播、黑板报等形式开展了一系列的宣传教育活动,内容丰富,形式多样。以交通安全、消防安全、食品卫生安全等为主要内容,丰富了学生的安全知识,提高了师生的安全防范意识,提高学生自防自救的能力。</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寒假期间,根据教育局要求,学校还布置了一份安全隐患排查作业。印发《我的家庭消防安全自查表》,家校联动,通过这一活动使学生认识到安全工作与其自身息息相关,把安全意识融入学生思想行动之中。</w:t>
      </w:r>
      <w:r>
        <w:rPr>
          <w:lang w:eastAsia="zh-CN"/>
        </w:rPr>
        <w:br/>
      </w:r>
      <w:r>
        <w:rPr>
          <w:lang w:eastAsia="zh-CN"/>
        </w:rPr>
        <w:t>　　三、排除隐患确保安全</w:t>
      </w:r>
      <w:r>
        <w:rPr>
          <w:lang w:eastAsia="zh-CN"/>
        </w:rPr>
        <w:br/>
      </w:r>
      <w:r>
        <w:rPr>
          <w:lang w:eastAsia="zh-CN"/>
        </w:rPr>
        <w:t>　　学校坚持预防为主、防治结合、加强教育、群防群治的原则,为全校师生营造了一个安全和谐的工作、学习环境,维护学校正常的教育教学秩序,促进了学校各项工作的开展。学校专人负责,定期对教学楼、实验楼、体育馆等重点部位重点检查,如:消防器材的配备、消防车通道的畅通、疏散通道和出口的畅通、应急照明、指示标志、各类应急预案的制定、安全用电、燃气设施设备、危化品的管理等。若发现有不安全的因素,立即解决。</w:t>
      </w:r>
      <w:r>
        <w:rPr>
          <w:lang w:eastAsia="zh-CN"/>
        </w:rPr>
        <w:br/>
      </w:r>
      <w:r>
        <w:rPr>
          <w:lang w:eastAsia="zh-CN"/>
        </w:rPr>
        <w:t>　　今后我们将进一步加大安全工作的力度,建立切实可行的学校安全防范体系,使学校安全工作进一步经常化、制度化、社会化,以开创我校和谐平安校园,关爱生命、安全发展工作的新局面。</w:t>
      </w:r>
      <w:r>
        <w:rPr>
          <w:lang w:eastAsia="zh-CN"/>
        </w:rPr>
        <w:br/>
      </w:r>
      <w:r>
        <w:rPr>
          <w:lang w:eastAsia="zh-CN"/>
        </w:rPr>
        <w:t xml:space="preserve">    安全教育宣传的活动总结 篇16 </w:t>
      </w:r>
      <w:r>
        <w:rPr>
          <w:lang w:eastAsia="zh-CN"/>
        </w:rPr>
        <w:br/>
      </w:r>
      <w:r>
        <w:rPr>
          <w:lang w:eastAsia="zh-CN"/>
        </w:rPr>
        <w:t>　　为提高小朋友们的安全意识，丰富安全知识，珍惜宝贵生命。11月1日，别桥中心幼儿园举行“防踩踏”安全教育活动。</w:t>
      </w:r>
      <w:r>
        <w:rPr>
          <w:lang w:eastAsia="zh-CN"/>
        </w:rPr>
        <w:br/>
      </w:r>
    </w:p>
    <w:p w:rsidR="001B1F19" w14:textId="27C3F48A">
      <w:pPr>
        <w:rPr>
          <w:lang w:eastAsia="zh-CN"/>
        </w:rPr>
      </w:pPr>
      <w:r>
        <w:rPr>
          <w:lang w:eastAsia="zh-CN"/>
        </w:rPr>
        <w:t>　　活动中，教师通过讲故事、视频、操作示范等方式给孩子们讲解了防踩踏安全教育知识，幼儿直观地了解遇到踩踏后的应对措施以及预防踩踏发生的规范行为。随后，教师带领幼儿进行实践模拟：场景一遇到人多、拥挤，发生踩踏事件时自我保护的动作。场景二上下楼梯靠右走，不推不挤，临危不乱。幼儿掌握了正确的逃生的本领，从容应对突发事件的发生。</w:t>
      </w:r>
      <w:r>
        <w:rPr>
          <w:lang w:eastAsia="zh-CN"/>
        </w:rPr>
        <w:br/>
      </w:r>
      <w:r>
        <w:rPr>
          <w:lang w:eastAsia="zh-CN"/>
        </w:rPr>
        <w:t>　　幼儿的安全，是学校安全教育工作的重中之重，需要家园携手共同努力，加强对孩子安全知识的教育，确保幼儿健康快乐的成长！</w:t>
      </w:r>
      <w:r>
        <w:rPr>
          <w:lang w:eastAsia="zh-CN"/>
        </w:rPr>
        <w:br/>
      </w:r>
      <w:r>
        <w:rPr>
          <w:lang w:eastAsia="zh-CN"/>
        </w:rPr>
        <w:t xml:space="preserve">    安全教育宣传的活动总结 篇17 </w:t>
      </w:r>
      <w:r>
        <w:rPr>
          <w:lang w:eastAsia="zh-CN"/>
        </w:rPr>
        <w:br/>
      </w:r>
      <w:r>
        <w:rPr>
          <w:lang w:eastAsia="zh-CN"/>
        </w:rPr>
        <w:t>　　为了全面搞好学校安全教育工作，杜绝各类伤亡事故的发生，切实做好学生的安全保护工作，促进学生健康成长，确保全校师生的生命安全，维护学校的正常教学秩序，现制订学校安全教育工作计划。</w:t>
      </w:r>
      <w:r>
        <w:rPr>
          <w:lang w:eastAsia="zh-CN"/>
        </w:rPr>
        <w:br/>
      </w:r>
      <w:r>
        <w:rPr>
          <w:lang w:eastAsia="zh-CN"/>
        </w:rPr>
        <w:t>　　一、安全工作目标</w:t>
      </w:r>
      <w:r>
        <w:rPr>
          <w:lang w:eastAsia="zh-CN"/>
        </w:rPr>
        <w:br/>
      </w:r>
      <w:r>
        <w:rPr>
          <w:lang w:eastAsia="zh-CN"/>
        </w:rPr>
        <w:t>　　认真贯彻落实有关安全教育的有关文件精神，对全校师生进行系统的安全教育工作，增强师生的自我防护意识，使其掌握必要的安全知识和自我急救技能，确保全校师生的财产生命安全。</w:t>
      </w:r>
      <w:r>
        <w:rPr>
          <w:lang w:eastAsia="zh-CN"/>
        </w:rPr>
        <w:br/>
      </w:r>
      <w:r>
        <w:rPr>
          <w:lang w:eastAsia="zh-CN"/>
        </w:rPr>
        <w:t>　　二、本期工作要点及措施</w:t>
      </w:r>
      <w:r>
        <w:rPr>
          <w:lang w:eastAsia="zh-CN"/>
        </w:rPr>
        <w:br/>
      </w:r>
      <w:r>
        <w:rPr>
          <w:lang w:eastAsia="zh-CN"/>
        </w:rPr>
        <w:t>　　1、学校安全工作领导小组成员，对学校安全工作都应该具有高度的主人翁责任感，树立“安全无小事，责任重如山”的思想观念，齐抓共管，常抓不懈，各司其职，做到经常检查，发现问题及时排除隐患。</w:t>
      </w:r>
      <w:r>
        <w:rPr>
          <w:lang w:eastAsia="zh-CN"/>
        </w:rPr>
        <w:br/>
      </w:r>
      <w:r>
        <w:rPr>
          <w:lang w:eastAsia="zh-CN"/>
        </w:rPr>
        <w:t>　　2、实施目标管理制度。校长对全校安全工作负总责，班主任及任课教师具体负责，施行层层负责，层层管理，层层抓落实的目标责任制。</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https://d.book118.com/815231311011011124</w:t>
        </w:r>
      </w:hyperlink>
    </w:p>
    <w:p w:rsidR="001B1F19">
      <w:pPr>
        <w:rPr>
          <w:lang w:eastAsia="zh-CN"/>
        </w:rPr>
      </w:pPr>
    </w:p>
    <w:sectPr>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1523131101101112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