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生活老师2024工作总结范文（33篇）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生活老师2024工作总结范文（通用33篇）</w:t>
      </w:r>
      <w:r>
        <w:rPr>
          <w:lang w:eastAsia="zh-CN"/>
        </w:rPr>
        <w:br/>
      </w:r>
      <w:r>
        <w:rPr>
          <w:lang w:eastAsia="zh-CN"/>
        </w:rPr>
        <w:t xml:space="preserve">    生活老师2024工作总结范文 篇1 </w:t>
      </w:r>
      <w:r>
        <w:rPr>
          <w:lang w:eastAsia="zh-CN"/>
        </w:rPr>
        <w:br/>
      </w:r>
      <w:r>
        <w:rPr>
          <w:lang w:eastAsia="zh-CN"/>
        </w:rPr>
        <w:t>　　生活老师的工作也是一门教育科学，需要不断实践、研究和探索。生活老师的实践使我深深体会到，生活老师工作尽管千头万绪，但不外乎管理与教育两大任务，而归根结蒂就是育人问题。作为一名生活教师在对学生进行思想教育与管理时，必须统一思想，转变教育观念，坚持人性化管理，遵循教育规律，牢牢树立起“三心”，即，慈母之心、严师之心、益友之心，用“这三心”来点燃同学们的心灵，促使他们个个都能健康、和谐、全面发展。</w:t>
      </w:r>
      <w:r>
        <w:rPr>
          <w:lang w:eastAsia="zh-CN"/>
        </w:rPr>
        <w:br/>
      </w:r>
      <w:r>
        <w:rPr>
          <w:lang w:eastAsia="zh-CN"/>
        </w:rPr>
        <w:t>　　为此，我们提出了“三心”“四陪”原则。“三心”指：爱心：在生活管理上像妈妈一样重视他、关注他、爱护他，把每个学生都当成自己的孩子来看;细心：指的是关注孩子的一举一动，包括孩子的身体、心理、生活、言行举止;耐心：指对孩子出现的问题，要友善，要耐心细致帮助、教育，及时引导。“四陪”指：陪孩子一起活动、和孩子一起用餐、指导低年级小同学洗漱、跟孩子们一起睡觉。我们充分强调“孩子至上”理念，要求生活教师增强“服务”意识，提高服务质量，千方百计让孩子们开心，让家长放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现在的学生都是独生子女，未曾离开过父母，什么都不会做，为此，我们让学生学会自己的事情自己做，从叠被子，铺床铺，摆放东西开始，有针对性引导学生做一些力所能及的事，比如做寝室卫生、拖地、卫生间保洁等，进行意志、体力的锻炼，经过前半期班主任和生活老师的共同努力，培养学生的内务整理，取得了很好的效果，通过2个多月以来，老师们耐心，细致地知道教育，现在每个学生都能整理得非常整洁、规范。</w:t>
      </w:r>
      <w:r>
        <w:rPr>
          <w:lang w:eastAsia="zh-CN"/>
        </w:rPr>
        <w:br/>
      </w:r>
      <w:r>
        <w:rPr>
          <w:lang w:eastAsia="zh-CN"/>
        </w:rPr>
        <w:t>　　2、在纪律方面，学生进步非常明显，第一学月回到寝室，总是喜欢追逐打闹。我们加强学生在行为习惯养成教育，逐步完成从不自觉到自觉，从量变到质变的过程。可以说，坚持持久是养成教育的生命线。同时，要突出三个“严”字。即：严格的校规、校纪和行为规范的要求。做到明确、具体、有章可循。现在回到寝室不仅能保持安静，且能迅速洗漱上 床后及时安静入睡。</w:t>
      </w:r>
      <w:r>
        <w:rPr>
          <w:lang w:eastAsia="zh-CN"/>
        </w:rPr>
        <w:br/>
      </w:r>
      <w:r>
        <w:rPr>
          <w:lang w:eastAsia="zh-CN"/>
        </w:rPr>
        <w:t>　　3、通过老师们的精心管理，得到了家长们的一致好评，并对我校的招生宣传工作起到了很大的作用。</w:t>
      </w:r>
      <w:r>
        <w:rPr>
          <w:lang w:eastAsia="zh-CN"/>
        </w:rPr>
        <w:br/>
      </w:r>
      <w:r>
        <w:rPr>
          <w:lang w:eastAsia="zh-CN"/>
        </w:rPr>
        <w:t>　　4、老师们积极主动地完成上级安排的各项工作，并做到了与班主任，家长的沟通。</w:t>
      </w:r>
      <w:r>
        <w:rPr>
          <w:lang w:eastAsia="zh-CN"/>
        </w:rPr>
        <w:br/>
      </w:r>
      <w:r>
        <w:rPr>
          <w:lang w:eastAsia="zh-CN"/>
        </w:rPr>
        <w:t>　　5、有个别同学缺乏自信心，不够团结以及集体荣誉感不强等现象，我们将在后半期就此类问题对他们进行帮助教育，让他们真正成为名副其实的育才人。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要在以后的工作和学习中，发扬优点、克服不足，不断完善自身，谨言慎行，了解、关爱每一位学生，时时处处做学生的榜样，用自己的善言善行为学生树立榜样，加强自身修养，注意总结经验教训，用一件一件的小事，一点一滴的行动去履行一名生活老师的职责，使工作有所创新，不断进取，我们将会一如既往地做好本职工作。</w:t>
      </w:r>
      <w:r>
        <w:rPr>
          <w:lang w:eastAsia="zh-CN"/>
        </w:rPr>
        <w:br/>
      </w:r>
      <w:r>
        <w:rPr>
          <w:lang w:eastAsia="zh-CN"/>
        </w:rPr>
        <w:t xml:space="preserve">    生活老师2024工作总结范文 篇2 </w:t>
      </w:r>
      <w:r>
        <w:rPr>
          <w:lang w:eastAsia="zh-CN"/>
        </w:rPr>
        <w:br/>
      </w:r>
      <w:r>
        <w:rPr>
          <w:lang w:eastAsia="zh-CN"/>
        </w:rPr>
        <w:t>　　生活老师，一个新兴的光荣的称号。本学期，我担任了新星慈航小学四年级(3)、(4)、(5)班和五年级5个班的生活老师。就在这短短的工作中，作为学校学生生活管理中的一个新角色，在没有一点工作经验的前提下，在与学生朝夕相处的日子里，虽然很辛苦，却也收获了许多快乐，我的感触颇深。一是虚心的向其他老师学习;二是在实际工作中慢慢的摸索积累。在领导与同事的关心和帮助，加上自己的不断努力下，觉得自己的工作还是进行得有条不紊。现将这段时间的工作总结如下：</w:t>
      </w:r>
      <w:r>
        <w:rPr>
          <w:lang w:eastAsia="zh-CN"/>
        </w:rPr>
        <w:br/>
      </w:r>
      <w:r>
        <w:rPr>
          <w:lang w:eastAsia="zh-CN"/>
        </w:rPr>
        <w:t>　　一、保持一个健康的室内卫生环境</w:t>
      </w:r>
      <w:r>
        <w:rPr>
          <w:lang w:eastAsia="zh-CN"/>
        </w:rPr>
        <w:br/>
      </w:r>
      <w:r>
        <w:rPr>
          <w:lang w:eastAsia="zh-CN"/>
        </w:rPr>
        <w:t>　　1、室内严格执行卫生安全消毒制度，每天必须将宿舍清扫干净，做到适时开窗换气，保证宿舍既暖和空气又新鲜，同时做好定时室内消毒工作，保证宿舍整洁卫生。</w:t>
      </w:r>
      <w:r>
        <w:rPr>
          <w:lang w:eastAsia="zh-CN"/>
        </w:rPr>
        <w:br/>
      </w:r>
      <w:r>
        <w:rPr>
          <w:lang w:eastAsia="zh-CN"/>
        </w:rPr>
        <w:t>　　2、身心健康指导：积极和学生进行思想交流，帮助学生克服各种心理障碍，养成健全人格，提高他们保护身体健康，保证安全，讲究卫生等方面的知识和能力。</w:t>
      </w:r>
      <w:r>
        <w:rPr>
          <w:lang w:eastAsia="zh-CN"/>
        </w:rPr>
        <w:br/>
      </w:r>
      <w:r>
        <w:rPr>
          <w:lang w:eastAsia="zh-CN"/>
        </w:rPr>
        <w:t>　　二、加强安全教育，提高安全意识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1、严格执行学校规定的《生活教师职责》，努力做好生活区域的安全和卫生工作。坚持做好午、晚清点人数，特别是晚上更要认真仔细，绝不马虎。</w:t>
      </w:r>
      <w:r>
        <w:rPr>
          <w:lang w:eastAsia="zh-CN"/>
        </w:rPr>
        <w:br/>
      </w:r>
      <w:r>
        <w:rPr>
          <w:lang w:eastAsia="zh-CN"/>
        </w:rPr>
        <w:t>　　2、利用主动和学生多聊天的机会，对学生进行安全宣传和教育，提高学生的安全意识。让他们掌握一些自我保护的技能，提高孩子们的自我保护能力。</w:t>
      </w:r>
      <w:r>
        <w:rPr>
          <w:lang w:eastAsia="zh-CN"/>
        </w:rPr>
        <w:br/>
      </w:r>
      <w:r>
        <w:rPr>
          <w:lang w:eastAsia="zh-CN"/>
        </w:rPr>
        <w:t>　　3、教会孩子们能准确使用110、120、119紧急呼叫电话，以备紧急情况下救助。</w:t>
      </w:r>
      <w:r>
        <w:rPr>
          <w:lang w:eastAsia="zh-CN"/>
        </w:rPr>
        <w:br/>
      </w:r>
      <w:r>
        <w:rPr>
          <w:lang w:eastAsia="zh-CN"/>
        </w:rPr>
        <w:t>　　三、勤奋工作，努力上进</w:t>
      </w:r>
      <w:r>
        <w:rPr>
          <w:lang w:eastAsia="zh-CN"/>
        </w:rPr>
        <w:br/>
      </w:r>
      <w:r>
        <w:rPr>
          <w:lang w:eastAsia="zh-CN"/>
        </w:rPr>
        <w:t>　　认真做好每天的常规工作，做到了手勤腿勤，保持一个良好的生活环境。用自己的细心、耐心、爱心感化了孩子们，使他们感觉到大家庭的温暖。</w:t>
      </w:r>
      <w:r>
        <w:rPr>
          <w:lang w:eastAsia="zh-CN"/>
        </w:rPr>
        <w:br/>
      </w:r>
      <w:r>
        <w:rPr>
          <w:lang w:eastAsia="zh-CN"/>
        </w:rPr>
        <w:t>　　四、收获与不足</w:t>
      </w:r>
      <w:r>
        <w:rPr>
          <w:lang w:eastAsia="zh-CN"/>
        </w:rPr>
        <w:br/>
      </w:r>
      <w:r>
        <w:rPr>
          <w:lang w:eastAsia="zh-CN"/>
        </w:rPr>
        <w:t>　　在这几个月的工作里，自己得到了很大的收获。让我懂得了和孩子们的相处之道就是：相互尊重、相互理解、相互信任。不足的地方就是，由于自己没有工作经验，所以在管理方面有所欠缺。</w:t>
      </w:r>
      <w:r>
        <w:rPr>
          <w:lang w:eastAsia="zh-CN"/>
        </w:rPr>
        <w:br/>
      </w:r>
      <w:r>
        <w:rPr>
          <w:lang w:eastAsia="zh-CN"/>
        </w:rPr>
        <w:t>　　五、今后努力方向</w:t>
      </w:r>
      <w:r>
        <w:rPr>
          <w:lang w:eastAsia="zh-CN"/>
        </w:rPr>
        <w:br/>
      </w:r>
      <w:r>
        <w:rPr>
          <w:lang w:eastAsia="zh-CN"/>
        </w:rPr>
        <w:t>　　在今后的工作中，一定要不断加强个人修养，自觉加强理论和实践的学习，努力力克服自己的不足，扬长避短，奋发工作，积极主动和孩子们多交流、多聊天，及时掌握孩子们的思想动态，与学生做到零距离接触、近距离交流，为美好的明天奉献自己的力量。提高工作水平，在工作中不断探索适合于我们学校生活管理的经验。</w:t>
      </w:r>
      <w:r>
        <w:rPr>
          <w:lang w:eastAsia="zh-CN"/>
        </w:rPr>
        <w:br/>
      </w:r>
      <w:r>
        <w:rPr>
          <w:lang w:eastAsia="zh-CN"/>
        </w:rPr>
        <w:t xml:space="preserve">    生活老师2024工作总结范文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转眼一学期又结束了，回顾走过的日子，好像很忙碌，但却感到很充实而有意义;有压力的同时也有了工作的动力，要求自己努力努力在努力，争取有更多的收获。现将本学期的工作作如下总结：</w:t>
      </w:r>
      <w:r>
        <w:rPr>
          <w:lang w:eastAsia="zh-CN"/>
        </w:rPr>
        <w:br/>
      </w:r>
      <w:r>
        <w:rPr>
          <w:lang w:eastAsia="zh-CN"/>
        </w:rPr>
        <w:t>　　一、完善制度，强化措施。</w:t>
      </w:r>
      <w:r>
        <w:rPr>
          <w:lang w:eastAsia="zh-CN"/>
        </w:rPr>
        <w:br/>
      </w:r>
      <w:r>
        <w:rPr>
          <w:lang w:eastAsia="zh-CN"/>
        </w:rPr>
        <w:t>　　本期我校共有住宿生51人，其中男-</w:t>
      </w:r>
      <w:r>
        <w:rPr>
          <w:lang w:eastAsia="zh-CN"/>
        </w:rPr>
        <w:br/>
      </w:r>
      <w:r>
        <w:rPr>
          <w:lang w:eastAsia="zh-CN"/>
        </w:rPr>
        <w:t>　　住宿生24人，女住宿生27人。为了确保住校生健康、安全地学习、生活，使其养成良好学习、生活习惯。我校不断探索，不断完善住校生管理制度，修改并制定了《住校生安全工作制度》、《值班教师工作职责》、《生活教师职责》。组织相关人员和住校生进行了学习，提高认识，做到住校生管理工作有章可循。</w:t>
      </w:r>
      <w:r>
        <w:rPr>
          <w:lang w:eastAsia="zh-CN"/>
        </w:rPr>
        <w:br/>
      </w:r>
      <w:r>
        <w:rPr>
          <w:lang w:eastAsia="zh-CN"/>
        </w:rPr>
        <w:t>　　二、加强监管，确保安全。</w:t>
      </w:r>
      <w:r>
        <w:rPr>
          <w:lang w:eastAsia="zh-CN"/>
        </w:rPr>
        <w:br/>
      </w:r>
      <w:r>
        <w:rPr>
          <w:lang w:eastAsia="zh-CN"/>
        </w:rPr>
        <w:t>　　1、住校生安全是住校生管理的头等大事。学校领导经常(对教师)升国开展住校生日常行为中的安全教育工作，如严格遵守《安全值班制度》等。本年度，我校还专门针对全校师生开展了“灭火演练”、“防火灾等突发事件疏散演练”及相关安全知识学习，进一步提高了他们的安全意识和应急能力。</w:t>
      </w:r>
      <w:r>
        <w:rPr>
          <w:lang w:eastAsia="zh-CN"/>
        </w:rPr>
        <w:br/>
      </w:r>
      <w:r>
        <w:rPr>
          <w:lang w:eastAsia="zh-CN"/>
        </w:rPr>
        <w:t>　　2、学校对住校生实行班主任、生活老师分时段对住校生负责监管。谁失控、谁负责。住校生星期天下午到校——星期五下午放学离校，其间实行全封闭管理，如确有事需要外出，须有班主任签-</w:t>
      </w:r>
      <w:r>
        <w:rPr>
          <w:lang w:eastAsia="zh-CN"/>
        </w:rPr>
        <w:br/>
      </w:r>
      <w:r>
        <w:rPr>
          <w:lang w:eastAsia="zh-CN"/>
        </w:rPr>
        <w:t>　　名的请假条，并要求有家长接送，传达室才放行。每晚上就寝铃响后，生活指导老师到每个寝室进行点名，核查学生是否回寝室就寝。如有学生不在，立刻向班主任了解情况，如无请假条请假的，则马上通知家长，并组织老师与家长外出寻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生活老师2024工作总结范文 篇4 </w:t>
      </w:r>
      <w:r>
        <w:rPr>
          <w:lang w:eastAsia="zh-CN"/>
        </w:rPr>
        <w:br/>
      </w:r>
      <w:r>
        <w:rPr>
          <w:lang w:eastAsia="zh-CN"/>
        </w:rPr>
        <w:t>　　一学期即将过去，回想起这学期走过风风雨雨，看着学生满脸的微笑，作为他们的生活老师心里感到快乐和乐趣。在各级领导和老师的关怀和帮忙下，自我很快地适应那里生活并能用心投身于生活辅导工作。下方我将来校的工作，生活以及思想等各方面的状况汇报如下。</w:t>
      </w:r>
      <w:r>
        <w:rPr>
          <w:lang w:eastAsia="zh-CN"/>
        </w:rPr>
        <w:br/>
      </w:r>
      <w:r>
        <w:rPr>
          <w:lang w:eastAsia="zh-CN"/>
        </w:rPr>
        <w:t>　　对学生的尊重和期望，我不仅仅仅表此刻口头上更是注意言行一致，贯穿在整个自我道德教育过程中比如，在和学生谈心时，我总要选取能与他们的目光平视的方位来进行，这样与人相处的方式态度就总透着待人的诚意；再如，我学生的面前从不批驳“对于新事物的敏感，学生强过老师”自我正在忙着认识一些事物，学习一些新的知识，看一些较经典的书籍刊物，使自我和学生谈心时充满时代气息。</w:t>
      </w:r>
      <w:r>
        <w:rPr>
          <w:lang w:eastAsia="zh-CN"/>
        </w:rPr>
        <w:br/>
      </w:r>
      <w:r>
        <w:rPr>
          <w:lang w:eastAsia="zh-CN"/>
        </w:rPr>
        <w:t>　　作为一位生活指导教师，我的一言一行都会影响到孩子的行为准则规范，对孩子的深刻教育，言语不如行动；“身教最为贵，知行不可少；如自我的着装，房间、床铺、衣柜整理，勤剪指甲、吃饭不挑食、个人卫生等，谁时加强自身修养，要明白老师的行为不当，学生的举止也好不到那里去，因此，我不断地完善自身，时时处处做学生的榜样，用自我的善言、善行为学生树立模访的标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认为一个成功的教育者，最重要的方法就是和学生多交流和沟通，多了解他们的心声和愿望，他们的困难和需求，和学生做好真正的朋友，让自我在学生的眼中即是引领他们成长的老师，又是他们最真诚的朋友，使他们在生活和学习中的苦与乐都会和我坦诚的交流，对于有困难和思想比较复杂的学生，及时向班主任和学校领导及时反映和帮忙。在生活中学生和学生难免会闹冲突能够及时制止和批评教育。在一日生活常规中能够手把手交他们整理内务卫生和个人卫生，持续宿舍整齐规范，让学生找到家的感觉和温暖，能够在完美生活环境中逐步成长。</w:t>
      </w:r>
      <w:r>
        <w:rPr>
          <w:lang w:eastAsia="zh-CN"/>
        </w:rPr>
        <w:br/>
      </w:r>
      <w:r>
        <w:rPr>
          <w:lang w:eastAsia="zh-CN"/>
        </w:rPr>
        <w:t>　　每一天准时叫学生起床能够主动集合学生队伍跑步锻炼身体提高身体素质，跟班到位严格管理，培养学生良好的生活习惯，自理潜力和行为。做到学生德、智、体全面发展。在两休期间个别学生在嬉笑打闹，能够及时制止和做思想工作，不服从管理的学生能够及时与家长联系和批平教育，防止事故发生，确保学生休息质量，做到领导和家长放心。</w:t>
      </w:r>
      <w:r>
        <w:rPr>
          <w:lang w:eastAsia="zh-CN"/>
        </w:rPr>
        <w:br/>
      </w:r>
      <w:r>
        <w:rPr>
          <w:lang w:eastAsia="zh-CN"/>
        </w:rPr>
        <w:t>　　以上是我这半学期的工作总结，存在不足之处请领导和各位老师多多指教，在下学期工作中继续发扬自我工作特点和特长，多学习多提高自身素质和修养，做一名优秀的生活教师。</w:t>
      </w:r>
      <w:r>
        <w:rPr>
          <w:lang w:eastAsia="zh-CN"/>
        </w:rPr>
        <w:br/>
      </w:r>
      <w:r>
        <w:rPr>
          <w:lang w:eastAsia="zh-CN"/>
        </w:rPr>
        <w:t>　　时间过得很快。回顾这一学期，感慨颇深，好像很忙碌，却感到充实而有意义。有压力的同时也有了工作的动力。作为学校学生管理中的一个新角色，之前我没有任职此工作的经验，只能是在探索中慢慢积累。不过在校级领导的带领下不断努力，提升自己的水平，改进不足。我将本学期的工作总结如下几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每天对寝室物品进行清洗擦拭，保持三面光亮。毛巾、口杯、洗漱杯定期消毒不留卫生死角，注意开窗通风，形成空气对流，保持宿舍空气新鲜，同时做好定时物品消毒工作。</w:t>
      </w:r>
      <w:r>
        <w:rPr>
          <w:lang w:eastAsia="zh-CN"/>
        </w:rPr>
        <w:br/>
      </w:r>
      <w:r>
        <w:rPr>
          <w:lang w:eastAsia="zh-CN"/>
        </w:rPr>
        <w:t>　　在管理教育学生方面，要注重孩子们的个人卫生，培养孩子们卫生常识，做到饭前便后勤洗手，平时勤洗澡、勤洗头、勤剪指甲、不随地吐痰、不乱扔垃圾。每个人换下的小物品及时清洗，让她们养成良好的卫生习惯。注重学生的时间观念，让懒散的学生珍惜时间，让忙碌的学生做好计划统筹分配好时间。注重学生领到的选拔和培养，对有当领到意识的学生着重培养，树立威信。</w:t>
      </w:r>
      <w:r>
        <w:rPr>
          <w:lang w:eastAsia="zh-CN"/>
        </w:rPr>
        <w:br/>
      </w:r>
      <w:r>
        <w:rPr>
          <w:lang w:eastAsia="zh-CN"/>
        </w:rPr>
        <w:t>　　1、利用晚睡前几分钟进行安全教育。努力提高学生的安全意识，使孩子们掌握一些自我保护的技能，提高孩子们的自我保护能力。在遇到危险时，让孩子们准确使用110、120、119紧急呼叫电话。</w:t>
      </w:r>
      <w:r>
        <w:rPr>
          <w:lang w:eastAsia="zh-CN"/>
        </w:rPr>
        <w:br/>
      </w:r>
      <w:r>
        <w:rPr>
          <w:lang w:eastAsia="zh-CN"/>
        </w:rPr>
        <w:t>　　2、加强孩子在校期间服用药品的管理。根据家长的要求，确保服药及时、准确，严禁错服、漏服现象的发生。切实做好寝室日常活动、饮食、安全工作。</w:t>
      </w:r>
      <w:r>
        <w:rPr>
          <w:lang w:eastAsia="zh-CN"/>
        </w:rPr>
        <w:br/>
      </w:r>
      <w:r>
        <w:rPr>
          <w:lang w:eastAsia="zh-CN"/>
        </w:rPr>
        <w:t>　　每晚睡觉前组织活动，开学初是睡前小故事，让学生听故事，懂道理；第二阶段让学生练习讲故事让学生们在讲述故事的时候，练习表达自己的看法；第三阶段是开展“温馨时光”，让学生随意表达或者随意提问问题，练习表达与交流，依据心理学家张勤的说法，在孩提时多与家长交流，养成沟通的习惯，能让孩子青春叛逆期过得平缓；第四阶段，睡前小读3分钟，3分钟达不到吸收知识的阅读效果，主要目的是让学生从小养成爱读书的习惯，为交流表达奠定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认真做好每天的常规工作，做到手勤脚勤，保持一个良好的生活环境。用自己的细心、耐心、爱心感化孩子们，使她们感觉到大家庭的温暖。在今后的工作中，加强理论和实践学习，努力提高工作水平。加强英文口语水平，加深对欧美文化的的了解，努力突出哈美加外校的英语特色。</w:t>
      </w:r>
      <w:r>
        <w:rPr>
          <w:lang w:eastAsia="zh-CN"/>
        </w:rPr>
        <w:br/>
      </w:r>
      <w:r>
        <w:rPr>
          <w:lang w:eastAsia="zh-CN"/>
        </w:rPr>
        <w:t>　　通过一学期总结下来，当然还有很多不足的地方有待改进，感谢学校领导的理解和支持，感谢同学们的包容和帮助。在以后的日子里，我会更加努力地学习、工作，让自己管理水平更加进步。</w:t>
      </w:r>
      <w:r>
        <w:rPr>
          <w:lang w:eastAsia="zh-CN"/>
        </w:rPr>
        <w:br/>
      </w:r>
      <w:r>
        <w:rPr>
          <w:lang w:eastAsia="zh-CN"/>
        </w:rPr>
        <w:t xml:space="preserve">    生活老师2024工作总结范文 篇5 </w:t>
      </w:r>
      <w:r>
        <w:rPr>
          <w:lang w:eastAsia="zh-CN"/>
        </w:rPr>
        <w:br/>
      </w:r>
      <w:r>
        <w:rPr>
          <w:lang w:eastAsia="zh-CN"/>
        </w:rPr>
        <w:t>　　1：体会</w:t>
      </w:r>
      <w:r>
        <w:rPr>
          <w:lang w:eastAsia="zh-CN"/>
        </w:rPr>
        <w:br/>
      </w:r>
      <w:r>
        <w:rPr>
          <w:lang w:eastAsia="zh-CN"/>
        </w:rPr>
        <w:t>　　养成教育和德育工作，要从学生主动、和谐、全面发展的高度来培养学生的自主、自立、自强、自护意识，提高综合能力和素质。七年级的男生管理工作按照常理应该进入行为习惯的养成教育阶段，但至接手之后才感觉到，学生的动手能力在内务整理和卫生的打扫以及行为习惯方面还存在一些欠缺，有待更进一步的指导和培养。特别是709和706两个班级，无论是卫生还是纪律与同行班级比较差距很大。按照学校提出的“承认差异。提供选择。开发潜能。多元发展”的办学理论，对学生的教育和期望，不仅仅是表现在口头上，更应该贯穿于整个道德教育过程之中。良好的行为习惯的养成，让学生终生受益。生活区的管理到位，等于学校的管理工作成功了一半。</w:t>
      </w:r>
      <w:r>
        <w:rPr>
          <w:lang w:eastAsia="zh-CN"/>
        </w:rPr>
        <w:br/>
      </w:r>
      <w:r>
        <w:rPr>
          <w:lang w:eastAsia="zh-CN"/>
        </w:rPr>
        <w:t>　　2：常规工作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常规工作：按照学校的规章制度高标准严要求的管理学生。常规工作常抓不懈。常规工作主要包括：安全卫生纪律及协助班主任工作。</w:t>
      </w:r>
      <w:r>
        <w:rPr>
          <w:lang w:eastAsia="zh-CN"/>
        </w:rPr>
        <w:br/>
      </w:r>
      <w:r>
        <w:rPr>
          <w:lang w:eastAsia="zh-CN"/>
        </w:rPr>
        <w:t>　　《1》在安全方面，强化安全责任意识和教育活动中的安全管理。安全工作重于泰山，安全工作无小事。每月的1号和16号固定为安全检查日，安全设施随时检查，发现问题及时上报维修，落实赔款制度，绝对控制出现安全事故。</w:t>
      </w:r>
      <w:r>
        <w:rPr>
          <w:lang w:eastAsia="zh-CN"/>
        </w:rPr>
        <w:br/>
      </w:r>
      <w:r>
        <w:rPr>
          <w:lang w:eastAsia="zh-CN"/>
        </w:rPr>
        <w:t>　　《2&gt;卫生和纪律：高度重视学生的'养成教育，以《中学生日常行为规范》为标准从严要求学生，抓好学生的日常行为规范管理。对各个班级的内务整理，早锻炼，就餐就寝以及行为习惯文明礼貌等进行量化评比，发现问题，及时反馈纠正教育。并做好记录工作。</w:t>
      </w:r>
      <w:r>
        <w:rPr>
          <w:lang w:eastAsia="zh-CN"/>
        </w:rPr>
        <w:br/>
      </w:r>
      <w:r>
        <w:rPr>
          <w:lang w:eastAsia="zh-CN"/>
        </w:rPr>
        <w:t>　　协助班主任工作</w:t>
      </w:r>
      <w:r>
        <w:rPr>
          <w:lang w:eastAsia="zh-CN"/>
        </w:rPr>
        <w:br/>
      </w:r>
      <w:r>
        <w:rPr>
          <w:lang w:eastAsia="zh-CN"/>
        </w:rPr>
        <w:t>　　“千军万马过独木桥”曾经是人们对高考竞争之激烈的形象描述，然而，现在高考的压力正在逐渐向初中、小学甚至学前教育转移。人们发现，中考已渐渐成为孩子教育生涯中又一座残酷的独木桥。我和孩子们在华茂的后花园———温馨如家的生活区又是如何度过的呢？现将本学期的工作过程归纳总结如下：</w:t>
      </w:r>
      <w:r>
        <w:rPr>
          <w:lang w:eastAsia="zh-CN"/>
        </w:rPr>
        <w:br/>
      </w:r>
      <w:r>
        <w:rPr>
          <w:lang w:eastAsia="zh-CN"/>
        </w:rPr>
        <w:t>　　第一、安全工作。</w:t>
      </w:r>
      <w:r>
        <w:rPr>
          <w:lang w:eastAsia="zh-CN"/>
        </w:rPr>
        <w:br/>
      </w:r>
      <w:r>
        <w:rPr>
          <w:lang w:eastAsia="zh-CN"/>
        </w:rPr>
        <w:t>　　安全工作重于”泰山”。是我们生活老师的首要职责。那么我们毕业班女生的安全工作主要表现在那些方面呢？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重点在于晚寝晚归的时间概念，九年级相对于初三年级来讲，时间相对来说比较宽松一点，回生活区的时间早一点，一般情况下，9：40分左右大部分学生开始回生活区，10点之后只有少数的个别同学尚未归来，这个时候，生活老师可要开始留意了，是否每天都是这几位学生晚回？有必要时一定要及时电话联系班主任确认。因为根据自己这些年生活老师的经验，此时间段为毕业班回生活区的安全时间的盲点，属于事件高发时段，故应引起我们的高度关注。</w:t>
      </w:r>
      <w:r>
        <w:rPr>
          <w:lang w:eastAsia="zh-CN"/>
        </w:rPr>
        <w:br/>
      </w:r>
      <w:r>
        <w:rPr>
          <w:lang w:eastAsia="zh-CN"/>
        </w:rPr>
        <w:t>　　2、天气炎热，毕业班女生已习惯于晚寝前洗头、洗澡、洗衣服，晚寝时间相对来说就要更晚一点。这样一来，洗头后使用吹风机的现象特别普遍，如此所带来的安全隐患更是令我们生活老师必须尤其加强防范。</w:t>
      </w:r>
      <w:r>
        <w:rPr>
          <w:lang w:eastAsia="zh-CN"/>
        </w:rPr>
        <w:br/>
      </w:r>
      <w:r>
        <w:rPr>
          <w:lang w:eastAsia="zh-CN"/>
        </w:rPr>
        <w:t>　　3、晚寝点名，一定要及时准确无误。因为临近中考前夕，学生要求回家住宿的现象也开始多了起来，是否住校每天也不是固定的，这样在一定程度上也增加了我们的管理难度和安全责任的压力。因此，我们一定要仔细点名，认真核实回家住宿的学生，确保不遗漏任何学生，使每个学生都在学校和家长的有效管理范围。</w:t>
      </w:r>
      <w:r>
        <w:rPr>
          <w:lang w:eastAsia="zh-CN"/>
        </w:rPr>
        <w:br/>
      </w:r>
      <w:r>
        <w:rPr>
          <w:lang w:eastAsia="zh-CN"/>
        </w:rPr>
        <w:t>　　第二、沟通交流。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缓解学生中考的心理压力是我本学期的工作重点。长时间的学习，学生很容易产生烦闷、压抑等不良情绪。特别是临近中考的前夕，这种不良情绪也在不断加重。适时让学生回生活区进行各种各样的放松活动，有利于学生心理恢复到平和、宁静的状态。比如前一段时间，903班方艳同学跟我聊天时，提到她有一些泄气，感觉到中考前夕，就是再怎么复习也改变不了什么了，同时也觉得没什么好复习的了，心已经飞向了考试结束后。这样的心态不影响最后的冲刺才怪呢！对于这样的考生，帮助她把浮躁心态沉下来是关键。我采取的办法就是利用空余时间，接近她，做一个忠实的听众，尽量让她一吐为快，驱散或缓解她心中的紧张情绪，一心一意备考。功夫不负有心人，张艳同学这次中考，以573分的中考佳绩第一个向我汇报。</w:t>
      </w:r>
      <w:r>
        <w:rPr>
          <w:lang w:eastAsia="zh-CN"/>
        </w:rPr>
        <w:br/>
      </w:r>
      <w:r>
        <w:rPr>
          <w:lang w:eastAsia="zh-CN"/>
        </w:rPr>
        <w:t>　　第三、管理学生人性化。</w:t>
      </w:r>
      <w:r>
        <w:rPr>
          <w:lang w:eastAsia="zh-CN"/>
        </w:rPr>
        <w:br/>
      </w:r>
      <w:r>
        <w:rPr>
          <w:lang w:eastAsia="zh-CN"/>
        </w:rPr>
        <w:t>　　对学生管理既不能伤失原则，又不能死搬硬套。既要讲究原则，又要有一定的灵活性。这样，学生愿意接受你的管理，不会排斥你，不会形成比较严重的冲突和对立。师生关系比较融洽，比较和谐，学生情绪好，学生在生活区的吃饭就寝内务卫生都能比较到位。我举个例子，就是学生晚上洗头并用电吹风的事，这是非常严重违反学校规章的大问题，不可迁就，不能纵容。但是，学生头已经洗了，要是头发不干又会影响她的睡眠，第二天的学习也会跟着受影响。遇到这样的问题，我通常的做法是，把学生带到自己的办公室用电吹风吹干，电吹风交老师统一管理，实行先暂时扣分，稍后用加做卫生、做好人好事、拣垃圾等方式补回扣分的办法对待。如果不从，很简单，第一，没收电吹风，第二，报班主任和校学生处，第三，报家长。学生一般乖乖就范。这样，管住了电吹风，安全方面的隐患大大降低。自己心理塌实，学生认为不被告到班主任和学生处，觉得很划得来。学生认为我比较通融，做事可以商量，而且能原谅她那样大的错误，很感激我，更愿意服从我的管理。我正是利用这种比较人性化的管理方法，一年来，生活区安静、稳定、平和、和谐，为学生创造了良好的学习和生活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至于，生活区日常管理，虽然是毕业班，但自己认为，日常管理仍然是十分到位的。</w:t>
      </w:r>
      <w:r>
        <w:rPr>
          <w:lang w:eastAsia="zh-CN"/>
        </w:rPr>
        <w:br/>
      </w:r>
      <w:r>
        <w:rPr>
          <w:lang w:eastAsia="zh-CN"/>
        </w:rPr>
        <w:t>　　总之，一年来，自己不管是所负责的二号楼还是自己负责的楼层，工作都是比较出色的，是十分优秀的完成了学校交给我们的任务。当然，工作质量从来就没有尽头的。我将更加努力，力争将工作做得更好。谢谢！</w:t>
      </w:r>
      <w:r>
        <w:rPr>
          <w:lang w:eastAsia="zh-CN"/>
        </w:rPr>
        <w:br/>
      </w:r>
      <w:r>
        <w:rPr>
          <w:lang w:eastAsia="zh-CN"/>
        </w:rPr>
        <w:t xml:space="preserve">    生活老师2024工作总结范文 篇6 </w:t>
      </w:r>
      <w:r>
        <w:rPr>
          <w:lang w:eastAsia="zh-CN"/>
        </w:rPr>
        <w:br/>
      </w:r>
      <w:r>
        <w:rPr>
          <w:lang w:eastAsia="zh-CN"/>
        </w:rPr>
        <w:t>　　本学期，我担任了女生的生活老师。在一学期的工作中，我感触颇深。作为学校学生管理中的一个新角色，没有前人经验可以借鉴，我只能是在探索中慢慢积累。不过在政教处的带领下和自己的不断努力下，觉得自己的工作还是进行得有条不紊。现将这一年的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生活老师，首先必须先从寝室的常规管理做起。所以我每时每刻都要下寝室，尤其是晚自习结束以后，我都会去寝室值班，希望能多了解学生一点。寝室是学生的第二个家，只有抓好寝室的卫生和纪律等常规，才能让学生有一个比安静，整洁的休息的良好环境。所以每天我都会去政教处了解寝室的常规检查结果，把每天的扣分情况做一个记录和对比。对于相对扣分比较严重的寝室和个人，我都会与班主任和她们及时进行沟通，由于中考的临近，学生都很抓紧时间学习，基本上寝室表现都比较好，相对问题比较严重的就是“混合寝室”，也就是所谓的“真空地带”，这些寝室里的学生是来自几个班级的，管理起来有一定的难度，我就特别关注的多一点，比如下寝室的次数就特别多一点，利用中午静校和晚上静校的时间，多和学生聊天，也多强调一些学校的制度和要求。为了搞好寝室工作，我们制定了“寝室日常行为规范”、“寝室卫生安排”、等制度。对学生进行“遵规守纪”、“文明礼貌”、“爱护公物”等方面的教育。同时严格规范学生请假制度，做到学生该在寝室里的时候，一个也不少；不该在寝室里时，一个也不多，并及时与班主作联系。同时学校也设立了奖励制度，每月都设有优秀寝室的评比，获奖寝室在每月的德育考核中都能有加分。这样学生的积极性也就被调动起来了。同时，我们还开展了一系列的寝室文化活动。学生发挥自己的聪明才智，自己动手，布置寝室，简单大方，又充满创意，取得了很不错的成果，使学生的小家更加融洽，迸发出勃勃生机。经过学校政教处的一系列活动，今年的寝室氛围变得更加整洁，融洽，是一个可以使学生们身心得到放松的休息的好地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做好了常规检查，保证寝室外在环境，我想和学生的沟通，做好一些力所能及的心理辅导工作，也应该是生活老师的职责所在。为此，我觉得学生在正确处理考试压力和与同学之间的交往能力可能会相对比较薄弱一点，我查阅了很多资料，同时在这两方面做了比较多的工作。由于生活老师工作的对象是全体女生范围较大，所以我就和各班主任以及寝室楼层的管理老师加强联系，了解了最需要帮助的对象，对她们给予额外的关注。初三年级考试频繁，课业负担较重，学生一直生活在高压地带，如何对待考试分数和名次，如何定位自己显得特别重要。给孩子以特别的指导。帮助该学生正确定位自己，建立良好的心态成功迎接各种考试。</w:t>
      </w:r>
      <w:r>
        <w:rPr>
          <w:lang w:eastAsia="zh-CN"/>
        </w:rPr>
        <w:br/>
      </w:r>
      <w:r>
        <w:rPr>
          <w:lang w:eastAsia="zh-CN"/>
        </w:rPr>
        <w:t>　　在走访寝室的过程中，发现学生的交往能力比较欠缺，因此这方面的工作我也略微多下了一点功夫。我觉得让学生明确处理好人际关系意义重大。建立正常的人际关系是社会文明进步的重要表现，处理好人际关系也体现着人的知识和修养，人际关系状况关系着个人的成长和成才。现在的学生大多都是独生子女，从小优越感强，唯有在与别人的比较中才能充分认识自己，离开了交际对象或可供比较对象，就失去了衡量自己的尺子和照鉴自己的镜子。一个学生如果终日独来独往，孤僻冷漠，缺乏交往，那他对自己的认识就缺乏了“参照系”，也发现不了别人身上有好或不好的东西，也就无法调整和改进自己。处理人际关系是一种能力，也是一种技术，它可以通过学习和训练来培养和提高。如增加交往频率。在紧张的学习之余，不妨主动地找同学谈谈心，讨论某些问题，交换一些意见，从中加深情感联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平时真诚关心同学，当别的同学有求于自己时，只要是正当的要求，就要尽己所能，满足对方的要求；当看到别的同学有困难时，要主动去帮助。此外，学会宽容待人，谦恭礼让，惜时守信等等，也是正确处理好人际关系的一种技能。在寝室这个小家庭中，同学们也要经常互帮互助，建立深厚的友谊。一年的生活老师下来，觉得自己的工作主动、全面，做到了知人、知根、知底；师生感情融洽，工作见效明显。当然我的工作也还存在很多不足之处，不能对每个学生都给予足够的关心，工作的深度还不够。希望在今后取得更大的进步，与学生做到“零距离接触、近距离交流”。</w:t>
      </w:r>
      <w:r>
        <w:rPr>
          <w:lang w:eastAsia="zh-CN"/>
        </w:rPr>
        <w:br/>
      </w:r>
      <w:r>
        <w:rPr>
          <w:lang w:eastAsia="zh-CN"/>
        </w:rPr>
        <w:t>　　学校是德育的重要场所，在生活区这一块，生活指导老师责任重大。学生管理主要是做人的工作，而人是千差万别的，因此这项工作极其复杂，极为艰辛，具有很深的学问。学生管理这项复杂、艰辛的工作，同时也是创造性极强的工作。现总结如下；</w:t>
      </w:r>
      <w:r>
        <w:rPr>
          <w:lang w:eastAsia="zh-CN"/>
        </w:rPr>
        <w:br/>
      </w:r>
      <w:r>
        <w:rPr>
          <w:lang w:eastAsia="zh-CN"/>
        </w:rPr>
        <w:t>　　一：在遵守学校的规章制度方面；</w:t>
      </w:r>
      <w:r>
        <w:rPr>
          <w:lang w:eastAsia="zh-CN"/>
        </w:rPr>
        <w:br/>
      </w:r>
      <w:r>
        <w:rPr>
          <w:lang w:eastAsia="zh-CN"/>
        </w:rPr>
        <w:t>　　没有规矩，就不成方圆。国家是这样，现在是法治社会，学校同样也需要是这样，学校也有他的规章制度，不仅对学生也针对老师，只有这样学校才有起生命力、才有活力、才能够不断的前进。</w:t>
      </w:r>
      <w:r>
        <w:rPr>
          <w:lang w:eastAsia="zh-CN"/>
        </w:rPr>
        <w:br/>
      </w:r>
      <w:r>
        <w:rPr>
          <w:lang w:eastAsia="zh-CN"/>
        </w:rPr>
        <w:t>　　二：团结协作方面</w:t>
      </w:r>
      <w:r>
        <w:rPr>
          <w:lang w:eastAsia="zh-CN"/>
        </w:rPr>
        <w:br/>
      </w:r>
      <w:r>
        <w:rPr>
          <w:lang w:eastAsia="zh-CN"/>
        </w:rPr>
        <w:t>　　学生管理工作不是哪一个人、哪一方面能够独立完成的事。爱护学校荣誉，自觉维护集体团结，教师之间相互尊重，相互帮助，协调各方面关系，发挥互补效应，发扬团队精神，这是对我们教师最基本的要求。严格要求自己，关心他人，乐于助人，这有利于在日常生活中给学生树立学习榜样，也有利于形成一个相互尊重、紧密配合的教师群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有人把塑造学生的工作比喻为塑造一块大理石，认为有六个雕塑家共同雕着这块大理石，其中主要的两个就是家长和教师，而第一位则是家长。因为学生除了学校生活外，家庭生活时间是最长的。学生的健康成长除了学校（特别是班主任）的思想教育之外，家长的熏陶与潜移默化的影响更为重要。父母是孩子的第一任启蒙老师，老师是暂时的，家长却是终身的。家长在教育理念、教育思想、教育态度上，完全能反映时代的要求。现在，教师、尤其是班主任与家长“联手”教育学生，已经成为教育学生工作的一个不可缺少的环节。成功的“联手”能调动家长参与教育的积极性，促进学生的学习与品德的进步，使学校教育和家庭教育形成互补关系，保持学校和家庭对学生教育的一致性和协调性。生活老师在教育学生的时候应处理好这几种关系：与级组学校之间的关系、与班主任之间的关系、与学生家长之间的关系，处理好这几种关系是做好学生管理工作的必需条件。以前的教育工作，给我最大的感受就是，没有处理好这三种关系，从而没形成教育的合力，使自己的工作处于被动。在下一步的新生管理工作中，我要加强和班主任、家长的沟通，不仅要了解学生在课室和家庭的情况，并且及时的将学生在生活区的表现反映给班主任和家长，共同研讨教育学生的方法，形成教育合力，使学生健康成长。</w:t>
      </w:r>
      <w:r>
        <w:rPr>
          <w:lang w:eastAsia="zh-CN"/>
        </w:rPr>
        <w:br/>
      </w:r>
      <w:r>
        <w:rPr>
          <w:lang w:eastAsia="zh-CN"/>
        </w:rPr>
        <w:t>　　初三下学期后，学生管理工作出现了一定的难度，学生中出现了不少的问题，最严重的是破坏公物，出现抽烟的现象。因此，在以后的工作中注意预防和落实相关工作，同时，出现问题后，及时处理，及时调查，及时的和班主任、家长沟通。形成教育合力。如果不及时处理或处理不好，就可能引起很多的后患。</w:t>
      </w:r>
      <w:r>
        <w:rPr>
          <w:lang w:eastAsia="zh-CN"/>
        </w:rPr>
        <w:br/>
      </w:r>
      <w:r>
        <w:rPr>
          <w:lang w:eastAsia="zh-CN"/>
        </w:rPr>
        <w:t>　　三：勤于深入学生的生活，勤于观察，多与学生谈心</w:t>
      </w:r>
      <w:r>
        <w:rPr>
          <w:lang w:eastAsia="zh-CN"/>
        </w:rPr>
        <w:br/>
      </w:r>
      <w:r>
        <w:rPr>
          <w:lang w:eastAsia="zh-CN"/>
        </w:rPr>
        <w:t>　　老师不深入学生的生活中，就不会第一手掌握学生情况，特别是生活老师，不深入宿舍就很难掌握学生的情况，就会出现很多事故隐患。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多巡视是管理学生最简单，也是最有效的方法。认真观察学生的言行举动，了解学生思想行动，才能够从细处做学生的思想工作。</w:t>
      </w:r>
      <w:r>
        <w:rPr>
          <w:lang w:eastAsia="zh-CN"/>
        </w:rPr>
        <w:br/>
      </w:r>
      <w:r>
        <w:rPr>
          <w:lang w:eastAsia="zh-CN"/>
        </w:rPr>
        <w:t>　　同时多与学生谈心，也是学生管理工作的关键，重要部分。</w:t>
      </w:r>
      <w:r>
        <w:rPr>
          <w:lang w:eastAsia="zh-CN"/>
        </w:rPr>
        <w:br/>
      </w:r>
      <w:r>
        <w:rPr>
          <w:lang w:eastAsia="zh-CN"/>
        </w:rPr>
        <w:t>　　总之，要想做好生活指导这个职务，我还有不少的距离，在今后的工作中，我应多学习，多总结，真正不辜负校领导交代给我的任务，将下年度里的新生工作做好。</w:t>
      </w:r>
      <w:r>
        <w:rPr>
          <w:lang w:eastAsia="zh-CN"/>
        </w:rPr>
        <w:br/>
      </w:r>
      <w:r>
        <w:rPr>
          <w:lang w:eastAsia="zh-CN"/>
        </w:rPr>
        <w:t xml:space="preserve">    生活老师2024工作总结范文 篇7 </w:t>
      </w:r>
      <w:r>
        <w:rPr>
          <w:lang w:eastAsia="zh-CN"/>
        </w:rPr>
        <w:br/>
      </w:r>
      <w:r>
        <w:rPr>
          <w:lang w:eastAsia="zh-CN"/>
        </w:rPr>
        <w:t>　　生活老师，不少人认为“生活”无非就是：衣、食、住、行;也需要老师吗?其实，我们不仅仅是对学生的衣、食、住、行进行管理，更重要的是我们还配合学校的德育处，对学生进行思想品德的教育，在思想上给学生正确的指导，教育学生懂得做人的道理，使学生未成材之前首先成人。紧跟学校的发展方向—宿舍工作要从管理向教育转型;所以我知道生活老师任务的艰巨，责任的重大。</w:t>
      </w:r>
      <w:r>
        <w:rPr>
          <w:lang w:eastAsia="zh-CN"/>
        </w:rPr>
        <w:br/>
      </w:r>
      <w:r>
        <w:rPr>
          <w:lang w:eastAsia="zh-CN"/>
        </w:rPr>
        <w:t>　　一、爱岗、敬业，树立崇高的师德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我非常的热爱自己的工作，因为兴趣是的老师，也只有这样才能把自己全部的身心投入到工作中，才能想方设法把工作做得更好。我们生活老师既然能称得上是老师，就应该像个老师的样。一点也不错，我们不仅注重对学生的言教更应注意对学生的身教。因为在学生的心目中，老师是社会的规范，是道德的化身，是人类的楷模，是父母的替身。俗话说：“有一个什么样的将军，就有一支什么样的军队”。教育是人类永恒的事业，教育事业是爱的事业。老师对学生的爱是神圣、高尚、纯洁、无私、搏斗的，它来自崇高的教师职业道德。这种爱可孕育国家的英才、社会的栋梁。也正因为教师这种对学生的爱，人们才把教师誉为“人类灵魂的工程师”，把教师这一行业誉为“太阳底下最光辉的事业”。所以教师职业道德素质的高低直接关系到学生的健康成长，作为人民教师应以事业为重，以学生为重的宽阔胸怀，不断提高以为人民服务为核心的精神追求的境界。正如的教育家陈鹤琴的那句名言：“对下一代给以无与伦比的爱，具有着眼未来的宽阔胸怀，以孩子的健康成长为根本出发点与归宿点，将自己的一切言行，所有的时间和空间，都系孩子，用智慧、心血朔造祖国的未来，用满员桃李注释一生。”可见，崇高的师德，是一名教师，特别是作为一名生活老师必须具备的条件。</w:t>
      </w:r>
      <w:r>
        <w:rPr>
          <w:lang w:eastAsia="zh-CN"/>
        </w:rPr>
        <w:br/>
      </w:r>
      <w:r>
        <w:rPr>
          <w:lang w:eastAsia="zh-CN"/>
        </w:rPr>
        <w:t>　　二、赏识、信任和尊重学生</w:t>
      </w:r>
      <w:r>
        <w:rPr>
          <w:lang w:eastAsia="zh-CN"/>
        </w:rPr>
        <w:br/>
      </w:r>
      <w:r>
        <w:rPr>
          <w:lang w:eastAsia="zh-CN"/>
        </w:rPr>
        <w:t>　　当教师的不能用简单粗暴的做法对待学生，而应该信任和尊重学生的人格，发扬民主作风，以客观、平等、公正的态度处理好师生的关系。教师之所以特别要注意尊重学生，从青少年的心理特点来看，这是极其必要的。青少年一般自尊心特别强，他们对别人给予自己的评价极为敏感，往往一言一语都可以使他们激动，所谓“一枝一叶总关情”。而且，这种自尊心又往往是进取向上的动力。在学校里，如果学生受到老师恰当的评价与真诚的信任，他们会得到精神的满足，产生奋发向上的力量。</w:t>
      </w:r>
      <w:r>
        <w:rPr>
          <w:lang w:eastAsia="zh-CN"/>
        </w:rPr>
        <w:br/>
      </w:r>
      <w:r>
        <w:rPr>
          <w:lang w:eastAsia="zh-CN"/>
        </w:rPr>
        <w:t>　　三、关爱学生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既然我们选择了生活老师这份职业，就意味着我们选择了神圣，选择了付出、选择了奉献。把我们自己的全部知识、才华和爱心奉献给学生。爱，是青少年的基本心理需要，前苏联的教育家苏霍姆林基说：“事实上，在学校里所学习的许多东西，将会随着时间的消逝而被遗忘，但是人的思想所接触过的一切文明财富会在心灵中——首先在情感、内心感受中留下痕迹。关爱学生是爱生的源泉，特别是关心那些在宿舍表现差的、不遵守纪律的、而在学习上又较落后的所谓的后进生，由于他们经常受到父母、老师斥责，同学们的取笑或歧视，所以他们比较心虚、自卑、有戒心、有敌意，常以为老师轻视自己，厌弃自己，甚至对待真心实意的教育也常常持以沉默、回避或粗暴无礼的反常态度，但他们又很渴望得到周围的人们，特别是老师的关心、爱护和帮助。老师要想教育好他们，必须主动的接近他们，彻底的了解他们存在的问题，然后“对症下药”。以热情真挚的爱、无限的关怀，对他们动之以情，晓之以理，导之以行，与他们在感情上建立联系，消除他们怀疑恐惧的心理和对立的情绪。要转化先感化，使他们相信老师的善意，把老师当知心朋友。老师只有得到他们真心的信赖和爱戴，才能了解他们的所作所为，启发他们的觉悟，拨动他们的心弦，努力寻找他们身上的“闪光点”，使他们树立自信心，看到进步的希望。</w:t>
      </w:r>
      <w:r>
        <w:rPr>
          <w:lang w:eastAsia="zh-CN"/>
        </w:rPr>
        <w:br/>
      </w:r>
      <w:r>
        <w:rPr>
          <w:lang w:eastAsia="zh-CN"/>
        </w:rPr>
        <w:t>　　总之，我觉得“人非草木，熟能无情”;只要我们用深沉而执着的爱心去对待学生，用科学、正确的方法去引导学生，即使枯萎了的心灵也能苏醒，冰冻了的感情也会消融。</w:t>
      </w:r>
      <w:r>
        <w:rPr>
          <w:lang w:eastAsia="zh-CN"/>
        </w:rPr>
        <w:br/>
      </w:r>
      <w:r>
        <w:rPr>
          <w:lang w:eastAsia="zh-CN"/>
        </w:rPr>
        <w:t xml:space="preserve">    生活老师2024工作总结范文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本学年，我担任了三楼女生的生活老师。在一年的工作中，我感触颇深。作为学校学生管理中的一个新主角，没有前人经验能够借鉴，我只能是在探索中慢慢积累。得自我的工作还是进行得有条不紊。现将这一年的工作总结如下。生活老师，首先务必先从寝室的常规管理做起。所以我每时每刻都要下寝室，尤其是晚自习结束以后，我都会去寝室值班，期望能多了解学生一点。寝室是学生的第二个家，只有抓好寝室的卫生和纪律等常规，才能让学生有一个比安静，整洁的休息的良好环境。利用中午静校和晚上静校的时间，多和学生聊天，也多强调一些学校的制度和要求。对学生进行“遵规守纪”、“礼貌礼貌”、“爱护公物”等方面的教育。</w:t>
      </w:r>
      <w:r>
        <w:rPr>
          <w:lang w:eastAsia="zh-CN"/>
        </w:rPr>
        <w:br/>
      </w:r>
      <w:r>
        <w:rPr>
          <w:lang w:eastAsia="zh-CN"/>
        </w:rPr>
        <w:t>　　同时严格规范学生请假制度，做到学生该在寝室里的时候，一个也不少;不该在寝室里时，一个也不多，并及时与班主作联系。今年的寝室氛围变得更加整洁，融洽，是一个能够使学生们身心得到放松的休息的好地方。做好了常规检查，保证寝室外在环境，我想和学生的沟通，做好一些力所能及的心理辅导工作，也就应是生活老师的职责所在。为此，我觉得学生在正确处理考试压力和与同学之间的交往潜力可能会相比较较薄弱一点，我查阅了很多资料，同时在这两方面做了比较多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在走访寝室的过程中，发现学生的交往潜力比较欠缺，因此这方面的工作我也略微多下了一点功夫。我觉得让学生明确处理好人际关系好处重大。建立正常的人际关系是社会礼貌进步的重要表现，处理好人际关系也体现着人的知识和修养，人际关系状况关系着个人的成长和成才。此刻的学生大多都是独生子女，从小优越感强，唯有在与别人的比较中才能充分认识自我，一个学生如果终日独来独往，孤僻冷漠，缺乏交往，那他对自我的认识就缺乏了“参照系”，也发现不了别人身上有好或不好的东西，也就无法调整和改善自我。处理人际关系是一种潜力，也是一种技术，它能够透过学习和训练来培养和提高。如增加交往频率。在紧张的学习之余，不妨主动地找同学谈谈心，讨论某些问题，交换一些意见，从中加深情感联系。平时真诚关心同学，当别的同学有求于自我时，只要是正当的要求，就要尽己所能，满足对方的要求;当看到别的同学有困难时，要主动去帮忙。</w:t>
      </w:r>
      <w:r>
        <w:rPr>
          <w:lang w:eastAsia="zh-CN"/>
        </w:rPr>
        <w:br/>
      </w:r>
      <w:r>
        <w:rPr>
          <w:lang w:eastAsia="zh-CN"/>
        </w:rPr>
        <w:t>　　此外，学会宽容待人，谦恭礼让，惜时守信等等，也是正确处理好人际关系的一种技能。在寝室这个小家庭中，同学们也要经常互帮互助，建立深厚的友谊。我的工作也还存在很多不足之处，不能对每个学生都给予足够的关心，工作的深度还不够。期望在今后取得更大的进步，与学生做到“零距离接触、近距离交流”。</w:t>
      </w:r>
      <w:r>
        <w:rPr>
          <w:lang w:eastAsia="zh-CN"/>
        </w:rPr>
        <w:br/>
      </w:r>
      <w:r>
        <w:rPr>
          <w:lang w:eastAsia="zh-CN"/>
        </w:rPr>
        <w:t xml:space="preserve">    生活老师2024工作总结范文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虽然从教已经20多年，但对生活教师这个岗位还是比较陌生，这学期突然从一名一线的教师走到生活老师的岗位上，显得有些茫然，同时也感到了职责的重大，在学校领导的正确领导下，在同行姐妹的关心和帮忙下，加上自我的努力与实践，圆满完成了本学期工作任务。那么采取哪些教育方法与手段，才能促进学生健康发展，做好生活服务老师的工作呢?我认为生活老师工作也是一门教育科学，需要不断实践、研究和探索。生活老师的实践使我深深体会到，生活老师工作尽管千头万绪，但不外乎管理与教育两大任务，而归根结蒂就是育人问题。作为一名生活教师在对学生进行思想教育与管理时，务必统一思想，转变教育观念，坚持人性化管理，遵循教育规律，牢牢树立起三心，即，慈母之心、严师之心、益友之心，用这三心来点燃同学们的心灵，促使他们个个都能健康、和谐、全面发展。慈母之心，是做好服务育人的基本要求。平时，我们要主动为学生排忧解难，坚持对好学生不溺爱，对差学生不排斥，坚持对事不对人，坚持公正平等的原则，心中时刻装着学生，充分体现出我们教师无私奉献的爱，让学生时时处处感受到教师的温暖慈爱，并用自我的思想，行为感召学生，影响学生。严师之心，是做好生活育人的前提条件。俗话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严师出高徒，对学生要有高度的职责感，多为学生着想，做长打算，短安排，从点点滴滴的小事抓起，教他们怎样做人，怎样做事，日常多督促检查，从严管理要求，坚持严与爱相结合的原则，用自我的真诚去打动同学们向上的心灵，让他们对你可敬可亲，心悦诚服。益友之心，是做好管理育人的重要保证。所谓益友之心，即教师与学生交朋友，建立一种新型的师生关系。因为，我认为生活老师只靠说教，教育效果不会好，务必十分注意感情的投入，这种感情是建立在相互理解、相互信任，而传达信息的一种关系。在日常生活中，对学生要多理解、多关怀，诚心诚意地与他们交朋友，做良师、成益友，让他们从内心敬重你，热爱你，离不开你，方能收到事半功倍的好效果。还要引导学生学会做人，学会生活。让学生学会自我的事情自我做，从叠被子，铺床铺，摆放东西开始，有针对性引导学生做一些力所能及的事，比如做楼道卫生拖地、卫生间保洁等，让学生吃点苦头，进行意志、体力的锻炼，教给学生一些自护的知识，如在突发事件中如何避险自救，青春期卫生常识、平常的卫生安全教育等都是不可缺少的。还要对学生良好习惯养成教育常抓不懈。因为学生具有较强的可塑性，具有从众心理和模仿性，他们能够理解良好行为规范的教育，并</w:t>
      </w:r>
      <w:r>
        <w:rPr>
          <w:lang w:eastAsia="zh-CN"/>
        </w:rPr>
        <w:br/>
      </w:r>
      <w:r>
        <w:rPr>
          <w:lang w:eastAsia="zh-CN"/>
        </w:rPr>
        <w:t>　　能设法按要求去做。但是，他们又具有不稳定性和随意性，自制力差，不能自觉长期按照规范要求去行动。因此，对学生的养成教育要数年如一日，不断强化，使学生在行为习惯养成过程中，逐步完成从不自觉到自觉，从量变到质变的过程。能够说，坚持持久是养成教育的生命线。同时，要突出三个严字。即：严格的校规、校纪和行为规范的要求。做到明确、具体、有章可循。以上是我这一学期的工作和学习状况的总结，虽然完成了任务，但还存在许多不足，我要在以后的工作和学习中，发扬优点、克服不足，不断完善自身，谨言慎行，了解、关爱每一位学生，时时处处做学生的榜样，用自我的善言善行为学生树立榜样，加强自身修养，注意总结经验教训，用一件一件的小事，一点一滴的行动去履行一名生活老师的职责，使工作有所创新，不断进取，把工作做得更好。多谢大家!</w:t>
      </w:r>
      <w:r>
        <w:rPr>
          <w:lang w:eastAsia="zh-CN"/>
        </w:rPr>
        <w:br/>
      </w:r>
      <w:r>
        <w:rPr>
          <w:lang w:eastAsia="zh-CN"/>
        </w:rPr>
        <w:t xml:space="preserve">    生活老师2024工作总结范文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时光飞逝，在忙碌与充实中，我们生活部度过了一个紧张而又快乐的学期。回首这过去的日子，我们部门的每个成员团结协作、努力共勉、认真进取，不断发扬全心全意为同学服务，服务学校的宗旨。在丰富校园文化，做好部门职责工作等方面取得了优异的成绩，并且积极配合学生会其他部门的工作和活动，得到了学院老师和同学的一致好评。在我们生活部部长及副部的模范带头作用下，我部门励志发愤图强，继续努力，不求，只求更好，在今后的工作、学习以及生活中，再接再厉。</w:t>
      </w:r>
      <w:r>
        <w:rPr>
          <w:lang w:eastAsia="zh-CN"/>
        </w:rPr>
        <w:br/>
      </w:r>
      <w:r>
        <w:rPr>
          <w:lang w:eastAsia="zh-CN"/>
        </w:rPr>
        <w:t>　　从开学到现在，我们学生会生活部这个温馨的“家庭”已经肩并肩、风风雨雨走过了三个多月，我们部每个新老成员的感情在工作与学习中得到了很好的交流与沟通。总结我们部门这个学期的工作如下：</w:t>
      </w:r>
      <w:r>
        <w:rPr>
          <w:lang w:eastAsia="zh-CN"/>
        </w:rPr>
        <w:br/>
      </w:r>
      <w:r>
        <w:rPr>
          <w:lang w:eastAsia="zh-CN"/>
        </w:rPr>
        <w:t>　　一、部门建设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本学期初，随着量新生的来到，我们艺术学院学生会生活跟随学院学生会一同进行一次面向全院的公开的招新活动，经过了第一轮、第二轮以及一个月的试用期这样的层层选拔，我们生活部吸收了4名各方面表现优秀的新成员，使我们部门注入了新的活力与血液，并对我们部门的新成员进行了一系列的考察与培训。我们这些新成员在这个学期中所接到的工作与平时的学习中都有着深刻的体会，从工作和学习中也看到了每个成员的不断成熟，学到了很多的工作技巧和工作经验，在处理学习、工作、生活以及人与人交往中也得到了很多的经验。使我们生活部包括部长在内的全体新老成员都会以更加饱满的热情与态度投入到学生会的工作中来。经过三个多月的建设，我们生活部中的每个成员的不断磨合，使我们部门在各方面的工作与活动中都取得了令人欣喜的成绩。</w:t>
      </w:r>
      <w:r>
        <w:rPr>
          <w:lang w:eastAsia="zh-CN"/>
        </w:rPr>
        <w:br/>
      </w:r>
      <w:r>
        <w:rPr>
          <w:lang w:eastAsia="zh-CN"/>
        </w:rPr>
        <w:t>　　二、活动组织</w:t>
      </w:r>
      <w:r>
        <w:rPr>
          <w:lang w:eastAsia="zh-CN"/>
        </w:rPr>
        <w:br/>
      </w:r>
      <w:r>
        <w:rPr>
          <w:lang w:eastAsia="zh-CN"/>
        </w:rPr>
        <w:t>　　在这个学期中，我们部门配合学校、学院、学院学生会其他部门以及我们部门自己，开展了多次小型活动，并取得了成功。</w:t>
      </w:r>
      <w:r>
        <w:rPr>
          <w:lang w:eastAsia="zh-CN"/>
        </w:rPr>
        <w:br/>
      </w:r>
      <w:r>
        <w:rPr>
          <w:lang w:eastAsia="zh-CN"/>
        </w:rPr>
        <w:t>　　在20__届新生入学不久，我们艺术学院就举行了一年一度的“新生杯”辩论赛，在学院学生会的力宣传下，艺术学院10级各班踊跃报名、积极参与，使得我们艺术学院的“新生杯”辩论赛取得了成功。在这次辩论赛即将展开之际，我们生活部把所需的物资已全权的准备齐全，并在比赛开始之前，我们部门的成员积极地配合学生会学习部布置赛场，为此次辩论赛的高效、高质奠定了基础。在部长的带领下，让每位新成员第一次亲身体会到了我们部门的工作，让每个成员对我们部门的工作又多了一份热情。</w:t>
      </w:r>
      <w:r>
        <w:rPr>
          <w:lang w:eastAsia="zh-CN"/>
        </w:rPr>
        <w:br/>
      </w:r>
      <w:r>
        <w:rPr>
          <w:lang w:eastAsia="zh-CN"/>
        </w:rPr>
        <w:t>　　但在艺术学院学生会中，我们生活部的工作远远没有结束，每个星期三晚上的卫生检查一直是我们艺术学院对每个教室卫生的一个要求检查，以督促每名同学对自己周身环境的关注。在这一个学期以来，我们部的每名成员在部长和副部的带领下，从未放松对教室卫生的检查，使得09、10级的教室卫生环境等到了很程度的提高，为我们艺术学院的生活环境有了很的改善。</w:t>
      </w:r>
      <w:r>
        <w:rPr>
          <w:lang w:eastAsia="zh-CN"/>
        </w:rPr>
        <w:br/>
      </w:r>
      <w:r>
        <w:rPr>
          <w:lang w:eastAsia="zh-CN"/>
        </w:rPr>
        <w:t>　　三、成果显著</w:t>
      </w:r>
      <w:r>
        <w:rPr>
          <w:lang w:eastAsia="zh-CN"/>
        </w:rPr>
        <w:br/>
      </w:r>
      <w:r>
        <w:rPr>
          <w:lang w:eastAsia="zh-CN"/>
        </w:rPr>
        <w:t>　　在这一学期的各科活动中，我部成员积极认真工作，不断实践，取得了一定的成绩，总的来说，主要有以下几点：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(一)密切配合。院指导员一直以来的悉心指导，学生会兄弟部门不断地关心与支持，以及本部门全体成员的认真负责的精神和共同努力是本学期工作成就取得的必不可少的原因。</w:t>
      </w:r>
      <w:r>
        <w:rPr>
          <w:lang w:eastAsia="zh-CN"/>
        </w:rPr>
        <w:br/>
      </w:r>
      <w:r>
        <w:rPr>
          <w:lang w:eastAsia="zh-CN"/>
        </w:rPr>
        <w:t>　　(二)准备充分。活动、工作过程中详实的考虑、周全的计划和充分的准备，以及合理的安排，不忽视每一处细节工作才有了这一学期活动的成功举办。</w:t>
      </w:r>
      <w:r>
        <w:rPr>
          <w:lang w:eastAsia="zh-CN"/>
        </w:rPr>
        <w:br/>
      </w:r>
      <w:r>
        <w:rPr>
          <w:lang w:eastAsia="zh-CN"/>
        </w:rPr>
        <w:t>　　(三)分工具体安排。在繁忙的工作与学习结合具体情况，合理安排活动时间，合理分配活动任务，效率的利用资源，才使本学期的工作顺利地开展，圆满完成。</w:t>
      </w:r>
      <w:r>
        <w:rPr>
          <w:lang w:eastAsia="zh-CN"/>
        </w:rPr>
        <w:br/>
      </w:r>
      <w:r>
        <w:rPr>
          <w:lang w:eastAsia="zh-CN"/>
        </w:rPr>
        <w:t>　　(四)部门内部成员相互信任，团结互助，勤奋共勉的精神是各种成就取得的核心动力。</w:t>
      </w:r>
      <w:r>
        <w:rPr>
          <w:lang w:eastAsia="zh-CN"/>
        </w:rPr>
        <w:br/>
      </w:r>
      <w:r>
        <w:rPr>
          <w:lang w:eastAsia="zh-CN"/>
        </w:rPr>
        <w:t>　　四、缺点与不足</w:t>
      </w:r>
      <w:r>
        <w:rPr>
          <w:lang w:eastAsia="zh-CN"/>
        </w:rPr>
        <w:br/>
      </w:r>
      <w:r>
        <w:rPr>
          <w:lang w:eastAsia="zh-CN"/>
        </w:rPr>
        <w:t>　　(一)在这一学期中，虽然我们部门的每名成员都在尽职尽责的做好自己的工作，但缺少沟通与交流，使得许多事情没有在第一时间高效的完成。所以在今后的部门工作中，成员之间要密切联系，多沟通与交流，让我们的工作效率稳步提升。</w:t>
      </w:r>
      <w:r>
        <w:rPr>
          <w:lang w:eastAsia="zh-CN"/>
        </w:rPr>
        <w:br/>
      </w:r>
      <w:r>
        <w:rPr>
          <w:lang w:eastAsia="zh-CN"/>
        </w:rPr>
        <w:t>　　(二)在活动与工作中，如果活动繁多、时间紧张，会造成不必要的时间。</w:t>
      </w:r>
      <w:r>
        <w:rPr>
          <w:lang w:eastAsia="zh-CN"/>
        </w:rPr>
        <w:br/>
      </w:r>
      <w:r>
        <w:rPr>
          <w:lang w:eastAsia="zh-CN"/>
        </w:rPr>
        <w:t>　　(三)我们艺术学院学生会生活部应该多体现艺术学院的特色，打造属于我们自己的特色部门，开展更多的有利于展现我们艺术学院特色、提高同学对艺术热爱的争优、展示活动。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(四)虽然这学期生活部取得了很的进步，但胜作中还存在一点不足之处：</w:t>
      </w:r>
      <w:r>
        <w:rPr>
          <w:lang w:eastAsia="zh-CN"/>
        </w:rPr>
        <w:br/>
      </w:r>
      <w:r>
        <w:rPr>
          <w:lang w:eastAsia="zh-CN"/>
        </w:rPr>
        <w:t>　　由于各个部员的课巢排不同，导致工作时间安排和成员调度上存在一些问题。部门在开展活动时还是缺乏一定的积极性与主动性，多是被动的开展活动，致使一些活动没有新鲜感，不具有创新性。我们认识到问题后，家一起齐心协力解决困难，使得问题得到有效的缓解。还有，有时用于课表的问题，一些负责人不能及时到位，导致一些物资不能准时到位。</w:t>
      </w:r>
      <w:r>
        <w:rPr>
          <w:lang w:eastAsia="zh-CN"/>
        </w:rPr>
        <w:br/>
      </w:r>
      <w:r>
        <w:rPr>
          <w:lang w:eastAsia="zh-CN"/>
        </w:rPr>
        <w:t>　　在总结这学期的得与失时，我们不应把眼光停留在过去和现在，我们应该看的更远，看的更高。展望明年，我们生活部要做到：</w:t>
      </w:r>
      <w:r>
        <w:rPr>
          <w:lang w:eastAsia="zh-CN"/>
        </w:rPr>
        <w:br/>
      </w:r>
      <w:r>
        <w:rPr>
          <w:lang w:eastAsia="zh-CN"/>
        </w:rPr>
        <w:t>　　1、努力把这学期我们部门出现的一些不足改正，以更加饱满的热情来迎接明年的挑战。</w:t>
      </w:r>
      <w:r>
        <w:rPr>
          <w:lang w:eastAsia="zh-CN"/>
        </w:rPr>
        <w:br/>
      </w:r>
      <w:r>
        <w:rPr>
          <w:lang w:eastAsia="zh-CN"/>
        </w:rPr>
        <w:t>　　2、我们生活部在明年一定要不满足现在的状况，努力提升自己部门的综合能力。</w:t>
      </w:r>
      <w:r>
        <w:rPr>
          <w:lang w:eastAsia="zh-CN"/>
        </w:rPr>
        <w:br/>
      </w:r>
      <w:r>
        <w:rPr>
          <w:lang w:eastAsia="zh-CN"/>
        </w:rPr>
        <w:t>　　3、明年的‘画室装饰赛’!我们部门一定要从现在开始就策划明年的‘画室装饰赛’。争取能圆满成功。</w:t>
      </w:r>
      <w:r>
        <w:rPr>
          <w:lang w:eastAsia="zh-CN"/>
        </w:rPr>
        <w:br/>
      </w:r>
      <w:r>
        <w:rPr>
          <w:lang w:eastAsia="zh-CN"/>
        </w:rPr>
        <w:t>　　五、小结</w:t>
      </w:r>
      <w:r>
        <w:rPr>
          <w:lang w:eastAsia="zh-CN"/>
        </w:rPr>
        <w:br/>
      </w:r>
      <w:r>
        <w:rPr>
          <w:lang w:eastAsia="zh-CN"/>
        </w:rPr>
        <w:t>　　总体来说，在学院老师和同学们的力支持下，学院团学生会的认真工作中，在本学期我们艺术学院生活部的成绩是显著地，并积累了一定的工作经验。相信在下个学期的工作中会进一步发扬团结精神，延续优点，改进缺点，努力取得更好的成绩。在接下来的工作中我们会支持配合好学院各部门举办的各项活动，努力做到更好!</w:t>
      </w:r>
      <w:r>
        <w:rPr>
          <w:lang w:eastAsia="zh-CN"/>
        </w:rPr>
        <w:br/>
      </w:r>
      <w:r>
        <w:rPr>
          <w:lang w:eastAsia="zh-CN"/>
        </w:rPr>
        <w:t xml:space="preserve">    生活老师2024工作总结范文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转眼间，在某某中学担任生活教师已有两个月了，对本工作的流程和资料已有了充分的理解和掌握；并对所负责管理的楼层学生也有了基本的了解和熟悉；整体感觉可用四个字形容“趣味”“欢乐”，何以解得</w:t>
      </w:r>
      <w:r>
        <w:rPr>
          <w:lang w:eastAsia="zh-CN"/>
        </w:rPr>
        <w:br/>
      </w:r>
      <w:r>
        <w:rPr>
          <w:lang w:eastAsia="zh-CN"/>
        </w:rPr>
        <w:t>　　首先，在相处交流的地理位置上。担任科任教师时，课室、讲台就是我与学生接触交流的平台，基本所有的教育教学都在课室里进行和完成。而担任生活教师，教学交流的地方则转向学生宿舍，主要是经过运用自我过去的生活经验，教会学生如何生活如何学习如何做人。</w:t>
      </w:r>
      <w:r>
        <w:rPr>
          <w:lang w:eastAsia="zh-CN"/>
        </w:rPr>
        <w:br/>
      </w:r>
      <w:r>
        <w:rPr>
          <w:lang w:eastAsia="zh-CN"/>
        </w:rPr>
        <w:t>　　在教育的形式上。担任科任教师，师生的互动交流和教学任务的完成，主要经过上课的形式来实现课堂资料的学习与分享。而生活教师的教育教学方式则是经过与学生之间日常的相互口头交流来实现对学生生活的指导与教育，没有讲台，没有教鞭。</w:t>
      </w:r>
      <w:r>
        <w:rPr>
          <w:lang w:eastAsia="zh-CN"/>
        </w:rPr>
        <w:br/>
      </w:r>
      <w:r>
        <w:rPr>
          <w:lang w:eastAsia="zh-CN"/>
        </w:rPr>
        <w:t>　　能够说，生活教师跳出课堂模式，更真实地接触学生，了解学生，帮忙学生，使他们在以后独立的生活里，能更好地把握生活，享受生活。</w:t>
      </w:r>
      <w:r>
        <w:rPr>
          <w:lang w:eastAsia="zh-CN"/>
        </w:rPr>
        <w:br/>
      </w:r>
      <w:r>
        <w:rPr>
          <w:lang w:eastAsia="zh-CN"/>
        </w:rPr>
        <w:t>　　在这两个月里，我深深地体会到生活教师是“家长、教师”一身两任，既要付于学生以父母亲人的关爱，又要承担教师解惑答疑的职责，所以，这是一种不仅仅需要高技术含量，更要拥有较高做人艺术的职业。</w:t>
      </w:r>
      <w:r>
        <w:rPr>
          <w:lang w:eastAsia="zh-CN"/>
        </w:rPr>
        <w:br/>
      </w:r>
      <w:r>
        <w:rPr>
          <w:lang w:eastAsia="zh-CN"/>
        </w:rPr>
        <w:t>　　另外，在这两个月的观察里，我得出以下的经验：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第一，作为最真实、最了解清楚学生的一线教育人员——生活教师，应当做学生“领袖式”的朋友，而不是“伙伴式”的朋友。这在一开始，彭主任已为我们指出。由于我负责的楼层主要是初二、初三年级，这一时期的孩子正是处于青春期，情绪波动大，性格可塑性较强、自我意识和成人感表现强烈。可是，又由于她们人生阅历经验少，在日常生活中还有很多事情没有注意到或不清楚，所以，这就需要我应当以她们朋友的身份，在生活中多为她们指点、帮忙和教育。与此同时，我也应当用欣赏的目光站在平等的角度和她们坦诚地交流，以心换心、正确引导、帮忙她们解决成长中出现的问题，并使其健康欢乐地成长。</w:t>
      </w:r>
      <w:r>
        <w:rPr>
          <w:lang w:eastAsia="zh-CN"/>
        </w:rPr>
        <w:br/>
      </w:r>
      <w:r>
        <w:rPr>
          <w:lang w:eastAsia="zh-CN"/>
        </w:rPr>
        <w:t>　　第二，要理解学生。孩子在成长过程中难免会出现这样那样的问题，她们也是在发生问题解决问题中学会为人处世，渐渐成熟长大。作为和学生朝夕相处的我，要全面了解学生，是理解学生，教育好学生的前提基础。</w:t>
      </w:r>
      <w:r>
        <w:rPr>
          <w:lang w:eastAsia="zh-CN"/>
        </w:rPr>
        <w:br/>
      </w:r>
      <w:r>
        <w:rPr>
          <w:lang w:eastAsia="zh-CN"/>
        </w:rPr>
        <w:t>　　例如：在刚开学的第一个星期，有一个初一的男新生，不知为什么一向在阳台里哭，又不愿上晚修，我经过与其耐心的交流，才发现由于他妈妈多次答应他的事，但没有一次实现诺言，所以，令他对妈妈感到失望的同时也感到悲痛，认为妈妈欺骗他，不在乎他，不关心他。于是，我们联系他的妈妈，把事情告诉她，并让其把孩子先带回家，安抚好孩子的情绪后再和他慢慢沟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事后，经过观察，我发现这名新生比之前开心了很多，也很快适应新学校的生活。所以，我认为深入到学生中去细心观察，多和学生聊天谈心，听听他们的心声，理解学生的所作所为，同时多和班主任家长沟通交流，走进学生心灵才能更好地实施有效教育。</w:t>
      </w:r>
      <w:r>
        <w:rPr>
          <w:lang w:eastAsia="zh-CN"/>
        </w:rPr>
        <w:br/>
      </w:r>
      <w:r>
        <w:rPr>
          <w:lang w:eastAsia="zh-CN"/>
        </w:rPr>
        <w:t>　　第三，摆正心态，扮好自我的主角。生活教师的工作平凡而琐碎，虽然他们操心的是学生的衣食住行日常琐碎之事，可是重要的是孩子的健康成长都离不开他们的精心照顾和悉心教育。作为是生活教师的我们应从琐碎、循环往复的工作中调整好心态，把生活管理当作自我的职业，而不是当作一种谋生的手段，既然我们选择了做生活教师这份辛苦而又职责重大的职业，就容不得我们工作有半点马虎，就应当无怨无悔，不计较个人得失，用一颗真诚的、火热的心去应对我们的学生，让每一天的工作都充满活力，充满乐趣。态度决定高度，认同自我的职业，扮好自我的主角。</w:t>
      </w:r>
      <w:r>
        <w:rPr>
          <w:lang w:eastAsia="zh-CN"/>
        </w:rPr>
        <w:br/>
      </w:r>
      <w:r>
        <w:rPr>
          <w:lang w:eastAsia="zh-CN"/>
        </w:rPr>
        <w:t>　　在变革创新的教育大潮中，生活教师已是寄宿学校必不可少的一部分，是班主任教师必不可少的后勤帮手，所以，我们身上的担子很重，多积累行之有效的管理经验，多探索行之有效的教育新方法，将是我们不懈追求的目标。生活教师的工作虽是平凡的、琐碎的、辛苦的，但又是欢乐的，充实的。因为和孩子们在一齐大家童心不泯，享受生活的完美，教育好孩子的同时也净化了自我的心灵！欢乐工作，欢乐生活。</w:t>
      </w:r>
      <w:r>
        <w:rPr>
          <w:lang w:eastAsia="zh-CN"/>
        </w:rPr>
        <w:br/>
      </w:r>
      <w:r>
        <w:rPr>
          <w:lang w:eastAsia="zh-CN"/>
        </w:rPr>
        <w:t xml:space="preserve">    生活老师2024工作总结范文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学生公寓是学生生活和学习的重要场所，是学生日常行为管理和思想政治教育工作的重要阵地。学生公寓管理办公室以“优化育人环境，服务学校教学，利于学生成才”为己任，以服务为基础，以管理为手段，以育人为目标，积极推进“三项教育”(安全教育、日常行为教育、思想政治教育)，开展“三个建设”(规章制度建设、组织机构建设、文化建设)，提高学生公寓的管理水平和服务质量，突现学生公寓的育人功能，为学生的成长、成才营造良好的氛围。</w:t>
      </w:r>
      <w:r>
        <w:rPr>
          <w:lang w:eastAsia="zh-CN"/>
        </w:rPr>
        <w:br/>
      </w:r>
      <w:r>
        <w:rPr>
          <w:lang w:eastAsia="zh-CN"/>
        </w:rPr>
        <w:t>　　随着教育改革的继续深入和学校后勤社会化改革的不断推进，学生公寓已经成为学校进行思想政治工作和素质教育的重要阵地，学生公寓的地位和作用空前提高，如何做好学生公寓的管理服务工作，实现学生公寓的育人功能，成为我们工作的着眼点。学生公寓管理在校党总支、学生处的领导下，积极探索，大胆尝试，以优化育人环境为目标，坚持“以人为本，根植服务意识，营造良好育人氛围;与时俱进，提高管理水平，创建一流学生公寓。”的工作方针，积极推进“三项教育”，全面开展“三个建设”，开创了学生公寓管理工作的新局面。</w:t>
      </w:r>
      <w:r>
        <w:rPr>
          <w:lang w:eastAsia="zh-CN"/>
        </w:rPr>
        <w:br/>
      </w:r>
      <w:r>
        <w:rPr>
          <w:lang w:eastAsia="zh-CN"/>
        </w:rPr>
        <w:t>　　1.安全教育</w:t>
      </w:r>
      <w:r>
        <w:rPr>
          <w:lang w:eastAsia="zh-CN"/>
        </w:rPr>
        <w:br/>
      </w:r>
      <w:r>
        <w:rPr>
          <w:lang w:eastAsia="zh-CN"/>
        </w:rPr>
        <w:t>　　学生公寓的安全保卫工作，一向是我们工作的重中之重。高层学生公寓楼层高、面积大、人口密集，安全保卫工作的困难较大，这也是社会、家长、学生最为关心的问题。针对这一情况，我们提出了“三放心”工程——让社会放心、让家长放心、让学生放心。具体措施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学生在校学习期间，有一半的时间是在宿舍中度过的，如何有效地利用这部分时间对学生进行日常行为教育，已提上学生公寓管理工作的日程。学生宿舍是课堂教育的延伸，是课堂以外的课堂。它不但是同学们的休息场所，更是自学，交流学习经验，交流各种信息，陶冶情操的重要场所。大学生正处于成长发育的关键阶段，大学生活是人生观、价值观的形成阶段，学生的良好生活习惯、健全人格、高尚情操及文明举止等都将在这里塑造或形成。从这个意义上来说，学生宿舍是以学生实施日常行为教育的重要阵地。我们以此为出发点，开展宿舍卫生的日常检查评比工作，敦促学生养成良好的卫生习惯;在学生公寓区举办或张贴健康向上的字画、标语等，引导学生的日常行为;通过宿舍设计大赛，提升了学生之间的凝聚力;开展宿舍间、楼层间的文体活动，扩大了学生之间的交流和联系;让学生参与学生公寓的管理和服务工作，如打扫公共区域卫生、日常巡视、值班等，使学生懂得了尊重服务人员和珍惜他们的劳动果实。一系列的活动和举措使学生学会了与人相处，增强了团队精神，并逐渐养成了良好的生活习惯，健康的成长，不断的走向成熟。</w:t>
      </w:r>
      <w:r>
        <w:rPr>
          <w:lang w:eastAsia="zh-CN"/>
        </w:rPr>
        <w:br/>
      </w:r>
      <w:r>
        <w:rPr>
          <w:lang w:eastAsia="zh-CN"/>
        </w:rPr>
        <w:t>　　2.日常行为教育</w:t>
      </w:r>
      <w:r>
        <w:rPr>
          <w:lang w:eastAsia="zh-CN"/>
        </w:rPr>
        <w:br/>
      </w:r>
      <w:r>
        <w:rPr>
          <w:lang w:eastAsia="zh-CN"/>
        </w:rPr>
        <w:t>　　学生公寓是学生的家园，多数学生第一次远离家乡，身边没有了父母的贴心照顾，开始了相对独立的生活。不同的生活习惯和个性特征很容易产生这样那样的摩擦和矛盾。这些情况，为我们推进学生公寓内的养成教育提供了严峻的挑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学生在校学习期间，有一半的时间是在宿舍中度过的，如何有效地利用这部分时间对学生进行日常行为教育，已提上学生公寓管理工作的日程。学生宿舍是课堂教育的延伸，是课堂以外的课堂。它不但是同学们的休息场所，更是自学，交流学习经验，交流各种信息，陶冶情操的重要场所。学生正处于成长发育的关键阶段，学生生活是人生观、价值观的形成阶段，学生的良好生活习惯、健全人格、高尚情操及文明举止等都将在这里塑造或形成。从这个意义上来说，学生宿舍是以学生实施日常行为教育的重要阵地。我们以此为出发点，开展宿舍卫生的日常检查评比工作，敦促学生养成良好的卫生</w:t>
      </w:r>
      <w:r>
        <w:rPr>
          <w:lang w:eastAsia="zh-CN"/>
        </w:rPr>
        <w:br/>
      </w:r>
      <w:r>
        <w:rPr>
          <w:lang w:eastAsia="zh-CN"/>
        </w:rPr>
        <w:t>　　习惯，让学生参与学生公寓的管理和服务工作，如打扫公共区域卫生，使学生懂得了尊重服务人员和珍惜他们的劳动果实。一系列的活动和举措使学生学会了与人相处，增强了团队精神，并逐渐养成了良好的生活习惯，健康的成长，不断的走向成熟。</w:t>
      </w:r>
      <w:r>
        <w:rPr>
          <w:lang w:eastAsia="zh-CN"/>
        </w:rPr>
        <w:br/>
      </w:r>
      <w:r>
        <w:rPr>
          <w:lang w:eastAsia="zh-CN"/>
        </w:rPr>
        <w:t>　　虽然从教已经20多年，但对生活教师这个岗位还是比较陌生，这学期突然从一名一线的教师走到生活老师的岗位上，显得有些茫然，同时也感到了职责的重大，在学校领导的正确领导下，在同行姐妹的关心和帮忙下，加上自我的努力与实践，圆满完成了本学期工作任务。那么采取哪些教育方法与手段，才能促进学生健康发展，做好生活服务老师的工作呢?我认为生活老师工作也是一门教育科学，需要不断实践、研究和探索。生活老师的实践使我深深体会到，生活老师工作尽管千头万绪，但不外乎管理与教育两大任务，而归根结蒂就是育人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作为一名生活教师在对学生进行思想教育与管理时，务必统一思想，转变教育观念，坚持人性化管理，遵循教育规律，牢牢树立起“三心”，即，慈母之心、严师之心、益友之心，用“这三心”来点燃同学们的心灵，促使他们个个都能健康、和谐、全面发展。慈母之心，是做好服务育人的基本要求。平时，我们要主动为学生排忧解难，坚持对好学生不溺爱，对差学生不排斥，坚持对事不对人，坚持公正平等的原则，心中时刻装着学生，充分体现出我们教师无私奉献的爱，让学生时时处处感受到教师的温暖慈爱，并用自我的思想，行为感召学生，影响学生。严师之心，是做好生活育人的前提条件。俗话说，“严师出高徒”，对学生要有高度的职责感，多为学生着想，做长打算，短安排，从点点滴滴的小事抓起，教他们怎样做人，怎样做事，日常多督促检查，从严管理要求，坚持严与爱相结合的原则，用自我的真诚去打动同学们向上的心灵，让他们对你可敬可亲，心悦诚服。益友之心，是做好管理育人的重要保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所谓益友之心，即教师与学生交朋友，建立一种新型的师生关系。因为，我认为生活老师只靠说教，教育效果不会好，务必十分注意感情的投入，这种感情是建立在相互理解、相互信任，而传达信息的一种关系。在日常生活中，对学生要多理解、多关怀，诚心诚意地与他们交朋友，做良师、成益友，让他们从内心敬重你，热爱你，离不开你，方能收到事半功倍的好效果。还要引导学生学会做人，学会生活。让学生学会自我的事情自我做，从叠被子，铺床铺，摆放东西开始，有针对性引导学生做一些力所能及的事，比如做楼道卫生拖地、卫生间保洁等，让学生吃点苦头，进行意志、体力的锻炼，教给学生一些自护的知识，如在突发事件中如何避险自救，青春期卫生常识、平常的卫生安全教育等都是不可缺少的。还要对学生良好习惯养成教育常抓不懈。因为学生具有较强的可塑性，具有从众心理和模仿性，他们能够理解良好行为规范的教育，并能设法按要求去做。但是，他们又具有不稳定性和随意性，自制力差，不能自觉长期按照规范要求去行动。</w:t>
      </w:r>
      <w:r>
        <w:rPr>
          <w:lang w:eastAsia="zh-CN"/>
        </w:rPr>
        <w:br/>
      </w:r>
      <w:r>
        <w:rPr>
          <w:lang w:eastAsia="zh-CN"/>
        </w:rPr>
        <w:t>　　因此，对学生的养成教育要数年如一日，不断强化，使学生在行为习惯养成过程中，逐步完成从不自觉到自觉，从量变到质变的过程。能够说，坚持持久是养成教育的生命线。同时，要突出三个“严”字。即：严格的校规、校纪和行为规范的要求。做到明确、具体、有章可循。以上是我这一学期的工作和学习状况的总结，虽然完成了任务，但还存在许多不足，我要在以后的工作和学习中，发扬优点、克服不足，不断完善自身，谨言慎行，了解、关爱每一位学生，时时处处做学生的榜样，用自我的善言善行为学生树立榜样，加强自身修养，注意总结经验教训，用一件一件的小事，一点一滴的行动去履行一名生活老师的职责，使工作有所创新，不断进取，把工作做得更好。多谢大家!</w:t>
      </w:r>
      <w:r>
        <w:rPr>
          <w:lang w:eastAsia="zh-CN"/>
        </w:rPr>
        <w:br/>
      </w:r>
      <w:r>
        <w:rPr>
          <w:lang w:eastAsia="zh-CN"/>
        </w:rPr>
        <w:t xml:space="preserve">    生活老师2024工作总结范文 篇13 </w:t>
      </w:r>
      <w:r>
        <w:rPr>
          <w:lang w:eastAsia="zh-CN"/>
        </w:rPr>
        <w:br/>
      </w:r>
      <w:r>
        <w:rPr>
          <w:lang w:eastAsia="zh-CN"/>
        </w:rPr>
        <w:t>　　生活老师，不少人认为“生活”无非就是：衣、食、住、行;也需要老师吗?其实，我们不仅仅是对学生的衣、食、住、行进行管理，更重要的是我们还配合学校的德育处，对学生进行思想品德的教育，在思想上给学生正确的指导，教育学生懂得做人的道理，使学生未成材之前首先成人。紧跟学校的发展方向—宿舍工作要从管理向教育转型;所以我知道生活老师任务的艰巨，责任的重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一、爱岗、敬业，树立崇高的师德</w:t>
      </w:r>
      <w:r>
        <w:rPr>
          <w:lang w:eastAsia="zh-CN"/>
        </w:rPr>
        <w:br/>
      </w:r>
      <w:r>
        <w:rPr>
          <w:lang w:eastAsia="zh-CN"/>
        </w:rPr>
        <w:t>　　我非常的热爱自己的工作，因为兴趣是最好的老师，也只有这样才能把自己全部的身心投入到工作中，才能想方设法把工作做得更好。我们生活老师既然能称得上是老师，就应该像个老师的样。一点也不错，我们不仅注重对学生的言教更应注意对学生的身教。因为在学生的心目中，老师是社会的规范，是道德的化身，是人类的楷模，是父母的`替身。俗话说：“有一个什么样的将军，就有一支什么样的军队”。教育是人类永恒的事业，教育事业是爱的事业。老师对学生的爱是神圣、高尚、纯洁、无私、搏斗的，它来自崇高的教师职业道德。这种爱可孕育国家的英才、社会的栋梁。也正因为教师这种对学生的爱，人们才把教师誉为“人类灵魂的工程师”，把教师这一行业誉为“太阳底下最光辉的事业”。所以教师职业道德素质的高低直接关系到学生的健康成长，作为人民教师应以事业为重，以学生为重的宽阔胸怀，不断提高以为人民服务为核心的精神追求的境界。正如著名的教育家陈鹤琴的那句名言：“对下一代给以无与伦比的爱，具有着眼未来的宽阔胸怀，以孩子的健康成长为根本出发点与归宿点，将自己的一切言行，所有的时间和空间，都系孩子，用智慧、心血朔造祖国的未来，用满员桃李注释一生。”可见，崇高的师德，是一名教师，特别是作为一名生活老师必须具备的条件。</w:t>
      </w:r>
      <w:r>
        <w:rPr>
          <w:lang w:eastAsia="zh-CN"/>
        </w:rPr>
        <w:br/>
      </w:r>
      <w:r>
        <w:rPr>
          <w:lang w:eastAsia="zh-CN"/>
        </w:rPr>
        <w:t>　　二、赏识、信任和尊重学生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当教师的不能用简单粗暴的做法对待学生，而应该信任和尊重学生的人格，发扬民主作风，以客观、平等、公正的态度处理好师生的关系。教师之所以特别要注意尊重学生，从青少年的心理特点来看，这是极其必要的。青少年一般自尊心特别强，他们对别人给予自己的评价极为敏感，往往一言一语都可以使他们激动，所谓“一枝一叶总关情”。而且，这种自尊心又往往是积极向上的动力。在学校里，如果学生受到老师恰当的评价与真诚的信任，他们会得到精神的满足，产生奋发向上的力量。</w:t>
      </w:r>
      <w:r>
        <w:rPr>
          <w:lang w:eastAsia="zh-CN"/>
        </w:rPr>
        <w:br/>
      </w:r>
      <w:r>
        <w:rPr>
          <w:lang w:eastAsia="zh-CN"/>
        </w:rPr>
        <w:t>　　三、关爱学生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既然我们选择了生活老师这份职业，就意味着我们选择了神圣，选择了付出、选择了奉献。把我们自己的全部知识、才华和爱心奉献给学生。爱，是青少年的基本心理需要，前苏联著名的教育家苏霍姆林基说：“事实上，在学校里所学习的许多东西，将会随着时间的消逝而被遗忘，但是人的思想所接触过的一切文明财富会在心灵中——首先在情感、内心感受中留下痕迹。关爱学生是爱生的源泉，特别是关心那些在宿舍表现差的、不遵守纪律的、而在学习上又较落后的所谓的后进生，由于他们经常受到父母、老师斥责，同学们的取笑或歧视，所以他们比较心虚、自卑、有戒心、有敌意，常以为老师轻视自己，厌弃自己，甚至对待真心实意的教育也常常持以沉默、回避或粗暴无礼的反常态度，但他们又很渴望得到周围的人们，特别是老师的关心、爱护和帮助。老师要想教育好他们，必须主动的接近他们，彻底的了解他们存在的问题，然后“对症下药”。以热情真挚的爱、无限的关怀，对他们动之以情，晓之以理，导之以行，与他们在感情上建立联系，消除他们怀疑恐惧的心理和对立的情绪。要转化先感化，使他们相信老师的善意，把老师当知心朋友。老师只有得到他们真心的信赖和爱戴，才能了解他们的所作所为，启发他们的觉悟，拨动他们的心弦，努力寻找他们身上的“闪光点”，使他们树立自信心，看到进步的希望。</w:t>
      </w:r>
      <w:r>
        <w:rPr>
          <w:lang w:eastAsia="zh-CN"/>
        </w:rPr>
        <w:br/>
      </w:r>
      <w:r>
        <w:rPr>
          <w:lang w:eastAsia="zh-CN"/>
        </w:rPr>
        <w:t>　　总之，我觉得“人非草木，熟能无情”;只要我们用深沉而执着的爱心去对待学生，用科学、正确的方法去引导学生，即使枯萎了的心灵也能苏醒，冰冻了的感情也会消融。</w:t>
      </w:r>
      <w:r>
        <w:rPr>
          <w:lang w:eastAsia="zh-CN"/>
        </w:rPr>
        <w:br/>
      </w:r>
      <w:r>
        <w:rPr>
          <w:lang w:eastAsia="zh-CN"/>
        </w:rPr>
        <w:t xml:space="preserve">    生活老师2024工作总结范文 篇14 </w:t>
      </w:r>
      <w:r>
        <w:rPr>
          <w:lang w:eastAsia="zh-CN"/>
        </w:rPr>
        <w:br/>
      </w:r>
      <w:r>
        <w:rPr>
          <w:lang w:eastAsia="zh-CN"/>
        </w:rPr>
        <w:t>　　来到__中学当生活教师已经两个月了。在那里，我的第一感觉就是——收获。收获是一种欢乐;收获是一种团结;收获是一种自强自立!加入学校的生活部后，天天与学生在一齐，自我都感觉年轻了很多，在与人交往本事、工作组织本事上，也让我得到充分的锻炼和提高。</w:t>
      </w:r>
      <w:r>
        <w:rPr>
          <w:lang w:eastAsia="zh-CN"/>
        </w:rPr>
        <w:br/>
      </w:r>
    </w:p>
    <w:p w:rsidR="001B1F19" w14:textId="27C3F48A">
      <w:pPr>
        <w:rPr>
          <w:rFonts w:hint="eastAsia"/>
          <w:lang w:eastAsia="zh-CN"/>
        </w:rPr>
      </w:pPr>
      <w:r>
        <w:rPr>
          <w:lang w:eastAsia="zh-CN"/>
        </w:rPr>
        <w:t>　　随着时代的发展，此刻很多学校都是全封闭的，这样就有了我们这个群体——生活教师。如何做一名好的生活教师，这是个值得我思考的问题，一个好的生活教师是需要不断提高的，过去是“不进则退”，此刻是“慢进则退”，不进将会很快被淘汰，昨日做得好，不代表今日必须做得好，仅有与时俱进，努力提高自我的业务水平，不断的学习、探索，才能成为一名优秀的生活教师，由于应对的是学生，自我的一言一行，都是会经过这样或那样的方式，对学生的各个方面产生影响，虽然我们的岗位不是在讲台上，可是作为一名生活教师，也要时刻注意自身道德情操的修养，经过言传身教，在做好宿舍内务工作检查的同时渗透做人的道理，帮忙学生完善人格。</w:t>
      </w:r>
      <w:r>
        <w:rPr>
          <w:lang w:eastAsia="zh-CN"/>
        </w:rPr>
        <w:br/>
      </w:r>
      <w:r>
        <w:rPr>
          <w:lang w:eastAsia="zh-CN"/>
        </w:rPr>
        <w:t>　　爱学生是教师的天性，虽然学生有时候也会犯错，可是批评了，改正了，就还是教师的学生，我们要去关心她，不断缩短学生的情感距离，生活教师的对象是学生，她们远离父母来到学校住宿，异常是初一的学生，第一次离开父母，有些同学甚至连衣服都不会自我洗，她们需要我们的爱和关心，更需要我们像父母一样在生活上关怀备至。平时要善于了解学生的心理变化，这是作为生活教师很重要的一点，要设身处地为学生着想，与她们成为好朋友，建立一种新型的师生关系，拉近与学生的心灵距离，以心换心，与她们沟通情感，成为她们的好朋友，这样将更有助于我们的工作开展，得到她们的支持，从心里理解我们，使自我的工作上一个新台阶!</w:t>
      </w:r>
      <w:r>
        <w:rPr>
          <w:lang w:eastAsia="zh-CN"/>
        </w:rPr>
        <w:br/>
      </w:r>
      <w:r>
        <w:rPr>
          <w:lang w:eastAsia="zh-CN"/>
        </w:rPr>
        <w:t>　　我相信，以我的细心、耐心、热心和爱心，必须能在这个岗位发挥自我的特长，成为一个受学生尊敬的生活教师。在日常管理工作中主动和学生沟通交流，了解学生的学生、生活和思想状况，随时坚持“一张微笑的面孔，一双敏锐的眼睛，一颗关爱的心”，让学生那种根深蒂固的管理者与被管理者之间的对立情绪消失，同学们与生活教师之间建立一种水乳交融的亲情关系，让学生们越来越喜欢学校这个大家庭。一分耕耘，一分收获。期望经过我们的共同努力，建立起一个让学生从内心感受到温暖、团结、信任的大家庭!</w:t>
      </w:r>
      <w:r>
        <w:rPr>
          <w:lang w:eastAsia="zh-CN"/>
        </w:rPr>
        <w:br/>
      </w:r>
      <w:r>
        <w:rPr>
          <w:lang w:eastAsia="zh-CN"/>
        </w:rPr>
        <w:t>　　五、 抓学生的养成教育，促学生健康成长。</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https://d.book118.com/815243240303011114</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1524324030301111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