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毕业生实习工作个人总结（34篇）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毕业生实习工作个人总结（精选34篇）</w:t>
      </w:r>
      <w:r>
        <w:rPr>
          <w:lang w:eastAsia="zh-CN"/>
        </w:rPr>
        <w:br/>
      </w:r>
      <w:r>
        <w:rPr>
          <w:lang w:eastAsia="zh-CN"/>
        </w:rPr>
        <w:t xml:space="preserve">    毕业生实习工作个人总结 篇1 </w:t>
      </w:r>
      <w:r>
        <w:rPr>
          <w:lang w:eastAsia="zh-CN"/>
        </w:rPr>
        <w:br/>
      </w:r>
      <w:r>
        <w:rPr>
          <w:lang w:eastAsia="zh-CN"/>
        </w:rPr>
        <w:t>　　这个暑假，我在__区的房地产公司做房产销售实习的工作，一个多月的房产销售实习，我基本上熟悉了我所在片区的房子情景，如果此刻有人找我问路，我脑海里面已经有了一份很详细的地图了。</w:t>
      </w:r>
      <w:r>
        <w:rPr>
          <w:lang w:eastAsia="zh-CN"/>
        </w:rPr>
        <w:br/>
      </w:r>
      <w:r>
        <w:rPr>
          <w:lang w:eastAsia="zh-CN"/>
        </w:rPr>
        <w:t>　　我所在的公司是做房产中介工作的，主要是帮业主出租或者出售房子，我实习的主要工作是帮业主出租房子。而我所在的门店管理着周围_个小区的出租工作，刚进入公司，领导就给我们做相关的培训，而作为销售，大小培训和会议是必不可少的，早上去到的早会会加油打气，晚上下班后的晚会则是汇报工作和总结得失。一天的工作下来，我感觉我收获到了很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之前在学校只是学习营销的理论知识，懵懵懂懂，如今做了销售，对这些知识也是更清晰熟悉了很多。因为我是实习的，所以并没有太多的销售任务给到我，而是慢慢熟悉，慢慢了解为主。主要做一些配合的工作，但在这一个多月的实习中，学到了很多。我是跟着一个做了两年的老员工的，从一开始的熟悉我们有多少出租的房子，再到实地的去看房子，了解房子里面有哪些家具电器，在哪里，安全怎样样，是楼梯房还是电梯房。周围的环境怎样样，有没有超市，商场，吃饭的地方，洗衣的，水果店，便利店等等。能够说，虽然只是一个出租的房子，可是需要了解的东西却是很多的。带我的师傅告诉我，你对这个片区了解越多，对房子的情景了解越多，你的成交率就更高。</w:t>
      </w:r>
      <w:r>
        <w:rPr>
          <w:lang w:eastAsia="zh-CN"/>
        </w:rPr>
        <w:br/>
      </w:r>
      <w:r>
        <w:rPr>
          <w:lang w:eastAsia="zh-CN"/>
        </w:rPr>
        <w:t>　　因为租客也是带着目的来看房子的，当他找来的时候，如果确定了租在这个片区，销售的推荐就很重要了，对房子越了解，能够给租客一种专业的态度。让他能够尽快的熟悉租的地方的环境和房子的基本情景。师傅也告诉我在销售的过程中，流失也是很正常的现象，因为一些租客一开始的目的就不是租房，而是了解情景，还有价格的问题，的确有时候无法谈拢。但在犹豫的租客前面，销售技巧的灵活运用却是能够把客户留住，并作出成交的。</w:t>
      </w:r>
      <w:r>
        <w:rPr>
          <w:lang w:eastAsia="zh-CN"/>
        </w:rPr>
        <w:br/>
      </w:r>
      <w:r>
        <w:rPr>
          <w:lang w:eastAsia="zh-CN"/>
        </w:rPr>
        <w:t>　　一个多月跟着师傅和租客谈租房，看房子，了解周围的情景，帮忙拿钥匙，联系房东，事情很琐碎，也很多，一天下来，看起来没做什么事情，很累，可是真的总结起来，却是收获了很多，对营销的更加了解，对这个片区的了解，对房地产这个行业的了解，对租客和房东心理的一些了解，这些知识虽然之后我可能不再从事房地产行业，会用到，可是只要我还是做销售的，那么这些总结起来的经验确是能够很好的帮忙到我，作为一个大学生，学好理论的同时，实践过，印象也会更深，更容易记住。实习的工作虽然结束了，但我收获的，却很多。</w:t>
      </w:r>
      <w:r>
        <w:rPr>
          <w:lang w:eastAsia="zh-CN"/>
        </w:rPr>
        <w:br/>
      </w:r>
      <w:r>
        <w:rPr>
          <w:lang w:eastAsia="zh-CN"/>
        </w:rPr>
        <w:t xml:space="preserve">    毕业生实习工作个人总结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时间总是走的那么匆忙，真的是让人连感慨的时间都没有，转眼之间就是20__年的暑假了，而我也步入了到医院实习的时间了。而对于这一段我即将要应对的实习，我是紧张的，可是同时也是期待的，期待我接下来要应对的。</w:t>
      </w:r>
      <w:r>
        <w:rPr>
          <w:lang w:eastAsia="zh-CN"/>
        </w:rPr>
        <w:br/>
      </w:r>
      <w:r>
        <w:rPr>
          <w:lang w:eastAsia="zh-CN"/>
        </w:rPr>
        <w:t>　　医院是一个很神圣的地方，医生和护士们是那里的白衣天使，他们救死扶伤，和死神抢人，他们的工作需要他们细致以及严谨，不容许他们有半点的马虎。而我这一次实习的时候，也要和他们一样，细致而有严谨，并且遵守职业道德，不做违背道德是任何的事情。</w:t>
      </w:r>
      <w:r>
        <w:rPr>
          <w:lang w:eastAsia="zh-CN"/>
        </w:rPr>
        <w:br/>
      </w:r>
      <w:r>
        <w:rPr>
          <w:lang w:eastAsia="zh-CN"/>
        </w:rPr>
        <w:t>　　带着紧张而又很期待的心境，我来到了我要实习的__医院，而身份也在这一刻被转换，从一名__学校的医科大学生转变成为了__医院的实习医生，接触的对象也在这一刻发生了一些转变，可是不变的还是那一颗治病救人的初心!</w:t>
      </w:r>
      <w:r>
        <w:rPr>
          <w:lang w:eastAsia="zh-CN"/>
        </w:rPr>
        <w:br/>
      </w:r>
      <w:r>
        <w:rPr>
          <w:lang w:eastAsia="zh-CN"/>
        </w:rPr>
        <w:t>　　刚开始到医院的时候，我是跟着前辈看他们怎样工作的，而在实习期间所发生的一切我都是历历在目的，回想在医院实习的这一段时间里面，我第一次进行了和病患的交流，第一次给病人开医嘱，第一次给病人做检查等等，那么多的第一次，而这一些第一次却都是我永生难忘的记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在实习的这一段时间里面，我倒也有许多的心得体会。我实习期间的所有的工作其实也都是对我在学校所学的理论方面的知识做一个加固，并且提升我的实践本事。同时也是提前的来到医院感受一下医院的氛围，适应医生的作息。说真的，做为医生真的是很累的，不仅仅假期少，甚至有些时候你还需要是随叫随到的那一种，并且你还要担心医患家属的一些不理智行为，甚至是不能好好的吃上一顿饭的。可是做为医生却也有好的地方，那就是你必须能够在这个岗位上头觉得自我的价值被充分的体现，并且还会有一丝丝的成就感以及被需要的感觉。这是一个很好的感觉，可是“欲戴皇冠，必承其重”这一点是要明白的，尽管医生在表面看起来是很好的，可是肩膀上头的担子却并不是简便的。</w:t>
      </w:r>
      <w:r>
        <w:rPr>
          <w:lang w:eastAsia="zh-CN"/>
        </w:rPr>
        <w:br/>
      </w:r>
      <w:r>
        <w:rPr>
          <w:lang w:eastAsia="zh-CN"/>
        </w:rPr>
        <w:t>　　作为一名医生，要时刻坚持清醒的状态，因为你不能迷糊，更是因为你的工作是事关人命的，你也要时刻的注意病人，因为很多时候细节上头的问题也很重要，所以作为一名医生，首先的是神经紧绷的。而我在实习的期间，对这种感觉也是深有体会的，并且你还需要时刻的把病人放在第一位，而我们所做的一切也是为这个病人好的。</w:t>
      </w:r>
      <w:r>
        <w:rPr>
          <w:lang w:eastAsia="zh-CN"/>
        </w:rPr>
        <w:br/>
      </w:r>
      <w:r>
        <w:rPr>
          <w:lang w:eastAsia="zh-CN"/>
        </w:rPr>
        <w:t>　　可是尽管实习的这段时间是很累的，可是我却是幸福的，想想看，你用你的医生拯救了一个人，这真的是一件很有成就感的事情的，并且医院的病人们对医生也是有着一种异常的信任，应对这样的一份信任，你能说是不幸福的吗?当然，我选择做一名医生，也并不是因为这种成就感，而是因为我想为这个社会做一些什么，而最好的则就是医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虽然实习的时间是是很快就过去了，可是在实习的这一段时间里面，我的收获还是很多的，不仅仅是医术上头得到了提升，对于医生的定位也是有了一个更加深层次的一个认识。而在经历这一次的医院实习之后，我也更加的坚定了我的医学道路，我将来必须要成为一名很好的医生，拯救更多的病人。</w:t>
      </w:r>
      <w:r>
        <w:rPr>
          <w:lang w:eastAsia="zh-CN"/>
        </w:rPr>
        <w:br/>
      </w:r>
      <w:r>
        <w:rPr>
          <w:lang w:eastAsia="zh-CN"/>
        </w:rPr>
        <w:t xml:space="preserve">    毕业生实习工作个人总结 篇3 </w:t>
      </w:r>
      <w:r>
        <w:rPr>
          <w:lang w:eastAsia="zh-CN"/>
        </w:rPr>
        <w:br/>
      </w:r>
      <w:r>
        <w:rPr>
          <w:lang w:eastAsia="zh-CN"/>
        </w:rPr>
        <w:t>　　通过这次实习，我觉得我收获很大，首先，我知道了大学生实习报告怎么写，同时，在老师的指导下，我也知道了毕业论文怎么写。这次实习使我明白走向社会工作是一件多么不容易的事。在以后的工作中，我一定会珍惜机会，争取将工作做得更好。以下是我的毕业实习个人总结：</w:t>
      </w:r>
      <w:r>
        <w:rPr>
          <w:lang w:eastAsia="zh-CN"/>
        </w:rPr>
        <w:br/>
      </w:r>
      <w:r>
        <w:rPr>
          <w:lang w:eastAsia="zh-CN"/>
        </w:rPr>
        <w:t>　　首先我在这次任务中担任检验员，虽然任务算是最轻的，但重要是熟悉各个部门操作流程。主要方面有①各岗位车间的标准程序规章②设备仪器工具的使用③原料 辅料检验入库发放记录④关键工序 主要瓶颈⑤不同环境下生产产品的检验⑥检验记录。其次这次实习，帮助我树立药品生产反应是中心、工艺是主体、设备是环境、检验是条件的思想，使我认识到药品生产是按工艺和检测两大主线来实施的。通过这种普遍联系的整体—部分—整体的思维方法和认识过程，使我学到一套科学的训练方法。提高动手、观察、分析、综合等四种能力，促使生产能力的提高落到实处：动手能力是收集毕业设计资料与素材的首要能力。观察能力是生产能力强弱的直接体现。分析能力是前两种能力的发展。综合能力是前三种能力的总括和提高。 通过认识实习——生产实习——毕业实习在时间和空间上形成一个实践链，这个链的高端环节毕业实习—毕业设计（论文）将使学生的四年学习的庞杂而繁多的知识和理论得到一次新的全面的“装配”与升华。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我这次毕业实习的题目是《青霉素的工业生产及相关影响检测》。青霉素由真菌产黄青霉产生的。青霉素的生产目前主要用微生物发酵法进行生物合成。很少数亦可用化学合成法生产。此外还可将生物合成法制得的青霉素用化学或生化方法进行分子结构改造而制成各种衍生物，绝大多数青霉素是针对新药物开发的，因此人们总希望在发酵过程或其后的工艺过程中努力提高其产率。本研究旨在探讨不同发酵条件对青霉素发酵的影响，为调控生产青霉素提供最佳的发酵条件，和缩短生产周期，提高产量提供科学依据。</w:t>
      </w:r>
      <w:r>
        <w:rPr>
          <w:lang w:eastAsia="zh-CN"/>
        </w:rPr>
        <w:br/>
      </w:r>
      <w:r>
        <w:rPr>
          <w:lang w:eastAsia="zh-CN"/>
        </w:rPr>
        <w:t>　　实习的开始通过对青霉素生产工艺的文献检索，对整理资料的认真学习和分析，掌握了青霉素的一般生产工艺流程，并有针对性的了解了青霉素的生产环境，生产状况有了实质性的认识。通过实习期间对不同ph值 温度最适时间生产的青霉素进行管碟法检测。而系统的认识到了青霉素质量检验。通过不同环境生产青霉素为调控生产青霉素提供最佳的发酵条件，和缩短生产周期，提高产量提供科学依据。最后查阅青霉素的主要用途。（研究和医药方面）了解到临床上主要用于革兰阳性球菌例如链球菌、肺炎球菌、敏感的葡萄球菌等的感染。和用于分子生物学研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这次实习对我来说收获非常大，真是学有所用，我可以把以前书本上学到的知识和实际工作结合起来，使我对我所学的专业技术有了更大的兴趣，也学到了一个科研工作者应该有的态度，就应该是脚踏实地，吃苦耐劳。在以后的学习生活中我一定要积极主动学习老师同学的优点和长处。本次实习相信对我以后的工作会有很大帮助，是我走向社会的最后一堂很有意义的实践课。</w:t>
      </w:r>
      <w:r>
        <w:rPr>
          <w:lang w:eastAsia="zh-CN"/>
        </w:rPr>
        <w:br/>
      </w:r>
      <w:r>
        <w:rPr>
          <w:lang w:eastAsia="zh-CN"/>
        </w:rPr>
        <w:t>　　以上也算是我的实习工作总结，最后，我感谢学校给我这次实习的机会以及精心指导和鼓励我实习的马金柱老师致以诚挚的谢意和崇高的敬意。</w:t>
      </w:r>
      <w:r>
        <w:rPr>
          <w:lang w:eastAsia="zh-CN"/>
        </w:rPr>
        <w:br/>
      </w:r>
      <w:r>
        <w:rPr>
          <w:lang w:eastAsia="zh-CN"/>
        </w:rPr>
        <w:t>　　毕业生个人实习总结二</w:t>
      </w:r>
      <w:r>
        <w:rPr>
          <w:lang w:eastAsia="zh-CN"/>
        </w:rPr>
        <w:br/>
      </w:r>
      <w:r>
        <w:rPr>
          <w:lang w:eastAsia="zh-CN"/>
        </w:rPr>
        <w:t>　　实习结束了，在这里首先感谢公司为我提供的这次宝贵实习机会，感谢领导在工作中对我的悉心教导，感谢同事的协作支持。</w:t>
      </w:r>
      <w:r>
        <w:rPr>
          <w:lang w:eastAsia="zh-CN"/>
        </w:rPr>
        <w:br/>
      </w:r>
      <w:r>
        <w:rPr>
          <w:lang w:eastAsia="zh-CN"/>
        </w:rPr>
        <w:t>　　十几年的学习生涯接近尾声，实习时我走向社会的一个的一个热身运动。毕业后，我们又买入一个新的起点。新的旅程艰难而宽广，充满着挑战与机遇。</w:t>
      </w:r>
      <w:r>
        <w:rPr>
          <w:lang w:eastAsia="zh-CN"/>
        </w:rPr>
        <w:br/>
      </w:r>
      <w:r>
        <w:rPr>
          <w:lang w:eastAsia="zh-CN"/>
        </w:rPr>
        <w:t>　　通过此次实习，主要有以下几点体会。</w:t>
      </w:r>
      <w:r>
        <w:rPr>
          <w:lang w:eastAsia="zh-CN"/>
        </w:rPr>
        <w:br/>
      </w:r>
      <w:r>
        <w:rPr>
          <w:lang w:eastAsia="zh-CN"/>
        </w:rPr>
        <w:t>　　1、首先是个人角色的转换及人际关系的变化—从学校里的学生变成了未知领域从头学起的实习生，而熟悉的校园也变成了陌生的企业单位，身边接触的人也变换了角色，老师变成了领导，同学变成了同事，相处之道完全不同。在这样的转变中，对于沟通的认知显得非常苍白。于是第一次觉得自己并没有想象中的那么善于沟通。当然适应新的环境需要过程的，所以我相信时间和实践会让我很快的完成这种角色的转变，真正的融入这个环境，融入这个集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2、在心理上努力去适应全新环境的同时，最大的体会没过与实际工作方面的收获。特别是在实习过程中，我看到了工人和领导对工作的态度，认真负责。对于我们这个养殖行业更是要多有一份细心和爱心，才可以把工作做的更好。工作中有许多的困难，都是在领导的决策和工人的努力大家团结一致，把工作做的更好。让我看到了团结、智慧、爱心的伟大力量。</w:t>
      </w:r>
      <w:r>
        <w:rPr>
          <w:lang w:eastAsia="zh-CN"/>
        </w:rPr>
        <w:br/>
      </w:r>
      <w:r>
        <w:rPr>
          <w:lang w:eastAsia="zh-CN"/>
        </w:rPr>
        <w:t>　　3、走出校门，踏进社会，不能把自己的期望要求的太高。因为期望越大，失望可能会越大，但适当的期望与渴望还是非常必要的。不能认为我在学校里读了多少书、写了多少字、听了多少课，自己就很了不起。我们毕竟还是一个初出茅庐的的社会新人，没有任何实践经验，比起工人经验差的很远，比起领导更是有很大的距离。告别了学校生活，社会生活起步，应该在步入社会后，继续努力的学习，不断的增长和扩展知识面，才能使自己在社会有一席之地，才能更好的融入这个社会。</w:t>
      </w:r>
      <w:r>
        <w:rPr>
          <w:lang w:eastAsia="zh-CN"/>
        </w:rPr>
        <w:br/>
      </w:r>
      <w:r>
        <w:rPr>
          <w:lang w:eastAsia="zh-CN"/>
        </w:rPr>
        <w:t>　　4、多听、多看、多想、多做、少说要知道自己是否能胜任这个工作，关键在于自己对待工作的态度。态度对了，工作就可以更好的进行。态度不好，就算自己有在大的优势也不会把工作做好。我们刚到这个环境，我们更应该多看别人怎么做，多听别人怎么说，然后自己多想，工作中自己更要多做，少说一些没用的。因为做比说来的更实际吧。</w:t>
      </w:r>
      <w:r>
        <w:rPr>
          <w:lang w:eastAsia="zh-CN"/>
        </w:rPr>
        <w:br/>
      </w:r>
      <w:r>
        <w:rPr>
          <w:lang w:eastAsia="zh-CN"/>
        </w:rPr>
        <w:t>　　5、少埋怨在我们这个工作环境，也许会有人觉得这里那里不好，同事的相处工作也不如愿，经常埋怨，这样我想了只会影响自己的工作情绪。不但做不好工作，还增加自己的工作压力。所以对存在的问题尽可能的去解决适应，看到好的一面，这样才可以保持工作的激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6、与人为善，和睦相处，加强和同事领导之间的沟通交流从学校走到实习单位，一切都变换了，所以相处之道固然不比学校，所以要及时调整自己，但是与人为善，与他人和睦相处，多和同事交流，多和领导沟通。我想这样会更好的让我们及时适应这个环境。</w:t>
      </w:r>
      <w:r>
        <w:rPr>
          <w:lang w:eastAsia="zh-CN"/>
        </w:rPr>
        <w:br/>
      </w:r>
      <w:r>
        <w:rPr>
          <w:lang w:eastAsia="zh-CN"/>
        </w:rPr>
        <w:t>　　7、错不可怕，就怕一错再错。每一个人都有犯错的时候，第一次犯错了不要紧，大家会提出帮你纠正也可以原谅你，但是同样的错误再有下一次就说不过去了。</w:t>
      </w:r>
      <w:r>
        <w:rPr>
          <w:lang w:eastAsia="zh-CN"/>
        </w:rPr>
        <w:br/>
      </w:r>
      <w:r>
        <w:rPr>
          <w:lang w:eastAsia="zh-CN"/>
        </w:rPr>
        <w:t>　　8。自己自重，尊重他人在新的环境，要严格要求自己，自己要自重，尊重他人，这个很重要的。不能有才无德，那么这样就就是危险品了。</w:t>
      </w:r>
      <w:r>
        <w:rPr>
          <w:lang w:eastAsia="zh-CN"/>
        </w:rPr>
        <w:br/>
      </w:r>
      <w:r>
        <w:rPr>
          <w:lang w:eastAsia="zh-CN"/>
        </w:rPr>
        <w:t>　　总之，毕业实习让我获得了人生第一笔宝贵的工作经验，虽然在步入社会后，还有很多东西要学习，很多教训要吸取，但是我已经做好了准备，无论心态还是技能上。现代的社会是残酷的，但是只要努力认真付出，我的职业生涯我相信必定能绽放属于他的光芒！</w:t>
      </w:r>
      <w:r>
        <w:rPr>
          <w:lang w:eastAsia="zh-CN"/>
        </w:rPr>
        <w:br/>
      </w:r>
      <w:r>
        <w:rPr>
          <w:lang w:eastAsia="zh-CN"/>
        </w:rPr>
        <w:t xml:space="preserve">    毕业生实习工作个人总结 篇4 </w:t>
      </w:r>
      <w:r>
        <w:rPr>
          <w:lang w:eastAsia="zh-CN"/>
        </w:rPr>
        <w:br/>
      </w:r>
      <w:r>
        <w:rPr>
          <w:lang w:eastAsia="zh-CN"/>
        </w:rPr>
        <w:t>　　__月至__月两个月期间，我在济南领先数控有限公司车间操作岗位实习。这是第一次正式与社会接轨踏上工作岗位，开始与以往完全不一样的生活。每天在规定的时间上下班，上班期间要认真准时地完成自己的工作任务，不能草率敷衍了事。我们的肩上开始扛着工作质量责任，凡事得谨慎小心，否则随时可能要为一个小小的错误承担严重的后果付出巨大的代价，再也不是一句对不起和一纸道歉书所能解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天下英雄皆我辈，一入江湖立马催。”从学校到社会的大环境的转变，身边接触的人也完全换了角色，老师变成老板，同学变成同事，相处之道完全不同。在这巨大的转变中，我们可能彷徨，迷茫，无法马上适应新的环境。我们也许看不惯企业之间残酷的竞争，无法忍受同事之间漠不关心的眼神和言语。很多时候觉得自己没有受到领导重用，所干的只是一些无关重要的杂活，自己的提议或工作不能得到老板的肯定。做不出成绩时，会有来自各方面的压力，老板的眼色同事的嘲讽。而在学校，有同学老师的关心和支持，每日只是上上课，很轻松。常言道：工作一两年胜过十多年的读书。五个月的实习时间虽然不长，但是我从中学到了很多知识，关于做人，做事，做学问。</w:t>
      </w:r>
      <w:r>
        <w:rPr>
          <w:lang w:eastAsia="zh-CN"/>
        </w:rPr>
        <w:br/>
      </w:r>
      <w:r>
        <w:rPr>
          <w:lang w:eastAsia="zh-CN"/>
        </w:rPr>
        <w:t>　　自学能力</w:t>
      </w:r>
      <w:r>
        <w:rPr>
          <w:lang w:eastAsia="zh-CN"/>
        </w:rPr>
        <w:br/>
      </w:r>
      <w:r>
        <w:rPr>
          <w:lang w:eastAsia="zh-CN"/>
        </w:rPr>
        <w:t>　　“在大学里学的不是知识，而是一种叫做自学的能力”。参加工作后才能深刻体会这句话的含义。除了看图和数控车床操作外，课本上学的理论知识用到的很少很少。我担任的是车床操作一职，平时在工作只是上工件卸工件，几乎没用上自己所学的专业知识。而同公司的技术人员就大不一样了。数控车床控制技术日新月异，在一个新产品中，他们经常被要求在很短的时间内学会用一种新的制造工艺开发设计，他们只能在自己以前的基础上努力自学尽快掌握知识。在这个信息爆炸的时代，知识更新太快，靠原有的一点知识肯定是不行的。我们必须在工作中勤于动手。</w:t>
      </w:r>
      <w:r>
        <w:rPr>
          <w:lang w:eastAsia="zh-CN"/>
        </w:rPr>
        <w:br/>
      </w:r>
      <w:r>
        <w:rPr>
          <w:lang w:eastAsia="zh-CN"/>
        </w:rPr>
        <w:t>　　工作辛苦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由于现在还住校，所以每天7点不到就得起床去挤公交车，就算再寒冷再差的天气，只要不是周末，都得去上班，有时候公司定单多、繁忙，晚上或周末得加班，那留给个人支配的时间更少。我们必须克制自己，不能随心所欲地不想上班就不来，而在学校可以睡睡懒觉，实在不想上课的时候可以逃课，自由许多。</w:t>
      </w:r>
      <w:r>
        <w:rPr>
          <w:lang w:eastAsia="zh-CN"/>
        </w:rPr>
        <w:br/>
      </w:r>
      <w:r>
        <w:rPr>
          <w:lang w:eastAsia="zh-CN"/>
        </w:rPr>
        <w:t>　　每日重复单调繁琐的工作，时间久了容易厌倦。象我就是每天就是坐着对着数控车床操作面板按几个按扭，显得枯燥乏味。但是工作简单也不能马虎，你一个小小的错误可能会给公司带来巨大的麻烦或损失，还是得认真完成。而象同公司的技术人员每天得检查工作质量、安全，待遇不说，还要受气，忍受一些意外事故或质量问题。如果哪家公司有意向的还得到处奔波去商谈。而事实上所有的定单并不是一次就能交易成功的，他们必须具备坚忍不拔的个性，遭遇挫折时绝不能就此放弃，犯错遭领导责骂时不能赌气就辞职。而技术人员就经常得喝咖啡熬夜赶工艺。一直以来，我们都是依靠父母的收入，而有些人则是大手大脚的花钱。也许工作以后，我们才能体会父母挣钱的来之不易。而且要开始有意识地培养自己的理财能力，我们刚毕业，工资水平普遍不高，除掉房租餐费和日常的开支，有时候寄点钱给父母补贴家用，我们常常所剩无几，一不留神可能就入不敷出成为月光一族，但此时我们再也不好意思伸手向父母要，因此很多时后我们要合理支配我们手中的这笔少的可怜的钱。</w:t>
      </w:r>
      <w:r>
        <w:rPr>
          <w:lang w:eastAsia="zh-CN"/>
        </w:rPr>
        <w:br/>
      </w:r>
      <w:r>
        <w:rPr>
          <w:lang w:eastAsia="zh-CN"/>
        </w:rPr>
        <w:t>　　同事相处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踏上社会，我们与形形色色的人打交道。由于存在着利益关系，又工作繁忙，很多时候同事不会象同学一样对你嘘寒问暖。而有些同事表面笑脸相迎，背地里却勾心斗角不择手段，踩着别人的肩膀不断地往上爬，因此刚出校门的我们很多时候无法适应。比如我们公司当操作工的同事，他们很注意对自己同事技术的保留，以防被同事抢去自己的业绩，因而关系显得有点淡漠。但是环境往往会影响一个人的工作态度。一个冷漠没有人情味的车间，大家就会毫无眷恋之情，有更好的机会他们肯定毫不犹豫的跳槽。他们情绪低落导致工作效率不高，每天只是在等待着下班，早点回去陪家人。而偶尔的为同事搞一个生日party，生病时的轻轻一句慰问，都有助于营造一个齐乐融融的工作环境。心情好，大家工作开心，有利于公司的发展。在电视上不止一次的看到职场的险恶，公司里同事之间的是非，我想我能做的就是“多工作，少闲话”。且在离毕业走人仅剩的几个月，更加珍惜与同学之间的相处。我很庆幸自己能在这样有限的时间里，在这么和谐的气氛中工作、学习，和同事们一起分享快乐，分担工作。所以我努力向同事学习，不懂就问，认真完成领导和班长交给我的每一项工作。部门领导和同事也都尽力帮助我，给我讲授和操作有关的知识，耐心解答我的疑难困惑，并给我制定了一系列的实习计划，帮我达到实习的目的。</w:t>
      </w:r>
      <w:r>
        <w:rPr>
          <w:lang w:eastAsia="zh-CN"/>
        </w:rPr>
        <w:br/>
      </w:r>
      <w:r>
        <w:rPr>
          <w:lang w:eastAsia="zh-CN"/>
        </w:rPr>
        <w:t>　　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我是数空技术的，在书本上学过很多套经典技术理论，似乎通俗易懂，但从未付诸实践过，也许等到真正工作时时，才会体会到难度有多大;我们在老师那里或书本上看到过很多精彩的事例，似乎轻而易举，也许亲临其境或亲自上阵才能意识到自己能力的欠缺和知识的匮乏。十分感谢济南领先数控有限公司，感谢贵公司给我这样一个宝贵的实习机会，让我对社会、对工作、对学习都有了更深一步的理解和验到社会竞争的残酷，为我即将走上工作岗位增添了信心，让我在大学生活中留下了美好的一页。其次，我还要感谢车间部的各位师傅，感谢他(她)们给我的指导，谢谢!我也要对陈经理及各位车间主任说一声谢谢，感谢他们对我的栽培!</w:t>
      </w:r>
      <w:r>
        <w:rPr>
          <w:lang w:eastAsia="zh-CN"/>
        </w:rPr>
        <w:br/>
      </w:r>
      <w:r>
        <w:rPr>
          <w:lang w:eastAsia="zh-CN"/>
        </w:rPr>
        <w:t xml:space="preserve">    毕业生实习工作个人总结 篇5 </w:t>
      </w:r>
      <w:r>
        <w:rPr>
          <w:lang w:eastAsia="zh-CN"/>
        </w:rPr>
        <w:br/>
      </w:r>
      <w:r>
        <w:rPr>
          <w:lang w:eastAsia="zh-CN"/>
        </w:rPr>
        <w:t>　　一、实习目的及单位概况</w:t>
      </w:r>
      <w:r>
        <w:rPr>
          <w:lang w:eastAsia="zh-CN"/>
        </w:rPr>
        <w:br/>
      </w:r>
      <w:r>
        <w:rPr>
          <w:lang w:eastAsia="zh-CN"/>
        </w:rPr>
        <w:t>　　实习目的</w:t>
      </w:r>
      <w:r>
        <w:rPr>
          <w:lang w:eastAsia="zh-CN"/>
        </w:rPr>
        <w:br/>
      </w:r>
      <w:r>
        <w:rPr>
          <w:lang w:eastAsia="zh-CN"/>
        </w:rPr>
        <w:t>　　在我们即将毕业步入社会的前夕，为了检验我们所学的理论知识，达到理论联系实际的目的。学校组织毕业班的学生与本学期1——4周进行为期一个月的毕业生产实习。毕业实习是在完成全部基础课程和专业课程的学习后通过到企业生产环节的实践进一步巩固加深课堂所学过的知识。通过在工作单位进行实地的实践，更好的深化自己在学校所学的知识，锻炼自己，使自己能更深的了解社会，毕业时能更好的融入社会。而且，通过毕业实习，多掌握一些有用的技能，为下一步找工作做准备。</w:t>
      </w:r>
      <w:r>
        <w:rPr>
          <w:lang w:eastAsia="zh-CN"/>
        </w:rPr>
        <w:br/>
      </w:r>
      <w:r>
        <w:rPr>
          <w:lang w:eastAsia="zh-CN"/>
        </w:rPr>
        <w:t>　　单位概况</w:t>
      </w:r>
      <w:r>
        <w:rPr>
          <w:lang w:eastAsia="zh-CN"/>
        </w:rPr>
        <w:br/>
      </w:r>
      <w:r>
        <w:rPr>
          <w:lang w:eastAsia="zh-CN"/>
        </w:rPr>
        <w:t>　　本单位是国家设质量技术监督检验检疫总局的一个分支，下设各省县市区局，主要职能是：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（一）负责《计量法》、《标准化法》、《产品质量法》、《特种设备安全监察条例》、《棉花质量监督管理条例》等法律、法规及相关配套法规、规章的贯彻实施和行政执法；</w:t>
      </w:r>
      <w:r>
        <w:rPr>
          <w:lang w:eastAsia="zh-CN"/>
        </w:rPr>
        <w:br/>
      </w:r>
      <w:r>
        <w:rPr>
          <w:lang w:eastAsia="zh-CN"/>
        </w:rPr>
        <w:t>　　（二）统一管理标准化工作。宣传贯彻国家标准、行业标准、地方标准并实施监督；负责农业标准化的实施及其示范区工作；管理组织机构代码和商品条码工作。</w:t>
      </w:r>
      <w:r>
        <w:rPr>
          <w:lang w:eastAsia="zh-CN"/>
        </w:rPr>
        <w:br/>
      </w:r>
      <w:r>
        <w:rPr>
          <w:lang w:eastAsia="zh-CN"/>
        </w:rPr>
        <w:t>　　（三）统一管理计量工作。推行法定计量单位，保障国家计量单位制的统一和量值的准确可靠；组织开展计量器具的强制检定和量值传递；查处生产和流通领域的计量违法行为，组织计量仲裁检定。</w:t>
      </w:r>
      <w:r>
        <w:rPr>
          <w:lang w:eastAsia="zh-CN"/>
        </w:rPr>
        <w:br/>
      </w:r>
      <w:r>
        <w:rPr>
          <w:lang w:eastAsia="zh-CN"/>
        </w:rPr>
        <w:t>　　（四）负责宣传贯彻GB/T19000-ISO9000系列标准，积极推进质量认证工作，并按省质监局的部署，对质量认证中介机构的行为和认证标志的使用进行监督。</w:t>
      </w:r>
      <w:r>
        <w:rPr>
          <w:lang w:eastAsia="zh-CN"/>
        </w:rPr>
        <w:br/>
      </w:r>
      <w:r>
        <w:rPr>
          <w:lang w:eastAsia="zh-CN"/>
        </w:rPr>
        <w:t>　　（五）负责锅炉、压力容器、压力管道、电梯、起重机械、防爆电器等特种设备的安全监察和监督管理工作，依法查处各类违法行为。</w:t>
      </w:r>
      <w:r>
        <w:rPr>
          <w:lang w:eastAsia="zh-CN"/>
        </w:rPr>
        <w:br/>
      </w:r>
      <w:r>
        <w:rPr>
          <w:lang w:eastAsia="zh-CN"/>
        </w:rPr>
        <w:t>　　（六）负责棉花等纤维质量监督工作，依法查处收购、加工、销售、仓储等环节的违法行为。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七）负责质量技术监督行政执法工作。依法组织查处产品质量、标准和计量违法行为。受理消费者投诉和举报，受理工商部门移交的在流通领域查出的属于生产环节引起的产品质量问题，并依法组织查处。办理行政复议案件。承担市政府“打假办”的日常工作，组织协调本市的“打假”工作，完成市政府授权牵头的市场专项整治任务。</w:t>
      </w:r>
      <w:r>
        <w:rPr>
          <w:lang w:eastAsia="zh-CN"/>
        </w:rPr>
        <w:br/>
      </w:r>
      <w:r>
        <w:rPr>
          <w:lang w:eastAsia="zh-CN"/>
        </w:rPr>
        <w:t>　　本单位主要职责是：建立、保存、相济使用本地区社会公用计量标准和质量检验设备装置，承担量值传递、强制检定、仲裁检定、委托鉴定、非强制检定、校准和检测任务。承担产品质量监督检验、委托检验、仲裁检定、新产品质量检定检验等多种产（商）品质量检验工作。</w:t>
      </w:r>
      <w:r>
        <w:rPr>
          <w:lang w:eastAsia="zh-CN"/>
        </w:rPr>
        <w:br/>
      </w:r>
      <w:r>
        <w:rPr>
          <w:lang w:eastAsia="zh-CN"/>
        </w:rPr>
        <w:t>　　二、实习内容</w:t>
      </w:r>
      <w:r>
        <w:rPr>
          <w:lang w:eastAsia="zh-CN"/>
        </w:rPr>
        <w:br/>
      </w:r>
      <w:r>
        <w:rPr>
          <w:lang w:eastAsia="zh-CN"/>
        </w:rPr>
        <w:t>　　通过国家或省制定的食品卫生检测标准，检测食品中各项化学物质或 元素的或微生物的含量以及 含量是否超标。例如酸牛乳质量检测标准：（1）感官检测 （2）净含量（3）脂肪（4）蛋白质（5）非脂乳国体(6)总固形物(7)酸度(8)苹果酸(9)山梨酸(10)硝酸盐(11)亚硝酸盐(12)黄曲霉素M(13)大肠杆菌群（14）酵母（15）霉菌（16）致病菌（17）乳酸菌（18）铅（19）无机砷（20）标签.学习并掌握各项各项指标的检测。还有很多食品很多项，再次就不一一介绍了。</w:t>
      </w:r>
      <w:r>
        <w:rPr>
          <w:lang w:eastAsia="zh-CN"/>
        </w:rPr>
        <w:br/>
      </w:r>
      <w:r>
        <w:rPr>
          <w:lang w:eastAsia="zh-CN"/>
        </w:rPr>
        <w:t>　　三、实习结果</w:t>
      </w:r>
      <w:r>
        <w:rPr>
          <w:lang w:eastAsia="zh-CN"/>
        </w:rPr>
        <w:br/>
      </w:r>
      <w:r>
        <w:rPr>
          <w:lang w:eastAsia="zh-CN"/>
        </w:rPr>
        <w:t>　　我感觉通过这一个多月的学习，我基本掌握的检测项有：糕点的过氧化值检测，酸价，砷得测定，挂面烹调损失得测定，食品中脂肪的测定，食品中有机酸的测定，食品中蛋白质的测定，生活饮用水好氧量的测定，食品中淀粉的测定，等等</w:t>
      </w:r>
      <w:r>
        <w:rPr>
          <w:lang w:eastAsia="zh-CN"/>
        </w:rPr>
        <w:br/>
      </w:r>
      <w:r>
        <w:rPr>
          <w:lang w:eastAsia="zh-CN"/>
        </w:rPr>
        <w:t>　　四、实习总结和体会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作为20__年的毕业生就业压力相较去年会更大了很多，我是一名生物工程系，生物技术及应用专业的大专毕业生。面对就业这个难问题深感其困难所在。一个偶然的机会可以让我在平顶山市技术监督检验测试中心实习，虽说在学校学习过可都是理论知识，并没实际操作过,心中始终有个心结又带着那样的迷惑,不安和好奇。</w:t>
      </w:r>
      <w:r>
        <w:rPr>
          <w:lang w:eastAsia="zh-CN"/>
        </w:rPr>
        <w:br/>
      </w:r>
      <w:r>
        <w:rPr>
          <w:lang w:eastAsia="zh-CN"/>
        </w:rPr>
        <w:t>　　我在这一个多月里学到了很多书本以外的东西，任何一个企业都有它自己的企业文化，正是这种文化使大家得力量超一个方向使只要大家齐心协作没有办不了得事。提到协作就是要同事之间互相帮助。刚到单位我是一个没有任何工作经验的实习生,产生错误或者做的不到位的地方肯定是有的，但我要正视我的缺点，遇事不急噪要以温和的态度。</w:t>
      </w:r>
      <w:r>
        <w:rPr>
          <w:lang w:eastAsia="zh-CN"/>
        </w:rPr>
        <w:br/>
      </w:r>
      <w:r>
        <w:rPr>
          <w:lang w:eastAsia="zh-CN"/>
        </w:rPr>
        <w:t>　　虽然实习结束了，但是我觉的该学得还有很多很多，从身边的每一个细小的事件上我们都能学到做人或者做事的经验。希望我的路会越走越好，希望朋友们的路也越走越好。记得奋斗！！以后是我们的！！</w:t>
      </w:r>
      <w:r>
        <w:rPr>
          <w:lang w:eastAsia="zh-CN"/>
        </w:rPr>
        <w:br/>
      </w:r>
      <w:r>
        <w:rPr>
          <w:lang w:eastAsia="zh-CN"/>
        </w:rPr>
        <w:t xml:space="preserve">    毕业生实习工作个人总结 篇6 </w:t>
      </w:r>
      <w:r>
        <w:rPr>
          <w:lang w:eastAsia="zh-CN"/>
        </w:rPr>
        <w:br/>
      </w:r>
      <w:r>
        <w:rPr>
          <w:lang w:eastAsia="zh-CN"/>
        </w:rPr>
        <w:t>　　实习期转眼就过去了，一个月的时间说长不长，说短不短，在这个时间里我体会到了很多，感受也很深，通过自己的亲身体验社会实践，让自己更进一步的了解社会，在实践中，增长了见识，锻炼了自己的勇气，培养自己的韧性，寒假放假后，经过熟人的介绍来到一家汽车公司，而我在公司里做最简单的工作，每天在公司的吧台售卖饮料，给客户倒茶，通过这次实践更进一步了解社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首先简单介绍一下公司，它是广州赛弗汽车公司中汽车的一个代售店，前面汽车展厅，展卖汽车，中间是吧台和客户休息区，后面是汽车维护部，而我就在公司中间的吧台工作，由于以前没干过类似的工作，对商品的价格和其它方面都了解甚少，所以还需要接受他们正式员工的培训，几天后，对工作有所了解，对一些的基本的礼仪也有所熟悉，但是通过几天实践，我发现在与客户交流与接待方面还有所欠缺，同样的工作在其他同事手中则流利进行，而我则不能。通过一个假期的实践我总结吃以下几点：</w:t>
      </w:r>
      <w:r>
        <w:rPr>
          <w:lang w:eastAsia="zh-CN"/>
        </w:rPr>
        <w:br/>
      </w:r>
      <w:r>
        <w:rPr>
          <w:lang w:eastAsia="zh-CN"/>
        </w:rPr>
        <w:t>　　第一：服务态度至关重要。</w:t>
      </w:r>
      <w:r>
        <w:rPr>
          <w:lang w:eastAsia="zh-CN"/>
        </w:rPr>
        <w:br/>
      </w:r>
      <w:r>
        <w:rPr>
          <w:lang w:eastAsia="zh-CN"/>
        </w:rPr>
        <w:t>　　作为一个服务行业，顾客就是上帝，更何况是来公司买车的客户，对其态度一定要好，因此良好的服务态度是必须的，要想获得更多的利润就必须提高销售量，这就要求我们想客户之所想，急所其之所急，提高服务质量，语言要礼貌文明，待客要热情周到，要尽可能满足客户的要求，比如说为客户倒茶，一般广东人都喜欢喝茶，因此，给他们倒茶，一定要注意茶的温度和茶的香味，让客户满意，而如果不恰当的水温则会让客户不满意，因此，也就必须好好为客户服务，让他们满意。</w:t>
      </w:r>
      <w:r>
        <w:rPr>
          <w:lang w:eastAsia="zh-CN"/>
        </w:rPr>
        <w:br/>
      </w:r>
      <w:r>
        <w:rPr>
          <w:lang w:eastAsia="zh-CN"/>
        </w:rPr>
        <w:t>　　第二：要好好遵守公司的规矩。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俗话说：“国有国法，家有家规。”自然，作为一个公司也有很多的规定，比如说：上班时间不可以串岗，不可以闲聊，不可以随意接听手机等等。所谓不可以串岗就是不可以擅自离开自己的岗位。为什么不可以随便串岗呢?因为各个岗位各个人都有各自的工作，如果随便串岗，则会出现某个岗位缺人，如果客户刚好找某个岗位的人而又恰好不在，则会给公司带来负面影响，同样不可以闲聊是因为如果在工作时间员工都在一起叽叽喳喳闲谈，公司就像一个菜市场，毫无纪律可言，那样下去，公司就会日益散漫，不利于公司的发展，而不准接听电话也是相同的理由吧，如果被经理发现，少则挨批，多则扣薪水，遵守规矩还是很重要的，所谓没有规矩不成方圆。要严格要求自己，既然进了公司就得按规矩办事，即使只是去公司做寒假工是非正式员工，也应用公司的纪律要求自己。</w:t>
      </w:r>
      <w:r>
        <w:rPr>
          <w:lang w:eastAsia="zh-CN"/>
        </w:rPr>
        <w:br/>
      </w:r>
      <w:r>
        <w:rPr>
          <w:lang w:eastAsia="zh-CN"/>
        </w:rPr>
        <w:t>　　第三：要真诚的对待身边的人。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你可以伪装你的面孔，伪装你的心，但你绝不可以忽视真诚的力量，第一天去上班的时候，心里不可避免的有些疑惑，毕竟以前没做过类似的工作，心里就没底，不知道应该去怎么做，要去干些什么等等，刚踏进公司的时候，只见几个陌生的脸孔用莫名的眼光看着我，我微笑着和他们打招呼，问他们早安，尴尬的局面立刻得到了缓解，大家多用很友善的眼光和善的微笑欢迎我的到来。从那天起，我养成了一个习惯，每天早上见到他们都要微笑的说声“早上好”，那是我心底真诚的问候，发自内心的，真正的微笑，是一种能打动人的真诚问候，我总觉得经常有一些东西容易被我们忽略，比如一个甜美的微笑，一声轻轻的问候，一句关心的话语，但他们却表达了对一个人的尊重和关心，也让别人感觉到被重视与关心，仅仅几天的时间，我就和同事打成一片，很好的跟他们交流与沟通，我想，应该是我的真诚换得了同事们的信任吧，他们都把我当朋友，也愿意指导我，教我应该怎么去做，也跟我谈现在的就业形势等与工作无关的事情，短短的一个月，使我受益匪浅，让我懂得了如何更好的为人处事，当今社会一直处在发展中，所以对人才的要求也越来越高，我们应该用发展的眼光看问题，就要不断提高思想认识，更好的完善自己，要用真诚的力量去感动别人。</w:t>
      </w:r>
      <w:r>
        <w:rPr>
          <w:lang w:eastAsia="zh-CN"/>
        </w:rPr>
        <w:br/>
      </w:r>
      <w:r>
        <w:rPr>
          <w:lang w:eastAsia="zh-CN"/>
        </w:rPr>
        <w:t>　　第四：我们也需要有工作的激情与耐心。</w:t>
      </w:r>
      <w:r>
        <w:rPr>
          <w:lang w:eastAsia="zh-CN"/>
        </w:rPr>
        <w:br/>
      </w:r>
      <w:r>
        <w:rPr>
          <w:lang w:eastAsia="zh-CN"/>
        </w:rPr>
        <w:t>　　激情与耐心就像火与冰，看似两种完全不同的东西，却能碰撞出最美丽的火花，在公司时，同事跟我说想做好服务这一类，一定要有激情与耐心，这一行需要有恒久的耐心去不断学习新的知识，用知识武装自己，提高自己的专业水平，要用耐心去处理好每件事，用耐心去把事情做得有条有理，那样做事才有效率。</w:t>
      </w:r>
      <w:r>
        <w:rPr>
          <w:lang w:eastAsia="zh-CN"/>
        </w:rPr>
        <w:br/>
      </w:r>
      <w:r>
        <w:rPr>
          <w:lang w:eastAsia="zh-CN"/>
        </w:rPr>
        <w:t>　　我的经理在我走之前也给我一些指点，他说：“一个人在他的学生时代要好好学习，但也要适时的增长见识，去实践，去体验社会，专业知识是重要的，但把专业知识运用于实践也重要，在大学学习的时候锻炼自己的能力很重要，在寒假参与社会实践是一个很好的机会，赚钱不是主要的，作为学生，能赚到多少，等到毕业后，有的是赚钱的机会，做寒假工主要的目的是锻炼自己的能力。”然后他跟我说了他读书时的事，他说他读书的时候求知欲很强，想方设法的想多学点东西，在假期的时候经常去打工，目的就是为了锻炼自己，体验社会生活。我想在学生时代，多锻炼自己是十分重要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经过这一个暑假的打工生活，我收获了很多，走出了美丽的象牙塔感受外面的世界，去体会社会竞争的现实与残酷，而不要做一只井底蛙，丝毫感觉不到社会工作的复杂与艰辛。通过这一个多月的打工生活让我懂得了许多做人的道理，也让我看到了自己的不足和缺点，所以在今后的学习中要严格要求自己，提高自己的素质，努力学习专业技能，做一个能适应社会的人。</w:t>
      </w:r>
      <w:r>
        <w:rPr>
          <w:lang w:eastAsia="zh-CN"/>
        </w:rPr>
        <w:br/>
      </w:r>
      <w:r>
        <w:rPr>
          <w:lang w:eastAsia="zh-CN"/>
        </w:rPr>
        <w:t xml:space="preserve">    毕业生实习工作个人总结 篇7 </w:t>
      </w:r>
      <w:r>
        <w:rPr>
          <w:lang w:eastAsia="zh-CN"/>
        </w:rPr>
        <w:br/>
      </w:r>
      <w:r>
        <w:rPr>
          <w:lang w:eastAsia="zh-CN"/>
        </w:rPr>
        <w:t>　　总之这次实习使我受益匪浅，让我看到了自己的不足和长处，并锻炼了我各方面的能力，吃了很多苦，亦学到了很多书本上学不到的知识，认识了更多的人。所有这些都将在我的人生中起到积极的作用。虽然说我学的有限，但起码我对于销售这个行业还是有了更进一步的了解和认识。这对于我今后的学习和工作将产生积极的影响。通过这次实习增强了我毕业就业的信心和勇气。现在，我意识到必须要做的就是多吸取知识，提高自身的综合素质，不断丰富自己的工作经验。同时，注重专业知识的学习。这样才能使自己有扎实的文化基础，迎接以后就业中各种严峻的挑战。</w:t>
      </w:r>
      <w:r>
        <w:rPr>
          <w:lang w:eastAsia="zh-CN"/>
        </w:rPr>
        <w:br/>
      </w:r>
      <w:r>
        <w:rPr>
          <w:lang w:eastAsia="zh-CN"/>
        </w:rPr>
        <w:t>　　虽然这次实习很让我满意，但是我还是觉得这次实习有值得改进的地方，以下是我的几点建议：在实习的过程中，在艰苦的环境下，有时候难以适应这种环境，克服害羞的心理，没有深入的与顾客交流，以至于销售业绩不是太理想。所以在今后我要加强适应环境的能力和人际交往能力。同时，良好的服务态度至关重要要，我们要想顾客之所想，急顾客之所急，提高服务质量语言、热情周到，尽可能满足顾客的要求。最后我们还得具备良好的心态，因为要经常面对拒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xml:space="preserve">    毕业生实习工作个人总结 篇8 </w:t>
      </w:r>
      <w:r>
        <w:rPr>
          <w:lang w:eastAsia="zh-CN"/>
        </w:rPr>
        <w:br/>
      </w:r>
      <w:r>
        <w:rPr>
          <w:lang w:eastAsia="zh-CN"/>
        </w:rPr>
        <w:t>　　实习是一次用自我的眼和耳去感受环境的机会，经过假期的这段实习，我受益匪浅，我对自我的专业有了更为详尽而深刻的了解，认识到了许多在学校学不到的东西，不在局限于书本，而是有了一个比较全面的了解。从而更深的了解的了自我的不足，该往哪个方向而努力，这些都是以前所部了解的。</w:t>
      </w:r>
      <w:r>
        <w:rPr>
          <w:lang w:eastAsia="zh-CN"/>
        </w:rPr>
        <w:br/>
      </w:r>
      <w:r>
        <w:rPr>
          <w:lang w:eastAsia="zh-CN"/>
        </w:rPr>
        <w:t>　　我想经过这次实习，我会认识到自我的更多不足，在学校的学习会更加努力，更加严于律己，努力做到理论与实践相结合，敢于实践，做合格的毕业生!</w:t>
      </w:r>
      <w:r>
        <w:rPr>
          <w:lang w:eastAsia="zh-CN"/>
        </w:rPr>
        <w:br/>
      </w:r>
      <w:r>
        <w:rPr>
          <w:lang w:eastAsia="zh-CN"/>
        </w:rPr>
        <w:t>　　那里也是我们初涉社会的开端，迈向完美而残酷的未来，我一向坚信自我的本事，即使人生路如顺德四通八达的公路，但方向仅有一个，那就是前进，永不言弃。</w:t>
      </w:r>
      <w:r>
        <w:rPr>
          <w:lang w:eastAsia="zh-CN"/>
        </w:rPr>
        <w:br/>
      </w:r>
      <w:r>
        <w:rPr>
          <w:lang w:eastAsia="zh-CN"/>
        </w:rPr>
        <w:t xml:space="preserve">    毕业生实习工作个人总结 篇9 </w:t>
      </w:r>
      <w:r>
        <w:rPr>
          <w:lang w:eastAsia="zh-CN"/>
        </w:rPr>
        <w:br/>
      </w:r>
      <w:r>
        <w:rPr>
          <w:lang w:eastAsia="zh-CN"/>
        </w:rPr>
        <w:t>　　我是一名金工专业毕业生，下面来和大家分享下我的实习情况。和我一起实习的同学也让我受益非浅。毫无私心的帮助，真诚的相互鼓励加油，一切分担工作的 压力，更一起分享成功带来的喜悦，金工实习更象是一个集体活动，拉近我们彼此的距离，填 补了曾经存在的隔阂，集体主义的魅力得到了彻彻底底的展现!大学里连同班同学相处的机会 都很少，感谢金工实习给了我们这样一个机会。这样的活动值得教育部门的借鉴。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我们在学校校工厂进行了为期9天的金工。期间，我们接触了车、钳、铣、三个工种。每一天，大家都要学习一项新的技能。三天内完成从对各项工种的一无所知到作出一件成品的过程。在师傅们耐心细致地讲授和在我们的积极的配合下，我们没有发生一例伤害事故，基本达到了预期的实习要求，圆满地完成了金工实习。</w:t>
      </w:r>
      <w:r>
        <w:rPr>
          <w:lang w:eastAsia="zh-CN"/>
        </w:rPr>
        <w:br/>
      </w:r>
      <w:r>
        <w:rPr>
          <w:lang w:eastAsia="zh-CN"/>
        </w:rPr>
        <w:t>　　“金工实习”是一门实践性的技术基础课，是高等院校工科学生学习机械制造的基本工艺方法和技术，完成工程基本训练的重要必修课。它不仅可以让我们获得了机械制造的基础知识，了解了机械制造的一般操作，提高了自己的操作技能和动手能力，而且加强了理论联系实际的锻炼，提高了工程实践能力，培养了工程素质。这是一次我们学习，锻炼的好机会!通过这次虽短而充实的实习我懂得了很多。转眼间，为期两周的金工实习已经结束，回想两周以来，有过汗水，有过失败，有过伤痛，有过微笑。正是在这汗水、失败、伤痛和微笑中让我学到了很多有用的知识，我也深深地到工人们的辛苦和伟大，虽然实训期只有短短的两周，在我们大学生活中它只是小小的一部分，却是十分重要的一部分，对我们来说，它是很难忘记的，毕竟是一次真正的体验社会、体验生活。</w:t>
      </w:r>
      <w:r>
        <w:rPr>
          <w:lang w:eastAsia="zh-CN"/>
        </w:rPr>
        <w:br/>
      </w:r>
      <w:r>
        <w:rPr>
          <w:lang w:eastAsia="zh-CN"/>
        </w:rPr>
        <w:t xml:space="preserve">    毕业生实习工作个人总结 篇10 </w:t>
      </w:r>
      <w:r>
        <w:rPr>
          <w:lang w:eastAsia="zh-CN"/>
        </w:rPr>
        <w:br/>
      </w:r>
      <w:r>
        <w:rPr>
          <w:lang w:eastAsia="zh-CN"/>
        </w:rPr>
        <w:t>　　经过_年的学习，准备我的毕业之际，为了更好地巩固已有知识，学习技能，我到__有限公司办事处进行实习，在办公室担任助理的工作，在此我对我的实习工作做一个自我鉴定。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我先后去了财务管理科、招标办公室、计划财务部、人力资源部、办公室、法律事务部、设备管理科、法制办公室等主要业务部门。经过学习书面材料和与各部室人员的交流，我比较全面地了解了我单位科室的主要职能和重点工作，还协助完成了一些我力所能及的行政事务工作。这种进取主动的工作态度获得了各科室人员的一致好评。</w:t>
      </w:r>
      <w:r>
        <w:rPr>
          <w:lang w:eastAsia="zh-CN"/>
        </w:rPr>
        <w:br/>
      </w:r>
      <w:r>
        <w:rPr>
          <w:lang w:eastAsia="zh-CN"/>
        </w:rPr>
        <w:t>　　我谦虚谨慎，勤奋好学。注重理论和实践相结合，将所学的课堂知识能有效地运用于实际工作中，认真听取老员工的指导，对于别人在工作计划中提出的提议，能够虚心听取。表现出较强的求知欲，并能够仔细观察、切身体验、独立思考、综合分析，灵活运用自我的知识解决工作中遇到的实际困难。</w:t>
      </w:r>
      <w:r>
        <w:rPr>
          <w:lang w:eastAsia="zh-CN"/>
        </w:rPr>
        <w:br/>
      </w:r>
      <w:r>
        <w:rPr>
          <w:lang w:eastAsia="zh-CN"/>
        </w:rPr>
        <w:t>　　工作中踏实肯干，吃苦耐劳。有创造性、建设性地独立开展工作的思维。</w:t>
      </w:r>
      <w:r>
        <w:rPr>
          <w:lang w:eastAsia="zh-CN"/>
        </w:rPr>
        <w:br/>
      </w:r>
      <w:r>
        <w:rPr>
          <w:lang w:eastAsia="zh-CN"/>
        </w:rPr>
        <w:t>　　具有必须的开拓和创新精神，理解新事物较快，涉猎面较宽，在工程计算领域不断地探索，有自我的思路和设想。能够做到服从指挥，认真敬业，工作职责心强，工作效率高，执行公司指令坚决。在时间紧迫的情景下，加时加班、保质保量完成工作任务。</w:t>
      </w:r>
      <w:r>
        <w:rPr>
          <w:lang w:eastAsia="zh-CN"/>
        </w:rPr>
        <w:br/>
      </w:r>
      <w:r>
        <w:rPr>
          <w:lang w:eastAsia="zh-CN"/>
        </w:rPr>
        <w:t>　　生活上待人诚恳，作风朴实。严格遵守单位的各项规章制度，实习期间，未曾出现过无故缺勤，迟到早退现象，并能与单位同事和睦相处，交流融洽，善于取长补短，虚心好学，注重团队合作。</w:t>
      </w:r>
      <w:r>
        <w:rPr>
          <w:lang w:eastAsia="zh-CN"/>
        </w:rPr>
        <w:br/>
      </w:r>
      <w:r>
        <w:rPr>
          <w:lang w:eastAsia="zh-CN"/>
        </w:rPr>
        <w:t>　　实习是我步入社会前的第一课，教会我怎样待人接物，如何处理各种事情。虽然在短短的一个月里看到的只能是工作的一个侧面，学习的只能是一些初步的方法，但这些对于我是十分重要的。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这次实习告诉我，在社会这个大学堂里我还是一个小学生，还有很长的路要走。要抱着谦虚谨慎的态度，无论大小认真踏实的完成每一件事，走好每一步。</w:t>
      </w:r>
      <w:r>
        <w:rPr>
          <w:lang w:eastAsia="zh-CN"/>
        </w:rPr>
        <w:br/>
      </w:r>
      <w:r>
        <w:rPr>
          <w:lang w:eastAsia="zh-CN"/>
        </w:rPr>
        <w:t>　　经过实习，我有信心，未来的路我能更好地走下去!</w:t>
      </w:r>
      <w:r>
        <w:rPr>
          <w:lang w:eastAsia="zh-CN"/>
        </w:rPr>
        <w:br/>
      </w:r>
      <w:r>
        <w:rPr>
          <w:lang w:eastAsia="zh-CN"/>
        </w:rPr>
        <w:t xml:space="preserve">    毕业生实习工作个人总结 篇11 </w:t>
      </w:r>
      <w:r>
        <w:rPr>
          <w:lang w:eastAsia="zh-CN"/>
        </w:rPr>
        <w:br/>
      </w:r>
      <w:r>
        <w:rPr>
          <w:lang w:eastAsia="zh-CN"/>
        </w:rPr>
        <w:t>　　20__年新年伊始，身为大四即将面临毕业的我便开始为寻找工作而四处奔波，开始制作了自己的简历、经历层层面试筛选，也开始了从学校向社会的身心全面转变，收获颇多，感触颇深。</w:t>
      </w:r>
      <w:r>
        <w:rPr>
          <w:lang w:eastAsia="zh-CN"/>
        </w:rPr>
        <w:br/>
      </w:r>
      <w:r>
        <w:rPr>
          <w:lang w:eastAsia="zh-CN"/>
        </w:rPr>
        <w:t>　　有了几次面试的经验，逐步开始掌握了些面试技巧，最终获得了__公司财务部会计的实习机会，经过同事对没有社会工作经验的我的帮助和自己的不断学习，在短短的三个月内，很快适应了公司的日常生产情况和财务上所需要做的工作。自己专业素养不断提高、充实的同时也获得了领导的肯定和赏识。</w:t>
      </w:r>
      <w:r>
        <w:rPr>
          <w:lang w:eastAsia="zh-CN"/>
        </w:rPr>
        <w:br/>
      </w:r>
      <w:r>
        <w:rPr>
          <w:lang w:eastAsia="zh-CN"/>
        </w:rPr>
        <w:t>　　我所实习的单位__厂是一家中小型的民营工业企业，主要进行焙烧电极棒和碳极，焙烧成品主要用于工业电解铝的生产。</w:t>
      </w:r>
      <w:r>
        <w:rPr>
          <w:lang w:eastAsia="zh-CN"/>
        </w:rPr>
        <w:br/>
      </w:r>
      <w:r>
        <w:rPr>
          <w:lang w:eastAsia="zh-CN"/>
        </w:rPr>
        <w:t>　　为让我尽快的了解公司生产生活运行的状况总经理安排了我对公司固定资产盘点和评估，在同事的帮助和厂房各科室的配合下顺利的完成了任务，对公司基本运行的状况、产成品的生产工艺和过程有了更深层次的了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由于未建立起库房的进出入库的登记管理，总经理对库房的件耗了解的模棱两可，产生了对巨额件耗费用的来龙去脉还有对库管工作的怀疑，安排我把库房的帐建起来。随后我和库管对上千种的零件进行了彻底盘点，根据会计主管的提示，本着公司实际情况分成了五金、电料、劳保、其他类，建起了数量金额帐，对库房件耗的出入库登记出入库单。同时，每隔一天对出入库单进行登记汇总，从而使总经理彻底清楚了库房件耗的情况。</w:t>
      </w:r>
      <w:r>
        <w:rPr>
          <w:lang w:eastAsia="zh-CN"/>
        </w:rPr>
        <w:br/>
      </w:r>
      <w:r>
        <w:rPr>
          <w:lang w:eastAsia="zh-CN"/>
        </w:rPr>
        <w:t>　　通过总经理的上述安排，我对公司基本情况有了初步的了解，便开始接触到了公司日常账务情况，配合财务做会计的相关工作，进行了原始凭证的审核，记账凭证的填制和登记，总账、明细账的填制，会计凭证的汇总和财务报表的编制，配合会计进行纳税申报，对会计档案进行装订和保管等等系统的会计工作。对会计一职有了深层次的了解，同时，由于公司以前实行的手工帐，每到月底进行汇总费时费力，就向会计提出进行会计电算化的建议，得到采纳，我负责了以往几个月的会计凭证的录入和结算。从而减轻了会计以往手工帐的相对繁琐。</w:t>
      </w:r>
      <w:r>
        <w:rPr>
          <w:lang w:eastAsia="zh-CN"/>
        </w:rPr>
        <w:br/>
      </w:r>
      <w:r>
        <w:rPr>
          <w:lang w:eastAsia="zh-CN"/>
        </w:rPr>
        <w:t>　　受金融危机的影响，公司拖欠了工人们近半年的工资，新年之后公司运营状况初步得到了好转，陆续得到了些回款，而发放工资的事情便摆在眼前，工人有的是记件工，有的是日工，而且当工资报到财务之后并未进行过相关的核算，使总经理心里很不踏实，于是安排我进行了工人们工资的核算，日工很好算，然而复杂的计件工作着实是让人汗了一把，当然也在报上来的工资表上发现、改正了不少的错误。自己给经理提供的工资核算表也让老板吃了颗定心丸。</w:t>
      </w:r>
      <w:r>
        <w:rPr>
          <w:lang w:eastAsia="zh-CN"/>
        </w:rPr>
        <w:br/>
      </w:r>
      <w:r>
        <w:rPr>
          <w:lang w:eastAsia="zh-CN"/>
        </w:rPr>
        <w:t>　　实习期间，配合出纳进行了转账、电汇、提取现金、交电费、煤气费等工作。期间还有信用社评级，我负责了厂房的拍照工作，许多琐碎的事情，稳重踏实的作风赢得了总经理的认可。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实习将要结束的时候，根据我掌握的生产费用和期间费用的情况，主动给经理提出了核算成本的要求，在编制出了我实习这三个月的成本情况的同时，又查了10年以往相关的凭证，编制了10年度的成本情况，让总经理对公司的运行状况一目了然。对比历月的成本情况，我向经理提出了降低管理费用等等一系列降低成本的建议，得到了经理的认可和赏识。</w:t>
      </w:r>
      <w:r>
        <w:rPr>
          <w:lang w:eastAsia="zh-CN"/>
        </w:rPr>
        <w:br/>
      </w:r>
      <w:r>
        <w:rPr>
          <w:lang w:eastAsia="zh-CN"/>
        </w:rPr>
        <w:t>　　三个月很快就结束了，临行前安排好我工作的交接情况，突然发现自己在短短的时间做了这么多的事情，感到欣慰的同时也让自己得到了满足和认同：自己还是能够胜任社会工作的!</w:t>
      </w:r>
      <w:r>
        <w:rPr>
          <w:lang w:eastAsia="zh-CN"/>
        </w:rPr>
        <w:br/>
      </w:r>
      <w:r>
        <w:rPr>
          <w:lang w:eastAsia="zh-CN"/>
        </w:rPr>
        <w:t>　　三个月来的实习，非常感谢总经理的重视和信任，总经理没有上过大学，但是通过自己的奋斗逐步建厂到发展到现在近百人几千万固定资产的两个公司，让我见识到了民营企业家的不易，领导的信任让我从事了不仅仅是会计方面的工作，还有领导如何让工人良好的工作，如何处理好环保局、税务局等等国家机关的工作，期间单位还出现了工伤事故，跑保险公司索赔等等的事情，让我见识到了一个企业从建厂到正常运转的全过程，自己获益匪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学以致用，理论要联系实际，没有大学四年系统的会计理论的学习，让自己得到公司社会的认可是不可能的，当然书本上的理论知识是一方面，实际工作中遇到的各种问题是另一种境遇，没有一定的社会经验和阅历是很难轻车驾熟的。通过这段的实习我成长了很多，虽然没有彻底的完成学校到社会的转型，但是自己的第一次工作和第一次公司的认可心里感到非常的高兴，这段实习经历将使我更加自信的面对今后的生活!</w:t>
      </w:r>
      <w:r>
        <w:rPr>
          <w:lang w:eastAsia="zh-CN"/>
        </w:rPr>
        <w:br/>
      </w:r>
      <w:r>
        <w:rPr>
          <w:lang w:eastAsia="zh-CN"/>
        </w:rPr>
        <w:t xml:space="preserve">    毕业生实习工作个人总结 篇12 </w:t>
      </w:r>
      <w:r>
        <w:rPr>
          <w:lang w:eastAsia="zh-CN"/>
        </w:rPr>
        <w:br/>
      </w:r>
      <w:r>
        <w:rPr>
          <w:lang w:eastAsia="zh-CN"/>
        </w:rPr>
        <w:t>　　冷假悄然逝往，对艺术管理系的同学们来讲，留下的是炙阳下的汗珠中包括的厚重的记忆，成熟的印证，还有百分白的成绩感和充实感。</w:t>
      </w:r>
      <w:r>
        <w:rPr>
          <w:lang w:eastAsia="zh-CN"/>
        </w:rPr>
        <w:br/>
      </w:r>
      <w:r>
        <w:rPr>
          <w:lang w:eastAsia="zh-CN"/>
        </w:rPr>
        <w:t>　　假期，对一部份学身而言，是一种阔别课业负担的轻松与舒服，但无所事事的光阴中常常也就带有了一丝百无聊赖的失落与遗憾。我系同学并没有把自己的行迹固步于旅游中的山水，没有留恋空调下的电视节目，而是谨记我系厚基储宽口径、重实践的发展方向与发展要求，充分利用假期这段可以自由支配的时间往继续学习，充实丰富自己。为了今后在社会中找到自己的位置，体现出自己的价值，很多学生都走出校门往社会实践中锻炼自己，学会在社会中生存的技能。在今年冷假中，我系几近全部的01级学生都进行了实习，在社会实践中完成了自己的观念与眼光从学校到社会的过渡与转换。天津电视台、山东潍坊电视台、河北电视台、胶州广播电视台都留下了我系同学的身影，在采访、制作、编辑工作中。他们都表现了艺术管理系同学独有的专业技能和良好品行，得到了实习单位的肯定与好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12名同学参加了小天使艺术中心培训教学工作，策划组织了教学成果汇报演出，用自己的所学汇报了社会。企业策划服务有限公司、光纤传媒有限公司同样成为同学们的实习阵地，市场策划、传媒等理论知识得到了检验与丰富。崔明前后参与了记念太原建成25__年系列活动之龙成放歌古代名人咏太原古诗词朗读大赛、豪情太原广场文化系列才艺展现大赛的组织和策划工作。市委的宣传部工作、啤酒节的专题采访同学们做来也得心应手。更值得一提得是，秦聪、牛雯同学组织策划了一嘲献给故乡的歌，带领全市在各地高校的在校生向全市的父老乡亲作了一次高水平的专业汇报；姜萌同学除参加院学生会的阳光课堂音乐知识社会事件、天津电视台的实践之外，还随青躲铁路采访团深进中国的西部地区进行了跟踪采访并写下了自己的见闻、感想和收获。</w:t>
      </w:r>
      <w:r>
        <w:rPr>
          <w:lang w:eastAsia="zh-CN"/>
        </w:rPr>
        <w:br/>
      </w:r>
      <w:r>
        <w:rPr>
          <w:lang w:eastAsia="zh-CN"/>
        </w:rPr>
        <w:t>　　在进进大学后的第一个冷假中，02级学生也使满载而回。计算机办公自动化培训、英语四级学习、广告公司实习他们的学习进步也是一拍紧接一拍。刘延明、王佳颖、卢燕同学或参加燕篁艺术培训学校的培训工作，或自己开辅导班，都投进到了教学实践当中。杨伊环、周祉琦在四海旅行社当起了导游。往面对芸芸众相挑战自己的能力与自信。于晓惠参加了东港市庆七一文艺惠阳并获汇演并获奖。另外，王晓君申报了石家庄陆军指挥学院函授本科，马萍在广播电视台和广告公司实习。短短的六十天，同学们在忙繁忙碌中收获颇丰。</w:t>
      </w:r>
      <w:r>
        <w:rPr>
          <w:lang w:eastAsia="zh-CN"/>
        </w:rPr>
        <w:br/>
      </w:r>
      <w:r>
        <w:rPr>
          <w:lang w:eastAsia="zh-CN"/>
        </w:rPr>
        <w:t>　　为了迎接英语四六级考试，我系近半数以上的同学自觉参加了英语辅导般的学习。也有大量同学参加了计算机培训并考取了证书。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在我系处于重中之重地位的思想道德建设也有建树。积极份子上交了入党申请书，作了书面的思想汇报。在全国再次掀起的学习高潮下，我系同学贾写了《一个大学生眼中的》的思想汇报，以大学生的身份与视角论述了对重要思想的熟悉与理解。在抗击非典中凝聚起来的那股众志成城、团结一心的信念与斗志依然牢牢包围着我们，新长征突击队的荣耀仍在鼓舞着我们，艺管系的同学都表示要带着今夏收获的成绩与欣喜，往迎接一年级的新生，共同奔赴布满挑战与攻击的新学年，再创骄绩重唱凯歌。</w:t>
      </w:r>
      <w:r>
        <w:rPr>
          <w:lang w:eastAsia="zh-CN"/>
        </w:rPr>
        <w:br/>
      </w:r>
      <w:r>
        <w:rPr>
          <w:lang w:eastAsia="zh-CN"/>
        </w:rPr>
        <w:t xml:space="preserve">    毕业生实习工作个人总结 篇13 </w:t>
      </w:r>
      <w:r>
        <w:rPr>
          <w:lang w:eastAsia="zh-CN"/>
        </w:rPr>
        <w:br/>
      </w:r>
      <w:r>
        <w:rPr>
          <w:lang w:eastAsia="zh-CN"/>
        </w:rPr>
        <w:t>　　今年开始，我在某工程公司附属单位AB公司进行了工商管理实习工作。在实习中，我在公司指导老师的热心指导下，积极参与公司日常管理相关工作，注意把书本上学到的工商管理理论知识对照实际工作，用理论知识加深对实际工作的认识，用实践验证所学的工商管理理论，探求日常管理工作的本质与规律。简短的实习生活，既紧张，又新奇，收获也很多。通过实习，使我对日常管理工作有了深层次的感性和理性的认识。</w:t>
      </w:r>
      <w:r>
        <w:rPr>
          <w:lang w:eastAsia="zh-CN"/>
        </w:rPr>
        <w:br/>
      </w:r>
      <w:r>
        <w:rPr>
          <w:lang w:eastAsia="zh-CN"/>
        </w:rPr>
        <w:t>　　两个月瞬息即过，总结自己表现，有欣慰也有不足。</w:t>
      </w:r>
      <w:r>
        <w:rPr>
          <w:lang w:eastAsia="zh-CN"/>
        </w:rPr>
        <w:br/>
      </w:r>
      <w:r>
        <w:rPr>
          <w:lang w:eastAsia="zh-CN"/>
        </w:rPr>
        <w:t>　　熟悉并融入这个团队，一直是这两个月对自己的.要求。学习是拉近距离、融入团队的最好办法，两个月的时间里，在领导和同事的指导下，向行业学习知识，向前辈请教经验，向同事传授工作技巧，正是在这个过程中，熟悉到自己的弱处两个月瞬息即过，总结自己表现，有欣慰也有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在学习中做事。任何细节都有它的专业规律，任何人都有其独特比较优势；养成个性谦虚才能不断进步，踏实肯干才能表现专业。在中粮见习的期间内，努力做好任何一件事情，专心记录每一个积累。在人力资源部期间，与同事一起完成集团军转干招聘、特贴申报、京外调干、档案数据完善等工作；在小麦加工事业部期间，负责文件取放，并与同事一起编写单元20__年度战略规划。通过踏踏实实的做事，让自己有了进步的机会，也让自己感受到自己的价值所在。</w:t>
      </w:r>
      <w:r>
        <w:rPr>
          <w:lang w:eastAsia="zh-CN"/>
        </w:rPr>
        <w:br/>
      </w:r>
      <w:r>
        <w:rPr>
          <w:lang w:eastAsia="zh-CN"/>
        </w:rPr>
        <w:t xml:space="preserve">    毕业生实习工作个人总结 篇14 </w:t>
      </w:r>
      <w:r>
        <w:rPr>
          <w:lang w:eastAsia="zh-CN"/>
        </w:rPr>
        <w:br/>
      </w:r>
      <w:r>
        <w:rPr>
          <w:lang w:eastAsia="zh-CN"/>
        </w:rPr>
        <w:t>　　这段时间，我经过了一段实习过程。在这次顶岗实习过程中，我学会了很多。我的毕业生实习总结如下：</w:t>
      </w:r>
      <w:r>
        <w:rPr>
          <w:lang w:eastAsia="zh-CN"/>
        </w:rPr>
        <w:br/>
      </w:r>
      <w:r>
        <w:rPr>
          <w:lang w:eastAsia="zh-CN"/>
        </w:rPr>
        <w:t>　　一、实习目的</w:t>
      </w:r>
      <w:r>
        <w:rPr>
          <w:lang w:eastAsia="zh-CN"/>
        </w:rPr>
        <w:br/>
      </w:r>
      <w:r>
        <w:rPr>
          <w:lang w:eastAsia="zh-CN"/>
        </w:rPr>
        <w:t>　　生产实习是教学与生产实际相结合的重要实践性教学环节。在生产实习过程中，学校也以培养学生观察问题、解决问题和向生产实际学习的能力和方法为目标。培养我们的团结合作精神，牢固树立我们的群体意识，即个人智慧只有在融入集体之中才能最大限度地发挥作用。</w:t>
      </w:r>
      <w:r>
        <w:rPr>
          <w:lang w:eastAsia="zh-CN"/>
        </w:rPr>
        <w:br/>
      </w:r>
      <w:r>
        <w:rPr>
          <w:lang w:eastAsia="zh-CN"/>
        </w:rPr>
        <w:t>　　通过这次生产实习，使我在生产实际中学习到了电气设备运行的技术管理知识、电气设备的制造过程知识及在学校无法学到的实践知识。在向工人学习时，培养了我们艰苦朴素的优良作风。在生产实践中体会到了严格地遵守纪律、毕业实习总结、统一组织及协调一致是现代化大生产的需要，也是我们当代大学生所必须的，从而近一步的提高了我们的组织观念。</w:t>
      </w:r>
      <w:r>
        <w:rPr>
          <w:lang w:eastAsia="zh-CN"/>
        </w:rPr>
        <w:br/>
      </w:r>
      <w:r>
        <w:rPr>
          <w:lang w:eastAsia="zh-CN"/>
        </w:rPr>
        <w:t>　　通过生产实习，对我们巩固和加深所学理论知识，培养我们的独立工作能力和加强劳动观点起了重要作用。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二、实习任务</w:t>
      </w:r>
      <w:r>
        <w:rPr>
          <w:lang w:eastAsia="zh-CN"/>
        </w:rPr>
        <w:br/>
      </w:r>
      <w:r>
        <w:rPr>
          <w:lang w:eastAsia="zh-CN"/>
        </w:rPr>
        <w:t>　　1.较全面、综合地了解企业的生产过程和生产技术;较深入、详细地了解企业生产的设备、工艺、产品等相关知识;了解企业的组织管理、企业文化、产品开发与销售等方面的知识和运作过程。</w:t>
      </w:r>
      <w:r>
        <w:rPr>
          <w:lang w:eastAsia="zh-CN"/>
        </w:rPr>
        <w:br/>
      </w:r>
      <w:r>
        <w:rPr>
          <w:lang w:eastAsia="zh-CN"/>
        </w:rPr>
        <w:t>　　2.在专业比较对口的实习岗位上，努力将所学的理论知识与实际工作密切结合，并能灵活应用，使自己的专业知识、专业技能及工程实践能力均得到一次全面的提升。</w:t>
      </w:r>
      <w:r>
        <w:rPr>
          <w:lang w:eastAsia="zh-CN"/>
        </w:rPr>
        <w:br/>
      </w:r>
      <w:r>
        <w:rPr>
          <w:lang w:eastAsia="zh-CN"/>
        </w:rPr>
        <w:t>　　3.积累一定的工作经验和社会经验，在职业道德、职业素质、护士实习总结、劳动观念、工作能力等方面都有明显的提高，逐步掌握从学生到员工的角色转换，为毕业后的就业打下良好的基础，提高就业竞争力。</w:t>
      </w:r>
      <w:r>
        <w:rPr>
          <w:lang w:eastAsia="zh-CN"/>
        </w:rPr>
        <w:br/>
      </w:r>
      <w:r>
        <w:rPr>
          <w:lang w:eastAsia="zh-CN"/>
        </w:rPr>
        <w:t>　　三、实习基本要求：</w:t>
      </w:r>
      <w:r>
        <w:rPr>
          <w:lang w:eastAsia="zh-CN"/>
        </w:rPr>
        <w:br/>
      </w:r>
      <w:r>
        <w:rPr>
          <w:lang w:eastAsia="zh-CN"/>
        </w:rPr>
        <w:t>　　1.学生在实习企业必须遵守企业的各种规章制度和相应的劳动纪律，不能无故请假和擅离岗位。有特殊情况需要请假或改变实习企业的必须征得实习企业和指导教师的同意。</w:t>
      </w:r>
      <w:r>
        <w:rPr>
          <w:lang w:eastAsia="zh-CN"/>
        </w:rPr>
        <w:br/>
      </w:r>
      <w:r>
        <w:rPr>
          <w:lang w:eastAsia="zh-CN"/>
        </w:rPr>
        <w:t>　　2.学生在实习期间必须严格遵守岗位操作规程和安全管理制度，严防工作责任事故和人身安全事故的发生。</w:t>
      </w:r>
      <w:r>
        <w:rPr>
          <w:lang w:eastAsia="zh-CN"/>
        </w:rPr>
        <w:br/>
      </w:r>
      <w:r>
        <w:rPr>
          <w:lang w:eastAsia="zh-CN"/>
        </w:rPr>
        <w:t>　　3.必须遵纪守法，模范遵守公民的社会公德，不得从事法律法规、厂纪厂规、校纪校规所不允许的各项活动。</w:t>
      </w:r>
      <w:r>
        <w:rPr>
          <w:lang w:eastAsia="zh-CN"/>
        </w:rPr>
        <w:br/>
      </w:r>
      <w:r>
        <w:rPr>
          <w:lang w:eastAsia="zh-CN"/>
        </w:rPr>
        <w:t>　　4.努力工作，积极完成实习单位指定的工作任务，虚心学习，主动、诚恳地向工人师傅、护理实习总结、工程技术人员及企业管理人员求教，刻苦钻研。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5.应多与指导教师联系交流，及时得到教师指导。</w:t>
      </w:r>
      <w:r>
        <w:rPr>
          <w:lang w:eastAsia="zh-CN"/>
        </w:rPr>
        <w:br/>
      </w:r>
      <w:r>
        <w:rPr>
          <w:lang w:eastAsia="zh-CN"/>
        </w:rPr>
        <w:t>　　四、实习过程</w:t>
      </w:r>
      <w:r>
        <w:rPr>
          <w:lang w:eastAsia="zh-CN"/>
        </w:rPr>
        <w:br/>
      </w:r>
      <w:r>
        <w:rPr>
          <w:lang w:eastAsia="zh-CN"/>
        </w:rPr>
        <w:t>　　1、安全教育在实习开始时，学校组织我们到公司由专业人士对我们进行安全教育，讲解了安全问题的重要性和在实习中所要遇到的种种危险和潜在的危险等等。</w:t>
      </w:r>
      <w:r>
        <w:rPr>
          <w:lang w:eastAsia="zh-CN"/>
        </w:rPr>
        <w:br/>
      </w:r>
      <w:r>
        <w:rPr>
          <w:lang w:eastAsia="zh-CN"/>
        </w:rPr>
        <w:t>　　2、车间实习我们在车间实习是生产实习的主要方式。我们按照实习计划在指定的车间进行实习，通过观察、分析计算以及向车间工人和技术人员请教，圆满完成了规定的实习内容。</w:t>
      </w:r>
      <w:r>
        <w:rPr>
          <w:lang w:eastAsia="zh-CN"/>
        </w:rPr>
        <w:br/>
      </w:r>
      <w:r>
        <w:rPr>
          <w:lang w:eastAsia="zh-CN"/>
        </w:rPr>
        <w:t>　　3、理论与实际的结合为了能够更加深入的进行车间实习，在实习过程中，我们结合了所学的书本知识与实习的要求，将理论与实际进行了完美的结合，也更加的促使我们不断地进行学习与研究。</w:t>
      </w:r>
      <w:r>
        <w:rPr>
          <w:lang w:eastAsia="zh-CN"/>
        </w:rPr>
        <w:br/>
      </w:r>
      <w:r>
        <w:rPr>
          <w:lang w:eastAsia="zh-CN"/>
        </w:rPr>
        <w:t>　　4、实习工作总结在实习中，我们将每天的工作、观察研究的结果、顶岗实习总结、收集的资料和图表、所听报告内容等均记入到了实习日记中。随时接受老师们的检查与批改。五、实习收获</w:t>
      </w:r>
      <w:r>
        <w:rPr>
          <w:lang w:eastAsia="zh-CN"/>
        </w:rPr>
        <w:br/>
      </w:r>
      <w:r>
        <w:rPr>
          <w:lang w:eastAsia="zh-CN"/>
        </w:rPr>
        <w:t>　　生产实习是我们学院为培养高素质工程技术人才安排的一个重要实践性教学环节，是将学校教学与生产实际相结合，理论与实践相联系的重要途径。其目的是使我们通过实习在专业知识和人才素质两方面得到锻炼和培养，从而为毕业后走向工作岗位尽快成为业务骨干打下良好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通过生产实习，使我们了解和掌握了车间管理、生产技术和工艺过程;使用的主要工装设备;产品生产用技术资料;生产组织管理等内容，加深对电子器件的工作原理、设计、试验等基本理论的理解。使我们了解和掌握了工厂车间的工作和管理等方面的知识。为进一步学好专业课，从事这方面的研制、酒店实习总结、设计等打下良好的基础。</w:t>
      </w:r>
      <w:r>
        <w:rPr>
          <w:lang w:eastAsia="zh-CN"/>
        </w:rPr>
        <w:br/>
      </w:r>
      <w:r>
        <w:rPr>
          <w:lang w:eastAsia="zh-CN"/>
        </w:rPr>
        <w:t>　　在这次生产实习过程中，不但对所学习的知识加深了了解，更加重要的是更正了我们的劳动观点和提高了我们的独立工作能力等。另外，在技能方面也有所提高：</w:t>
      </w:r>
      <w:r>
        <w:rPr>
          <w:lang w:eastAsia="zh-CN"/>
        </w:rPr>
        <w:br/>
      </w:r>
      <w:r>
        <w:rPr>
          <w:lang w:eastAsia="zh-CN"/>
        </w:rPr>
        <w:t>　　1、对电子工艺的理论有了初步的系统了解。</w:t>
      </w:r>
      <w:r>
        <w:rPr>
          <w:lang w:eastAsia="zh-CN"/>
        </w:rPr>
        <w:br/>
      </w:r>
      <w:r>
        <w:rPr>
          <w:lang w:eastAsia="zh-CN"/>
        </w:rPr>
        <w:t>　　我们了解到了测试普通元件与电路元件的技巧、印制电路板图的设计制作与工艺流程、教师实习总结、吹风筒、手电筒、鼻毛机的工作原理与组成元件的作用等。这些知识不仅在课堂上有效，对以后的电子工艺课的学习有很大的指导意义，在日常生活中更是有着现实意义。</w:t>
      </w:r>
      <w:r>
        <w:rPr>
          <w:lang w:eastAsia="zh-CN"/>
        </w:rPr>
        <w:br/>
      </w:r>
      <w:r>
        <w:rPr>
          <w:lang w:eastAsia="zh-CN"/>
        </w:rPr>
        <w:t>　　2、对自己的动手能力是个很大的锻炼。</w:t>
      </w:r>
      <w:r>
        <w:rPr>
          <w:lang w:eastAsia="zh-CN"/>
        </w:rPr>
        <w:br/>
      </w:r>
      <w:r>
        <w:rPr>
          <w:lang w:eastAsia="zh-CN"/>
        </w:rPr>
        <w:t>　　实践出真知，纵观古今，所有发明创造无一不是在实践中得到检验的。没有足够的动手能力，就奢谈在未来的科研尤其是实验研究中有所成就。在实习中，我锻炼了自己动手技巧，提高了自己解决问题的能力。比如做手电筒组装与测试时，发现的好几个短路的焊盘都被我维修好了。</w:t>
      </w:r>
      <w:r>
        <w:rPr>
          <w:lang w:eastAsia="zh-CN"/>
        </w:rPr>
        <w:br/>
      </w:r>
      <w:r>
        <w:rPr>
          <w:lang w:eastAsia="zh-CN"/>
        </w:rPr>
        <w:t>　　时间匆匆而过，回头翻看实习的每一天，满满的全是充实忙碌的身影和沉甸甸的收获，感悟。很幸运选择了实习，不仅锻炼了自己，也使生活充满乐趣，惊喜，有滋有味！</w:t>
      </w:r>
      <w:r>
        <w:rPr>
          <w:lang w:eastAsia="zh-CN"/>
        </w:rPr>
        <w:br/>
      </w:r>
      <w:r>
        <w:rPr>
          <w:lang w:eastAsia="zh-CN"/>
        </w:rPr>
        <w:t>　　以上就是我的实习总结报告。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xml:space="preserve">    毕业生实习工作个人总结 篇15 </w:t>
      </w:r>
      <w:r>
        <w:rPr>
          <w:lang w:eastAsia="zh-CN"/>
        </w:rPr>
        <w:br/>
      </w:r>
      <w:r>
        <w:rPr>
          <w:lang w:eastAsia="zh-CN"/>
        </w:rPr>
        <w:t>　　一、实习目的或研究目的</w:t>
      </w:r>
      <w:r>
        <w:rPr>
          <w:lang w:eastAsia="zh-CN"/>
        </w:rPr>
        <w:br/>
      </w:r>
      <w:r>
        <w:rPr>
          <w:lang w:eastAsia="zh-CN"/>
        </w:rPr>
        <w:t>　　1.通过本次实习使我能够从理论高度上升到实践高度，更好的实现理论和实践的结合，为我以后的工作和学习奠定初步的知识。</w:t>
      </w:r>
      <w:r>
        <w:rPr>
          <w:lang w:eastAsia="zh-CN"/>
        </w:rPr>
        <w:br/>
      </w:r>
      <w:r>
        <w:rPr>
          <w:lang w:eastAsia="zh-CN"/>
        </w:rPr>
        <w:t>　　2.通过本次实习使我能够亲身感受到由一个学生转变到一个职业人的过程。</w:t>
      </w:r>
      <w:r>
        <w:rPr>
          <w:lang w:eastAsia="zh-CN"/>
        </w:rPr>
        <w:br/>
      </w:r>
      <w:r>
        <w:rPr>
          <w:lang w:eastAsia="zh-CN"/>
        </w:rPr>
        <w:t>　　3.本次实习对我完成毕业设计和实习报告起到很重要的作用。</w:t>
      </w:r>
      <w:r>
        <w:rPr>
          <w:lang w:eastAsia="zh-CN"/>
        </w:rPr>
        <w:br/>
      </w:r>
      <w:r>
        <w:rPr>
          <w:lang w:eastAsia="zh-CN"/>
        </w:rPr>
        <w:t>　　二、实习内容</w:t>
      </w:r>
      <w:r>
        <w:rPr>
          <w:lang w:eastAsia="zh-CN"/>
        </w:rPr>
        <w:br/>
      </w:r>
      <w:r>
        <w:rPr>
          <w:lang w:eastAsia="zh-CN"/>
        </w:rPr>
        <w:t>　　在老师的带领下我们从五月十一号到五月十七号在南京金城摩托车集团进行了为期五天的实习，在这次实习中有新鲜有陌生但更多的是体会到了以后进入企业工作的话，我们现在还有很多很多的不足。</w:t>
      </w:r>
      <w:r>
        <w:rPr>
          <w:lang w:eastAsia="zh-CN"/>
        </w:rPr>
        <w:br/>
      </w:r>
      <w:r>
        <w:rPr>
          <w:lang w:eastAsia="zh-CN"/>
        </w:rPr>
        <w:t>　　进厂参观后首先了解到的是金城集团的概况：</w:t>
      </w:r>
      <w:r>
        <w:rPr>
          <w:lang w:eastAsia="zh-CN"/>
        </w:rPr>
        <w:br/>
      </w:r>
      <w:r>
        <w:rPr>
          <w:lang w:eastAsia="zh-CN"/>
        </w:rPr>
        <w:t>　　金城集团有限公司，国家认定的高新技术企业、全国用户满意企业、国家CIMS工程典型应用企业、航空工业十佳企业，拥有博士后流动工作站，“金城”品牌被评为中国驰名商标。</w:t>
      </w:r>
      <w:r>
        <w:rPr>
          <w:lang w:eastAsia="zh-CN"/>
        </w:rPr>
        <w:br/>
      </w:r>
      <w:r>
        <w:rPr>
          <w:lang w:eastAsia="zh-CN"/>
        </w:rPr>
        <w:t>　　金城主要从事航空附件、摩托车和工程液压等产品的研制及销售，同时经营进出口贸易和第三产业，具有独立的外经、外贸和外事权，出口创汇多年位居行业前列。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在航空产品的研制领域，金城具有雄厚的实力，产品被广泛应用于飞机的液压操纵、应急动力、起动机、电源、燃油供输、机轮和刹车等系统，多项技术和产品填补了国内空白。新中国成立后，国产的每一架飞机上都有金城的产品。其麾下的南京航空机电液压工程研究中心是中国航空机电液压工程的专业研制中心，一流的硬件设施和高素质的科研队伍，使金城在产品研制、开发等方面将更具实力。</w:t>
      </w:r>
      <w:r>
        <w:rPr>
          <w:lang w:eastAsia="zh-CN"/>
        </w:rPr>
        <w:br/>
      </w:r>
      <w:r>
        <w:rPr>
          <w:lang w:eastAsia="zh-CN"/>
        </w:rPr>
        <w:t>　　金城利用航空高尖端技术，相继开发了摩托车、高压叶片泵、电动及液压绞盘等民品。金城全面实施了CIMS工程，并作为全国唯一的示范企业参加国家“863计划”十五周年成就展。改革开放以来，金城引进外资1亿多美元，先后与日本、马来西亚、德国、英国、意大利等国家的企业和研究机构建立了合资与合作关系。经过54年的发展，金城现拥有包括合资企业在内的参控股公司40余家，取得了良好的社会和经济效益。</w:t>
      </w:r>
      <w:r>
        <w:rPr>
          <w:lang w:eastAsia="zh-CN"/>
        </w:rPr>
        <w:br/>
      </w:r>
      <w:r>
        <w:rPr>
          <w:lang w:eastAsia="zh-CN"/>
        </w:rPr>
        <w:t>　　“亲和是金城之本、灵活为金城之魂、执着是金城之神”，在此企业文化指导下，金城人树立了＂铸金城品牌辉煌 创全国百强企业＂的奋斗目标，为此金城人正竭尽全力地奋斗着！</w:t>
      </w:r>
      <w:r>
        <w:rPr>
          <w:lang w:eastAsia="zh-CN"/>
        </w:rPr>
        <w:br/>
      </w:r>
      <w:r>
        <w:rPr>
          <w:lang w:eastAsia="zh-CN"/>
        </w:rPr>
        <w:t>　　在十四号上午我们参观了金城第34分厂柔性制造分厂，了解了一下现代化的柔性加工制造系统，接着又去了35分厂发动机总装分厂，这是一个人力密集型的生产线，生产线上工人正在有条不紊的做着自己的工作，看着一个个零件在生产线上变成一台台的发动机，真是感叹人类的智慧。</w:t>
      </w:r>
      <w:r>
        <w:rPr>
          <w:lang w:eastAsia="zh-CN"/>
        </w:rPr>
        <w:br/>
      </w:r>
      <w:r>
        <w:rPr>
          <w:lang w:eastAsia="zh-CN"/>
        </w:rPr>
        <w:t>　　下午金城的老师给我们讲解了一下金城液压方面的产品以及叶片泵的装配和加工，为第二天的参观做了下铺垫。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产品主要给我们讲的是液压绞盘，液压绞盘是利用了液压技术开发的一种产品，原理图虽然简单，但背后肯定凝结了很多人的心血和汗水。绞盘一般用于道路清障车和架撤桥梁以及各种车辆的自救和互救，一般有1.5吨级、3吨级、5吨级、8吨级10吨级和15吨级等系列。一般一辆车配一台绞盘，根据用户需要，一辆车也可以配两台。绞盘通过吊臂把翻了的车、不能行驶的车、严重损坏的车吊装运走，使道路畅通。中等城市一般选用1－10吨级的车，高等级公路、高架立交等一般选用10－30吨级的车。而提升、回转装置主要用于车用起吊的工程吊车，起吊重物后能旋转360°，而回转尚可用于其他需平面旋转的机构，其吨位有5T、8T、10T、12T、20T和25T等。</w:t>
      </w:r>
      <w:r>
        <w:rPr>
          <w:lang w:eastAsia="zh-CN"/>
        </w:rPr>
        <w:br/>
      </w:r>
      <w:r>
        <w:rPr>
          <w:lang w:eastAsia="zh-CN"/>
        </w:rPr>
        <w:t>　　十五号上午参观金城第十八、十九分厂，这两个分厂主要是对半成品进行加工精加工，然后再做各个方面的测试实验，金城带队的老师给我印象最深刻了，一个本科生毕业三年后能懂得那么多。</w:t>
      </w:r>
      <w:r>
        <w:rPr>
          <w:lang w:eastAsia="zh-CN"/>
        </w:rPr>
        <w:br/>
      </w:r>
      <w:r>
        <w:rPr>
          <w:lang w:eastAsia="zh-CN"/>
        </w:rPr>
        <w:t>　　然后下午听了申岳华老师主题为《角色转变和心态》的讲座，受益非浅。</w:t>
      </w:r>
      <w:r>
        <w:rPr>
          <w:lang w:eastAsia="zh-CN"/>
        </w:rPr>
        <w:br/>
      </w:r>
      <w:r>
        <w:rPr>
          <w:lang w:eastAsia="zh-CN"/>
        </w:rPr>
        <w:t>　　三、实习工作总结或体会</w:t>
      </w:r>
      <w:r>
        <w:rPr>
          <w:lang w:eastAsia="zh-CN"/>
        </w:rPr>
        <w:br/>
      </w:r>
      <w:r>
        <w:rPr>
          <w:lang w:eastAsia="zh-CN"/>
        </w:rPr>
        <w:t>　　通过这次实习我真正感觉到步入社会后我们要学得的东西很多，差距还是有的，专业课知识的欠缺、动手能力不足等等，我也知道这不是一天两能够学会的，不过我坚信我能做到这一点。这次实习对我的毕业设计也有很大的帮助，我想能够在以后的设计过程中体会到很多东西。最后还应该感谢老师给的此次机会，让我真正学到了很多专业和社会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人们常说，大学是个象牙塔。确实，学校与职场、学习与工作、学生与员工之间存在着巨大的差异。在角色的转化过程中，人们的观点、行为方式、心理等方面都要做适当的调整。 所以，不要老抱怨公司不愿招聘，有时候也得找找自己身上的问题。而实习提供了一个机会，让大家接触到真实的职场。有了实习的经验，以后毕业工作时就可以更快、更好地融入新的环境，完成学生向职场人士的转换。</w:t>
      </w:r>
      <w:r>
        <w:rPr>
          <w:lang w:eastAsia="zh-CN"/>
        </w:rPr>
        <w:br/>
      </w:r>
      <w:r>
        <w:rPr>
          <w:lang w:eastAsia="zh-CN"/>
        </w:rPr>
        <w:t xml:space="preserve">    毕业生实习工作个人总结 篇16 </w:t>
      </w:r>
      <w:r>
        <w:rPr>
          <w:lang w:eastAsia="zh-CN"/>
        </w:rPr>
        <w:br/>
      </w:r>
      <w:r>
        <w:rPr>
          <w:lang w:eastAsia="zh-CN"/>
        </w:rPr>
        <w:t>　　通过实践使我第一次更直接接触企业，进一步了解企业实际，全面深刻地认识企业的实际运营过程，熟悉和掌握市场经济条件下企业的运营规律，了解企业运营、活动过程中存在的问题和改革的难点问题，在半个月的实习时间里，我选定甘肃武威市古浪供电公司作为我的实习单位，了解和研究了该公司企业运营、活动过程。</w:t>
      </w:r>
      <w:r>
        <w:rPr>
          <w:lang w:eastAsia="zh-CN"/>
        </w:rPr>
        <w:br/>
      </w:r>
      <w:r>
        <w:rPr>
          <w:lang w:eastAsia="zh-CN"/>
        </w:rPr>
        <w:t>　　作为一名在校的大学生，我很清楚的知道，眼高手低是我们的通病。所以，在自己动手能力还很弱的情况下，我更乐意从最基本的东西学起、做起。</w:t>
      </w:r>
      <w:r>
        <w:rPr>
          <w:lang w:eastAsia="zh-CN"/>
        </w:rPr>
        <w:br/>
      </w:r>
      <w:r>
        <w:rPr>
          <w:lang w:eastAsia="zh-CN"/>
        </w:rPr>
        <w:t>　　初次接触实际的工作环境，眼里满是新奇，看到室内的多种校验仪器和师傅娴熟的操作技术，使我增加了对技术的感性认识，就是必须在理论和实践的基础上再与工作经验相磨合，才能做到真正的掌握一门专业技能，缺一不可。除此之外，就是要从基础学起，从基础做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每位师傅对我都能尽心尽力地指导和帮助，都尽可能最大程度地容忍我的很多欠妥之处，一点一滴的温暖让我很感激他们。于是，我认真地跟着师傅学习有关电度表校验方面的知识。从电度表的基本结构、基本原理的认识，到电度表内部结构的安装、简单校验以及控制台的使用等，再结合自己翻阅的一些书籍，包括电能表的校验规程、电能表计量问答、农村电工等杂志的有关资料，动手实践，从而掌握了一些电度表校验的基础知识。从中也体味到了技术是必须认真对待的，必须一丝不苟才行，马虎不得，否则一个步骤错了或是一个螺丝没有拧紧，都会造成设备的损坏以及危害人身的安全。此外，在学习的过程中，会有人们由于不同的原因造成的电度表不同程度的损坏，或是加大了各项误差指标，对于这些我都积极地随师傅听取了他们反馈的信息，增加了我的阅历，也相对的积累了我的经验，开拓了视野。同时，随着技术掌握的日渐成熟，根据工作要求，完成对各供电营业所送来的电能表的校验工作。</w:t>
      </w:r>
      <w:r>
        <w:rPr>
          <w:lang w:eastAsia="zh-CN"/>
        </w:rPr>
        <w:br/>
      </w:r>
      <w:r>
        <w:rPr>
          <w:lang w:eastAsia="zh-CN"/>
        </w:rPr>
        <w:t>　　在电度表接线方面，我迅速的掌握了各种电能表的不同的接线方式，并很快的应用于实践。尤其是在为变电所的出口表进行定换的工作中，不但要根据其电能表的种类确定其接线方式，还要遵守严格的操作顺序，切不可因一时的方便违反了应该遵循的规则，否则一定会危害作业人员的人身安全，也使我又一次的感受到了技术的严谨性，学会了遵循技术章程的必要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实践期间，除了浅层次地学习了专业技能外，我还感受和体会到了很多技能之外的东西。首先是供电客服人员的敬业和那种生机蓬勃的工作氛围。走进这样的一个集体中，你的心会不由自主地年轻起来，你的脚步会不由自主地跟着大家快起来，远远的脱离了我们学校的那种懒散、自由的作风，而你的工作态度更会变得努力、认真，再认真一些，再努力一点。也许，这就是一个集体的凝聚力，这就是一个企业写在书面之外的“特殊文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我还被分配去核对解决数据，面对数据我们各显神通，核对是一项细心取胜的工作，为此我对任何数据都看两遍以上，反复检查输入是否正确，确认无误后才输入。随着时间的过去，自己的核对模式的建立，我的苏队再不断提升，疲劳也在降低我的工作越来越顺利，但还是有不少问题出现。一是一些表无法在营销系统中找到，还有就是同学的字迹太潦草给核对工作带来不少麻烦，总之还是要细心。经过两个星期的核表工作我的眼睛出现了胀痛，在我的要求下我们进行了第一次轮换。抄表，千万不要以为抄表是一项体力活，其实这才是考验你的时候到了。表分为两类：一类是集装表，抄这类表不难，但你要进得了单元门才能抄，有物管还好，可以请他们开，但很多都没有物管。这时你就需要一个一个门铃地压，直到有人回应，无人回应就得蹲守。一个一个单元的试，一旦有人回应，马上说到“你好!我是供电局的麻烦你开一下门，我们进去抄电表”反复地解释，直到取得对方信任了门才会打开。在这看是枯燥的你敲他开中，能用最短时间内、用最简的语言让门打开是在不是一件容易的事(抄表，不是昨天才抄过嘛!供电局的，你别骗我!)。有时还有对供电局不满的用户找你要过理由，这都是我们工作之外，但必须做的事。只要进门一切都那么容易，表箱你表整整齐齐的在那里，与人齐高，数值清晰可见。我们最怕的还是第二类&amp;&amp;散表，这种表安装在90年代以前的住房内和城乡结合部。当你走进60年代的老房子中，如果没有电筒你连电表都找不到。有时好不容易找到电表，望尘莫及，身高不够，羡慕高个子的同时得想尽一切办法。我们通常第一步是环视四周，杂物虽多但要找到合适的垫高物那绝对的不容易，实在找不到只能敲门跟用户借板凳、梯子等</w:t>
      </w:r>
      <w:r>
        <w:rPr>
          <w:lang w:eastAsia="zh-CN"/>
        </w:rPr>
        <w:t xml:space="preserve"> 城乡结合部也是一块难啃的骨头，错综复杂的房屋、数不清其巷子，仿佛进入一个硕大的迷宫。顺着错综综复杂的下户线，我们东张西望、左顾右盼，居民用看待小偷的眼神看着你，浑身不自在!线翻房而过，我们得从另一条巷子进去，好不容易找到，一看表在屋梁上!</w:t>
      </w:r>
      <w:r>
        <w:rPr>
          <w:lang w:eastAsia="zh-CN"/>
        </w:rPr>
        <w:br/>
      </w:r>
      <w:r>
        <w:rPr>
          <w:lang w:eastAsia="zh-CN"/>
        </w:rPr>
        <w:t>　　在实习的过程中，对我影响最大的应该是作为一个社会人工作作风以及在工作过程中专业知识对工作的重要作用，因为这些都是我在校学习中不曾接触过的方面。大学期间的实习是每个大学生必须拥有的一段经历，它使我在实践中了解社会，让我学到了很多在课堂上根本就学不到的知识受益匪浅，也打开了视野，增长了见识，为以后进一步走向社会打下坚实的基础。</w:t>
      </w:r>
      <w:r>
        <w:rPr>
          <w:lang w:eastAsia="zh-CN"/>
        </w:rPr>
        <w:t xml:space="preserve"> 此外，在工作中我还充分认识到了安全生产的重要性。从进电力工程部的第一天起，我们就开始进行安全教育。通过学习安全规程和安全事故通报，知道</w:t>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xml:space="preserve"> 了有很多事故发生的主要原因是作业人员未认真执行安全操作规程，不按章作业，工作责任人现场查勘不到位。通过学习，强化了我的安全生产意识。在后来的实习过程中，我严格遵守在施工现场穿工作服、戴安全帽的规定，把“安全第一，预防为主”的思想落实到日常工作的每一个小细节中去。我想，这也是我在以后的工作</w:t>
      </w:r>
      <w:r>
        <w:rPr>
          <w:lang w:eastAsia="zh-CN"/>
        </w:rPr>
        <w:t xml:space="preserve"> 中要充分注意的。</w:t>
      </w:r>
      <w:r>
        <w:rPr>
          <w:lang w:eastAsia="zh-CN"/>
        </w:rPr>
        <w:br/>
      </w:r>
      <w:r>
        <w:rPr>
          <w:lang w:eastAsia="zh-CN"/>
        </w:rPr>
        <w:t>　　人的一生中，学校并不是真正永远的学校，而真正的学校只有一个，那就是社会。大学生社会实践是引导我们学生走出校门，走向社会，接触社会，了解社会，投身社会的良好形式;是促使大学生投身改革开放，向工农群众学习，培养锻炼才干的好渠道;是提升思想，修身养性，树立服务社会的思想的有效途径。通过参加社会实践活动，有助于我们在校大学生更新观念，吸收新的思想与知识。 短短的一周实践很快就过去了，在这短短的一周中，我碰过壁，受过累，流过汗，但是我却成长了，我从中领悟到了很多的东西，而这些东西将让我终生受用。这次亲身体验让我有了深刻感触，这不仅是一次实践，还是一次人生经历，是一生宝贵的财富。</w:t>
      </w:r>
      <w:r>
        <w:rPr>
          <w:lang w:eastAsia="zh-CN"/>
        </w:rPr>
        <w:br/>
      </w:r>
      <w:r>
        <w:rPr>
          <w:lang w:eastAsia="zh-CN"/>
        </w:rPr>
        <w:t>　　短期的社会实践，一晃而过，在这其中，让我从中领悟到了很多的东西，而这些东西都将会让我终生受用。回到家时爸爸妈妈也说我真的变了好多，变得懂事多了，孝顺多了，脾气也变好多了。学校让我们去社会实践真的很有作用，会让我们从中收益匪浅。社会实践让我知道了，挣钱真的很不容易，也明白工作的辛苦，以后也不会再浪费钱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2"/>
          <w:cols w:space="425"/>
          <w:titlePg w:val="0"/>
          <w:docGrid w:type="lines" w:linePitch="312"/>
        </w:sectPr>
      </w:pPr>
      <w:r>
        <w:rPr>
          <w:lang w:eastAsia="zh-CN"/>
        </w:rPr>
        <w:t>　　时代在进步，社会在发展，而随之而来的竞争也非常严峻的摆在了我们的面前，现代社会所需要的已经不再是单纯的知识型人才。时代赋予人才新的定义：不仅能够驾驭新科技，具有创新意识，更要有将科技应用于实践的能力。但是，再看看我们，只是被禁锢在四角高墙内，捧着书中自有黄金屋的古训，做着日后事业有成，飞黄腾达的白日梦。我们的传统，我们的教育制度还有我们本身使我们缺乏勇气走出象牙塔，去接受实践的检验和社会竞争的洗礼。在这样一个知识与实践完全脱节的环境里，我们又有什么资本去谈成才、谈竞争、谈事业?时代证明，历史证明，我们的自身状况证明：我们唯有面对社会，才能心平气和地作出一些选择，才能确立自己学习和生活的目标!</w:t>
      </w:r>
      <w:r>
        <w:rPr>
          <w:lang w:eastAsia="zh-CN"/>
        </w:rPr>
        <w:br/>
      </w:r>
      <w:r>
        <w:rPr>
          <w:lang w:eastAsia="zh-CN"/>
        </w:rPr>
        <w:t xml:space="preserve">    毕业生实习工作个人总结 篇17 </w:t>
      </w:r>
      <w:r>
        <w:rPr>
          <w:lang w:eastAsia="zh-CN"/>
        </w:rPr>
        <w:br/>
      </w:r>
      <w:r>
        <w:rPr>
          <w:lang w:eastAsia="zh-CN"/>
        </w:rPr>
        <w:t>　　从九月份来到招行自今已有4个月时间了，在这4个月的工作中，我先后到了会计部，个人银行部，公司银行部学习业务。通过不断地学习，我不仅了解了我行的组织结构，还广泛全面地了解了我行开展提供的各项业务和服务。特别是我在大堂实习的三个月里，我学到了很多基本的业务知识，比如存取款的基本流程，本外币受托理财业务，自助缴费，网上银行，申购基金，挂失，金卡白金卡业务等，为今后开展工作打下了坚实的基础。在大堂实习期间，我共引导客户办理信用卡5张，办理金卡35张。申请自助缴费100余户。同时，也能较好地维护大堂秩序，疏导客流，得到了客户和同事们的认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3"/>
          <w:cols w:space="425"/>
          <w:titlePg w:val="0"/>
          <w:docGrid w:type="lines" w:linePitch="312"/>
        </w:sectPr>
      </w:pPr>
      <w:r>
        <w:rPr>
          <w:lang w:eastAsia="zh-CN"/>
        </w:rPr>
        <w:t>　　11月底，我来到公司银行部学习，由于我原来从事的都是个人银行方面的工作，对公司业务了解甚少。面对如此多的新业务要学，新工作要做，我感到这是对自己一个很大的挑战。好在部门的同事们都很热心，压滤机滤布对于我不懂的问题，他们总是能很耐心地给我讲解，这让我对战胜困难有了信心。经过一个月的学习，我基本上能独立完成贴现，银承开票，出具寻证函等简单的公司业务了。</w:t>
      </w:r>
      <w:r>
        <w:rPr>
          <w:lang w:eastAsia="zh-CN"/>
        </w:rPr>
        <w:br/>
      </w:r>
      <w:r>
        <w:rPr>
          <w:lang w:eastAsia="zh-CN"/>
        </w:rPr>
        <w:t>　　200_年如期而至，此刻的我即兴奋又有点惶恐。兴奋的是新的一年有新的开始，它孕育着新的希望和机遇。惶恐的是，我还有很多的业务没有学会，不知何时才能真正独当一面。但我知道，一味的惶恐不安是没有任何用处的，它只会增添人的惰性。只有化这种惶恐为动力，更加努力地在实践中摸索总结，滤布在错误中改正成长，才能最终胜任这份工作。总之，路漫漫其休远兮，吾将上下而求索！</w:t>
      </w:r>
      <w:r>
        <w:rPr>
          <w:lang w:eastAsia="zh-CN"/>
        </w:rPr>
        <w:br/>
      </w:r>
      <w:r>
        <w:rPr>
          <w:lang w:eastAsia="zh-CN"/>
        </w:rPr>
        <w:t xml:space="preserve">    毕业生实习工作个人总结 篇18 </w:t>
      </w:r>
      <w:r>
        <w:rPr>
          <w:lang w:eastAsia="zh-CN"/>
        </w:rPr>
        <w:br/>
      </w:r>
      <w:r>
        <w:rPr>
          <w:lang w:eastAsia="zh-CN"/>
        </w:rPr>
        <w:t>　　在__小学教育实习结束了。通过此次实习，首先，使我们对实施素质教育深化教学改革有了深刻理解，加深了对新课程目标的认识。并深深的理解了教师二字的含义，大学生面试技巧，同时体会到了作为一名人民教师所要担负的责任。其次，对陶行知先生的那句：“学高为师，身正为范。”的教育名言有了深层次的理解。</w:t>
      </w:r>
      <w:r>
        <w:rPr>
          <w:lang w:eastAsia="zh-CN"/>
        </w:rPr>
        <w:br/>
      </w:r>
      <w:r>
        <w:rPr>
          <w:lang w:eastAsia="zh-CN"/>
        </w:rPr>
        <w:t>　　具体情况如下：</w:t>
      </w:r>
      <w:r>
        <w:rPr>
          <w:lang w:eastAsia="zh-CN"/>
        </w:rPr>
        <w:br/>
      </w:r>
      <w:r>
        <w:rPr>
          <w:lang w:eastAsia="zh-CN"/>
        </w:rPr>
        <w:t>　　一、 课堂教学</w:t>
      </w:r>
      <w:r>
        <w:rPr>
          <w:lang w:eastAsia="zh-CN"/>
        </w:rPr>
        <w:br/>
      </w:r>
      <w:r>
        <w:rPr>
          <w:lang w:eastAsia="zh-CN"/>
        </w:rPr>
        <w:t>　　我们实习的学校虽然在县城，但是农村的教学环境相对比较艰苦，学校没有多媒体教学设备，这给美术教学中所展示的图片带来众多局限性，而且因条件制约老师们在课堂上展示的图片及资料非常有限。</w:t>
      </w:r>
      <w:r>
        <w:rPr>
          <w:lang w:eastAsia="zh-CN"/>
        </w:rPr>
        <w:br/>
      </w:r>
    </w:p>
    <w:p w:rsidR="001B1F19" w14:textId="27C3F48A">
      <w:pPr>
        <w:rPr>
          <w:rFonts w:hint="eastAsia"/>
          <w:lang w:eastAsia="zh-CN"/>
        </w:rPr>
      </w:pPr>
      <w:r>
        <w:rPr>
          <w:lang w:eastAsia="zh-CN"/>
        </w:rPr>
        <w:t>　　我的第一节课是在紧张中结束的，虽然精心的备课，但在课堂上面对孩子们五花八门的问题还是有些紧张。经过指导老师的培训，我们带着自信走进了下一个班级。这节课我要讲的是《飞天》即敦煌的壁画上的飞天形象，很巧合，夏天我刚去过莫高窟和龙门石窟。因此拍了很多真实的石窟图片，配合书上的图片一个真实的飞天展现在孩子们眼前了。课堂气氛活跃了学生们听得非常认真。通过我的讲解，孩子们了解了更多有关飞天与石窟的故事。“因为平时很少有外界的图片，所以这节课学生们格外的认真”我的指导教师这样说。我很欣慰，因为我的到来使他们了解了外面的世界。</w:t>
      </w:r>
      <w:r>
        <w:rPr>
          <w:lang w:eastAsia="zh-CN"/>
        </w:rPr>
        <w:br/>
      </w:r>
      <w:r>
        <w:rPr>
          <w:lang w:eastAsia="zh-CN"/>
        </w:rPr>
        <w:t>　　在课堂教学上，我们将理论知识转化成为更形象化的，语言运用到课堂上。使学生们积极主动参与进来。在此环节中我们也学会了如何组织教学，使理论知识更形象化及激发学生兴趣，引导学生自主学习等。在此过程中，我们深感，教育是一个互动的过程，老师只有认真地投入到教学工作中并做好充分准备，孩子就会积极配合共同完成教学计划。</w:t>
      </w:r>
      <w:r>
        <w:rPr>
          <w:lang w:eastAsia="zh-CN"/>
        </w:rPr>
        <w:br/>
      </w:r>
      <w:r>
        <w:rPr>
          <w:lang w:eastAsia="zh-CN"/>
        </w:rPr>
        <w:t>　　二、 听课</w:t>
      </w:r>
      <w:r>
        <w:rPr>
          <w:lang w:eastAsia="zh-CN"/>
        </w:rPr>
        <w:br/>
      </w:r>
      <w:r>
        <w:rPr>
          <w:lang w:eastAsia="zh-CN"/>
        </w:rPr>
        <w:t>　　在实习的过程中我们听了大量的指导教师的课。并对其发出赞叹，因为他们在课堂上那样的应对自如。虽然教学条件艰苦，但是通过讲述身边的故事与例子，加上幽默风趣的语言，虽没有多媒体的帮衬，但课堂气氛依然活跃。我想这正是我们要学习的。发挥自身理论知识与实际相结合，克服困难，完善教学工作。</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https://d.book118.com/816153100015010052</w:t>
        </w:r>
      </w:hyperlink>
    </w:p>
    <w:p w:rsidR="001B1F19">
      <w:pPr>
        <w:rPr>
          <w:rFonts w:hint="eastAsia"/>
          <w:lang w:eastAsia="zh-CN"/>
        </w:rPr>
      </w:pPr>
    </w:p>
    <w:sectPr>
      <w:type w:val="nextPage"/>
      <w:pgSz w:w="11906" w:h="16838"/>
      <w:pgMar w:top="1440" w:right="1800" w:bottom="1440" w:left="1800" w:header="851" w:footer="992" w:gutter="0"/>
      <w:pgNumType w:start="4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16153100015010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