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2024行政助理年度个人工作总结（31篇）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2024行政助理年度个人工作总结（精选31篇）</w:t>
      </w:r>
      <w:r>
        <w:rPr>
          <w:lang w:eastAsia="zh-CN"/>
        </w:rPr>
        <w:br/>
      </w:r>
      <w:r>
        <w:rPr>
          <w:lang w:eastAsia="zh-CN"/>
        </w:rPr>
        <w:t xml:space="preserve">    2024行政助理年度个人工作总结 篇1 </w:t>
      </w:r>
      <w:r>
        <w:rPr>
          <w:lang w:eastAsia="zh-CN"/>
        </w:rPr>
        <w:br/>
      </w:r>
      <w:r>
        <w:rPr>
          <w:lang w:eastAsia="zh-CN"/>
        </w:rPr>
        <w:t>　　行政工作是繁琐的，小到复印、扫描、传真、订餐、送水、收发快件、订阅报刊杂志、办理车证、办公设备维护，大到申请办公用品及对其领用情况进行备案、文件整理与保管、租房、与外界沟通协调事务、装修洁净间……每一项工作的完成都是对责任心和工作能力的考验，面对繁杂琐碎的工作，在时间上，我尽量做到最快，在完成质量上，我尽量做到，争取用最小的成本获得的效益。因此，也只有永不倦怠地提高自己，才能胜任看似简单的行政事务工作。</w:t>
      </w:r>
      <w:r>
        <w:rPr>
          <w:lang w:eastAsia="zh-CN"/>
        </w:rPr>
        <w:br/>
      </w:r>
      <w:r>
        <w:rPr>
          <w:lang w:eastAsia="zh-CN"/>
        </w:rPr>
        <w:t>　　一、库房管理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在未进入之前，我从未做过库房管理工作，所以库房的物品出入和登记帐页对于我来说都是陌生的。幸好有公司同事和领导的帮助，让我很快的熟悉了这一系列的流程，从最初的盘库、物品出入填写领料单和入库单、到登记帐页，这些看似简单的工作，却分外重要。首先我要保证库存量：需及时的通知采购购买待加工物品，不能让它处于零库存的状态，否则会导致机加工没有物品加工，然后影响生产，这是最严重的问题;其二，出入库物品时，要保证数目准确，并能够及时登记帐页，不能让账目出现混乱的状态。所以总的来说，库房的管理工作是举足轻重的，足够的库存量是生产正常进行的先决条件，不能有一点懈怠。这将近1年的时间里，我在库房管理工作方面，虽然出现过一些小的问题，但我很庆幸，没有出现过重大影响生产的情况，所以以后的工作我会再接再厉，争取杜绝一系列小问题的产生。</w:t>
      </w:r>
      <w:r>
        <w:rPr>
          <w:lang w:eastAsia="zh-CN"/>
        </w:rPr>
        <w:br/>
      </w:r>
      <w:r>
        <w:rPr>
          <w:lang w:eastAsia="zh-CN"/>
        </w:rPr>
        <w:t>　　二、其他工作</w:t>
      </w:r>
      <w:r>
        <w:rPr>
          <w:lang w:eastAsia="zh-CN"/>
        </w:rPr>
        <w:br/>
      </w:r>
      <w:r>
        <w:rPr>
          <w:lang w:eastAsia="zh-CN"/>
        </w:rPr>
        <w:t>　　由于机加工和生产不在一个办公地点，所以机加工加工的物品，就必须及时的送到生产部检验。刚开始送检物品时，我真是一点怨言都没有，觉得很新鲜，所以很乐意去干，可是由于天气逐渐变冷，我的思想上产生了一些波动，我觉得自己来公司工作不是来跑腿的，所以产生了抵制情绪，不愿意跑来跑去为他们送东西。就是因为我这样的想法，导致出现过一次差点影响生产的事件，经过领导的教育与批评，我已经深刻认识到自己的错误，也让自己的情绪很快的调整过来，现在只要有送检的物品，都能保证及时的送交质检科，不会耽误生产。</w:t>
      </w:r>
      <w:r>
        <w:rPr>
          <w:lang w:eastAsia="zh-CN"/>
        </w:rPr>
        <w:br/>
      </w:r>
      <w:r>
        <w:rPr>
          <w:lang w:eastAsia="zh-CN"/>
        </w:rPr>
        <w:t>　　四、存在的问题和今后的努力方向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总结这10个月期间的工作情况，本人能敬业爱岗、全力以赴地开展工作，取得了一些成绩，但也存在一些问题和不足。工作中，我一直虚心求教，恪尽职守，努力做好本职工作，不过自己主观情绪总是会不由自主的支配自己的神经系统，会偶尔表现在工作上面，对于这一点，我已深刻认识到自己的`不足，我会认真努力的克制，力求做到更好!另外有些工作还不够过细，一些工作协调的不是十分到位，在以后的工作中，我会努力提高自己的协调能力和处理问题能力。在下一年里，我想我应努力做到：第一，加强学习，拓宽知识面。第二，本着实事求是的原则，做到上情下达、下情上报;真正做好领导的助手工作;第三，不断改进办公室对其他部门的支持能力、服务水平。遵守公司内部规章制度，维护公司利益，积极为公司创造更高价值，力争取得更大的工作成绩。最后，感谢各位领导能够提供给我这份工作，使我有机会和大家共同提高、共同进步;感谢每位同事在这一年来对我工作的热情帮助和悉心关照。虽然我还有很多经验上的不足和能力上的欠缺，但我相信，勤能补拙，只要我们彼此多份理解、多份沟通，加上自己的不懈努力，相信明天会更好!</w:t>
      </w:r>
      <w:r>
        <w:rPr>
          <w:lang w:eastAsia="zh-CN"/>
        </w:rPr>
        <w:br/>
      </w:r>
      <w:r>
        <w:rPr>
          <w:lang w:eastAsia="zh-CN"/>
        </w:rPr>
        <w:t xml:space="preserve">    2024行政助理年度个人工作总结 篇2 </w:t>
      </w:r>
      <w:r>
        <w:rPr>
          <w:lang w:eastAsia="zh-CN"/>
        </w:rPr>
        <w:br/>
      </w:r>
      <w:r>
        <w:rPr>
          <w:lang w:eastAsia="zh-CN"/>
        </w:rPr>
        <w:t>　　岁末临近，新春将至，不知不觉20__年的工作即将告一段落。对于每一个追求进步的人来说，免不了会在年终岁未对自己进行一番“盘点”，也是对自己的一种鞭策。过去的近一年是忙碌而充实的一年，也是我加入公司从陌生到熟悉的一年。</w:t>
      </w:r>
      <w:r>
        <w:rPr>
          <w:lang w:eastAsia="zh-CN"/>
        </w:rPr>
        <w:br/>
      </w:r>
      <w:r>
        <w:rPr>
          <w:lang w:eastAsia="zh-CN"/>
        </w:rPr>
        <w:t>　　这一年中工作的点点滴滴，让我不断地学习、成长着。回顾一年来的工作，我在公司总经理的正确领导、各部门的积极配合以及各位同事的支持协助下，严格要求自己，按照公司要求，较好地发挥了行政部服务基层、以文辅政的工作职能，完成了自己的本职工作。虽没有轰轰烈烈的战果，但也算经历了一段不平凡的考验和磨砺。</w:t>
      </w:r>
      <w:r>
        <w:rPr>
          <w:lang w:eastAsia="zh-CN"/>
        </w:rPr>
        <w:br/>
      </w:r>
      <w:r>
        <w:rPr>
          <w:lang w:eastAsia="zh-CN"/>
        </w:rPr>
        <w:t>　　一、20__年的工作回顾。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1、办公室的日常管理工作：</w:t>
      </w:r>
      <w:r>
        <w:rPr>
          <w:lang w:eastAsia="zh-CN"/>
        </w:rPr>
        <w:br/>
      </w:r>
      <w:r>
        <w:rPr>
          <w:lang w:eastAsia="zh-CN"/>
        </w:rPr>
        <w:t>　　行政工作对我而言是一个相对熟悉的工作领域。作为行政部的主管，我自己清醒地认识到，行政部正是一个公司承上启下、沟通内外、协调左右、联系四方的枢纽，是推动各项工作朝既定目标前进的中心。</w:t>
      </w:r>
      <w:r>
        <w:rPr>
          <w:lang w:eastAsia="zh-CN"/>
        </w:rPr>
        <w:br/>
      </w:r>
      <w:r>
        <w:rPr>
          <w:lang w:eastAsia="zh-CN"/>
        </w:rPr>
        <w:t>　　细数行政的工作，可说是千头万绪，有文书处理、档案管理、文件批转、会议及活动安排等等。面对繁杂琐碎的大量事务性工作，我努力强化自我工作意识，注意加快工作节奏，提高工作效率，冷静处理各项事务，力求周全、准确、适度，避免疏漏和差错。</w:t>
      </w:r>
      <w:r>
        <w:rPr>
          <w:lang w:eastAsia="zh-CN"/>
        </w:rPr>
        <w:br/>
      </w:r>
      <w:r>
        <w:rPr>
          <w:lang w:eastAsia="zh-CN"/>
        </w:rPr>
        <w:t>　　行政工作紧密围绕年初制定的工作重点，充分结合具体工作实际，不断开拓工作思路，创新工作方法。通过近一年的工作、学习，在工作模式上有了新的突破，工作方式有了较大的改变，现将去年的工作情况总结如下：</w:t>
      </w:r>
      <w:r>
        <w:rPr>
          <w:lang w:eastAsia="zh-CN"/>
        </w:rPr>
        <w:br/>
      </w:r>
      <w:r>
        <w:rPr>
          <w:lang w:eastAsia="zh-CN"/>
        </w:rPr>
        <w:t>　　1）行政统筹工作的关键事物控制和内部管理。行政事务性工作的内部分工、前台文员的管理、办公室保洁、资料的分配整理等工作以及物流和售后、维修等的监管。</w:t>
      </w:r>
      <w:r>
        <w:rPr>
          <w:lang w:eastAsia="zh-CN"/>
        </w:rPr>
        <w:br/>
      </w:r>
      <w:r>
        <w:rPr>
          <w:lang w:eastAsia="zh-CN"/>
        </w:rPr>
        <w:t>　　2）切实抓好公司的福利、企业管理的日常工作。按照预算审批制度，组织落实公司办公设施、办公用品、劳保福利等商品的采购、调配和实物管理工作；联系办公设备的维修保养合作单位；与饮用水公司洽谈优惠条件及赠品；对比办公用品等的采购渠道，寻找高性价比供应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3）爱岗敬业，严格要求自己，摆正工作位置。以“谦虚”“谨慎”“律己”的态度开展每项工作，认真地履行了自己的岗位职责。</w:t>
      </w:r>
      <w:r>
        <w:rPr>
          <w:lang w:eastAsia="zh-CN"/>
        </w:rPr>
        <w:br/>
      </w:r>
      <w:r>
        <w:rPr>
          <w:lang w:eastAsia="zh-CN"/>
        </w:rPr>
        <w:t>　　4）做好协调工作。行政作为后勤服务和办公协调的核心部门，在理顺各部门关系，提高管理效率，保证上传下达等方面具有枢纽作用。过去的这一年，行政部以沟通协调作为开展工作的切入点，在做好办文、办会工作的同时，更注重与各部门的协作配合。</w:t>
      </w:r>
      <w:r>
        <w:rPr>
          <w:lang w:eastAsia="zh-CN"/>
        </w:rPr>
        <w:br/>
      </w:r>
      <w:r>
        <w:rPr>
          <w:lang w:eastAsia="zh-CN"/>
        </w:rPr>
        <w:t>　　5）认真做好公司的文字工作。草拟综合性文件和报告等文字工作，负责办公会议的记录、整理和会议概要及重点的提炼，并负责对会议有关决议的实施；认真做好公司有关文件的收发、分递和督办工作；及时传达贯彻公司有关会议、文件、批示的精神；公司的重要文件资料、批文等整理归档，做好资料的归档管理工作。</w:t>
      </w:r>
      <w:r>
        <w:rPr>
          <w:lang w:eastAsia="zh-CN"/>
        </w:rPr>
        <w:br/>
      </w:r>
      <w:r>
        <w:rPr>
          <w:lang w:eastAsia="zh-CN"/>
        </w:rPr>
        <w:t>　　6）制度建设。配合总经理在原制订的各项规章制度基础上进一步补充和完善，包括行政人事类、财务类、售后类、业务类等等，以及根据企业现状，制定新的规章制度以适应企业发展的需要。</w:t>
      </w:r>
      <w:r>
        <w:rPr>
          <w:lang w:eastAsia="zh-CN"/>
        </w:rPr>
        <w:br/>
      </w:r>
      <w:r>
        <w:rPr>
          <w:lang w:eastAsia="zh-CN"/>
        </w:rPr>
        <w:t>　　7）落实公司人事、劳资管理工作。组织落实公司的劳动、人事和员工的考勤控制监督工作，根据人事相关规定规范劳动合同管理，做好劳动合同的签订、解除及劳动合同档案管理等工作。依法到劳动管理部门办好录用、缴纳社保（养老保险、失业保险、医疗保险）的各项手续。体现公司的规范性，解决员工的后顾之忧。</w:t>
      </w:r>
      <w:r>
        <w:rPr>
          <w:lang w:eastAsia="zh-CN"/>
        </w:rPr>
        <w:br/>
      </w:r>
      <w:r>
        <w:rPr>
          <w:lang w:eastAsia="zh-CN"/>
        </w:rPr>
        <w:t>　　8）做好公司主管会议及其他各部门会议的组织和后勤服务工作。落实各类会议的会前准备、会议资料搜集等以及会后的会议记录、整理及重点提炼汇总等工作。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2、凭借个人经验，传授方法，协助销售部逐步建立、健全客户档案，并强化管理。</w:t>
      </w:r>
      <w:r>
        <w:rPr>
          <w:lang w:eastAsia="zh-CN"/>
        </w:rPr>
        <w:br/>
      </w:r>
      <w:r>
        <w:rPr>
          <w:lang w:eastAsia="zh-CN"/>
        </w:rPr>
        <w:t>　　3、加强自身学习，提高业务水平：</w:t>
      </w:r>
      <w:r>
        <w:rPr>
          <w:lang w:eastAsia="zh-CN"/>
        </w:rPr>
        <w:br/>
      </w:r>
      <w:r>
        <w:rPr>
          <w:lang w:eastAsia="zh-CN"/>
        </w:rPr>
        <w:t>　　作为行政部的助理，自身素质和工作能力是决定办公室是否能够正常运转的基础，是发挥“承上启下、沟通内外、协调左右、联系四方”作用的关键，对推动各项工作起着决定性因素。</w:t>
      </w:r>
      <w:r>
        <w:rPr>
          <w:lang w:eastAsia="zh-CN"/>
        </w:rPr>
        <w:br/>
      </w:r>
      <w:r>
        <w:rPr>
          <w:lang w:eastAsia="zh-CN"/>
        </w:rPr>
        <w:t>　　随着时代发展和新形势的需要，我越发感到自己身上的担子很重，而自己的学识、能力和阅历与公司的要求及想要达到的工作效果还有一定的距离，所以不敢掉以轻心，也正在持续学习。向书本学习、向总经理及其他部门主管学习，向周围的同事学习。</w:t>
      </w:r>
      <w:r>
        <w:rPr>
          <w:lang w:eastAsia="zh-CN"/>
        </w:rPr>
        <w:br/>
      </w:r>
      <w:r>
        <w:rPr>
          <w:lang w:eastAsia="zh-CN"/>
        </w:rPr>
        <w:t>　　总体感觉自己近一年来还是有了一定的进步。经过不断的学习和积累，能够比较从容地处理日常工作中出现的各类问题。在组织管理能力、综合分析能力、协调办事能力等方面都有了一定程度的提高，保证了本岗位各项工作的正常运行。能够以正确的态度对待各项工作任务并努力贯彻到实际工作中去。积极提高自身各项业务素质，争取工作的主动性，并且具备较强的专业心，责任心，积极努力提高工作效率和工作质量。</w:t>
      </w:r>
      <w:r>
        <w:rPr>
          <w:lang w:eastAsia="zh-CN"/>
        </w:rPr>
        <w:br/>
      </w:r>
      <w:r>
        <w:rPr>
          <w:lang w:eastAsia="zh-CN"/>
        </w:rPr>
        <w:t>　　二、工作中存在的问题。</w:t>
      </w:r>
      <w:r>
        <w:rPr>
          <w:lang w:eastAsia="zh-CN"/>
        </w:rPr>
        <w:br/>
      </w:r>
      <w:r>
        <w:rPr>
          <w:lang w:eastAsia="zh-CN"/>
        </w:rPr>
        <w:t>　　自我任职以来，深切的体会到：地位来自成绩、创新提高效率、学习提升效能、比较缩小差距。回顾行政部过去的工作，虽在工作开展上有一定的创新，也取得了一些成绩，但同样存在一些问题和不足。主要表现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1）公司是我身处的一个全新的环境，其原有的制度包括同事们的做事方式方法，对我而言都需要一个了解的过程，许多工作我都是边干边摸索，以致工作起来不能游刃有余，工作效率有待进一步提高。</w:t>
      </w:r>
      <w:r>
        <w:rPr>
          <w:lang w:eastAsia="zh-CN"/>
        </w:rPr>
        <w:br/>
      </w:r>
      <w:r>
        <w:rPr>
          <w:lang w:eastAsia="zh-CN"/>
        </w:rPr>
        <w:t>　　2）有时对一些日常事务的缺失瑕疵熟视无睹，不够细心，不够敏感，有些工作的协调不是十分到位，在往后的工作中，考虑问题应该更周到详尽。</w:t>
      </w:r>
      <w:r>
        <w:rPr>
          <w:lang w:eastAsia="zh-CN"/>
        </w:rPr>
        <w:br/>
      </w:r>
      <w:r>
        <w:rPr>
          <w:lang w:eastAsia="zh-CN"/>
        </w:rPr>
        <w:t>　　3）自己的管理水平离公司的高效要求还有一定距离。对部门人员的管理不够细致具体。以后在努力提高自身管理水平的同时更多注重对下属的培养和管理上的进一步加强。</w:t>
      </w:r>
      <w:r>
        <w:rPr>
          <w:lang w:eastAsia="zh-CN"/>
        </w:rPr>
        <w:br/>
      </w:r>
      <w:r>
        <w:rPr>
          <w:lang w:eastAsia="zh-CN"/>
        </w:rPr>
        <w:t>　　三、20__年的工作计划。</w:t>
      </w:r>
      <w:r>
        <w:rPr>
          <w:lang w:eastAsia="zh-CN"/>
        </w:rPr>
        <w:br/>
      </w:r>
      <w:r>
        <w:rPr>
          <w:lang w:eastAsia="zh-CN"/>
        </w:rPr>
        <w:t>　　充满希望的20__年到来了，也带来了新的挑战。在新的一年里，我决心不断学习，认真提高工作水平，为公司的经济跨越式发展充分贡献自己的力量，努力做到：</w:t>
      </w:r>
      <w:r>
        <w:rPr>
          <w:lang w:eastAsia="zh-CN"/>
        </w:rPr>
        <w:br/>
      </w:r>
      <w:r>
        <w:rPr>
          <w:lang w:eastAsia="zh-CN"/>
        </w:rPr>
        <w:t>　　1）加强学习，拓宽知识面。努力学习专业知识和相关法律法规常识。加强对行业发展的了解，加强对周围环境和同行业的了解、学习。要对公司的统筹规划、当前情况做到心中有数。为领导的决策提供一定的依据和参考。</w:t>
      </w:r>
      <w:r>
        <w:rPr>
          <w:lang w:eastAsia="zh-CN"/>
        </w:rPr>
        <w:br/>
      </w:r>
      <w:r>
        <w:rPr>
          <w:lang w:eastAsia="zh-CN"/>
        </w:rPr>
        <w:t>　　2）本着实事求是的原则，做到上情下达、下情上报。及时了解员工思想动态，正确引导，加强沟通，了解各人的工作进度和问题反馈给总经理，以便公司各主管及总经理在此基础上进一步安排交付工作，真正做好领导的助手。</w:t>
      </w:r>
      <w:r>
        <w:rPr>
          <w:lang w:eastAsia="zh-CN"/>
        </w:rPr>
        <w:br/>
      </w:r>
      <w:r>
        <w:rPr>
          <w:lang w:eastAsia="zh-CN"/>
        </w:rPr>
        <w:t xml:space="preserve">    2024行政助理年度个人工作总结 篇3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__年，在酒店领导的正确指导下，面对__酒店相继崛起的竞争形势，行政部紧紧围绕管理、学习、服务、招聘、沟通等工作重点，详细内容请看下文酒店行政助理个人。</w:t>
      </w:r>
      <w:r>
        <w:rPr>
          <w:lang w:eastAsia="zh-CN"/>
        </w:rPr>
        <w:br/>
      </w:r>
      <w:r>
        <w:rPr>
          <w:lang w:eastAsia="zh-CN"/>
        </w:rPr>
        <w:t>　　一、加强基础管理，创造良好工作环境</w:t>
      </w:r>
      <w:r>
        <w:rPr>
          <w:lang w:eastAsia="zh-CN"/>
        </w:rPr>
        <w:br/>
      </w:r>
      <w:r>
        <w:rPr>
          <w:lang w:eastAsia="zh-CN"/>
        </w:rPr>
        <w:t>　　为领导和员工创造一个良好的工作环境是行政部重要工作内容之一。一年来，行政部结合工作实际，认真履行工作职责，加强与其他部门的协调与沟通，为公司各项工作的开展创造了良好条件。同时，行政部不定期的深入到员工之中，加强与员工的沟通，积极了解员工的思想动态。</w:t>
      </w:r>
      <w:r>
        <w:rPr>
          <w:lang w:eastAsia="zh-CN"/>
        </w:rPr>
        <w:br/>
      </w:r>
      <w:r>
        <w:rPr>
          <w:lang w:eastAsia="zh-CN"/>
        </w:rPr>
        <w:t>　　比如在前厅工作的pa阿姨们，虽然人数不多，但其几年下来，相互之间存在着一些误会与积怨，导致两位从开荒一直工作到现在的pa唐阿姨和史阿姨，在工作中因为一些小事而时常产生摩擦，行政部在走访中对分别和两位阿姨进行了沟通，使原本已提交辞职书的唐阿姨留了下来，为酒店挽留了一位优秀的老员工。客房部服务员张以凤是一位工作认真、不怕苦不怕累的好员工，每一次客房的绩效工资她都是排名前几位。有一次在和她聊天时，发现她的气色大不如刚开始来上班的时候，便对她的近况做了一些询问，才知道她在最近一段时间做了手术，她个人怕影响到部门工作，一直没有向部门领导反映其身体状况，仍然坚持在一线部门。行政部考虑到她的'实际情况，积极与其部门总监沟通，给予了一定时间的休息和合理的工作安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行政部始终坚持给员工的工作环境，为员工提供人性化的人文关怀，让员工真正感受到酒店是家，切实做到关心员工、爱护员工，充分调动员工的工作积极性、主动性、创造性，增强酒店的凝聚力和战斗力。</w:t>
      </w:r>
      <w:r>
        <w:rPr>
          <w:lang w:eastAsia="zh-CN"/>
        </w:rPr>
        <w:br/>
      </w:r>
      <w:r>
        <w:rPr>
          <w:lang w:eastAsia="zh-CN"/>
        </w:rPr>
        <w:t>　　二、加强企业文化建设，丰富员工生活</w:t>
      </w:r>
      <w:r>
        <w:rPr>
          <w:lang w:eastAsia="zh-CN"/>
        </w:rPr>
        <w:br/>
      </w:r>
      <w:r>
        <w:rPr>
          <w:lang w:eastAsia="zh-CN"/>
        </w:rPr>
        <w:t>　　为了更好的对外宣传酒店，提升酒店的知名度和美誉度，春节之后，有安排有计划地开始筹备酒店网站事宜，大到整个页面的合理设计及内容规划，小到酒店所有资料的收集整理，工作在一步步中完成并实施。最终实现网站内容与员工天地栏内容同步更新，不仅向所有员工展示了酒店的文化建设，也为员工提供了一个表扬好人好事的发布平台，真正使员工在一种文化的潜移默化中接受共同的价值观念。酒店网站建立起来了，也得到了客人的关注，有些客人已经开始在网站上面提交预定信息，只是我们酒店没有专人负责，酒店在线预定这一块成为了一个空缺。</w:t>
      </w:r>
      <w:r>
        <w:rPr>
          <w:lang w:eastAsia="zh-CN"/>
        </w:rPr>
        <w:br/>
      </w:r>
      <w:r>
        <w:rPr>
          <w:lang w:eastAsia="zh-CN"/>
        </w:rPr>
        <w:t>　　时光飞逝，不知不觉又迎来新的一年。在即将过去的__年里，我在公司领导和同事的关心帮助下，顺利完成了相应的工作，现对__年的工作做一个年终工作总结。</w:t>
      </w:r>
      <w:r>
        <w:rPr>
          <w:lang w:eastAsia="zh-CN"/>
        </w:rPr>
        <w:br/>
      </w:r>
      <w:r>
        <w:rPr>
          <w:lang w:eastAsia="zh-CN"/>
        </w:rPr>
        <w:t>　　一、前台接待方面</w:t>
      </w:r>
      <w:r>
        <w:rPr>
          <w:lang w:eastAsia="zh-CN"/>
        </w:rPr>
        <w:br/>
      </w:r>
      <w:r>
        <w:rPr>
          <w:lang w:eastAsia="zh-CN"/>
        </w:rPr>
        <w:t>　　20__年_月至_月，我从事前台接待工作，接待人员是展现公司形象的第一人，在工作中，我严格按照公司要求，工装上岗，热情对待每一位来访客户，并指引到相关办公室，为领导提供了方便，也为客户提供了方便。一年来，共计接待用户达1000人次左右。</w:t>
      </w:r>
      <w:r>
        <w:rPr>
          <w:lang w:eastAsia="zh-CN"/>
        </w:rPr>
        <w:br/>
      </w:r>
      <w:r>
        <w:rPr>
          <w:lang w:eastAsia="zh-CN"/>
        </w:rPr>
        <w:t>　　二、会议接待方面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1、外部会议接待</w:t>
      </w:r>
      <w:r>
        <w:rPr>
          <w:lang w:eastAsia="zh-CN"/>
        </w:rPr>
        <w:br/>
      </w:r>
      <w:r>
        <w:rPr>
          <w:lang w:eastAsia="zh-CN"/>
        </w:rPr>
        <w:t>　　参与接待了联通全省财务会议、运维部工作会议、人力监察培训会议、全省g网经营部工作会议、分公司与分公司共同召开的经营分析会等大型会议，在这种外部会议中，严格按照会议需求高标准布置会场，积极协调酒店相关事宜，并做好会议过程中的服务，在这个过程中，我学到了更多的待人接物，服务礼物等相关知识，积累了很多的经验。</w:t>
      </w:r>
      <w:r>
        <w:rPr>
          <w:lang w:eastAsia="zh-CN"/>
        </w:rPr>
        <w:br/>
      </w:r>
      <w:r>
        <w:rPr>
          <w:lang w:eastAsia="zh-CN"/>
        </w:rPr>
        <w:t>　　2、内部会议管理</w:t>
      </w:r>
      <w:r>
        <w:rPr>
          <w:lang w:eastAsia="zh-CN"/>
        </w:rPr>
        <w:br/>
      </w:r>
      <w:r>
        <w:rPr>
          <w:lang w:eastAsia="zh-CN"/>
        </w:rPr>
        <w:t>　　按照各部门的需求合理安排会议室，以免造成会议冲突，并注意做好相关登记，以及会议室的卫生保持，公众物品的善后检查等工作，以便为本部人员提供更好的服务。一年来，共安排内部会议500次以上。</w:t>
      </w:r>
      <w:r>
        <w:rPr>
          <w:lang w:eastAsia="zh-CN"/>
        </w:rPr>
        <w:br/>
      </w:r>
      <w:r>
        <w:rPr>
          <w:lang w:eastAsia="zh-CN"/>
        </w:rPr>
        <w:t>　　3、视讯会议管理</w:t>
      </w:r>
      <w:r>
        <w:rPr>
          <w:lang w:eastAsia="zh-CN"/>
        </w:rPr>
        <w:br/>
      </w:r>
      <w:r>
        <w:rPr>
          <w:lang w:eastAsia="zh-CN"/>
        </w:rPr>
        <w:t>　　在召开总部或省分视讯会议的时候，按照通知要求，提前半小时准时打开视讯系统，确保会议按时接入，本年度无一例会议延时情况出现；在召开对县区会议时，提前进行会议预约，呼叫各终端，确保每个县区都能正常参会。</w:t>
      </w:r>
      <w:r>
        <w:rPr>
          <w:lang w:eastAsia="zh-CN"/>
        </w:rPr>
        <w:br/>
      </w:r>
      <w:r>
        <w:rPr>
          <w:lang w:eastAsia="zh-CN"/>
        </w:rPr>
        <w:t>　　三、费用报销、合同录入工作</w:t>
      </w:r>
      <w:r>
        <w:rPr>
          <w:lang w:eastAsia="zh-CN"/>
        </w:rPr>
        <w:br/>
      </w:r>
      <w:r>
        <w:rPr>
          <w:lang w:eastAsia="zh-CN"/>
        </w:rPr>
        <w:t>　　在这方面，严格按照公司要求，周一汇总收集报销单据，周二找领导签字后录入erp系统，并做好登记工作。一年来，录入报销单据1000余份。合同录入20余份。</w:t>
      </w:r>
      <w:r>
        <w:rPr>
          <w:lang w:eastAsia="zh-CN"/>
        </w:rPr>
        <w:br/>
      </w:r>
      <w:r>
        <w:rPr>
          <w:lang w:eastAsia="zh-CN"/>
        </w:rPr>
        <w:t>　　四、综合事务工作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__年_月，因部门人员变动，我被调至办公室，从事公安查询、外部文件签收、工会、办公耗材、食堂管理等工作。后期，又接手信息采编、会议记录、联通之窗、行政库管理等工作。</w:t>
      </w:r>
      <w:r>
        <w:rPr>
          <w:lang w:eastAsia="zh-CN"/>
        </w:rPr>
        <w:br/>
      </w:r>
      <w:r>
        <w:rPr>
          <w:lang w:eastAsia="zh-CN"/>
        </w:rPr>
        <w:t>　　至12月底，共接待公安查询300次左右，并做到态度热情，严格按照公司规定办理。收发外来文件90份左右，做到及时上传下达，不延时，不误事。报送信息20篇，采编联通之窗2期。</w:t>
      </w:r>
      <w:r>
        <w:rPr>
          <w:lang w:eastAsia="zh-CN"/>
        </w:rPr>
        <w:br/>
      </w:r>
      <w:r>
        <w:rPr>
          <w:lang w:eastAsia="zh-CN"/>
        </w:rPr>
        <w:t>　　对笔记本、台式机等小型固定资产做好登记与出入库工作，及时联系维修网点，进行电脑维护与维修，与其加强沟通，并要求为我们提供备用机，以免耽误正常工作。</w:t>
      </w:r>
      <w:r>
        <w:rPr>
          <w:lang w:eastAsia="zh-CN"/>
        </w:rPr>
        <w:br/>
      </w:r>
      <w:r>
        <w:rPr>
          <w:lang w:eastAsia="zh-CN"/>
        </w:rPr>
        <w:t>　　五、其他工作</w:t>
      </w:r>
      <w:r>
        <w:rPr>
          <w:lang w:eastAsia="zh-CN"/>
        </w:rPr>
        <w:br/>
      </w:r>
      <w:r>
        <w:rPr>
          <w:lang w:eastAsia="zh-CN"/>
        </w:rPr>
        <w:t>　　在完成本职工作的同时，认真完成领导交办的随机工作，并积极参加公司组织的各项活动，协助领导同事筹备了首届职工运动会；在联通诚信演讲活动中获得第一名；联通诚信演讲比赛获三等奖，目前正在积极筹备__年文艺汇演的节目汇总、选拔、演出等工作。</w:t>
      </w:r>
      <w:r>
        <w:rPr>
          <w:lang w:eastAsia="zh-CN"/>
        </w:rPr>
        <w:br/>
      </w:r>
      <w:r>
        <w:rPr>
          <w:lang w:eastAsia="zh-CN"/>
        </w:rPr>
        <w:t>　　六、工作中的不足</w:t>
      </w:r>
      <w:r>
        <w:rPr>
          <w:lang w:eastAsia="zh-CN"/>
        </w:rPr>
        <w:br/>
      </w:r>
      <w:r>
        <w:rPr>
          <w:lang w:eastAsia="zh-CN"/>
        </w:rPr>
        <w:t>　　在工作中主动性不足，与领导沟通较少，遇事考虑不够周全、不够细致。文字功底欠缺，在信息报送环节没有做到及时抓住公司信息亮点，导致信息数量和质量不高，影响公司在全省的信息排名。</w:t>
      </w:r>
      <w:r>
        <w:rPr>
          <w:lang w:eastAsia="zh-CN"/>
        </w:rPr>
        <w:br/>
      </w:r>
      <w:r>
        <w:rPr>
          <w:lang w:eastAsia="zh-CN"/>
        </w:rPr>
        <w:t>　　七、20__年工作计划</w:t>
      </w:r>
      <w:r>
        <w:rPr>
          <w:lang w:eastAsia="zh-CN"/>
        </w:rPr>
        <w:br/>
      </w:r>
      <w:r>
        <w:rPr>
          <w:lang w:eastAsia="zh-CN"/>
        </w:rPr>
        <w:t>　　1、加强自身学习，结合综合部实际，多从细节考虑，紧跟领导意图，协调好内外部关系，多为领导分忧解难。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2、积极学习其他单位、酒店等会议接待经验，提高接待水平，提升公司形象。</w:t>
      </w:r>
      <w:r>
        <w:rPr>
          <w:lang w:eastAsia="zh-CN"/>
        </w:rPr>
        <w:br/>
      </w:r>
      <w:r>
        <w:rPr>
          <w:lang w:eastAsia="zh-CN"/>
        </w:rPr>
        <w:t>　　3、做好工会工作，推出有意义的活动，加强沟通交流，并将“工会送温暖”活动继续开展下去。</w:t>
      </w:r>
      <w:r>
        <w:rPr>
          <w:lang w:eastAsia="zh-CN"/>
        </w:rPr>
        <w:br/>
      </w:r>
      <w:r>
        <w:rPr>
          <w:lang w:eastAsia="zh-CN"/>
        </w:rPr>
        <w:t>　　4、加强食堂管理工作，进行市场调查，加大费用管控力度，营造温馨舒适、价格低廉的就餐环境。</w:t>
      </w:r>
      <w:r>
        <w:rPr>
          <w:lang w:eastAsia="zh-CN"/>
        </w:rPr>
        <w:br/>
      </w:r>
      <w:r>
        <w:rPr>
          <w:lang w:eastAsia="zh-CN"/>
        </w:rPr>
        <w:t>　　20__年即将过去，充满挑战和机遇的__年即将来临，在新的一年里，我将总结经验，克服不足，加强学习，为公司的发展壮大贡献自己的绵薄之力。</w:t>
      </w:r>
      <w:r>
        <w:rPr>
          <w:lang w:eastAsia="zh-CN"/>
        </w:rPr>
        <w:br/>
      </w:r>
      <w:r>
        <w:rPr>
          <w:lang w:eastAsia="zh-CN"/>
        </w:rPr>
        <w:t xml:space="preserve">    2024行政助理年度个人工作总结 篇4 </w:t>
      </w:r>
      <w:r>
        <w:rPr>
          <w:lang w:eastAsia="zh-CN"/>
        </w:rPr>
        <w:br/>
      </w:r>
      <w:r>
        <w:rPr>
          <w:lang w:eastAsia="zh-CN"/>
        </w:rPr>
        <w:t>　　伴随着紧张而忙碌的工作，20__年又悄然过去了，在公司及办公室各位领导的正确领导，办公室各工作人员的共同努力下，我们在全年较好的完成了各项工作任务。20__年是公司比较特殊的一年，随着公司生产逐步进入了正轨，公司的管理也逐渐的正规化，这就要求我们办公室办公人员的工作也需要从细、从精入手，更好、更细致的做好自己的本职工作，将办公室变为公司生产、生活的坚强后盾。回顾过去一年的工作，留给我的有成功的经验，也有不足的教训。为了在新的一年里更加顺利的开展工作，作出更好的成绩，特将过去一年里工作的得与失总结如下：</w:t>
      </w:r>
      <w:r>
        <w:rPr>
          <w:lang w:eastAsia="zh-CN"/>
        </w:rPr>
        <w:br/>
      </w:r>
      <w:r>
        <w:rPr>
          <w:lang w:eastAsia="zh-CN"/>
        </w:rPr>
        <w:t>　　一、工作内容总结</w:t>
      </w:r>
      <w:r>
        <w:rPr>
          <w:lang w:eastAsia="zh-CN"/>
        </w:rPr>
        <w:br/>
      </w:r>
      <w:r>
        <w:rPr>
          <w:lang w:eastAsia="zh-CN"/>
        </w:rPr>
        <w:t>　　在20__年的工作里，经主任的安排我主要进行了会议、文件、宣传、合同、制度、印信、档案、接待、文书报纸的收发工作，具体是：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1.协助办公室主任建立本部门各项工作制度，及时向上级传递请示、报告，及时反馈、落实领导指示。</w:t>
      </w:r>
      <w:r>
        <w:rPr>
          <w:lang w:eastAsia="zh-CN"/>
        </w:rPr>
        <w:br/>
      </w:r>
      <w:r>
        <w:rPr>
          <w:lang w:eastAsia="zh-CN"/>
        </w:rPr>
        <w:t>　　2.负责办公室的文秘、信息、机要和保密工作，做好办公室档案收集、整理工作。</w:t>
      </w:r>
      <w:r>
        <w:rPr>
          <w:lang w:eastAsia="zh-CN"/>
        </w:rPr>
        <w:br/>
      </w:r>
      <w:r>
        <w:rPr>
          <w:lang w:eastAsia="zh-CN"/>
        </w:rPr>
        <w:t>　　3.负责公司红头文件的登记、发放、存档工作。</w:t>
      </w:r>
      <w:r>
        <w:rPr>
          <w:lang w:eastAsia="zh-CN"/>
        </w:rPr>
        <w:br/>
      </w:r>
      <w:r>
        <w:rPr>
          <w:lang w:eastAsia="zh-CN"/>
        </w:rPr>
        <w:t>　　4.对外来公文、信件、邮件、报刊函件进行签收、整理保管和发送工作。</w:t>
      </w:r>
      <w:r>
        <w:rPr>
          <w:lang w:eastAsia="zh-CN"/>
        </w:rPr>
        <w:br/>
      </w:r>
      <w:r>
        <w:rPr>
          <w:lang w:eastAsia="zh-CN"/>
        </w:rPr>
        <w:t>　　5.负责公司印章使用的登记、签字工作。</w:t>
      </w:r>
      <w:r>
        <w:rPr>
          <w:lang w:eastAsia="zh-CN"/>
        </w:rPr>
        <w:br/>
      </w:r>
      <w:r>
        <w:rPr>
          <w:lang w:eastAsia="zh-CN"/>
        </w:rPr>
        <w:t>　　6.负责食堂饭卡的冲值、费用支出、流水帐登记工作。</w:t>
      </w:r>
      <w:r>
        <w:rPr>
          <w:lang w:eastAsia="zh-CN"/>
        </w:rPr>
        <w:br/>
      </w:r>
      <w:r>
        <w:rPr>
          <w:lang w:eastAsia="zh-CN"/>
        </w:rPr>
        <w:t>　　7.做好会议纪要，接待来访人员。</w:t>
      </w:r>
      <w:r>
        <w:rPr>
          <w:lang w:eastAsia="zh-CN"/>
        </w:rPr>
        <w:br/>
      </w:r>
      <w:r>
        <w:rPr>
          <w:lang w:eastAsia="zh-CN"/>
        </w:rPr>
        <w:t>　　8.做好办公室人员、安保人员及管理机关人员的每月考勤并交财务做工资。</w:t>
      </w:r>
      <w:r>
        <w:rPr>
          <w:lang w:eastAsia="zh-CN"/>
        </w:rPr>
        <w:br/>
      </w:r>
      <w:r>
        <w:rPr>
          <w:lang w:eastAsia="zh-CN"/>
        </w:rPr>
        <w:t>　　9.配合供应部做好物资采购合同的打印，会签、存档工作。</w:t>
      </w:r>
      <w:r>
        <w:rPr>
          <w:lang w:eastAsia="zh-CN"/>
        </w:rPr>
        <w:br/>
      </w:r>
      <w:r>
        <w:rPr>
          <w:lang w:eastAsia="zh-CN"/>
        </w:rPr>
        <w:t>　　10.负责检查、督促办公楼及各部室的卫生工作。</w:t>
      </w:r>
      <w:r>
        <w:rPr>
          <w:lang w:eastAsia="zh-CN"/>
        </w:rPr>
        <w:br/>
      </w:r>
      <w:r>
        <w:rPr>
          <w:lang w:eastAsia="zh-CN"/>
        </w:rPr>
        <w:t>　　11.做好领导及办公室主任临时交代的工作。</w:t>
      </w:r>
      <w:r>
        <w:rPr>
          <w:lang w:eastAsia="zh-CN"/>
        </w:rPr>
        <w:br/>
      </w:r>
      <w:r>
        <w:rPr>
          <w:lang w:eastAsia="zh-CN"/>
        </w:rPr>
        <w:t>　　其中文件管理情况为了使公司文件管理秩序化，以提高文件处理工作的效率和文件质量，促进与提高公司管理工作效率，在过去一年的文件管理工作中，按照文件的类别、日期、重要性进行了分类归档，针对各分类文件进行了标记，并建立了详细的登记台帐、存档工作，使各类文件的存取工作效率得到很大的提高。</w:t>
      </w:r>
      <w:r>
        <w:rPr>
          <w:lang w:eastAsia="zh-CN"/>
        </w:rPr>
        <w:br/>
      </w:r>
      <w:r>
        <w:rPr>
          <w:lang w:eastAsia="zh-CN"/>
        </w:rPr>
        <w:t>　　二、缺点与不足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我也很清楚自己还存在很多的不足与缺点，业务水平仍需提高，需更好的尽自己岗位的职责，这次的自我的总结、领导和同事们的批评指导，对我今后的提高是十分必要的，我的缺点与不足自己总结有以下几点：</w:t>
      </w:r>
      <w:r>
        <w:rPr>
          <w:lang w:eastAsia="zh-CN"/>
        </w:rPr>
        <w:br/>
      </w:r>
      <w:r>
        <w:rPr>
          <w:lang w:eastAsia="zh-CN"/>
        </w:rPr>
        <w:t>　　1、在协助管理工作过程中，缺乏大胆的沟通和主动性,今后我应加强学习不断提高自己的水平，工作中不断总结经验。</w:t>
      </w:r>
      <w:r>
        <w:rPr>
          <w:lang w:eastAsia="zh-CN"/>
        </w:rPr>
        <w:br/>
      </w:r>
      <w:r>
        <w:rPr>
          <w:lang w:eastAsia="zh-CN"/>
        </w:rPr>
        <w:t>　　2、与同事交流少，关心同事不够。具体表现：</w:t>
      </w:r>
      <w:r>
        <w:rPr>
          <w:lang w:eastAsia="zh-CN"/>
        </w:rPr>
        <w:br/>
      </w:r>
      <w:r>
        <w:rPr>
          <w:lang w:eastAsia="zh-CN"/>
        </w:rPr>
        <w:t>　　(1)跟同事们的联系不够，缺乏交流;</w:t>
      </w:r>
      <w:r>
        <w:rPr>
          <w:lang w:eastAsia="zh-CN"/>
        </w:rPr>
        <w:br/>
      </w:r>
      <w:r>
        <w:rPr>
          <w:lang w:eastAsia="zh-CN"/>
        </w:rPr>
        <w:t>　　(2)工作中对同事们的关心不够。</w:t>
      </w:r>
      <w:r>
        <w:rPr>
          <w:lang w:eastAsia="zh-CN"/>
        </w:rPr>
        <w:br/>
      </w:r>
      <w:r>
        <w:rPr>
          <w:lang w:eastAsia="zh-CN"/>
        </w:rPr>
        <w:t>　　我这方面的缺点同事们曾给我指出过，但自己也注意改正自己的不足，还需进一步步努力。</w:t>
      </w:r>
      <w:r>
        <w:rPr>
          <w:lang w:eastAsia="zh-CN"/>
        </w:rPr>
        <w:br/>
      </w:r>
      <w:r>
        <w:rPr>
          <w:lang w:eastAsia="zh-CN"/>
        </w:rPr>
        <w:t>　　三、回顾这段时间的工作</w:t>
      </w:r>
      <w:r>
        <w:rPr>
          <w:lang w:eastAsia="zh-CN"/>
        </w:rPr>
        <w:br/>
      </w:r>
      <w:r>
        <w:rPr>
          <w:lang w:eastAsia="zh-CN"/>
        </w:rPr>
        <w:t>　　我在思想上、学习上、工作上都取得了一定的进步，成长了不少，这与领导的支持和同事们的帮助是分不开的，在此对领导和同事们表示衷心的感谢!但是我也深切的感到了自己的不足，仍需要不断的学习和磨练。因此，在新的一年里，我要继续踏踏实实的立足于本职工作，不断学习提高自己的工作水平，为正在蓬勃发展的公司做出应有的贡献。</w:t>
      </w:r>
      <w:r>
        <w:rPr>
          <w:lang w:eastAsia="zh-CN"/>
        </w:rPr>
        <w:br/>
      </w:r>
      <w:r>
        <w:rPr>
          <w:lang w:eastAsia="zh-CN"/>
        </w:rPr>
        <w:t xml:space="preserve">    2024行政助理年度个人工作总结 篇5 </w:t>
      </w:r>
      <w:r>
        <w:rPr>
          <w:lang w:eastAsia="zh-CN"/>
        </w:rPr>
        <w:br/>
      </w:r>
      <w:r>
        <w:rPr>
          <w:lang w:eastAsia="zh-CN"/>
        </w:rPr>
        <w:t>　　本学期的工作很快结束了，在区教委、出产教育办的大力支持下，我校后勤踊跃尽力，始终进步办学效益，研究新情况，优化进行机制，提高管理水平。改进办学条件，增强保障才干，促进学校健康良好的发展。现把这学期工作总结如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加强整体计划和建设，努力探索后勤改改造途径</w:t>
      </w:r>
      <w:r>
        <w:rPr>
          <w:lang w:eastAsia="zh-CN"/>
        </w:rPr>
        <w:br/>
      </w:r>
      <w:r>
        <w:rPr>
          <w:lang w:eastAsia="zh-CN"/>
        </w:rPr>
        <w:t>　　我校的环境和基本建设在随则着学校治理跟发展的需要一直发生变革。目的是为全校师生员工发现更好的学习、生活工作前提。因为学校是全体师生的又一个家，美好的家园会让孩子们愉快安逸，精力本振奋。学期咱们采用“整体打算，分步履行”的准则加强基础建设。</w:t>
      </w:r>
      <w:r>
        <w:rPr>
          <w:lang w:eastAsia="zh-CN"/>
        </w:rPr>
        <w:br/>
      </w:r>
      <w:r>
        <w:rPr>
          <w:lang w:eastAsia="zh-CN"/>
        </w:rPr>
        <w:t>　　今年春天我们在校园文明墙前边铺了一百多平米草坪，操场东侧及教学楼前栽满了红花麦里，同时教导师生做好平时的爱绿、护绿工作。五月份，我们改建了领操台、升旗台，安装了新的白钢旗杆。在校园内拆掉旧式花池，建造了主动操纵的喷泉及养鱼池。固然我校新修的喷泉范畴不大，然而每当下课喷泉主动喷出清凉的水雾，校园内干燥的空气即时变得湿润。另外，我们按照美术__老师的设计把教学楼的正墙面彩绘以“飞翔”为组主题的壁画，墙面文化简洁大方，意思深刻。为理解决教学楼前积水和车库门前注水问题，六月初，我们把操场南侧教养楼前加高，铺了四百多平米沥青路面，从而解决了校门前汪水和车库门灌水问题。修喷泉、加高沥青路面，这两项工程都是由五年二班同窗的家长自动支援的，总共为学校节约五万多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为了使老师网上备课、交流方便，我们给每个年组的班主任装备了新电脑。根据一年教养改革特点，我们买了四台多功能投影仪，实物投影成果非常好。为了配备学校读书活动，咱们给每个班级订做了统一尺寸的书柜，这样学生献的书不到处乱放，教室跟办公室也更加整洁美观。这学期我们为学校独轮车队买了四十轮车，并设备了四十套小超人服装。我校始终重视网站建设，可能充分利用现有可存的资源库，开发校本资源，有盘算的购置一部分资源，使校园网站越办越好。</w:t>
      </w:r>
      <w:r>
        <w:rPr>
          <w:lang w:eastAsia="zh-CN"/>
        </w:rPr>
        <w:br/>
      </w:r>
      <w:r>
        <w:rPr>
          <w:lang w:eastAsia="zh-CN"/>
        </w:rPr>
        <w:t>　　抓好综合管理，为学校的发展做好后勤保障</w:t>
      </w:r>
      <w:r>
        <w:rPr>
          <w:lang w:eastAsia="zh-CN"/>
        </w:rPr>
        <w:br/>
      </w:r>
      <w:r>
        <w:rPr>
          <w:lang w:eastAsia="zh-CN"/>
        </w:rPr>
        <w:t>　　后勤工作必须服务于学校大局和各项教诲教学中心工作，因此我们后勤各局部的工作人员都能从学校整体工作动身，听取每条公平化倡导，自动配合其余领导做好学校的各项工作。学校后勤综合管理的好坏，反映在学校财务工作，校产管理、食堂、校车保险管理等褚多方面。</w:t>
      </w:r>
      <w:r>
        <w:rPr>
          <w:lang w:eastAsia="zh-CN"/>
        </w:rPr>
        <w:br/>
      </w:r>
      <w:r>
        <w:rPr>
          <w:lang w:eastAsia="zh-CN"/>
        </w:rPr>
        <w:t>　　这些工作细致到位才华保障学校各项工作顺利进行。财会管理方面：严把财务制度关，从学校大局出发，千方百计增收节资，避免浪费。在资金问题上可花可不花的钱动摇不花，非花不可的钱尽量少花，洽购物品要货比三家，为学校节省每一分钱。在校产管理上，做到工作细心，爱岗敬业。为了减轻一线先生的工作强度，尽量不去牵连前线老师。今年拆旧式花坛，种草坪、栽红花麦里，从翻土施肥到栽种花草以及给校园内体育器材、院内栅栏墙刷油，这些活儿，全是我们后勤的司机，厨师、打更大叔应用休息时间奇特努力去实现的。他们诚然是我校的常设工，然而工作的敬业精神和不求索取的高贵境界无比值得我们学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另外，我们把安全教育工作作为后勤工作重点内容之一。平时的通例检查做到了食堂管理天天查，学生安全每天查，“三室”及各教室、办公室安全日日查，学校惯例管理经常查，这些检查不是流于形式，检查做到过细到位并重点做好记录。我们踊跃配合铁岭市卫生局、区教育局生产教育办对后勤工作的检讨引导，创造问题及时解决。</w:t>
      </w:r>
      <w:r>
        <w:rPr>
          <w:lang w:eastAsia="zh-CN"/>
        </w:rPr>
        <w:br/>
      </w:r>
      <w:r>
        <w:rPr>
          <w:lang w:eastAsia="zh-CN"/>
        </w:rPr>
        <w:t xml:space="preserve">    2024行政助理年度个人工作总结 篇6 </w:t>
      </w:r>
      <w:r>
        <w:rPr>
          <w:lang w:eastAsia="zh-CN"/>
        </w:rPr>
        <w:br/>
      </w:r>
      <w:r>
        <w:rPr>
          <w:lang w:eastAsia="zh-CN"/>
        </w:rPr>
        <w:t>　　转眼间已至年末，从年初进入公司至今，已有一年多的时间，回首这一年的行政助理工作表现，虽存在些许的不足之处，但总体的付出，还是获得了不少收益，现就这几个月的工作情况，做简要总结：</w:t>
      </w:r>
      <w:r>
        <w:rPr>
          <w:lang w:eastAsia="zh-CN"/>
        </w:rPr>
        <w:br/>
      </w:r>
      <w:r>
        <w:rPr>
          <w:lang w:eastAsia="zh-CN"/>
        </w:rPr>
        <w:t>　　一、工作表现和收获</w:t>
      </w:r>
      <w:r>
        <w:rPr>
          <w:lang w:eastAsia="zh-CN"/>
        </w:rPr>
        <w:br/>
      </w:r>
      <w:r>
        <w:rPr>
          <w:lang w:eastAsia="zh-CN"/>
        </w:rPr>
        <w:t>　　1、工作表现</w:t>
      </w:r>
      <w:r>
        <w:rPr>
          <w:lang w:eastAsia="zh-CN"/>
        </w:rPr>
        <w:br/>
      </w:r>
      <w:r>
        <w:rPr>
          <w:lang w:eastAsia="zh-CN"/>
        </w:rPr>
        <w:t>　　(1)严于律己，在工作中，以制度、纪律规范自己的一切言行，严格遵守机关各项规章制度，尊重领导，团结同志，谦虚谨慎，主动接受来自各方面的意见，不断改进工作。能够严谨、细致、脚踏实地的完成本职工作。</w:t>
      </w:r>
      <w:r>
        <w:rPr>
          <w:lang w:eastAsia="zh-CN"/>
        </w:rPr>
        <w:br/>
      </w:r>
      <w:r>
        <w:rPr>
          <w:lang w:eastAsia="zh-CN"/>
        </w:rPr>
        <w:t>　　(2)懂得事情轻重缓急，做事较有条理。办公室是企业运转的一个重要枢纽部门，对企业内外的许多工作进行协调、沟通，做到上情下达，这就决定了办公室工作繁杂的特点。每天除了本职工作外，还经常有计划之外的事情需要临时处理，并且一般比较紧急，让人不得不放心手头的工作先去解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(3)工作中虽然获得了一定的成绩，但不可避免的会发生错误，为了避免类似错误的再次发生，本人在日常工作中不断总结经验。并积极向领导、同事请教、学习。</w:t>
      </w:r>
      <w:r>
        <w:rPr>
          <w:lang w:eastAsia="zh-CN"/>
        </w:rPr>
        <w:br/>
      </w:r>
      <w:r>
        <w:rPr>
          <w:lang w:eastAsia="zh-CN"/>
        </w:rPr>
        <w:t>　　(4)大家能在同一公司上班并非易事。在日常工作中本人都能与同事相处融洽，同时也能够积极的配合及协助其他部门完成工作。</w:t>
      </w:r>
      <w:r>
        <w:rPr>
          <w:lang w:eastAsia="zh-CN"/>
        </w:rPr>
        <w:br/>
      </w:r>
      <w:r>
        <w:rPr>
          <w:lang w:eastAsia="zh-CN"/>
        </w:rPr>
        <w:t>　　2、工作收获</w:t>
      </w:r>
      <w:r>
        <w:rPr>
          <w:lang w:eastAsia="zh-CN"/>
        </w:rPr>
        <w:br/>
      </w:r>
      <w:r>
        <w:rPr>
          <w:lang w:eastAsia="zh-CN"/>
        </w:rPr>
        <w:t>　　(1)工作敏感度有所提高，能够较积极地向领导汇报工作进度与结果。</w:t>
      </w:r>
      <w:r>
        <w:rPr>
          <w:lang w:eastAsia="zh-CN"/>
        </w:rPr>
        <w:br/>
      </w:r>
      <w:r>
        <w:rPr>
          <w:lang w:eastAsia="zh-CN"/>
        </w:rPr>
        <w:t>　　(2)工作适应力逐步增强，对后期安排的工作，现已得心应手。</w:t>
      </w:r>
      <w:r>
        <w:rPr>
          <w:lang w:eastAsia="zh-CN"/>
        </w:rPr>
        <w:br/>
      </w:r>
      <w:r>
        <w:rPr>
          <w:lang w:eastAsia="zh-CN"/>
        </w:rPr>
        <w:t>　　二、工作中存在的不足</w:t>
      </w:r>
      <w:r>
        <w:rPr>
          <w:lang w:eastAsia="zh-CN"/>
        </w:rPr>
        <w:br/>
      </w:r>
      <w:r>
        <w:rPr>
          <w:lang w:eastAsia="zh-CN"/>
        </w:rPr>
        <w:t>　　1、工作细心度仍有所欠缺</w:t>
      </w:r>
      <w:r>
        <w:rPr>
          <w:lang w:eastAsia="zh-CN"/>
        </w:rPr>
        <w:br/>
      </w:r>
      <w:r>
        <w:rPr>
          <w:lang w:eastAsia="zh-CN"/>
        </w:rPr>
        <w:t>　　在日常工作中，时常有些工作因为不够细心，从而浪费时间或是再做一遍。相信在接下来的工作中，本人一定会仔细、仔细、再仔细来完成每项工作。</w:t>
      </w:r>
      <w:r>
        <w:rPr>
          <w:lang w:eastAsia="zh-CN"/>
        </w:rPr>
        <w:br/>
      </w:r>
      <w:r>
        <w:rPr>
          <w:lang w:eastAsia="zh-CN"/>
        </w:rPr>
        <w:t>　　2、外来客人的接待和服务不够热情大方</w:t>
      </w:r>
      <w:r>
        <w:rPr>
          <w:lang w:eastAsia="zh-CN"/>
        </w:rPr>
        <w:br/>
      </w:r>
      <w:r>
        <w:rPr>
          <w:lang w:eastAsia="zh-CN"/>
        </w:rPr>
        <w:t>　　做为办公室文员，做好接待工作是自己的本份工作。由于本人在这方面没有足够的经验，每次接待都不能做得很好。在以后的接待工作中，力求能做到热情周到，耐心细致。</w:t>
      </w:r>
      <w:r>
        <w:rPr>
          <w:lang w:eastAsia="zh-CN"/>
        </w:rPr>
        <w:br/>
      </w:r>
      <w:r>
        <w:rPr>
          <w:lang w:eastAsia="zh-CN"/>
        </w:rPr>
        <w:t>　　三、总结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总的来说这一年的工作是尽职尽责的，虽然亦存在着些许的不足，工作的确也不够饱和，时有不知道该干什么的感觉，但这一切的一切相信也会随着我不断努力而逝去。非常感谢公司领导及同事们对我工作的支持与肯定，相信以后的我，在行政助理这个岗位上会做得更好，发挥得更加出色!为企业的`明天尽一份力。更希望通过公司全体员工的努力，可以把公司推向一个又一个的颠峰。</w:t>
      </w:r>
      <w:r>
        <w:rPr>
          <w:lang w:eastAsia="zh-CN"/>
        </w:rPr>
        <w:br/>
      </w:r>
      <w:r>
        <w:rPr>
          <w:lang w:eastAsia="zh-CN"/>
        </w:rPr>
        <w:t>　　行政工作是繁琐的，小到复印、扫描、传真、订餐、送水、收发快件、订阅报刊杂志、办理车证、办公设备维护，大到申请办公用品及对其领用情况进行备案、文件整理与保管、租房、与外界沟通协调事务、装修洁净间……每一项工作的完成都是对责任心和工作能力的考验，面对繁杂琐碎的工作，在时间上，我尽量做到最快，在完成质量上，我尽量做到，争取用最小的成本获得的效益。因此，也只有永不倦怠地提高自己，才能胜任看似简单的行政事务工作。</w:t>
      </w:r>
      <w:r>
        <w:rPr>
          <w:lang w:eastAsia="zh-CN"/>
        </w:rPr>
        <w:br/>
      </w:r>
      <w:r>
        <w:rPr>
          <w:lang w:eastAsia="zh-CN"/>
        </w:rPr>
        <w:t>　　一、库房管理</w:t>
      </w:r>
      <w:r>
        <w:rPr>
          <w:lang w:eastAsia="zh-CN"/>
        </w:rPr>
        <w:br/>
      </w:r>
      <w:r>
        <w:rPr>
          <w:lang w:eastAsia="zh-CN"/>
        </w:rPr>
        <w:t>　　在未进入之前，我从未做过库房管理工作，所以库房的物品出入和登记帐页对于我来说都是陌生的。幸好有公司同事和领导的帮助，让我很快的熟悉了这一系列的流程，从最初的盘库、物品出入填写领料单和入库单、到登记帐页，这些看似简单的工作，却分外重要。首先我要保证库存量：需及时的通知采购购买待加工物品，不能让它处于零库存的状态，否则会导致机加工没有物品加工，然后影响生产，这是最严重的问题;其二，出入库物品时，要保证数目准确，并能够及时登记帐页，不能让账目出现混乱的状态。所以总的来说，库房的管理工作是举足轻重的，足够的库存量是生产正常进行的先决条件，不能有一点懈怠。这将近1年的时间里，我在库房管理工作方面，虽然出现过一些小的问题，但我很庆幸，没有出现过重大影响生产的情况，所以以后的工作我会再接再厉，争取杜绝一系列小问题的产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二、其他工作</w:t>
      </w:r>
      <w:r>
        <w:rPr>
          <w:lang w:eastAsia="zh-CN"/>
        </w:rPr>
        <w:br/>
      </w:r>
      <w:r>
        <w:rPr>
          <w:lang w:eastAsia="zh-CN"/>
        </w:rPr>
        <w:t>　　由于机加工和生产不在一个办公地点，所以机加工加工的物品，就必须及时的送到生产部检验。刚开始送检物品时，我真是一点怨言都没有，觉得很新鲜，所以很乐意去干，可是由于天气逐渐变冷，我的思想上产生了一些波动，我觉得自己来公司工作不是来跑腿的，所以产生了抵制情绪，不愿意跑来跑去为他们送东西。就是因为我这样的想法，导致出现过一次差点影响生产的事件，经过领导的教育与批评，我已经深刻认识到自己的错误，也让自己的情绪很快的调整过来，现在只要有送检的物品，都能保证及时的送交质检科，不会耽误生产。</w:t>
      </w:r>
      <w:r>
        <w:rPr>
          <w:lang w:eastAsia="zh-CN"/>
        </w:rPr>
        <w:br/>
      </w:r>
      <w:r>
        <w:rPr>
          <w:lang w:eastAsia="zh-CN"/>
        </w:rPr>
        <w:t>　　四、存在的问题和今后的努力方向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总结这10个月期间的工作情况，本人能敬业爱岗、全力以赴地开展工作，取得了一些成绩，但也存在一些问题和不足。工作中，我一直虚心求教，恪尽职守，努力做好本职工作，不过自己主观情绪总是会不由自主的支配自己的神经系统，会偶尔表现在工作上面，对于这一点，我已深刻认识到自己的不足，我会认真努力的克制，力求做到更好!另外有些工作还不够过细，一些工作协调的不是十分到位，在以后的工作中，我会努力提高自己的协调能力和处理问题能力。在下一年里，我想我应努力做到：第一，加强学习，拓宽知识面。第二，本着实事求是的原则，做到上情下达、下情上报;真正做好领导的助手工作;第三，不断改进办公室对其他部门的支持能力、服务水平。遵守公司内部规章制度，维护公司利益，积极为公司创造更高价值，力争取得更大的工作成绩。最后，感谢各位领导能够提供给我这份工作，使我有机会和大家共同提高、共同进步;感谢每位同事在这一年来对我工作的热情帮助和悉心关照。虽然我还有很多经验上的不足和能力上的欠缺，但我相信，勤能补拙，只要我们彼此多份理解、多份沟通，加上自己的不懈努力，相信明天会更好!</w:t>
      </w:r>
      <w:r>
        <w:rPr>
          <w:lang w:eastAsia="zh-CN"/>
        </w:rPr>
        <w:br/>
      </w:r>
      <w:r>
        <w:rPr>
          <w:lang w:eastAsia="zh-CN"/>
        </w:rPr>
        <w:t xml:space="preserve">    2024行政助理年度个人工作总结 篇7 </w:t>
      </w:r>
      <w:r>
        <w:rPr>
          <w:lang w:eastAsia="zh-CN"/>
        </w:rPr>
        <w:br/>
      </w:r>
      <w:r>
        <w:rPr>
          <w:lang w:eastAsia="zh-CN"/>
        </w:rPr>
        <w:t>　　一年时间就这样很快的结束了，回顾自己这月以来的工作，可以说是有很多的地方值得去回忆。作为一名行政助理，我要做的工作有很多，不过我始终觉得说起来也挺小事情的，这些小事都在我不断的工作中逐渐的去解决，自己的工作能力也得到了很大的提高。社会就是这样，有很多锻炼人的地方，我相信自己可以做好，不过这些都是需要自己一直不断的努力下去，我相信自己会做好的。在领导的关心支持和同事们的热情帮助下，不断加强自身建设，努力提高自身修养，认真履行岗位职责，较好地完成了各项工作任务。作自我总结，主要有以下六个方面。</w:t>
      </w:r>
      <w:r>
        <w:rPr>
          <w:lang w:eastAsia="zh-CN"/>
        </w:rPr>
        <w:br/>
      </w:r>
      <w:r>
        <w:rPr>
          <w:lang w:eastAsia="zh-CN"/>
        </w:rPr>
        <w:t>　　一、严以律己，树立良好形象。严格遵守办公室的各项规章制度，时时处处以工作为先，大局为重，遇有紧急任务，加班加点，毫无怨言。领导下达了指令，会想方设法去完成。听从领导、服从分配，对于领导和办公室安排的每一份工作，不论大小，都高度重视，总是尽职尽责、认认真真地去完成，从不计较个人得失、打折扣、讲条件。经常自省自励，开展批评与自我批评，严格约束自己的一言一行、一举一动，树立起了办公室工作人员的良好形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二、加强学习，不断提高业务素质。虚心的向同事学习，经常利用网络工具和同岗位的同事交流心得，逐步的完善自我。在工作中，时时处处以领导和优秀同事为榜样，不会的就学，不懂的就问，取人之长，补己之短，始终保持了谦虚谨慎勤奋好学的积极态度，综合能力显著提高。</w:t>
      </w:r>
      <w:r>
        <w:rPr>
          <w:lang w:eastAsia="zh-CN"/>
        </w:rPr>
        <w:br/>
      </w:r>
      <w:r>
        <w:rPr>
          <w:lang w:eastAsia="zh-CN"/>
        </w:rPr>
        <w:t>　　三、积极工作，完成各项任务。九月份有个中秋节，对于我们服务行业来讲，凡是节假日对我们的营业都有极大的冲击力。所以在节日来临之前，必须把各项工作的相关事宜一切准备妥当。按照领导的安排，认真做好各类文件、通知、打印、校对以及传达工作；全方位为领导搞好服务，常请示、勤汇报，努力做好参谋助手，为整个办公室工作有条不紊的开展发挥了积极作用。同时，经常深入基层调查研究，了解员工思想动态，为领导科学决策提供了可靠依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四、人事管理方面。相对来讲，我们人事工作还存在很大需要改善的地方。这个月出现了一个严重的问题就是总公司已经下文要做好留人计划方案这项工作，即“与员工谈话”，可是还没落实好，有些部门做了，可是也没按要求做，由此可见这件事并未引起管理人员的高度重视，员工思想我们都没了解好，我们谈何留人。这几个月基本上是新进与离职的人员不相上下，本月是离职人数大于新进。从这里面可以看出做了解员工思想工作的重要性。其中这工作没完成有极大方面的原因是我没做好督查工作，这是我我工作失职的表现。这件事体现了我的执行力不够强，在以后的工作中我要加强这方面的能力。</w:t>
      </w:r>
      <w:r>
        <w:rPr>
          <w:lang w:eastAsia="zh-CN"/>
        </w:rPr>
        <w:br/>
      </w:r>
      <w:r>
        <w:rPr>
          <w:lang w:eastAsia="zh-CN"/>
        </w:rPr>
        <w:t>　　五、加强注重细节工作态度，加强语言功底，消除紧张心理。文员工作，细心极其的关键。比如下一份文，我也会琢磨，可是会因为紧张让大脑产生短路，这种表现就像潘总说的一句话是缺乏运筹帷幄的处事能力，急了就乱了。不过她说这种能力也与经验有关，经历多了，自然也会有所提高的。</w:t>
      </w:r>
      <w:r>
        <w:rPr>
          <w:lang w:eastAsia="zh-CN"/>
        </w:rPr>
        <w:br/>
      </w:r>
      <w:r>
        <w:rPr>
          <w:lang w:eastAsia="zh-CN"/>
        </w:rPr>
        <w:t>　　六、个人方面的事情。这个月我的激情感觉不是很高涨。领导吩咐做的事情，也做了，和同事们相处感觉也挺好的，觉得跟他们比以前都更熟了。可是我却发现自己在待人接物方面没有了刚开始的那种耐性，见面我也笑呵呵的，可是我自己觉得有点假了。我找过原因，可能真的是因为从学校出来工作这个过渡期做得不够好，产生了工作疲惫综合症。我总有自己还是个孩子的感觉，有很多事情是关乎到人情世故的东西，我觉得处理这些事情很累，也不懂得怎么样才能做好，真的很困惑，以致越来越没激情。</w:t>
      </w:r>
      <w:r>
        <w:rPr>
          <w:lang w:eastAsia="zh-CN"/>
        </w:rPr>
        <w:br/>
      </w:r>
      <w:r>
        <w:rPr>
          <w:lang w:eastAsia="zh-CN"/>
        </w:rPr>
        <w:t>　　工作中虽然取得了一定成绩，但仍然存在着一些问题和不足，今后，我要一如既往地向领导们学习，发扬优点、克服不足，与时俱进，积极进取，力争使自己的专业素质和业务水平在较短的时间内再上新台阶，以适应现代社会飞速发展的需要，从而更好地完成领导安排的各项工作任务。下一步，重点搞好以下几方面工作：</w:t>
      </w:r>
      <w:r>
        <w:rPr>
          <w:lang w:eastAsia="zh-CN"/>
        </w:rPr>
        <w:br/>
      </w:r>
      <w:r>
        <w:rPr>
          <w:lang w:eastAsia="zh-CN"/>
        </w:rPr>
        <w:t>　　一、强化服务意识，增强责任感、压力感，提高工作效率和服务质量。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二、抽出时间，深入调查研究，努力掌握第一手资料，为更好地为领导服务打下坚实基础。</w:t>
      </w:r>
      <w:r>
        <w:rPr>
          <w:lang w:eastAsia="zh-CN"/>
        </w:rPr>
        <w:br/>
      </w:r>
      <w:r>
        <w:rPr>
          <w:lang w:eastAsia="zh-CN"/>
        </w:rPr>
        <w:t>　　三、进一步加强业务学习。坚持谦虚谨慎，不骄不躁的工作作风，发扬团结他人、谦虚学习的精神，虚心向领导学习，向办公室同事学习，不断提高自身素养。</w:t>
      </w:r>
      <w:r>
        <w:rPr>
          <w:lang w:eastAsia="zh-CN"/>
        </w:rPr>
        <w:br/>
      </w:r>
      <w:r>
        <w:rPr>
          <w:lang w:eastAsia="zh-CN"/>
        </w:rPr>
        <w:t>　　在未来的时间里，我一定再接再励，甘为人梯，做好后勤工作，让领导和其它员工踏踏实实安安心心的奋斗在自己的岗位上。现在我的工作对我来说，我自己感到还是十分的满意的，所以我会继续在我的工作上努力下去，我坚信自己可以做好。当然很多的现实情况下，我有很多的事情要做。不过忙碌的生活也是很正常的，我坚信在以后的道路上，我会走的更好！</w:t>
      </w:r>
      <w:r>
        <w:rPr>
          <w:lang w:eastAsia="zh-CN"/>
        </w:rPr>
        <w:br/>
      </w:r>
      <w:r>
        <w:rPr>
          <w:lang w:eastAsia="zh-CN"/>
        </w:rPr>
        <w:t xml:space="preserve">    2024行政助理年度个人工作总结 篇8 </w:t>
      </w:r>
      <w:r>
        <w:rPr>
          <w:lang w:eastAsia="zh-CN"/>
        </w:rPr>
        <w:br/>
      </w:r>
      <w:r>
        <w:rPr>
          <w:lang w:eastAsia="zh-CN"/>
        </w:rPr>
        <w:t>　　今年以来，在学校党委、校长和办公室主任的直接领导下，紧紧围绕学校的“_周年”校庆、“迎评”、“申博”等中心工作，以“树窗口形象，创一流服务”的工作态度，坚持“尽力、尽职、尽责，虚心、热心、细心”的工作态度，认真履行协调、服务、助手等工作。</w:t>
      </w:r>
      <w:r>
        <w:rPr>
          <w:lang w:eastAsia="zh-CN"/>
        </w:rPr>
        <w:br/>
      </w:r>
      <w:r>
        <w:rPr>
          <w:lang w:eastAsia="zh-CN"/>
        </w:rPr>
        <w:t>　　一、努力学习，全面提高自身素质和业务水平</w:t>
      </w:r>
      <w:r>
        <w:rPr>
          <w:lang w:eastAsia="zh-CN"/>
        </w:rPr>
        <w:br/>
      </w:r>
      <w:r>
        <w:rPr>
          <w:lang w:eastAsia="zh-CN"/>
        </w:rPr>
        <w:t>　　一直以来，本人十分注重学习，不断加强党性锻炼，廉洁自律，服务意识和业务知识，本人参加了本科法律专业的学习，明年初毕业。</w:t>
      </w:r>
      <w:r>
        <w:rPr>
          <w:lang w:eastAsia="zh-CN"/>
        </w:rPr>
        <w:br/>
      </w:r>
      <w:r>
        <w:rPr>
          <w:lang w:eastAsia="zh-CN"/>
        </w:rPr>
        <w:t>　　二、摆正位置，有较强的参谋和协调能力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本人一直在党办、校办工作，能准确定好位，当好办公室领导的助手，顾全大局，全力支持，配合办公室领导、各科室、每一位工作人员的工作，做到到位不越位，补台而不拆台。并在工作中注意团结和发挥团队协助精神，能充分发挥自己的协调和参谋作用。</w:t>
      </w:r>
      <w:r>
        <w:rPr>
          <w:lang w:eastAsia="zh-CN"/>
        </w:rPr>
        <w:br/>
      </w:r>
      <w:r>
        <w:rPr>
          <w:lang w:eastAsia="zh-CN"/>
        </w:rPr>
        <w:t>　　三、尽心尽力，完成各项工作</w:t>
      </w:r>
      <w:r>
        <w:rPr>
          <w:lang w:eastAsia="zh-CN"/>
        </w:rPr>
        <w:br/>
      </w:r>
      <w:r>
        <w:rPr>
          <w:lang w:eastAsia="zh-CN"/>
        </w:rPr>
        <w:t>　　1、在人手少，工作任务饱满的情况下，能以热情的服务态度负责做好每年的大约1500个大大小小的全校性会议的会务安排工作、会场布置及会前、会中、会后的各项服务工作。</w:t>
      </w:r>
      <w:r>
        <w:rPr>
          <w:lang w:eastAsia="zh-CN"/>
        </w:rPr>
        <w:br/>
      </w:r>
      <w:r>
        <w:rPr>
          <w:lang w:eastAsia="zh-CN"/>
        </w:rPr>
        <w:t>　　2、做好学校承办的各类大型会议。并能协助各二级单位承办的各类全国、省市会议。例如：做好20__年“_周年”的庆祝大会和各大小庆祝活动，20__年的_高校校长协助会;20__年的本科教学工作诊断性评估、预评估、正式评估的接待组工作;20__年的申博工作。</w:t>
      </w:r>
      <w:r>
        <w:rPr>
          <w:lang w:eastAsia="zh-CN"/>
        </w:rPr>
        <w:br/>
      </w:r>
      <w:r>
        <w:rPr>
          <w:lang w:eastAsia="zh-CN"/>
        </w:rPr>
        <w:t>　　3、全校师生员工的信件、包裹、报纸、杂志的收发、查询、投送、订购工作，每天要分送180多种共2800多份报纸、4000多封信、3000多种6000多本杂志和进出500个包裹。</w:t>
      </w:r>
      <w:r>
        <w:rPr>
          <w:lang w:eastAsia="zh-CN"/>
        </w:rPr>
        <w:br/>
      </w:r>
      <w:r>
        <w:rPr>
          <w:lang w:eastAsia="zh-CN"/>
        </w:rPr>
        <w:t>　　4、协作做好_校区文件收发、传递工作，_校区办公室送给校领导和主校区各职能部门的文件、信件、材料等。</w:t>
      </w:r>
      <w:r>
        <w:rPr>
          <w:lang w:eastAsia="zh-CN"/>
        </w:rPr>
        <w:br/>
      </w:r>
      <w:r>
        <w:rPr>
          <w:lang w:eastAsia="zh-CN"/>
        </w:rPr>
        <w:t>　　5、每天及时保证领导办公室清洁卫生，做到领导到办公室前卫生搞好、冲好一杯热开水(或热茶)等领导办公室的内务工作。</w:t>
      </w:r>
      <w:r>
        <w:rPr>
          <w:lang w:eastAsia="zh-CN"/>
        </w:rPr>
        <w:br/>
      </w:r>
      <w:r>
        <w:rPr>
          <w:lang w:eastAsia="zh-CN"/>
        </w:rPr>
        <w:t>　　6、每周的会议安排、放假的值班安排工作。</w:t>
      </w:r>
      <w:r>
        <w:rPr>
          <w:lang w:eastAsia="zh-CN"/>
        </w:rPr>
        <w:br/>
      </w:r>
      <w:r>
        <w:rPr>
          <w:lang w:eastAsia="zh-CN"/>
        </w:rPr>
        <w:t>　　7、负责接待上级领导机关或兄弟单位领导来校检查、指导、交流工作、参加会议、访问等，协助外事部门接待外宾。做好接送派车，安排食宿和参观访问等工作。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8、负责全校性的各类会议活动的用车安排，负责安排校领导外出开会、办公、迎宾等项活动的用车，并根据需要做好领导出差前后的后勤服务工作。</w:t>
      </w:r>
      <w:r>
        <w:rPr>
          <w:lang w:eastAsia="zh-CN"/>
        </w:rPr>
        <w:br/>
      </w:r>
      <w:r>
        <w:rPr>
          <w:lang w:eastAsia="zh-CN"/>
        </w:rPr>
        <w:t>　　9、协助领导作好各类人员的慰问工作。</w:t>
      </w:r>
      <w:r>
        <w:rPr>
          <w:lang w:eastAsia="zh-CN"/>
        </w:rPr>
        <w:br/>
      </w:r>
      <w:r>
        <w:rPr>
          <w:lang w:eastAsia="zh-CN"/>
        </w:rPr>
        <w:t>　　10、做好校长办公室的内部事务管理工作。</w:t>
      </w:r>
      <w:r>
        <w:rPr>
          <w:lang w:eastAsia="zh-CN"/>
        </w:rPr>
        <w:br/>
      </w:r>
      <w:r>
        <w:rPr>
          <w:lang w:eastAsia="zh-CN"/>
        </w:rPr>
        <w:t xml:space="preserve">    2024行政助理年度个人工作总结 篇9 </w:t>
      </w:r>
      <w:r>
        <w:rPr>
          <w:lang w:eastAsia="zh-CN"/>
        </w:rPr>
        <w:br/>
      </w:r>
      <w:r>
        <w:rPr>
          <w:lang w:eastAsia="zh-CN"/>
        </w:rPr>
        <w:t>　　20__已经过去，不知不觉我已入司担任前台工作将近9个月，前台没有像公司业务、营销、财务等部门对公司发展所作的贡献大、直接，但公司既然设了这个岗位，领导必定认为有其存在的必要性。通过思考，我认为，不管哪一个岗位，不管从事哪一项工作，都是公司整体组织结构中的一部分，都是为了公司的总体目标而努力。在这9个月的时间里我在公司领导和同事的关心帮助下，顺利完成了相应的工作，当然也存在许多不足的地方需要改进，现将20__年的工作作以下总结。</w:t>
      </w:r>
      <w:r>
        <w:rPr>
          <w:lang w:eastAsia="zh-CN"/>
        </w:rPr>
        <w:br/>
      </w:r>
      <w:r>
        <w:rPr>
          <w:lang w:eastAsia="zh-CN"/>
        </w:rPr>
        <w:t>　　前台接待接待人员是展现公司形象的第一人，20__年1月入职至12月以来，从我严格按照公司要求，热情对待每一位来访客户，并指引到相关办公室，对于上门推销的业务人员，礼貌相迎并把其留下的实用名片、宣传册整理归档，以便于以后工作的不时之需，近9个月来，共计接待用户达600人次左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电话接听转接、传真复印及信件分发认真接听任何来电，准确率达到98%;能够委婉并合理对待骚扰电话，提高工作效率;发传真时注意对方有无收到，是否完整清晰。复印时注意复印的资料完整否，避免复印资料缺漏。如有信件也及时交给了相关人员。</w:t>
      </w:r>
      <w:r>
        <w:rPr>
          <w:lang w:eastAsia="zh-CN"/>
        </w:rPr>
        <w:br/>
      </w:r>
      <w:r>
        <w:rPr>
          <w:lang w:eastAsia="zh-CN"/>
        </w:rPr>
        <w:t>　　临时事件处理饮用水桶水发现不够时会及时叫大河人家送水。前台所需物品不够时，会及时申请购买如：纸巾、复印纸、一次性纸怀等。打印机没有墨时，会电话通知加墨业务人员加墨。办公电话费用快用完时，提前去营业厅预存。如果办公室内的物品坏了如：空调开关，卫生间灯，会及时打电话给国企物业，让物业师傅查看原因，需要自己买的设备自己买后让物业师傅安装;交换机考勤机故障问题直接联系商家售后解决，电话线路有问题求助电信局解决等。总之，遇到问题都会及时想办法解决。</w:t>
      </w:r>
      <w:r>
        <w:rPr>
          <w:lang w:eastAsia="zh-CN"/>
        </w:rPr>
        <w:br/>
      </w:r>
      <w:r>
        <w:rPr>
          <w:lang w:eastAsia="zh-CN"/>
        </w:rPr>
        <w:t xml:space="preserve">    2024行政助理年度个人工作总结 篇10 </w:t>
      </w:r>
      <w:r>
        <w:rPr>
          <w:lang w:eastAsia="zh-CN"/>
        </w:rPr>
        <w:br/>
      </w:r>
      <w:r>
        <w:rPr>
          <w:lang w:eastAsia="zh-CN"/>
        </w:rPr>
        <w:t>　　20__年3月1日我正式从酒店销售部调往行政部工作，虽然时间不长，但在接手工作后，在总经理的正确指导和细心帮助下，工作逐渐走上正轨。从对酒店行政工作的不熟悉到渐渐熟悉和清晰，不仅学到了很多，也体会到了很多，现就最近几个月的工作情况做个自我总结：</w:t>
      </w:r>
      <w:r>
        <w:rPr>
          <w:lang w:eastAsia="zh-CN"/>
        </w:rPr>
        <w:br/>
      </w:r>
      <w:r>
        <w:rPr>
          <w:lang w:eastAsia="zh-CN"/>
        </w:rPr>
        <w:t>　　一、人事方面</w:t>
      </w:r>
      <w:r>
        <w:rPr>
          <w:lang w:eastAsia="zh-CN"/>
        </w:rPr>
        <w:br/>
      </w:r>
      <w:r>
        <w:rPr>
          <w:lang w:eastAsia="zh-CN"/>
        </w:rPr>
        <w:t>　　二、企业文化建设方面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为了更好的对外宣传酒店，提升酒店的知名度和美誉度，春节之后，有安排有计划地开始筹备酒店网站事宜，大到整个页面的合理设计及内容规划，小到酒店所有资料的收集整理，工作在一步步中完成并实施。最终实现网站内容与员工天地栏内容同步更新，不仅向所有员工展示了酒店的文化建设，也为员工提供了一个表扬好人好事的发布平台，真正使员工在一种文化的潜移默化中接受共同的价值观念。</w:t>
      </w:r>
      <w:r>
        <w:rPr>
          <w:lang w:eastAsia="zh-CN"/>
        </w:rPr>
        <w:br/>
      </w:r>
      <w:r>
        <w:rPr>
          <w:lang w:eastAsia="zh-CN"/>
        </w:rPr>
        <w:t>　　同时，企业文化也是一种管理理念，在酒店内部构建和谐的企业文化，一方面，可以借用企业文化作为管理工具，激发员工的积极性;在举办的迎“三八”员工卡拉ok比赛中，员工都积极踊跃的报名，大展自己的歌喉，不仅丰富了酒店全体员工的精神生活和业余生活，更加促进了员工的音乐素养。另一方面，优化员工工作的“软”环境，既可以用和睦的“软”环境吸引并感化员工。酒店于__年4月25日—5月4日开展了“踏青运动休闲”为主题的外出春游活动，组织酒店全体员工分四批去宜昌山峡人家游玩。在此次春游活动过程中，使员工们全身心的投入到大自然的怀抱中，丰富了员工的文化生活，增强了团队意识和团队凝聚力。</w:t>
      </w:r>
      <w:r>
        <w:rPr>
          <w:lang w:eastAsia="zh-CN"/>
        </w:rPr>
        <w:br/>
      </w:r>
      <w:r>
        <w:rPr>
          <w:lang w:eastAsia="zh-CN"/>
        </w:rPr>
        <w:t>　　三、培训方面</w:t>
      </w:r>
      <w:r>
        <w:rPr>
          <w:lang w:eastAsia="zh-CN"/>
        </w:rPr>
        <w:br/>
      </w:r>
      <w:r>
        <w:rPr>
          <w:lang w:eastAsia="zh-CN"/>
        </w:rPr>
        <w:t>　　培训是一种富有远见的投资，它不像厨师做出一道菜一样能立马产生效益，它需要持续不断地努力。行政部在春节之后，着手加强对酒店员工的培训力度。由行政部组织培训和各部门内部培训相结合的模式开展。新员工入职打破以前的传统培训方法，采用幻灯片+讲解的教学方法进行，课堂气氛活跃，收效明显，员工反映良好。针对酒店现有的管理问题，行政部有针对性地搜集培训资料，定期组织酒店管理层人员参加每周五的《职业经理人管理实务》培训课程。通过培训，旨在全面提升所有从业人员的服务意识、服务技巧和管理人员的管理水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四、档案管理方面</w:t>
      </w:r>
      <w:r>
        <w:rPr>
          <w:lang w:eastAsia="zh-CN"/>
        </w:rPr>
        <w:br/>
      </w:r>
      <w:r>
        <w:rPr>
          <w:lang w:eastAsia="zh-CN"/>
        </w:rPr>
        <w:t>　　酒店的各种档案资料都是酒店宝贵的资源和财富。随着酒店经营的发展，档案资料的数量和种类也越来越多。行政部将所有资料统一归类，然后再进行细分，将该健全的纸质档案资料分类别、分部门、分在职和不在职的人员分别入袋，做到一人一袋，便于有记录即可查可找。同时，将各种规章制度，各部门的培训资料做到纸质与电子档同步，做到资料永久不遗失，永久存档。除此以外，结合工作实际，健立健全了一些与工作息息相关的规章制度，例如：各部门节能降耗管理制度、酒店例会管理制度、酒店突发事件紧急预案等等。切实做到将制度服务于工作。</w:t>
      </w:r>
      <w:r>
        <w:rPr>
          <w:lang w:eastAsia="zh-CN"/>
        </w:rPr>
        <w:br/>
      </w:r>
      <w:r>
        <w:rPr>
          <w:lang w:eastAsia="zh-CN"/>
        </w:rPr>
        <w:t>　　五、考勤管理方面</w:t>
      </w:r>
      <w:r>
        <w:rPr>
          <w:lang w:eastAsia="zh-CN"/>
        </w:rPr>
        <w:br/>
      </w:r>
      <w:r>
        <w:rPr>
          <w:lang w:eastAsia="zh-CN"/>
        </w:rPr>
        <w:t>　　俗话说，没有规矩不成方圆。从酒店开始实行指纹打卡以后，各部门从上至下，上到总经理，下到基层服务员都认真执行和遵守考勤规章制度，并将集团公司下发的考勤制度与员工工资真正挂钩。从而实行了员工上下班考勤管理更加规范和制度化。针对考勤时的特殊异常情况，如指纹打卡机出现故障时，由行政部负责监督并抽查部门考勤情况，真正做到人人自觉遵守上下班纪律。</w:t>
      </w:r>
      <w:r>
        <w:rPr>
          <w:lang w:eastAsia="zh-CN"/>
        </w:rPr>
        <w:br/>
      </w:r>
      <w:r>
        <w:rPr>
          <w:lang w:eastAsia="zh-CN"/>
        </w:rPr>
        <w:t>　　六、绩效考核方面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科学有效的激励机制能够让员工发挥出的潜能，愿意留在酒店为酒店创造更大的价值。激励的方法很多，但是薪酬可以说是一种最重要的、最易运用的方法。__年上半年度行政部从三个方面对员工实行绩效考核，一是由部门负责人评选出的优秀资深员工，共计13人，二是由部门员工评选出的季度优秀员工，共计14人，三是由自己报名参加技能比赛产生出的优秀员工16人，并对优秀员工给予了一定的薪资补贴或者物资奖励。虽说薪酬补贴和物资奖励不是的途径，但是有一种让人感觉受重视、受公平待遇的魅力，也将成为员工今后职级晋升的优先考核条件之一，激励效果就由此而生。</w:t>
      </w:r>
      <w:r>
        <w:rPr>
          <w:lang w:eastAsia="zh-CN"/>
        </w:rPr>
        <w:br/>
      </w:r>
      <w:r>
        <w:rPr>
          <w:lang w:eastAsia="zh-CN"/>
        </w:rPr>
        <w:t>　　七、员工管理方面</w:t>
      </w:r>
      <w:r>
        <w:rPr>
          <w:lang w:eastAsia="zh-CN"/>
        </w:rPr>
        <w:br/>
      </w:r>
      <w:r>
        <w:rPr>
          <w:lang w:eastAsia="zh-CN"/>
        </w:rPr>
        <w:t>　　酒店是一个服务性的行业，员工流动性大。有些员工自己也认为自己在酒店不知道能不能做长做久，有些想法平时想说没有机会说出来。行政部上半年从两个方面，加强员工的管理工作。一是从行动方面管理，行政部结合公司的实际情况，组织各部门正式员工开展签定劳动合同书的签定仪式，切实维护用人单位和劳动者的合法权益，让员工从此安安心心、踏踏实实的工作。二是从思想方面管理，组织一批老员工座谈会和住宿员工的座谈会，进一步了解酒店员工的思想动态，营造酒店良好的企业文化与人文关怀，促进管理人员与员工之间的沟通，达到相互理解，增进团结的目的。切实做到关心员工、爱护员工，充分调动员工的工作积极性、主动性、创造性，增强公司的凝聚力和战斗力。</w:t>
      </w:r>
      <w:r>
        <w:rPr>
          <w:lang w:eastAsia="zh-CN"/>
        </w:rPr>
        <w:br/>
      </w:r>
      <w:r>
        <w:rPr>
          <w:lang w:eastAsia="zh-CN"/>
        </w:rPr>
        <w:t>　　八、个人在工作中存在的不足之处</w:t>
      </w:r>
      <w:r>
        <w:rPr>
          <w:lang w:eastAsia="zh-CN"/>
        </w:rPr>
        <w:br/>
      </w:r>
      <w:r>
        <w:rPr>
          <w:lang w:eastAsia="zh-CN"/>
        </w:rPr>
        <w:t>　　1、深入员工，跟员工沟通的较少。</w:t>
      </w:r>
      <w:r>
        <w:rPr>
          <w:lang w:eastAsia="zh-CN"/>
        </w:rPr>
        <w:br/>
      </w:r>
      <w:r>
        <w:rPr>
          <w:lang w:eastAsia="zh-CN"/>
        </w:rPr>
        <w:t>　　2、行政工作事多面广，有时考虑问题不够周全，处理问题不够细致，组织能力欠缺。</w:t>
      </w:r>
      <w:r>
        <w:rPr>
          <w:lang w:eastAsia="zh-CN"/>
        </w:rPr>
        <w:br/>
      </w:r>
      <w:r>
        <w:rPr>
          <w:lang w:eastAsia="zh-CN"/>
        </w:rPr>
        <w:t>　　3、人力资源的储备不够。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4、员工活动组织较少，培训系统不够健全。</w:t>
      </w:r>
      <w:r>
        <w:rPr>
          <w:lang w:eastAsia="zh-CN"/>
        </w:rPr>
        <w:br/>
      </w:r>
      <w:r>
        <w:rPr>
          <w:lang w:eastAsia="zh-CN"/>
        </w:rPr>
        <w:t xml:space="preserve">    2024行政助理年度个人工作总结 篇11 </w:t>
      </w:r>
      <w:r>
        <w:rPr>
          <w:lang w:eastAsia="zh-CN"/>
        </w:rPr>
        <w:br/>
      </w:r>
      <w:r>
        <w:rPr>
          <w:lang w:eastAsia="zh-CN"/>
        </w:rPr>
        <w:t>　　5个月的时间很快过去了，在这5个月里，我在公司领导及同事们的关心与帮助下完成了各项工作，在思想觉悟方面有了更进一步的提高，这次的工作总结主要有以下几项：</w:t>
      </w:r>
      <w:r>
        <w:rPr>
          <w:lang w:eastAsia="zh-CN"/>
        </w:rPr>
        <w:br/>
      </w:r>
      <w:r>
        <w:rPr>
          <w:lang w:eastAsia="zh-CN"/>
        </w:rPr>
        <w:t>　　1、思想政治表现、品德素质修养及职业道德。</w:t>
      </w:r>
      <w:r>
        <w:rPr>
          <w:lang w:eastAsia="zh-CN"/>
        </w:rPr>
        <w:br/>
      </w:r>
      <w:r>
        <w:rPr>
          <w:lang w:eastAsia="zh-CN"/>
        </w:rPr>
        <w:t>　　能够认真贯彻党的基本路线方针政策，通过网络、报纸、杂志、书籍积极学习政治理论;遵纪守法，认真学习法律知识;爱岗敬业，具有强烈的责任感和事业心，积极主动认真的学习专业知识，工作态度端正，认真负责。</w:t>
      </w:r>
      <w:r>
        <w:rPr>
          <w:lang w:eastAsia="zh-CN"/>
        </w:rPr>
        <w:br/>
      </w:r>
      <w:r>
        <w:rPr>
          <w:lang w:eastAsia="zh-CN"/>
        </w:rPr>
        <w:t>　　2、专业知识、工作能力和具体工作。</w:t>
      </w:r>
      <w:r>
        <w:rPr>
          <w:lang w:eastAsia="zh-CN"/>
        </w:rPr>
        <w:br/>
      </w:r>
      <w:r>
        <w:rPr>
          <w:lang w:eastAsia="zh-CN"/>
        </w:rPr>
        <w:t>　　我是5月份来到公司工作，担任公司行政助理工作，主要是做好行政工作。我认为行政工作比较琐碎，每天都面临着大量的、琐碎的、不起眼的事务，而这些事务又是必不可少的。为了搞好工作，我不怕麻烦，向领导请教、向同事学习、自己摸索实践，在短时间内熟悉了本职的工作，明确了工作的程序、方向，提高了工作能力，在具体的工作中形成了一个清晰的工作思路，能够顺利的开展和完成本职工作。概括来说，行政管理在企业中主要有管理、协调、服务三大功能;其中管理是主干，协调是核心，服务是根本。总而言之，行政管理的实质就是服务。</w:t>
      </w:r>
      <w:r>
        <w:rPr>
          <w:lang w:eastAsia="zh-CN"/>
        </w:rPr>
        <w:br/>
      </w:r>
      <w:r>
        <w:rPr>
          <w:lang w:eastAsia="zh-CN"/>
        </w:rPr>
        <w:t>　　3、工作质量、成绩、效益和贡献。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在开展工作之前做好个人工作计划，有主次的先后及时的完成各项工作，达到预期的效果，保质保量的完成工作，工作效率相对较高，同时在工作中学习了很多东西，也锻炼了自己，经过不懈的努力，使工作水平有了长足的进步，开创了工作的新局面，为公司及部门工作做出了应有的贡献。</w:t>
      </w:r>
      <w:r>
        <w:rPr>
          <w:lang w:eastAsia="zh-CN"/>
        </w:rPr>
        <w:br/>
      </w:r>
      <w:r>
        <w:rPr>
          <w:lang w:eastAsia="zh-CN"/>
        </w:rPr>
        <w:t>　　总结5个月的工作，尽管有了一定的进步和成绩，但还有其他工作也存在很多的不足。这都有待于在今后的工作中加以改进。在未来的日子里，我将认真学习各项政策规章制度，努力使思想觉悟和工作效率全面进入一个新水平，希望能为公司的发展做出更大的贡献。</w:t>
      </w:r>
      <w:r>
        <w:rPr>
          <w:lang w:eastAsia="zh-CN"/>
        </w:rPr>
        <w:br/>
      </w:r>
      <w:r>
        <w:rPr>
          <w:lang w:eastAsia="zh-CN"/>
        </w:rPr>
        <w:t xml:space="preserve">    2024行政助理年度个人工作总结 篇12 </w:t>
      </w:r>
      <w:r>
        <w:rPr>
          <w:lang w:eastAsia="zh-CN"/>
        </w:rPr>
        <w:br/>
      </w:r>
      <w:r>
        <w:rPr>
          <w:lang w:eastAsia="zh-CN"/>
        </w:rPr>
        <w:t>　　转眼间已至20__年岁末，进入公司至今，已有半年多的时间，回首08年的工作表现，虽存在些许的不足之处，但总体的付出，还是获得了不少收益，现就08年的工作情况，做简要总结：</w:t>
      </w:r>
      <w:r>
        <w:rPr>
          <w:lang w:eastAsia="zh-CN"/>
        </w:rPr>
        <w:br/>
      </w:r>
      <w:r>
        <w:rPr>
          <w:lang w:eastAsia="zh-CN"/>
        </w:rPr>
        <w:t>　　一、工作表现和收获：</w:t>
      </w:r>
      <w:r>
        <w:rPr>
          <w:lang w:eastAsia="zh-CN"/>
        </w:rPr>
        <w:br/>
      </w:r>
      <w:r>
        <w:rPr>
          <w:lang w:eastAsia="zh-CN"/>
        </w:rPr>
        <w:t>　　1、工作表现：</w:t>
      </w:r>
      <w:r>
        <w:rPr>
          <w:lang w:eastAsia="zh-CN"/>
        </w:rPr>
        <w:br/>
      </w:r>
      <w:r>
        <w:rPr>
          <w:lang w:eastAsia="zh-CN"/>
        </w:rPr>
        <w:t>　　A、严于律己，在工作中，以制度、纪律规范自己的一切言行，严格遵守机关各项&amp;gt。规章制度，尊重领导，团结同志，谦虚谨慎，主动接受来自各方面的意见，不断改进工作。能够严谨、细致、脚踏实地的完成本职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B、懂得事情轻重缓急，做事较有条理。办公室是企业运转的一个重要枢纽部门，对企业内外的许多工作进行协调、沟通，做到上情下达，这就决定了办公室工作繁杂的特点。每天除了本职工作外，还经常有计划之外的事情需要临时处理，并且一般比较紧急，让人不得不放心手头的工作先去解决。</w:t>
      </w:r>
      <w:r>
        <w:rPr>
          <w:lang w:eastAsia="zh-CN"/>
        </w:rPr>
        <w:br/>
      </w:r>
      <w:r>
        <w:rPr>
          <w:lang w:eastAsia="zh-CN"/>
        </w:rPr>
        <w:t>　　C、工作中虽然获得了一定的成绩，但不可避免的会发生错误，为了避免类似错误的再次发生，本人在日常工作中不断总结经验。并主动向领导、同事请教、学习。</w:t>
      </w:r>
      <w:r>
        <w:rPr>
          <w:lang w:eastAsia="zh-CN"/>
        </w:rPr>
        <w:br/>
      </w:r>
      <w:r>
        <w:rPr>
          <w:lang w:eastAsia="zh-CN"/>
        </w:rPr>
        <w:t>　　D、大家能在同一公司上班并非易事。在日常工作中本人都能与同事相处融洽，同时也能够主动的配合及协助其他部门完成工作。</w:t>
      </w:r>
      <w:r>
        <w:rPr>
          <w:lang w:eastAsia="zh-CN"/>
        </w:rPr>
        <w:br/>
      </w:r>
      <w:r>
        <w:rPr>
          <w:lang w:eastAsia="zh-CN"/>
        </w:rPr>
        <w:t>　　2、 工作收获：</w:t>
      </w:r>
      <w:r>
        <w:rPr>
          <w:lang w:eastAsia="zh-CN"/>
        </w:rPr>
        <w:br/>
      </w:r>
      <w:r>
        <w:rPr>
          <w:lang w:eastAsia="zh-CN"/>
        </w:rPr>
        <w:t>　　A、工作敏感度有所提高，能够较主动地向领导汇报工作进度与结果。</w:t>
      </w:r>
      <w:r>
        <w:rPr>
          <w:lang w:eastAsia="zh-CN"/>
        </w:rPr>
        <w:br/>
      </w:r>
      <w:r>
        <w:rPr>
          <w:lang w:eastAsia="zh-CN"/>
        </w:rPr>
        <w:t>　　B、工作适应力逐步增强，对后期安排的工作，现已得心应手。</w:t>
      </w:r>
      <w:r>
        <w:rPr>
          <w:lang w:eastAsia="zh-CN"/>
        </w:rPr>
        <w:br/>
      </w:r>
      <w:r>
        <w:rPr>
          <w:lang w:eastAsia="zh-CN"/>
        </w:rPr>
        <w:t>　　二、工作中存在的不足：</w:t>
      </w:r>
      <w:r>
        <w:rPr>
          <w:lang w:eastAsia="zh-CN"/>
        </w:rPr>
        <w:br/>
      </w:r>
      <w:r>
        <w:rPr>
          <w:lang w:eastAsia="zh-CN"/>
        </w:rPr>
        <w:t>　　1、工作细心度仍有所欠缺。在日常工作中，时常有些工作因为不够细心，从而浪费时间或是再做一遍。相信在接下来的工作中，本人一定会仔细、仔细、再仔细来完成每项工作。</w:t>
      </w:r>
      <w:r>
        <w:rPr>
          <w:lang w:eastAsia="zh-CN"/>
        </w:rPr>
        <w:br/>
      </w:r>
      <w:r>
        <w:rPr>
          <w:lang w:eastAsia="zh-CN"/>
        </w:rPr>
        <w:t>　　2、 外来客人的接待和服务不够热度大方。做为办公室文员，做好接待工作是自己的本份工作。由于本人在这方面没有足够的经验，每次接待都不能做得很好。在以后的接待工作中，力求能做到热度周到，耐心细致。</w:t>
      </w:r>
      <w:r>
        <w:rPr>
          <w:lang w:eastAsia="zh-CN"/>
        </w:rPr>
        <w:br/>
      </w:r>
      <w:r>
        <w:rPr>
          <w:lang w:eastAsia="zh-CN"/>
        </w:rPr>
        <w:t>　　三、接下来的工作计划：</w:t>
      </w:r>
      <w:r>
        <w:rPr>
          <w:lang w:eastAsia="zh-CN"/>
        </w:rPr>
        <w:br/>
      </w:r>
      <w:r>
        <w:rPr>
          <w:lang w:eastAsia="zh-CN"/>
        </w:rPr>
        <w:t>　　会根据以上工作中存在的不足，不断改进，提高自我工作认识及工作效率，努力做好工作中的每一件事情!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xml:space="preserve">    2024行政助理年度个人工作总结 篇13 </w:t>
      </w:r>
      <w:r>
        <w:rPr>
          <w:lang w:eastAsia="zh-CN"/>
        </w:rPr>
        <w:br/>
      </w:r>
      <w:r>
        <w:rPr>
          <w:lang w:eastAsia="zh-CN"/>
        </w:rPr>
        <w:t>　　不知不觉中20__年已经走到尾声。这已是我参加工作的第二个年头。回首一年来，相比于去年我进步了许多。虽然秘书这个岗位很普通，没有多么出奇的业绩，但我想如果自己能够一步一个脚印的把它走好，相信定会取得不平凡的成绩。以下是我对自己一年来的工作总结。</w:t>
      </w:r>
      <w:r>
        <w:rPr>
          <w:lang w:eastAsia="zh-CN"/>
        </w:rPr>
        <w:br/>
      </w:r>
      <w:r>
        <w:rPr>
          <w:lang w:eastAsia="zh-CN"/>
        </w:rPr>
        <w:t>　　一、宣传报道：规范撰稿、稳中求进</w:t>
      </w:r>
      <w:r>
        <w:rPr>
          <w:lang w:eastAsia="zh-CN"/>
        </w:rPr>
        <w:br/>
      </w:r>
      <w:r>
        <w:rPr>
          <w:lang w:eastAsia="zh-CN"/>
        </w:rPr>
        <w:t>　　宣传报道是我日常的一项重要工作，我本人也是项目部的通讯员。本年度，项目部高度重视宣传报道工作，在支部书记的带领下，综合部制定了《第一项目部通讯报道管理办法》，并成立了通讯报道小组，规定了上报稿件的具体时间和奖励的标准等等。这在很大程度上激发了大家的撰稿热情。项目部对稿件的撰写进行了规范，对涉及到工程、技术方面的稿件必须由相关分管领导审阅通过后方能投稿。综合部对每次上报的稿件都进行了梳理，并从中遴选出较高质量的稿件报送公司党办，进一步规范了撰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在宣传报道工作上，我除了完成对各部门、工区定期上报的稿件进行遴选、修改、上报工作外，自身水平也有了一定的提升。本年度截至目前，我共撰写并投报稿件72篇，有28篇稿件上报，其中：《交通建设报》1篇、《筑港报》4篇、《航四通讯》23篇。在投稿数量和上报率上都有了稳步提升。不仅如此，在所投稿件的题材结构上也更趋合理化。本年度，我在继续加强对副刊稿件和工程节点信息上报的同时，积极撰写工地故事、工地人物等相关稿件，加强了对工地素材的发掘力度。通过努力，我所撰写的人物通讯、工地故事中有3篇被刊登在公司刊物《航四通讯》上，自身宣传报道工作水平有了进一步提升。</w:t>
      </w:r>
      <w:r>
        <w:rPr>
          <w:lang w:eastAsia="zh-CN"/>
        </w:rPr>
        <w:br/>
      </w:r>
      <w:r>
        <w:rPr>
          <w:lang w:eastAsia="zh-CN"/>
        </w:rPr>
        <w:t>　　二、文件收发：严谨细致，处理及时</w:t>
      </w:r>
      <w:r>
        <w:rPr>
          <w:lang w:eastAsia="zh-CN"/>
        </w:rPr>
        <w:br/>
      </w:r>
      <w:r>
        <w:rPr>
          <w:lang w:eastAsia="zh-CN"/>
        </w:rPr>
        <w:t>　　文件收发是我的另一项重要工作。作为企业，文件的重要性不言而喻，它肩负着信息交流通畅的重任。由于特殊原因，目前项目部尚未实现真正意义上的无纸化办公，而是纸质文件与平台文件并存的局面，这在无形中也加大了处理文件的工作量，同时对秘书也提出了更高的要求，更需要秘书做到严谨细致、处理及时。</w:t>
      </w:r>
      <w:r>
        <w:rPr>
          <w:lang w:eastAsia="zh-CN"/>
        </w:rPr>
        <w:br/>
      </w:r>
      <w:r>
        <w:rPr>
          <w:lang w:eastAsia="zh-CN"/>
        </w:rPr>
        <w:t>　　文件收发是一项比较繁杂的工作，包括文件的阅批人、阅办人、材料上报时间等等，都来不得半点马虎，要求秘书必须要有严谨细致的工作作风。而文件具有时效性的特殊性质，倘若贻误了处理的时间，文件本身就失去了存在的价值。</w:t>
      </w:r>
      <w:r>
        <w:rPr>
          <w:lang w:eastAsia="zh-CN"/>
        </w:rPr>
        <w:br/>
      </w:r>
      <w:r>
        <w:rPr>
          <w:lang w:eastAsia="zh-CN"/>
        </w:rPr>
        <w:t>　　以我处理文件工作的经验为例，作为秘书，我每天平均可以收到4至6份文件，这些文件大多来自不同的单位，包括业主、监理、公司、局以及当地政府部门。面对纷繁的文件，我必须首先要对文件进行认真细致地梳理，将文件按照不同的发文单位进行归类，之后将文件送至主管领导处进行阅批。待主管领导阅批后，再将文件送至阅办人处，并按照文件中要求的材料上报时限，及时督促阅办人上报。等文件处理完毕后，及时将文件进行归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这些工作看似简单，但在日常的工作中却是琐碎而枯燥的。需要秘书有一颗严谨务实、认真细致的心态，并确保文件处理的实效性。</w:t>
      </w:r>
      <w:r>
        <w:rPr>
          <w:lang w:eastAsia="zh-CN"/>
        </w:rPr>
        <w:br/>
      </w:r>
      <w:r>
        <w:rPr>
          <w:lang w:eastAsia="zh-CN"/>
        </w:rPr>
        <w:t>　　三、资料上报：规范准确，按时保质</w:t>
      </w:r>
      <w:r>
        <w:rPr>
          <w:lang w:eastAsia="zh-CN"/>
        </w:rPr>
        <w:br/>
      </w:r>
      <w:r>
        <w:rPr>
          <w:lang w:eastAsia="zh-CN"/>
        </w:rPr>
        <w:t>　　都说基层是最锻炼人的，对此我非常认同。秘书这一岗位更是如此。以我的工作为例，公司总部设有经理办、党委办、工会办、纪委办、组织人事部，而在基层项目部只设综合部，公司这些部门都是我们的上级部门。因而，在上报资料的工作中，我们面对的也正是这些部门，工作量之大可想而知。然而这恰恰是对秘书的考验和锻炼。秘书在面对繁杂的资料上报工作时，我认为必须做到“规范准确，按时保质”这八个字。</w:t>
      </w:r>
      <w:r>
        <w:rPr>
          <w:lang w:eastAsia="zh-CN"/>
        </w:rPr>
        <w:br/>
      </w:r>
      <w:r>
        <w:rPr>
          <w:lang w:eastAsia="zh-CN"/>
        </w:rPr>
        <w:t>　　“规范”是指上报的资料必须合乎规定和要求。因为不同部门针对自身工作实际，在要求基层单位上报资料的时候，有一些规定和要求，即相应的格式要求。这就要求秘书在上报资料时，必须严格按照公司不同部门的规范来组织上报，否则即便是你所上报的资料再如何详细，也是不符合要求的。</w:t>
      </w:r>
      <w:r>
        <w:rPr>
          <w:lang w:eastAsia="zh-CN"/>
        </w:rPr>
        <w:br/>
      </w:r>
      <w:r>
        <w:rPr>
          <w:lang w:eastAsia="zh-CN"/>
        </w:rPr>
        <w:t>　　“准确”是指上报的资料必须确保相关文字和数据的准确性。文字材料和相关数据的不准确不仅反映出基层工作的不扎实和不认真，也会给公司相关部门的工作带来不必要的麻烦。这就需要秘书在每一次资料上报工作中，必须进行严格地审核，对所报资料中涉及的文字和相关数据要做到准确无误，资料上报的准确与否是考量秘书工作认真细致与否的重要标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按时保质”是指资料的上报必须按照相关部门规定的时间内上报，并且要做到所上报资料的质量，不能得过且过、敷衍了事。作为基层单位，对于上级部门要求上报的资料能否做到按时保质，很大程度上反映出资料上报人的态度问题。</w:t>
      </w:r>
      <w:r>
        <w:rPr>
          <w:lang w:eastAsia="zh-CN"/>
        </w:rPr>
        <w:br/>
      </w:r>
      <w:r>
        <w:rPr>
          <w:lang w:eastAsia="zh-CN"/>
        </w:rPr>
        <w:t>　　四、接待工作：热情周到，不卑不亢</w:t>
      </w:r>
      <w:r>
        <w:rPr>
          <w:lang w:eastAsia="zh-CN"/>
        </w:rPr>
        <w:br/>
      </w:r>
      <w:r>
        <w:rPr>
          <w:lang w:eastAsia="zh-CN"/>
        </w:rPr>
        <w:t>　　作为企业，接待工作是常有的事。包括接待上级单位、兄弟单位、当地政府部门等等。而接待工作的具体实施者就是秘书，秘书接待工作的好坏是反映企业形象优劣劣的窗口。</w:t>
      </w:r>
      <w:r>
        <w:rPr>
          <w:lang w:eastAsia="zh-CN"/>
        </w:rPr>
        <w:br/>
      </w:r>
      <w:r>
        <w:rPr>
          <w:lang w:eastAsia="zh-CN"/>
        </w:rPr>
        <w:t>　　虽然接待工作是一项非常琐碎碎的工作，经常会耽误吃饭、休息的时间，但我在日常的接待工作中努力做到对每一位领导或者客人都热情周到、不卑不亢，让每一位来访者都能切身体会到我们周到的服务。</w:t>
      </w:r>
      <w:r>
        <w:rPr>
          <w:lang w:eastAsia="zh-CN"/>
        </w:rPr>
        <w:br/>
      </w:r>
      <w:r>
        <w:rPr>
          <w:lang w:eastAsia="zh-CN"/>
        </w:rPr>
        <w:t>　　在工作之余，我认真学习有关接待工作礼仪知识，不断充实自己的头脑，让自己的业务素质有一个更大的提升。通过不断地努力，目前对于接待工作已经变得得心应手、应付自如了。</w:t>
      </w:r>
      <w:r>
        <w:rPr>
          <w:lang w:eastAsia="zh-CN"/>
        </w:rPr>
        <w:br/>
      </w:r>
      <w:r>
        <w:rPr>
          <w:lang w:eastAsia="zh-CN"/>
        </w:rPr>
        <w:t>　　五、结束语</w:t>
      </w:r>
      <w:r>
        <w:rPr>
          <w:lang w:eastAsia="zh-CN"/>
        </w:rPr>
        <w:br/>
      </w:r>
      <w:r>
        <w:rPr>
          <w:lang w:eastAsia="zh-CN"/>
        </w:rPr>
        <w:t>　　以上便是我对一年来工作的简单梳理总结。当然，我的工作不止几项，有些工作诸如配合协助其他部门等等都是非常琐碎的，在不经意间完成的。但那些工作是重要的也是必要的。听项目部领导说过：“秘书就是整个项目部的大管家。”这句话可谓一语中的。秘书这个岗位什么都得涉及，哪里都有他的身影，虽然每天都是一些不起眼的琐碎工作。但琐碎之中见平凡，平凡之中才能见伟大。</w:t>
      </w:r>
      <w:r>
        <w:rPr>
          <w:lang w:eastAsia="zh-CN"/>
        </w:rPr>
        <w:br/>
      </w:r>
      <w:r>
        <w:rPr>
          <w:lang w:eastAsia="zh-CN"/>
        </w:rPr>
        <w:t xml:space="preserve">    2024行政助理年度个人工作总结 篇14 </w:t>
      </w:r>
      <w:r>
        <w:rPr>
          <w:lang w:eastAsia="zh-CN"/>
        </w:rPr>
        <w:br/>
      </w:r>
    </w:p>
    <w:p w:rsidR="001B1F19" w14:textId="27C3F48A">
      <w:pPr>
        <w:rPr>
          <w:rFonts w:hint="eastAsia"/>
          <w:lang w:eastAsia="zh-CN"/>
        </w:rPr>
      </w:pPr>
      <w:r>
        <w:rPr>
          <w:lang w:eastAsia="zh-CN"/>
        </w:rPr>
        <w:t>　　我于20__年__月__日正式入职__，先是供职市场营销部，后任总经理助理，最后正式出任董事长助理，虽几多转折，但最后终能找准定位，万分感谢各位领导给予的信任和支持以及这个开阔的平台，让我有无限提升和学习的空间。一年的工作时间，几次工作任务的完成，获得了很多经验教训，也认识到了存在的诸多不足。回顾这段时间，现将工作总结如下：</w:t>
      </w:r>
      <w:r>
        <w:rPr>
          <w:lang w:eastAsia="zh-CN"/>
        </w:rPr>
        <w:br/>
      </w:r>
      <w:r>
        <w:rPr>
          <w:lang w:eastAsia="zh-CN"/>
        </w:rPr>
        <w:t>　　1、根据_总指示完成了数据库的制定及各部门共享根据鲍总指示完成了数据库的制定及各部门共享首先感谢鲍总的信任，交付此任务，现在数据库已经按照各部门提出的各项要求推出，放在商务部服务器上，如数据如实填写，可自动计算出服装最低报价，可为公司提供数据备份，如运用恰当亦可实现工作效率的提高，而且该数据库现在是商务部、采购供应部、生产技术部、仓储物流部四个部门共享审阅，每个部门有制定人才可凭密码访问修改。数据库用得函数运算有些是以前从未接触过的，但整个数据库制作下来，对函数运用熟练了很多，学到了很多东西现在数据库还有不完善处，会不断的修改完善，以期达到的功效。</w:t>
      </w:r>
      <w:r>
        <w:rPr>
          <w:lang w:eastAsia="zh-CN"/>
        </w:rPr>
        <w:br/>
      </w:r>
      <w:r>
        <w:rPr>
          <w:lang w:eastAsia="zh-CN"/>
        </w:rPr>
        <w:t>　　2、公司名片的设计制作与印刷设计出了公司现行的名片，艺术效果谈不上多棒，但是在实用性和宣传性上相对较完善，如有需要，可以继续对名片进行改版设计。在设计名片中有很多东西都是现学现用的，比如，以前从不知道名片的尺寸是9_5、4的，不知道字体要在6号以上才能看的清，通过这次学到了很多东西，包括后面的印刷的不同选材及周期，都是通过这次了解到的，感谢领导这项工作的派发。</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https://d.book118.com/817162104062006036</w:t>
        </w:r>
      </w:hyperlink>
    </w:p>
    <w:p w:rsidR="001B1F19">
      <w:pPr>
        <w:rPr>
          <w:rFonts w:hint="eastAsia"/>
          <w:lang w:eastAsia="zh-CN"/>
        </w:rPr>
      </w:pPr>
    </w:p>
    <w:sectPr>
      <w:type w:val="nextPage"/>
      <w:pgSz w:w="11906" w:h="16838"/>
      <w:pgMar w:top="1440" w:right="1800" w:bottom="1440" w:left="1800" w:header="851" w:footer="992" w:gutter="0"/>
      <w:pgNumType w:start="3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17162104062006036"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55</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