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2024员工个人上半年工作总结（32篇）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2024员工个人上半年工作总结（精选32篇）</w:t>
      </w:r>
      <w:r>
        <w:rPr>
          <w:lang w:eastAsia="zh-CN"/>
        </w:rPr>
        <w:br/>
      </w:r>
      <w:r>
        <w:rPr>
          <w:lang w:eastAsia="zh-CN"/>
        </w:rPr>
        <w:t xml:space="preserve">    2024员工个人上半年工作总结 篇1 </w:t>
      </w:r>
      <w:r>
        <w:rPr>
          <w:lang w:eastAsia="zh-CN"/>
        </w:rPr>
        <w:br/>
      </w:r>
      <w:r>
        <w:rPr>
          <w:lang w:eastAsia="zh-CN"/>
        </w:rPr>
        <w:t>　　回首20__年上半年物业公司客服部，可说是进一步发展的半年，不断改进完善各项管理机能的半年。在这当中，物业客服部得到了公司领导的关心和支持，同时也得到了其他各部门的大力协助，经过全体客服人员半年来的努力工作，客服部的工作较上一年有了很大的进步，各项工作制度不断得到完善和落实。回顾半年来的客服工作，有得有失。现将半年来的客服工作总结如下：</w:t>
      </w:r>
      <w:r>
        <w:rPr>
          <w:lang w:eastAsia="zh-CN"/>
        </w:rPr>
        <w:br/>
      </w:r>
      <w:r>
        <w:rPr>
          <w:lang w:eastAsia="zh-CN"/>
        </w:rPr>
        <w:t>　　一、深化落实公司各项规章制度和客服部各项制度</w:t>
      </w:r>
      <w:r>
        <w:rPr>
          <w:lang w:eastAsia="zh-CN"/>
        </w:rPr>
        <w:br/>
      </w:r>
      <w:r>
        <w:rPr>
          <w:lang w:eastAsia="zh-CN"/>
        </w:rPr>
        <w:t>　　在20__年上半年初步完善的各项规章制度的基础上，20__年的重点是深化落实，为此，客服部根据公司的发展现状，加深其对物业管理的认识和理解。客服部也及时调整客服工作的相关制度，以求更好的适应新的形势。</w:t>
      </w:r>
      <w:r>
        <w:rPr>
          <w:lang w:eastAsia="zh-CN"/>
        </w:rPr>
        <w:br/>
      </w:r>
      <w:r>
        <w:rPr>
          <w:lang w:eastAsia="zh-CN"/>
        </w:rPr>
        <w:t>　　二、理论联系实际，积极开展客服人员的培训工作</w:t>
      </w:r>
      <w:r>
        <w:rPr>
          <w:lang w:eastAsia="zh-CN"/>
        </w:rPr>
        <w:br/>
      </w:r>
      <w:r>
        <w:rPr>
          <w:lang w:eastAsia="zh-CN"/>
        </w:rPr>
        <w:t>　　在物业公司的多次亲自指导下，我部门从客服人员最基本的形象建立，从物业管理最基本的概念，到物业人员的沟通技巧，到物业管理的各个环节工作，再结合相关的法律法规综合知识，进行了较为系统的培训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三、日常报修的处理</w:t>
      </w:r>
      <w:r>
        <w:rPr>
          <w:lang w:eastAsia="zh-CN"/>
        </w:rPr>
        <w:br/>
      </w:r>
      <w:r>
        <w:rPr>
          <w:lang w:eastAsia="zh-CN"/>
        </w:rPr>
        <w:t>　　据《每日工作记录》记录业主来电来访投诉及服务事项，根据报修内容的不同积极进行派工，争取在最短的时间内将问题解决。同时，根据报修的完成情况及时地进行回访。</w:t>
      </w:r>
      <w:r>
        <w:rPr>
          <w:lang w:eastAsia="zh-CN"/>
        </w:rPr>
        <w:br/>
      </w:r>
      <w:r>
        <w:rPr>
          <w:lang w:eastAsia="zh-CN"/>
        </w:rPr>
        <w:t>　　全年客服处理报修电话累计达_个，解决各类故障_个，排除原施工问题、报修故障解决率为_%;共接收投诉电话_个，及时处理、反馈_个。</w:t>
      </w:r>
      <w:r>
        <w:rPr>
          <w:lang w:eastAsia="zh-CN"/>
        </w:rPr>
        <w:br/>
      </w:r>
      <w:r>
        <w:rPr>
          <w:lang w:eastAsia="zh-CN"/>
        </w:rPr>
        <w:t>　　四、信息发布工作</w:t>
      </w:r>
      <w:r>
        <w:rPr>
          <w:lang w:eastAsia="zh-CN"/>
        </w:rPr>
        <w:br/>
      </w:r>
      <w:r>
        <w:rPr>
          <w:lang w:eastAsia="zh-CN"/>
        </w:rPr>
        <w:t>　　共计向客户发放各类书面通知_次。运用短信群发器发送通知累计_条，做到通知拟发及时、详尽，表述清晰、用词准确，同时积极配合通知内容做好相关解释工作。</w:t>
      </w:r>
      <w:r>
        <w:rPr>
          <w:lang w:eastAsia="zh-CN"/>
        </w:rPr>
        <w:br/>
      </w:r>
      <w:r>
        <w:rPr>
          <w:lang w:eastAsia="zh-CN"/>
        </w:rPr>
        <w:t>　　五、物业费的收缴工作</w:t>
      </w:r>
      <w:r>
        <w:rPr>
          <w:lang w:eastAsia="zh-CN"/>
        </w:rPr>
        <w:br/>
      </w:r>
      <w:r>
        <w:rPr>
          <w:lang w:eastAsia="zh-CN"/>
        </w:rPr>
        <w:t>　　根据公司下达的收费通知，积极开展物业费的解释、通知工作，做好催缴工作。</w:t>
      </w:r>
      <w:r>
        <w:rPr>
          <w:lang w:eastAsia="zh-CN"/>
        </w:rPr>
        <w:br/>
      </w:r>
      <w:r>
        <w:rPr>
          <w:lang w:eastAsia="zh-CN"/>
        </w:rPr>
        <w:t>　　六、水电费的收缴工作</w:t>
      </w:r>
      <w:r>
        <w:rPr>
          <w:lang w:eastAsia="zh-CN"/>
        </w:rPr>
        <w:br/>
      </w:r>
      <w:r>
        <w:rPr>
          <w:lang w:eastAsia="zh-CN"/>
        </w:rPr>
        <w:t>　　做好首次入户抄表工作。按期完成每月水电表抄表工作的同时，及时完成每月水电费数据录入、出账。打印缴费通知单后，按时张贴缴费通知单到每户。对未按时缴费的用户进行催缴，对逾期的采取停水处理。</w:t>
      </w:r>
      <w:r>
        <w:rPr>
          <w:lang w:eastAsia="zh-CN"/>
        </w:rPr>
        <w:br/>
      </w:r>
      <w:r>
        <w:rPr>
          <w:lang w:eastAsia="zh-CN"/>
        </w:rPr>
        <w:t>　　七、建立健全业主档案工作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已完善及更新业主档案_份，并持续补充整理业主电子档案。门禁卡办理累计_人次，公寓入住人员登记累计_人次。公寓入住证明(办暂住证需要)累计_人次。</w:t>
      </w:r>
      <w:r>
        <w:rPr>
          <w:lang w:eastAsia="zh-CN"/>
        </w:rPr>
        <w:br/>
      </w:r>
      <w:r>
        <w:rPr>
          <w:lang w:eastAsia="zh-CN"/>
        </w:rPr>
        <w:t>　　八、工作中存在的不足、发现的问题及遇到的困难</w:t>
      </w:r>
      <w:r>
        <w:rPr>
          <w:lang w:eastAsia="zh-CN"/>
        </w:rPr>
        <w:br/>
      </w:r>
      <w:r>
        <w:rPr>
          <w:lang w:eastAsia="zh-CN"/>
        </w:rPr>
        <w:t>　　1、由于我部门均未经过专业的物业管理培训，关于物业方面的知识仍需系统学习，服务规范及沟通技巧也要进一步加强。</w:t>
      </w:r>
      <w:r>
        <w:rPr>
          <w:lang w:eastAsia="zh-CN"/>
        </w:rPr>
        <w:br/>
      </w:r>
      <w:r>
        <w:rPr>
          <w:lang w:eastAsia="zh-CN"/>
        </w:rPr>
        <w:t>　　2、部分报修工作的跟进、反馈不够及时。</w:t>
      </w:r>
      <w:r>
        <w:rPr>
          <w:lang w:eastAsia="zh-CN"/>
        </w:rPr>
        <w:br/>
      </w:r>
      <w:r>
        <w:rPr>
          <w:lang w:eastAsia="zh-CN"/>
        </w:rPr>
        <w:t>　　3、物业各项费用收取时机、方式、方法不够完善。</w:t>
      </w:r>
      <w:r>
        <w:rPr>
          <w:lang w:eastAsia="zh-CN"/>
        </w:rPr>
        <w:br/>
      </w:r>
      <w:r>
        <w:rPr>
          <w:lang w:eastAsia="zh-CN"/>
        </w:rPr>
        <w:t>　　4、客服工作压力大，员工身体素质及自我心理调节能力需不断提高。</w:t>
      </w:r>
      <w:r>
        <w:rPr>
          <w:lang w:eastAsia="zh-CN"/>
        </w:rPr>
        <w:br/>
      </w:r>
      <w:r>
        <w:rPr>
          <w:lang w:eastAsia="zh-CN"/>
        </w:rPr>
        <w:t>　　5、精神文明建设，像开展各种形式的宣传及组织业主的文化娱乐活动工作上尚未组织开展起来。</w:t>
      </w:r>
      <w:r>
        <w:rPr>
          <w:lang w:eastAsia="zh-CN"/>
        </w:rPr>
        <w:br/>
      </w:r>
      <w:r>
        <w:rPr>
          <w:lang w:eastAsia="zh-CN"/>
        </w:rPr>
        <w:t>　　20__年上半年我们满怀信心与希望，在新的半年里我们一定加强学习，在物业公司的直接领导下，提供规范、快捷、有效的服务，认真做好接待工作，提升物业的服务品质。</w:t>
      </w:r>
      <w:r>
        <w:rPr>
          <w:lang w:eastAsia="zh-CN"/>
        </w:rPr>
        <w:br/>
      </w:r>
      <w:r>
        <w:rPr>
          <w:lang w:eastAsia="zh-CN"/>
        </w:rPr>
        <w:t xml:space="preserve">    2024员工个人上半年工作总结 篇2 </w:t>
      </w:r>
      <w:r>
        <w:rPr>
          <w:lang w:eastAsia="zh-CN"/>
        </w:rPr>
        <w:br/>
      </w:r>
      <w:r>
        <w:rPr>
          <w:lang w:eastAsia="zh-CN"/>
        </w:rPr>
        <w:t>　　今年上半年行政部在领导的关心和支持下，在各部门的积极配合及大力协助下以及办公室全体员工的团结协作下，工作稳步发展。现将上半年的总结如下：</w:t>
      </w:r>
      <w:r>
        <w:rPr>
          <w:lang w:eastAsia="zh-CN"/>
        </w:rPr>
        <w:br/>
      </w:r>
      <w:r>
        <w:rPr>
          <w:lang w:eastAsia="zh-CN"/>
        </w:rPr>
        <w:t>　　一、自身学习方面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行政部人员要具备很强的工作能力和保持行政部高效运转，就必须为切实履行好自身职责及时学习，做到基本知识笃学、本职业务知识深学、修身知识勤学、急需知识先学，不断补充各等方面的知识和深入钻研行政部业务知识。半年来，我部从加强自身学习入手，积极参加集团公司所组织的各项专业知识学习，认真学习了集团制度及业务流程等内容，切实加强了理论、业务学习的自觉性，形成了良好的学习氛围。</w:t>
      </w:r>
      <w:r>
        <w:rPr>
          <w:lang w:eastAsia="zh-CN"/>
        </w:rPr>
        <w:br/>
      </w:r>
      <w:r>
        <w:rPr>
          <w:lang w:eastAsia="zh-CN"/>
        </w:rPr>
        <w:t>　　二、制度管理方面</w:t>
      </w:r>
      <w:r>
        <w:rPr>
          <w:lang w:eastAsia="zh-CN"/>
        </w:rPr>
        <w:br/>
      </w:r>
      <w:r>
        <w:rPr>
          <w:lang w:eastAsia="zh-CN"/>
        </w:rPr>
        <w:t>　　进一步完善和落实所制定的各项管理制度。在做员工考勤考核时坚持考核制度，不因任何人的个人原因而放宽条件;在组织召开会议，参加培训等方面严格遵守管理制度，以此作为标杆，在员工行为不符合制度要求时，严格执行制度所规定的行为，对其违规行为进行处罚。</w:t>
      </w:r>
      <w:r>
        <w:rPr>
          <w:lang w:eastAsia="zh-CN"/>
        </w:rPr>
        <w:br/>
      </w:r>
      <w:r>
        <w:rPr>
          <w:lang w:eastAsia="zh-CN"/>
        </w:rPr>
        <w:t>　　三、人力资源方面</w:t>
      </w:r>
      <w:r>
        <w:rPr>
          <w:lang w:eastAsia="zh-CN"/>
        </w:rPr>
        <w:br/>
      </w:r>
      <w:r>
        <w:rPr>
          <w:lang w:eastAsia="zh-CN"/>
        </w:rPr>
        <w:t>　　招聘工作是整个人力资源工作中最耗费精力的一项工作，加之对专业要求的'专精尖，一些职位不能及时招聘到位，造成人才的短缺，给正常运转带来影响。为提高管理水平、增加实力以适应未来发展，我局新增员工：财务部会计一名、工程部技术人员一名。在招聘人才的同时，也注重对员工的培训工作，行政部做好了员工培训的各项准备工作，积极组织员工进行专业知识及技能的培训。</w:t>
      </w:r>
      <w:r>
        <w:rPr>
          <w:lang w:eastAsia="zh-CN"/>
        </w:rPr>
        <w:br/>
      </w:r>
      <w:r>
        <w:rPr>
          <w:lang w:eastAsia="zh-CN"/>
        </w:rPr>
        <w:t>　　四、日常管理方面</w:t>
      </w:r>
      <w:r>
        <w:rPr>
          <w:lang w:eastAsia="zh-CN"/>
        </w:rPr>
        <w:br/>
      </w:r>
      <w:r>
        <w:rPr>
          <w:lang w:eastAsia="zh-CN"/>
        </w:rPr>
        <w:t>　　为领导和员工创造一个良好的工作环境是行政部重要工作内容之一。半年来，行政部结合工作实际，认真履行工作职责，加强与其他部门的协调与沟通，使行政部基础管理工作基本实现了规范化，为公司各项工作的开展创造了良好条件。</w:t>
      </w:r>
      <w:r>
        <w:rPr>
          <w:lang w:eastAsia="zh-CN"/>
        </w:rPr>
        <w:br/>
      </w:r>
      <w:r>
        <w:rPr>
          <w:lang w:eastAsia="zh-CN"/>
        </w:rPr>
        <w:t>　　五、存在的不足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上半年，在领导的关心和指导下，各部门的大力协助下，行政部取得了一定的成绩。尽管我们取得了一定成绩但仍存在着很多不足之处，由于行政部工作常常事务繁杂，每项工作我们主观上都希望能完成得最好，但由于能力有限，不能把每件事情都做到尽善尽美。对各部门有些工作了解得不够深入，对存在的问题掌握真实情况不够全面，从而对领导决策应起到的参谋助手作用发挥不够。抓制度落实不够，存在一定的重制度建设，轻制度落实现象。</w:t>
      </w:r>
      <w:r>
        <w:rPr>
          <w:lang w:eastAsia="zh-CN"/>
        </w:rPr>
        <w:br/>
      </w:r>
      <w:r>
        <w:rPr>
          <w:lang w:eastAsia="zh-CN"/>
        </w:rPr>
        <w:t xml:space="preserve">    2024员工个人上半年工作总结 篇3 </w:t>
      </w:r>
      <w:r>
        <w:rPr>
          <w:lang w:eastAsia="zh-CN"/>
        </w:rPr>
        <w:br/>
      </w:r>
      <w:r>
        <w:rPr>
          <w:lang w:eastAsia="zh-CN"/>
        </w:rPr>
        <w:t>　　上半年以来，我院在县卫生局以及地方政府的正确领导和支持下，通过全院职工的共同努力，建立健全和完善各项规章制度，院内业务大幅度提升，预防保健免疫规划工作取得了较好的成绩，新农村合作工作有了较大的进展，医院狠抓管理，外树形象，内强素质，创优质服务，具体体现在以下几方面：</w:t>
      </w:r>
      <w:r>
        <w:rPr>
          <w:lang w:eastAsia="zh-CN"/>
        </w:rPr>
        <w:br/>
      </w:r>
      <w:r>
        <w:rPr>
          <w:lang w:eastAsia="zh-CN"/>
        </w:rPr>
        <w:t>　　一、院内管理方面</w:t>
      </w:r>
      <w:r>
        <w:rPr>
          <w:lang w:eastAsia="zh-CN"/>
        </w:rPr>
        <w:br/>
      </w:r>
      <w:r>
        <w:rPr>
          <w:lang w:eastAsia="zh-CN"/>
        </w:rPr>
        <w:t>　　建立健全各项规章制度，充分调动职工的积极性和主观能动性，发扬职工主人翁精神，团结协作，各项事务落实到人，医院工作秩序正常，业务工作正常开展，充分改善医院环境，强化训验职工的业务技能，充分改善职工的服务态度，严格纪律要求，不断提高医院服务质量和服务水平，上半年医院门诊人次达_余人，比去年同期增长了_%，住院总人次_余人，比去年同期增长_%，业务总收入_余万元。医院不断购进和更新硬件设施，争取上级主管部门的支持，确保医院业务正常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二、免疫规划工作经及妇幼卫生工作</w:t>
      </w:r>
      <w:r>
        <w:rPr>
          <w:lang w:eastAsia="zh-CN"/>
        </w:rPr>
        <w:br/>
      </w:r>
      <w:r>
        <w:rPr>
          <w:lang w:eastAsia="zh-CN"/>
        </w:rPr>
        <w:t>　　充分发挥防保组机构取作用，每月定期召开防保例会，对辖区内村卫生人员进行培训和指导，不断提高村卫生人员的业务素质，我镇共有居民___人，防保组按时保质保量完成了冷链运转，免疫规划工作取得了新的进展，切实抓好入托入学及免疫规划工作。妇幼卫生方面，充分落实项实项目上的政策，抓好产科质量建设，大力宣传住院分娩，充分提高农村孕产妇住院分娩。</w:t>
      </w:r>
      <w:r>
        <w:rPr>
          <w:lang w:eastAsia="zh-CN"/>
        </w:rPr>
        <w:br/>
      </w:r>
      <w:r>
        <w:rPr>
          <w:lang w:eastAsia="zh-CN"/>
        </w:rPr>
        <w:t>　　三、做好公共卫生工作</w:t>
      </w:r>
      <w:r>
        <w:rPr>
          <w:lang w:eastAsia="zh-CN"/>
        </w:rPr>
        <w:br/>
      </w:r>
      <w:r>
        <w:rPr>
          <w:lang w:eastAsia="zh-CN"/>
        </w:rPr>
        <w:t>　　提高农村卫生工作水平一是计划免疫工作正常开展，严格执行国家有关政策，积极开展扩大规划免疫工作，一类疫苗实行免费接种。二是按照上级部门的部署，搞好突发公共卫生事件的防控工作，四月份，针对手足口病疫情，我们积极应对，_月份，又出现了问题奶粉事件，我院亦积极开展相应的救治工作，组织人员进行全面摸底排查，发现疑似病例及时转诊，做好患儿家长的思想工作，消除恐慌，维护社会稳定。三是继续搞好计划免疫信息化管理工作，计划免疫工作信息均在电脑上做好登记和备份。</w:t>
      </w:r>
      <w:r>
        <w:rPr>
          <w:lang w:eastAsia="zh-CN"/>
        </w:rPr>
        <w:br/>
      </w:r>
      <w:r>
        <w:rPr>
          <w:lang w:eastAsia="zh-CN"/>
        </w:rPr>
        <w:t>　　四、做好妇幼工作，保障妇女儿童健康</w:t>
      </w:r>
      <w:r>
        <w:rPr>
          <w:lang w:eastAsia="zh-CN"/>
        </w:rPr>
        <w:br/>
      </w:r>
      <w:r>
        <w:rPr>
          <w:lang w:eastAsia="zh-CN"/>
        </w:rPr>
        <w:t>　　对孕产妇定期进行孕期检查，并做好产后访视和母乳喂养指导工作，做好妇幼卫生信息统计管理，按时准确上报各种报表，定期召开村卫生员例会，按时参加县保健员会议，认真做好降消工作，真正把降消项目这一民生实事办好。</w:t>
      </w:r>
      <w:r>
        <w:rPr>
          <w:lang w:eastAsia="zh-CN"/>
        </w:rPr>
        <w:br/>
      </w:r>
      <w:r>
        <w:rPr>
          <w:lang w:eastAsia="zh-CN"/>
        </w:rPr>
        <w:t>　　五、村卫生所建设按照县卫生局的部署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上半年我院要做好_村卫生所的达标验收工作。经过近半年的努力，两所卫生所均按照上级的要求，对卫生所进行了改造，加强了卫生所的建设，并顺利地通过了验收。</w:t>
      </w:r>
      <w:r>
        <w:rPr>
          <w:lang w:eastAsia="zh-CN"/>
        </w:rPr>
        <w:br/>
      </w:r>
      <w:r>
        <w:rPr>
          <w:lang w:eastAsia="zh-CN"/>
        </w:rPr>
        <w:t xml:space="preserve">    2024员工个人上半年工作总结 篇4 </w:t>
      </w:r>
      <w:r>
        <w:rPr>
          <w:lang w:eastAsia="zh-CN"/>
        </w:rPr>
        <w:br/>
      </w:r>
      <w:r>
        <w:rPr>
          <w:lang w:eastAsia="zh-CN"/>
        </w:rPr>
        <w:t>　　我叫，于20__年上半年开始担任我__公司一职位至今已有_年，日常的主要工作资料是负责我_公司日常的记账，与审核报销单据等工作。作为公司的一名财务负责人员，我深知自身工作的重要性，与岗位职责重大性。作为一名财务部门副部长，我务必树立坚实的党政意识思想，树立正确的世界观，人生观，与价值观，建设正确的利益观念与权力意识。因此，我在工作中不断地锻炼自身的各方面潜力，努力学习提升自身的各方面素质，在工作中我时刻严格要求自己的各项工作细节，建设完善的工作作风，较好地完成了公司部署的各项工作任务，为我__公司带给最高的财务效益。现将我在__公司工作的下半年工作状况作出如下总结汇报。</w:t>
      </w:r>
      <w:r>
        <w:rPr>
          <w:lang w:eastAsia="zh-CN"/>
        </w:rPr>
        <w:br/>
      </w:r>
      <w:r>
        <w:rPr>
          <w:lang w:eastAsia="zh-CN"/>
        </w:rPr>
        <w:t>　　一、深化学习建设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我__公司工作期间，我时刻注意自身的素质建设，不断深化加强自身在各方面财务工作的技术技能，强化自身的财务方面知识，并且不断坚持学习党的新政策，新思路，提高自身的党性性质，力实加深自身的道德修养建设。在.公司工作的上半年，我透过公司所安排部署的各项工作任务，学习和建设自身的各方面技能。我始终坚持将党政思想学习，与财务理论学习放于工作首位。用心参加公司组织的各项学习工作与各种形式的学习活动，并在工作之余也不断的提高自己的理论学习水平，利用全新的知识理论来充实自己的头脑，提高自身的思想觉悟，进一步加强自身的职责意识建设，提高自身的工作效益。并将所学到的各项理论知识运用到自身的工作岗位之中，并努力做到结合工作实际，将思想政治学习与忠诚企业，寸近期也财务发展实际相结合。</w:t>
      </w:r>
      <w:r>
        <w:rPr>
          <w:lang w:eastAsia="zh-CN"/>
        </w:rPr>
        <w:br/>
      </w:r>
      <w:r>
        <w:rPr>
          <w:lang w:eastAsia="zh-CN"/>
        </w:rPr>
        <w:t>　　二、工作建设状况</w:t>
      </w:r>
      <w:r>
        <w:rPr>
          <w:lang w:eastAsia="zh-CN"/>
        </w:rPr>
        <w:br/>
      </w:r>
      <w:r>
        <w:rPr>
          <w:lang w:eastAsia="zh-CN"/>
        </w:rPr>
        <w:t>　　在我__公司上半年的工作中，我全身心的投入我公司财务部门的工作任务之重，配合各个领导以及上级部门的指导，严格遵循公司相关与财务部门的各项条例制度，认真履行自身的各项工作职责。在上级领导的正确领导下，我将工作的建设在规范，严格，仔细的基础上，力实于完善的做好各项财务工作，履行财务副部长的工作职能。</w:t>
      </w:r>
      <w:r>
        <w:rPr>
          <w:lang w:eastAsia="zh-CN"/>
        </w:rPr>
        <w:br/>
      </w:r>
      <w:r>
        <w:rPr>
          <w:lang w:eastAsia="zh-CN"/>
        </w:rPr>
        <w:t>　　一是重视工作基础。在实际的财务工作之中，我十分重视会计基础工作规范，用心辅助我财务部长做好各项财务管理制度的落实工作，加强公司日常的会计核算与财务管理工作。在工作中，我不断加强自身的财务会计基础工作，并全面建设审核岗位工作，严格检查各项财务记录的正确，以及准确性，要求我财务部各相关人员定期做好各项财务清理工作，并将财务清理工作当做一项日常工作来执行，并严格要求各个财务部门人员的职责意识，加强职责分配式管理，落实各项职责制度，确保财务工作的有效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二是加强工作力度。在财务工作中，我严格按照我__公司的财务管理制度，管理我财务部的运营工作，在工作中，我着重加强公司的资金流动管理，严格审核和保管各项收款，付款报销单据，确保我__公司的财务资金安全，合理控制资金的流入与流出。并在此同时，认真对各项收入，与支出单据作出严格的审核，对照查看单据记录，检查库存资金的详细存入，流出记录，从而对各项收据进行严格的审查与报销，确保我公司各项资金的准确流动，保证我公司资金无分毫之差。并且，我还认真对公司的每一笔项目记录进行细心而又仔细的记账工作，保障记账清晰，资金活动清除明了，在记账后还对各项记账数据以及会计科目进行审查，确保记账的准确性，做好各项本职工作职责。</w:t>
      </w:r>
      <w:r>
        <w:rPr>
          <w:lang w:eastAsia="zh-CN"/>
        </w:rPr>
        <w:br/>
      </w:r>
      <w:r>
        <w:rPr>
          <w:lang w:eastAsia="zh-CN"/>
        </w:rPr>
        <w:t>　　三是关注国家政策。在强化我财务部门以及我自身的工作力度的同时，我还用心关注国家的各项财税政策变化状况，及时学习国家的新型财税政策，认真整改完善我公司财务部门的各项财务规章制度，使得我公司的各项财务工作贴合国家的相关财税政策规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四是坚持本职工作。为坚持实行我财务副部长职位的本职工作，我用心协助我部门领导以及其他部门领导人员，开展各项工作任务。在工作期间我任劳任怨，不畏艰辛，不计较个人得失，将我__公司的利益建设作为我的终身工作目标。由于我财务部的工作性质，每当公司有资金财务方面的项目工作发生时，我部门就开始了繁忙的工作进程，在公司盈利期间，我公司财务项目繁多，资金相关流动复杂。因而，我部门的各项工作任务也较为繁重，作为我财务部门的领导人员，我更是承担着极其重要的工作职责，为做好各项财务工作，完成好公司安排的各项财务任务，我坚定克服各种困难，采取多种方法和措施，解决在此期间任务重，任务杂的问题，切实的为公司的财务利益流通做出贡献。</w:t>
      </w:r>
      <w:r>
        <w:rPr>
          <w:lang w:eastAsia="zh-CN"/>
        </w:rPr>
        <w:br/>
      </w:r>
      <w:r>
        <w:rPr>
          <w:lang w:eastAsia="zh-CN"/>
        </w:rPr>
        <w:t>　　五是坚定工作原则。在我从事财务部副部长职位的__年中，我一向坚定清正廉洁的工作准则，坚持自身的工作原则。坚决反对挥霍收礼等腐败行为，建设完善自身的工作作风。虽然在财务副部长这一职位上，我承受着方方面面的压力，官位的全力与接触利益也充满着极大的诱惑力，但是我始终坚定自身的工作准则，绝不打破自身的工作原则，我用心以共产党员的高标准，高党性要求自己执行每一项工作，实际维护，保障公司的利益基础，为公司的本质效益带给坚实保障。</w:t>
      </w:r>
      <w:r>
        <w:rPr>
          <w:lang w:eastAsia="zh-CN"/>
        </w:rPr>
        <w:br/>
      </w:r>
      <w:r>
        <w:rPr>
          <w:lang w:eastAsia="zh-CN"/>
        </w:rPr>
        <w:t>　　回顾上半年的工作，我公司的财务效益的到了显著的提高。对此，我感慨万千，这一提升是对我工作成绩的突出体现。虽然在我的努力工作与辅助下，我部门的各项工作任务完成状况较好，但却仍存在有差距与不足。在未来的工作中，我将总结本年度的工作经验，切实改善工作措施，争取未来的各项工作都能够获取更大的成效。</w:t>
      </w:r>
      <w:r>
        <w:rPr>
          <w:lang w:eastAsia="zh-CN"/>
        </w:rPr>
        <w:br/>
      </w:r>
      <w:r>
        <w:rPr>
          <w:lang w:eastAsia="zh-CN"/>
        </w:rPr>
        <w:t xml:space="preserve">    2024员工个人上半年工作总结 篇5 </w:t>
      </w:r>
      <w:r>
        <w:rPr>
          <w:lang w:eastAsia="zh-CN"/>
        </w:rPr>
        <w:br/>
      </w:r>
      <w:r>
        <w:rPr>
          <w:lang w:eastAsia="zh-CN"/>
        </w:rPr>
        <w:t>　　时光飞逝，转眼间20__年已过去一半，在这半年时间里，我作为公司的行政服务人员，围绕公司的经营发展目标，立足本职、突出重点、狠抓落实、认认真真完成各项工作，取得了一定的成绩。现将近半年工作情况总结如下：</w:t>
      </w:r>
      <w:r>
        <w:rPr>
          <w:lang w:eastAsia="zh-CN"/>
        </w:rPr>
        <w:br/>
      </w:r>
      <w:r>
        <w:rPr>
          <w:lang w:eastAsia="zh-CN"/>
        </w:rPr>
        <w:t>　　一、加强理论学习，提升思想觉悟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是一个热爱学习的人，认为在高速发展的21世纪里，不学习进步就更不上时代的脚步。行政工作虽难度不大，但多数都很繁琐，要做到面面俱到还是很不容易的。因此，需要我以高度的责任心和较强的工作能力才能做好各项行政工作。思想是行动的先导。因此，要想干好工作，首先要端正思想态度。把提高思想觉悟作为一种责任，更是一种境界。我坚持利用空余时间学习理论知识，不断武装自己的头脑，用先进的思想理念指导工作的开展。同时，我还注重理论和实践的结合，探索新的工作方式方法，不断提高自身的综合素质。</w:t>
      </w:r>
      <w:r>
        <w:rPr>
          <w:lang w:eastAsia="zh-CN"/>
        </w:rPr>
        <w:br/>
      </w:r>
      <w:r>
        <w:rPr>
          <w:lang w:eastAsia="zh-CN"/>
        </w:rPr>
        <w:t>　　二、爱岗敬业，甘于奉献</w:t>
      </w:r>
      <w:r>
        <w:rPr>
          <w:lang w:eastAsia="zh-CN"/>
        </w:rPr>
        <w:br/>
      </w:r>
      <w:r>
        <w:rPr>
          <w:lang w:eastAsia="zh-CN"/>
        </w:rPr>
        <w:t>　　作为一名行政服务人员，我坚信“把简单的事做好就是不简单，把平凡的事做好就是不平凡。”事无巨细，我都以严谨、认真、负责的态度做好每件工作。遇到难题，我始终坚持向同事请教，借鉴他们的工作经验，自己想方设法解决。不断在工作中学习，积累，也形成了一套行之有效的工作方法。</w:t>
      </w:r>
      <w:r>
        <w:rPr>
          <w:lang w:eastAsia="zh-CN"/>
        </w:rPr>
        <w:br/>
      </w:r>
      <w:r>
        <w:rPr>
          <w:lang w:eastAsia="zh-CN"/>
        </w:rPr>
        <w:t>　　除了做好日常的行政工作外，我这半年主要的工作包括员工食堂协调管理和我们行庆一周年活动以及其它重要的会议会务工作。其中，员工食堂是五月份开业的。我为了做好食堂开业的准备工作，无论刮风下雨，还是烈日炎炎，我都不计辛苦，到处奔波。常常加班加点准备材料，终于，用了20天的时间，把卫生证、煤气等事关食堂的各项事项都办理得顺顺当当。现在，我们的食堂已开始正常运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另外，上半年我行的周年庆、董事会、监事会、股东大会等重要会议活动召开前，我都做好了相关的会务保障工作。包括会前准备、会中服务、会后处理等都严格按照上级要求，做好协调处理。</w:t>
      </w:r>
      <w:r>
        <w:rPr>
          <w:lang w:eastAsia="zh-CN"/>
        </w:rPr>
        <w:br/>
      </w:r>
      <w:r>
        <w:rPr>
          <w:lang w:eastAsia="zh-CN"/>
        </w:rPr>
        <w:t>　　三、工作中的成长和不足，以及今后的工作设想</w:t>
      </w:r>
      <w:r>
        <w:rPr>
          <w:lang w:eastAsia="zh-CN"/>
        </w:rPr>
        <w:br/>
      </w:r>
      <w:r>
        <w:rPr>
          <w:lang w:eastAsia="zh-CN"/>
        </w:rPr>
        <w:t>　　在这半年时间里，我在这个大集体里成长了很多。无论是待人接物，还是做人、做事上能力都有了很大的提升。但是，我还是能够看到自己的不足。比如，一是工作经验还有所不足。有时处理问题方式方法有点欠妥。二是习惯按经验办事，不能解放思想，积极创新，更好地开展工作。三是行政工作很细琐，个人有时存在急躁情绪和懈怠情绪。</w:t>
      </w:r>
      <w:r>
        <w:rPr>
          <w:lang w:eastAsia="zh-CN"/>
        </w:rPr>
        <w:br/>
      </w:r>
      <w:r>
        <w:rPr>
          <w:lang w:eastAsia="zh-CN"/>
        </w:rPr>
        <w:t>　　总结过去，展望未来。下半年，我会不断改进上述缺点，继承并发扬优点。不断以严格的要求来约束自己，勇于接受新的挑战，为我们行的发展贡献力量。</w:t>
      </w:r>
      <w:r>
        <w:rPr>
          <w:lang w:eastAsia="zh-CN"/>
        </w:rPr>
        <w:br/>
      </w:r>
      <w:r>
        <w:rPr>
          <w:lang w:eastAsia="zh-CN"/>
        </w:rPr>
        <w:t xml:space="preserve">    2024员工个人上半年工作总结 篇6 </w:t>
      </w:r>
      <w:r>
        <w:rPr>
          <w:lang w:eastAsia="zh-CN"/>
        </w:rPr>
        <w:br/>
      </w:r>
      <w:r>
        <w:rPr>
          <w:lang w:eastAsia="zh-CN"/>
        </w:rPr>
        <w:t>　　20_资源中心工作，这使我认识到公司对人力资源工作的重视，也深刻意识到人力资源工作对公司发展的重要性。在中心领导的带领下，按照工作计划，配合公司战略部署极开展各项人力资源工作。人力资源工作繁杂，为了合理有效的开展工作，现对20_年上半年工作做一简要总结，并对下半年工作计划做出适当调整。</w:t>
      </w:r>
      <w:r>
        <w:rPr>
          <w:lang w:eastAsia="zh-CN"/>
        </w:rPr>
        <w:br/>
      </w:r>
      <w:r>
        <w:rPr>
          <w:lang w:eastAsia="zh-CN"/>
        </w:rPr>
        <w:t>　　一、人员情况现状分析(分管a分公司,b分公司，数据截至6月30日)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a分公司正编48人(不含中心化人员)，长期外包技术人员13人。截至上半年新进人员15人，其中新增产品经理2人，运维工程师2人，java工程师11人其中10人外招1人内部调入，网络推广代替岗1人。离职2人。空缺编制3到4人，java工程师岗位。</w:t>
      </w:r>
      <w:r>
        <w:rPr>
          <w:lang w:eastAsia="zh-CN"/>
        </w:rPr>
        <w:br/>
      </w:r>
      <w:r>
        <w:rPr>
          <w:lang w:eastAsia="zh-CN"/>
        </w:rPr>
        <w:t>　　b分公司战略调整，截至上半年在职10人，离职8人。</w:t>
      </w:r>
      <w:r>
        <w:rPr>
          <w:lang w:eastAsia="zh-CN"/>
        </w:rPr>
        <w:br/>
      </w:r>
      <w:r>
        <w:rPr>
          <w:lang w:eastAsia="zh-CN"/>
        </w:rPr>
        <w:t>　　二、重点工作招聘(全公司范围)</w:t>
      </w:r>
      <w:r>
        <w:rPr>
          <w:lang w:eastAsia="zh-CN"/>
        </w:rPr>
        <w:br/>
      </w:r>
      <w:r>
        <w:rPr>
          <w:lang w:eastAsia="zh-CN"/>
        </w:rPr>
        <w:t>　　根据公司的发展，招聘工作应为公司现阶段重点工作。目前重点招聘的岗位主要有风控经理、金融产品、市场业务人员、java工程师等。</w:t>
      </w:r>
      <w:r>
        <w:rPr>
          <w:lang w:eastAsia="zh-CN"/>
        </w:rPr>
        <w:br/>
      </w:r>
      <w:r>
        <w:rPr>
          <w:lang w:eastAsia="zh-CN"/>
        </w:rPr>
        <w:t>　　1、招聘数据</w:t>
      </w:r>
      <w:r>
        <w:rPr>
          <w:lang w:eastAsia="zh-CN"/>
        </w:rPr>
        <w:br/>
      </w:r>
      <w:r>
        <w:rPr>
          <w:lang w:eastAsia="zh-CN"/>
        </w:rPr>
        <w:t>　　截止上半年联系候选人266人，预约面试144人，面试73人。</w:t>
      </w:r>
      <w:r>
        <w:rPr>
          <w:lang w:eastAsia="zh-CN"/>
        </w:rPr>
        <w:br/>
      </w:r>
      <w:r>
        <w:rPr>
          <w:lang w:eastAsia="zh-CN"/>
        </w:rPr>
        <w:t>　　入职人员招聘来源主要是智联招聘、boss直聘。</w:t>
      </w:r>
      <w:r>
        <w:rPr>
          <w:lang w:eastAsia="zh-CN"/>
        </w:rPr>
        <w:br/>
      </w:r>
      <w:r>
        <w:rPr>
          <w:lang w:eastAsia="zh-CN"/>
        </w:rPr>
        <w:t>　　简历主动投递量不足，主动下载为主，智联、boss直聘上简历质量较高，中华英才更新速度较慢，51job简历量大但质量略差。</w:t>
      </w:r>
      <w:r>
        <w:rPr>
          <w:lang w:eastAsia="zh-CN"/>
        </w:rPr>
        <w:br/>
      </w:r>
      <w:r>
        <w:rPr>
          <w:lang w:eastAsia="zh-CN"/>
        </w:rPr>
        <w:t>　　2、渠道开发</w:t>
      </w:r>
      <w:r>
        <w:rPr>
          <w:lang w:eastAsia="zh-CN"/>
        </w:rPr>
        <w:br/>
      </w:r>
      <w:r>
        <w:rPr>
          <w:lang w:eastAsia="zh-CN"/>
        </w:rPr>
        <w:t>　　为更好地开展招聘工作，上半年除了已启用的付费招聘渠道智联、51job、中华英才，免费渠道拉勾网、周伯通招聘、boss直聘。开发联系了职业梦(金融猎头垂直细分)试用、拉手招聘试用、新媒体微信招聘等等。</w:t>
      </w:r>
      <w:r>
        <w:rPr>
          <w:lang w:eastAsia="zh-CN"/>
        </w:rPr>
        <w:br/>
      </w:r>
      <w:r>
        <w:rPr>
          <w:lang w:eastAsia="zh-CN"/>
        </w:rPr>
        <w:t>　　三、常规工作</w:t>
      </w:r>
      <w:r>
        <w:rPr>
          <w:lang w:eastAsia="zh-CN"/>
        </w:rPr>
        <w:br/>
      </w:r>
      <w:r>
        <w:rPr>
          <w:lang w:eastAsia="zh-CN"/>
        </w:rPr>
        <w:t>　　1、工资核算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每月按照时间截点，准确无误的核算工资，报送财务部审核，并做好员工问题解答工作。截止上半年，办理调薪2人，均为骨干员工，司龄已达到1年以上，近半年无调薪记录，此次调薪起到积极激励效果。</w:t>
      </w:r>
      <w:r>
        <w:rPr>
          <w:lang w:eastAsia="zh-CN"/>
        </w:rPr>
        <w:br/>
      </w:r>
      <w:r>
        <w:rPr>
          <w:lang w:eastAsia="zh-CN"/>
        </w:rPr>
        <w:t>　　2、社保、住房公积金核算</w:t>
      </w:r>
      <w:r>
        <w:rPr>
          <w:lang w:eastAsia="zh-CN"/>
        </w:rPr>
        <w:br/>
      </w:r>
      <w:r>
        <w:rPr>
          <w:lang w:eastAsia="zh-CN"/>
        </w:rPr>
        <w:t>　　社保、住房公积金福利核算是每月的日常工作。主要有以下几个方面：一、每月按照时间截点，准确无误的操作社保、住房公积金增减异动，核算缴费明细。二、已完成20_年基数核定申报工作，完成基数调整计划，员工已确认，资料已归档。三、上半年办理生育报销1人，住房公积金支取6人，查询4次，变更医院2人，档案调入1人。四、由于人事调动，申报法人变更，已办理完毕。五、提交申报材料，已审批将工伤保险缴费比例下调，a分公司由原来0.5%下调至0.2%，b分公司由原来0.5%下调至0.4%，有效利用政策减少用工成本(养老保险、失业保险单位部分按照国家政策调整)。</w:t>
      </w:r>
      <w:r>
        <w:rPr>
          <w:lang w:eastAsia="zh-CN"/>
        </w:rPr>
        <w:br/>
      </w:r>
      <w:r>
        <w:rPr>
          <w:lang w:eastAsia="zh-CN"/>
        </w:rPr>
        <w:t>　　3、考勤管理</w:t>
      </w:r>
      <w:r>
        <w:rPr>
          <w:lang w:eastAsia="zh-CN"/>
        </w:rPr>
        <w:br/>
      </w:r>
      <w:r>
        <w:rPr>
          <w:lang w:eastAsia="zh-CN"/>
        </w:rPr>
        <w:t>　　每周核实并记录员工考勤情况，每月及时汇总核对员工考勤。做到日清月结，严格管理员工考勤。</w:t>
      </w:r>
      <w:r>
        <w:rPr>
          <w:lang w:eastAsia="zh-CN"/>
        </w:rPr>
        <w:br/>
      </w:r>
      <w:r>
        <w:rPr>
          <w:lang w:eastAsia="zh-CN"/>
        </w:rPr>
        <w:t>　　4、劳动关系管理</w:t>
      </w:r>
      <w:r>
        <w:rPr>
          <w:lang w:eastAsia="zh-CN"/>
        </w:rPr>
        <w:br/>
      </w:r>
      <w:r>
        <w:rPr>
          <w:lang w:eastAsia="zh-CN"/>
        </w:rPr>
        <w:t>　　办理新员工入职手续，包括填写入职登记表、签订劳动合同、员工手册确认、邮箱及t账户开通、网络连接、新员工引导等。实时更新员工电子档案及通讯录，掌握员工详细信息，便于开展日常工作。截止上半年，全部员工已按时签订劳动合同，续签合同2人已办理完毕相关手续。做好日常劳动关系管理，不定期与员工做正式或非正式座谈，提高劳动生产率的同时减少并防范劳动争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5、培训与活动组织实施</w:t>
      </w:r>
      <w:r>
        <w:rPr>
          <w:lang w:eastAsia="zh-CN"/>
        </w:rPr>
        <w:br/>
      </w:r>
      <w:r>
        <w:rPr>
          <w:lang w:eastAsia="zh-CN"/>
        </w:rPr>
        <w:t>　　每周负责培训准备及组织相关工作，提前联系并确认好培训讲师、课题，准时发放培训通知，做好签到工作，严格培训考勤。</w:t>
      </w:r>
      <w:r>
        <w:rPr>
          <w:lang w:eastAsia="zh-CN"/>
        </w:rPr>
        <w:br/>
      </w:r>
      <w:r>
        <w:rPr>
          <w:lang w:eastAsia="zh-CN"/>
        </w:rPr>
        <w:t>　　上半年协助组织了篮球比赛、美到家员工福利、平台团建等活动，丰富了员工业余生活。</w:t>
      </w:r>
      <w:r>
        <w:rPr>
          <w:lang w:eastAsia="zh-CN"/>
        </w:rPr>
        <w:br/>
      </w:r>
      <w:r>
        <w:rPr>
          <w:lang w:eastAsia="zh-CN"/>
        </w:rPr>
        <w:t>　　在领导的带领下，策划并布置好员工活动室，已投入使用，可供面试，做好企业宣传。</w:t>
      </w:r>
      <w:r>
        <w:rPr>
          <w:lang w:eastAsia="zh-CN"/>
        </w:rPr>
        <w:br/>
      </w:r>
      <w:r>
        <w:rPr>
          <w:lang w:eastAsia="zh-CN"/>
        </w:rPr>
        <w:t>　　四、辅助性工作</w:t>
      </w:r>
      <w:r>
        <w:rPr>
          <w:lang w:eastAsia="zh-CN"/>
        </w:rPr>
        <w:br/>
      </w:r>
      <w:r>
        <w:rPr>
          <w:lang w:eastAsia="zh-CN"/>
        </w:rPr>
        <w:t>　　1、外联工作</w:t>
      </w:r>
      <w:r>
        <w:rPr>
          <w:lang w:eastAsia="zh-CN"/>
        </w:rPr>
        <w:br/>
      </w:r>
      <w:r>
        <w:rPr>
          <w:lang w:eastAsia="zh-CN"/>
        </w:rPr>
        <w:t>　　外联工作主要是三个方面，一是与行业协会党委接洽，代表公司参加协会党建活动4次，与行业人员进行多次交流学习，并宣传企业文化。二是与工商、园区工作委员会接洽，协助办理法人变更、工商检查等工作，代表公司做情况汇报，积极配合。三是每月向上级管理部门报送公司经营月报，定期汇报工作。</w:t>
      </w:r>
      <w:r>
        <w:rPr>
          <w:lang w:eastAsia="zh-CN"/>
        </w:rPr>
        <w:br/>
      </w:r>
      <w:r>
        <w:rPr>
          <w:lang w:eastAsia="zh-CN"/>
        </w:rPr>
        <w:t>　　2、业务支持</w:t>
      </w:r>
      <w:r>
        <w:rPr>
          <w:lang w:eastAsia="zh-CN"/>
        </w:rPr>
        <w:br/>
      </w:r>
      <w:r>
        <w:rPr>
          <w:lang w:eastAsia="zh-CN"/>
        </w:rPr>
        <w:t>　　不仅聚焦于人力资源工作，同时也需要了解业务，做好业务支持，上半年积极参加网站改版测试工作，参与客服部组织的投资人问答;配合领导参与组织公司大型会议等。</w:t>
      </w:r>
      <w:r>
        <w:rPr>
          <w:lang w:eastAsia="zh-CN"/>
        </w:rPr>
        <w:br/>
      </w:r>
      <w:r>
        <w:rPr>
          <w:lang w:eastAsia="zh-CN"/>
        </w:rPr>
        <w:t>　　3、临时性工作</w:t>
      </w:r>
      <w:r>
        <w:rPr>
          <w:lang w:eastAsia="zh-CN"/>
        </w:rPr>
        <w:br/>
      </w:r>
      <w:r>
        <w:rPr>
          <w:lang w:eastAsia="zh-CN"/>
        </w:rPr>
        <w:t>　　配合领导安排的其他临时性工作。</w:t>
      </w:r>
      <w:r>
        <w:rPr>
          <w:lang w:eastAsia="zh-CN"/>
        </w:rPr>
        <w:br/>
      </w:r>
      <w:r>
        <w:rPr>
          <w:lang w:eastAsia="zh-CN"/>
        </w:rPr>
        <w:t xml:space="preserve">    2024员工个人上半年工作总结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入职半年以来，在领导和同事的帮助下，本人对淘宝客服工作职责及内容有了较好了解和基本掌握，并已开始正式上岗。现就工作学习心得，工作的内容要点及工作中出现的问题作一个阶段性的总结，以为日子不断对自己工作进行完善做参考和准备。</w:t>
      </w:r>
      <w:r>
        <w:rPr>
          <w:lang w:eastAsia="zh-CN"/>
        </w:rPr>
        <w:br/>
      </w:r>
      <w:r>
        <w:rPr>
          <w:lang w:eastAsia="zh-CN"/>
        </w:rPr>
        <w:t>　　一、淘宝客服的重要性</w:t>
      </w:r>
      <w:r>
        <w:rPr>
          <w:lang w:eastAsia="zh-CN"/>
        </w:rPr>
        <w:br/>
      </w:r>
      <w:r>
        <w:rPr>
          <w:lang w:eastAsia="zh-CN"/>
        </w:rPr>
        <w:t>　　淘宝客服作为网店的一个重要组成部分。其重要性不可忽视。</w:t>
      </w:r>
      <w:r>
        <w:rPr>
          <w:lang w:eastAsia="zh-CN"/>
        </w:rPr>
        <w:br/>
      </w:r>
      <w:r>
        <w:rPr>
          <w:lang w:eastAsia="zh-CN"/>
        </w:rPr>
        <w:t>　　首先它是店铺和顾客之间的纽带和桥梁，一名合格的客服首先要做到认真、负责、诚信、热情的去接待每一位顾客。其次是要有良好的语言沟通技巧，这样可以让客户接受你的产品，最终达成交易。再次，作为客服同时要对自己店内的商品有足够的了解和认识，这样才可以给客户提供更多的购物建议，更完善的解答客户的疑问。</w:t>
      </w:r>
      <w:r>
        <w:rPr>
          <w:lang w:eastAsia="zh-CN"/>
        </w:rPr>
        <w:br/>
      </w:r>
      <w:r>
        <w:rPr>
          <w:lang w:eastAsia="zh-CN"/>
        </w:rPr>
        <w:t>　　本人在这半个月的工作已经清楚的认识到自己工作的职责及其重要性，工作中也在不断学习如何提高自己工作的技能，虽然此前没有相关工作经验但希望能从零学起，争取早日成为一名合格的淘宝客服。</w:t>
      </w:r>
      <w:r>
        <w:rPr>
          <w:lang w:eastAsia="zh-CN"/>
        </w:rPr>
        <w:br/>
      </w:r>
      <w:r>
        <w:rPr>
          <w:lang w:eastAsia="zh-CN"/>
        </w:rPr>
        <w:t>　　二、具体工作</w:t>
      </w:r>
      <w:r>
        <w:rPr>
          <w:lang w:eastAsia="zh-CN"/>
        </w:rPr>
        <w:br/>
      </w:r>
      <w:r>
        <w:rPr>
          <w:lang w:eastAsia="zh-CN"/>
        </w:rPr>
        <w:t>　　下面就本人售前导购，售中客服，还有售后服务工作进行初步解析。</w:t>
      </w:r>
      <w:r>
        <w:rPr>
          <w:lang w:eastAsia="zh-CN"/>
        </w:rPr>
        <w:br/>
      </w:r>
      <w:r>
        <w:rPr>
          <w:lang w:eastAsia="zh-CN"/>
        </w:rPr>
        <w:t>　　首先是售前导购。售前导购的重要必不仅在于它可以为顾客答疑解惑，更在于它可以引导顾客购买，促成交易，提高客单价。在售前沟通中一般包括打招呼、询问、推荐、议价、道别等这几个方面。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打招呼方面，无论旺旺是在线或都其它状态，自动回复这项必不可少。自动回复可以让我们做到及时快速回复，让顾客第一时间感受到我们的热情，同时自动回复里附加有我们店名可以强化顾客的印象。除了自动回复，自己也要在第一时间回复询问顾客有什么需要帮助的。</w:t>
      </w:r>
      <w:r>
        <w:rPr>
          <w:lang w:eastAsia="zh-CN"/>
        </w:rPr>
        <w:br/>
      </w:r>
      <w:r>
        <w:rPr>
          <w:lang w:eastAsia="zh-CN"/>
        </w:rPr>
        <w:t>　　在询问答疑方面，无论是什么情况都铭记第一时间关注旺旺显示顾客在关注店里的哪款商品，打开相应的页面，时刻准备着回答亲们提出的任何咨询。</w:t>
      </w:r>
      <w:r>
        <w:rPr>
          <w:lang w:eastAsia="zh-CN"/>
        </w:rPr>
        <w:br/>
      </w:r>
      <w:r>
        <w:rPr>
          <w:lang w:eastAsia="zh-CN"/>
        </w:rPr>
        <w:t>　　在议价环节则非常考验一个人的沟通水平和谈判能力，何如才能做到巧妙的跟客人周旋，既能保住价格堡垒又能让客人感觉到我们的价格是最低实在不能再降，这个需要自己在工作中不断去学习提高自己沟通能力。</w:t>
      </w:r>
      <w:r>
        <w:rPr>
          <w:lang w:eastAsia="zh-CN"/>
        </w:rPr>
        <w:br/>
      </w:r>
      <w:r>
        <w:rPr>
          <w:lang w:eastAsia="zh-CN"/>
        </w:rPr>
        <w:t>　　道别步骤也必不可少，无论是成交或没有成交都要保持统一的热情态度去对待每一位客人。</w:t>
      </w:r>
      <w:r>
        <w:rPr>
          <w:lang w:eastAsia="zh-CN"/>
        </w:rPr>
        <w:br/>
      </w:r>
      <w:r>
        <w:rPr>
          <w:lang w:eastAsia="zh-CN"/>
        </w:rPr>
        <w:t xml:space="preserve">    2024员工个人上半年工作总结 篇8 </w:t>
      </w:r>
      <w:r>
        <w:rPr>
          <w:lang w:eastAsia="zh-CN"/>
        </w:rPr>
        <w:br/>
      </w:r>
      <w:r>
        <w:rPr>
          <w:lang w:eastAsia="zh-CN"/>
        </w:rPr>
        <w:t>　　转眼间，我来维修中心已经半年的时间了，在维修中心我担任笔记本维修工程师的职务。在领导同事的关怀帮助下，我很快的进入了角色，海龙维修中心是目前中关村一家由电子城自己开办的it维修服务部门，也是中关村国营维修中心。公司本着做中国的科技服务供应商，为客户提供一流售后服务，以“诚信为本，奉客为友”的服务宗旨，“实实在在值得信赖”，而不断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我作为一名海龙员工，感到非常荣幸和自豪。同时也深知，惟独不断的提高自己的业务水平维修技术和更加努力的工作，才干适合和满足维修中心快速发展的需要。以下是我两个月以来的工作总。</w:t>
      </w:r>
      <w:r>
        <w:rPr>
          <w:lang w:eastAsia="zh-CN"/>
        </w:rPr>
        <w:br/>
      </w:r>
      <w:r>
        <w:rPr>
          <w:lang w:eastAsia="zh-CN"/>
        </w:rPr>
        <w:t>　　一、主要负责的工作：</w:t>
      </w:r>
      <w:r>
        <w:rPr>
          <w:lang w:eastAsia="zh-CN"/>
        </w:rPr>
        <w:br/>
      </w:r>
      <w:r>
        <w:rPr>
          <w:lang w:eastAsia="zh-CN"/>
        </w:rPr>
        <w:t>　　1在维修中心，我主要负责前台客户的接待，针对客户笔记本呈现的问题进行解答，以及客户电脑的维修测试。</w:t>
      </w:r>
      <w:r>
        <w:rPr>
          <w:lang w:eastAsia="zh-CN"/>
        </w:rPr>
        <w:br/>
      </w:r>
      <w:r>
        <w:rPr>
          <w:lang w:eastAsia="zh-CN"/>
        </w:rPr>
        <w:t>　　2接听400电话来访，对客户的疑问进行解答。</w:t>
      </w:r>
      <w:r>
        <w:rPr>
          <w:lang w:eastAsia="zh-CN"/>
        </w:rPr>
        <w:br/>
      </w:r>
      <w:r>
        <w:rPr>
          <w:lang w:eastAsia="zh-CN"/>
        </w:rPr>
        <w:t>　　3台式电脑的维修。等</w:t>
      </w:r>
      <w:r>
        <w:rPr>
          <w:lang w:eastAsia="zh-CN"/>
        </w:rPr>
        <w:br/>
      </w:r>
      <w:r>
        <w:rPr>
          <w:lang w:eastAsia="zh-CN"/>
        </w:rPr>
        <w:t>　　二、近期计划：</w:t>
      </w:r>
      <w:r>
        <w:rPr>
          <w:lang w:eastAsia="zh-CN"/>
        </w:rPr>
        <w:br/>
      </w:r>
      <w:r>
        <w:rPr>
          <w:lang w:eastAsia="zh-CN"/>
        </w:rPr>
        <w:t>　　1努力学习专业知识，笔记本维修，台式机维修，显示器维修，数据恢复等。争做维修多面手。</w:t>
      </w:r>
      <w:r>
        <w:rPr>
          <w:lang w:eastAsia="zh-CN"/>
        </w:rPr>
        <w:br/>
      </w:r>
      <w:r>
        <w:rPr>
          <w:lang w:eastAsia="zh-CN"/>
        </w:rPr>
        <w:t>　　2努力学习管理知识，自我升华，替领导分忧。</w:t>
      </w:r>
      <w:r>
        <w:rPr>
          <w:lang w:eastAsia="zh-CN"/>
        </w:rPr>
        <w:br/>
      </w:r>
      <w:r>
        <w:rPr>
          <w:lang w:eastAsia="zh-CN"/>
        </w:rPr>
        <w:t>　　自我评价：</w:t>
      </w:r>
      <w:r>
        <w:rPr>
          <w:lang w:eastAsia="zh-CN"/>
        </w:rPr>
        <w:br/>
      </w:r>
      <w:r>
        <w:rPr>
          <w:lang w:eastAsia="zh-CN"/>
        </w:rPr>
        <w:t>　　有较强的沟通适应管理创新能力上进心强有团队精神有亲和力喜爱迎接新的挑战对中关村电子行业比较了解。</w:t>
      </w:r>
      <w:r>
        <w:rPr>
          <w:lang w:eastAsia="zh-CN"/>
        </w:rPr>
        <w:br/>
      </w:r>
      <w:r>
        <w:rPr>
          <w:lang w:eastAsia="zh-CN"/>
        </w:rPr>
        <w:t>　　领导给了我很大的发展空间，让我更好地发挥自己的能力，在此谢谢领导，我会不断的努力为公司的发展发挥的能力。我代表的海龙维修中心，时刻铭记在心，在言行举止中不断地要求自己，以微笑服务于客户，让客户满足而来，满足而归。</w:t>
      </w:r>
      <w:r>
        <w:rPr>
          <w:lang w:eastAsia="zh-CN"/>
        </w:rPr>
        <w:br/>
      </w:r>
      <w:r>
        <w:rPr>
          <w:lang w:eastAsia="zh-CN"/>
        </w:rPr>
        <w:t xml:space="preserve">    2024员工个人上半年工作总结 篇9 </w:t>
      </w:r>
      <w:r>
        <w:rPr>
          <w:lang w:eastAsia="zh-CN"/>
        </w:rPr>
        <w:br/>
      </w:r>
      <w:r>
        <w:rPr>
          <w:lang w:eastAsia="zh-CN"/>
        </w:rPr>
        <w:t>　　20--年上半年我公司各部门都取得了可喜的成就，作为公司出纳，我在收付、反映、监督、管理四个方面尽到了应尽的职责，特别是在--期间，仍按时到银行保险等公共场合办理业务，在过去的半年里在不断改善工作方式方法的同时，顺利完成如下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一、开业期间日常工作</w:t>
      </w:r>
      <w:r>
        <w:rPr>
          <w:lang w:eastAsia="zh-CN"/>
        </w:rPr>
        <w:br/>
      </w:r>
      <w:r>
        <w:rPr>
          <w:lang w:eastAsia="zh-CN"/>
        </w:rPr>
        <w:t>　　1、与银行相关部门联系，井然有序地完成了职工工资发放工作。</w:t>
      </w:r>
      <w:r>
        <w:rPr>
          <w:lang w:eastAsia="zh-CN"/>
        </w:rPr>
        <w:br/>
      </w:r>
      <w:r>
        <w:rPr>
          <w:lang w:eastAsia="zh-CN"/>
        </w:rPr>
        <w:t>　　2、清理客户欠费名单，并与各个相关部门通力合作，共同完成欠费的催收工作。</w:t>
      </w:r>
      <w:r>
        <w:rPr>
          <w:lang w:eastAsia="zh-CN"/>
        </w:rPr>
        <w:br/>
      </w:r>
      <w:r>
        <w:rPr>
          <w:lang w:eastAsia="zh-CN"/>
        </w:rPr>
        <w:t>　　3、核对保险名单，与保险公司办理好交接手续，完成对我公司职工的意外伤害险的投保工作。</w:t>
      </w:r>
      <w:r>
        <w:rPr>
          <w:lang w:eastAsia="zh-CN"/>
        </w:rPr>
        <w:br/>
      </w:r>
      <w:r>
        <w:rPr>
          <w:lang w:eastAsia="zh-CN"/>
        </w:rPr>
        <w:t>　　4、做好20--上半年各种财务报表及统计报表，并及时送交相关主管部门。</w:t>
      </w:r>
      <w:r>
        <w:rPr>
          <w:lang w:eastAsia="zh-CN"/>
        </w:rPr>
        <w:br/>
      </w:r>
      <w:r>
        <w:rPr>
          <w:lang w:eastAsia="zh-CN"/>
        </w:rPr>
        <w:t>　　二、其他工作</w:t>
      </w:r>
      <w:r>
        <w:rPr>
          <w:lang w:eastAsia="zh-CN"/>
        </w:rPr>
        <w:br/>
      </w:r>
      <w:r>
        <w:rPr>
          <w:lang w:eastAsia="zh-CN"/>
        </w:rPr>
        <w:t>　　1、迎接公司评估，准备所需财务相关材料，及时送交办公室。</w:t>
      </w:r>
      <w:r>
        <w:rPr>
          <w:lang w:eastAsia="zh-CN"/>
        </w:rPr>
        <w:br/>
      </w:r>
      <w:r>
        <w:rPr>
          <w:lang w:eastAsia="zh-CN"/>
        </w:rPr>
        <w:t>　　2、为迎接审计部门对我公司帐务情况的检查工作，做好前期自查自纠工作，对检查中可能出现的问题做好统计，并提交领导审阅。</w:t>
      </w:r>
      <w:r>
        <w:rPr>
          <w:lang w:eastAsia="zh-CN"/>
        </w:rPr>
        <w:br/>
      </w:r>
      <w:r>
        <w:rPr>
          <w:lang w:eastAsia="zh-CN"/>
        </w:rPr>
        <w:t>　　3按照公司部署，做好了社会公益活动及困难职工救济工作。</w:t>
      </w:r>
      <w:r>
        <w:rPr>
          <w:lang w:eastAsia="zh-CN"/>
        </w:rPr>
        <w:br/>
      </w:r>
      <w:r>
        <w:rPr>
          <w:lang w:eastAsia="zh-CN"/>
        </w:rPr>
        <w:t>　　三、在上半年工作中</w:t>
      </w:r>
      <w:r>
        <w:rPr>
          <w:lang w:eastAsia="zh-CN"/>
        </w:rPr>
        <w:br/>
      </w:r>
      <w:r>
        <w:rPr>
          <w:lang w:eastAsia="zh-CN"/>
        </w:rPr>
        <w:t>　　1、严格执行现金管理和结算制度，定期向会计核对现金与帐目，发现现金金额不符，做到及时汇报，及时处理。</w:t>
      </w:r>
      <w:r>
        <w:rPr>
          <w:lang w:eastAsia="zh-CN"/>
        </w:rPr>
        <w:br/>
      </w:r>
      <w:r>
        <w:rPr>
          <w:lang w:eastAsia="zh-CN"/>
        </w:rPr>
        <w:t>　　2、及时收回公司各项收入，开出收据，及时收回现金存入银行，从无坐支现金。</w:t>
      </w:r>
      <w:r>
        <w:rPr>
          <w:lang w:eastAsia="zh-CN"/>
        </w:rPr>
        <w:br/>
      </w:r>
      <w:r>
        <w:rPr>
          <w:lang w:eastAsia="zh-CN"/>
        </w:rPr>
        <w:t>　　3、根据会计提供的依据，及时发放教工工资和其它应发放的经费。</w:t>
      </w:r>
      <w:r>
        <w:rPr>
          <w:lang w:eastAsia="zh-CN"/>
        </w:rPr>
        <w:br/>
      </w:r>
      <w:r>
        <w:rPr>
          <w:lang w:eastAsia="zh-CN"/>
        </w:rPr>
        <w:t>　　4、坚持财务手续，严格审核算(发票上必须有经手人、验收人、审批人签字方可报帐)，对不符手续的发票不付款。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质量技术监督系统治理商业贿赂个人自查情况：</w:t>
      </w:r>
      <w:r>
        <w:rPr>
          <w:lang w:eastAsia="zh-CN"/>
        </w:rPr>
        <w:br/>
      </w:r>
      <w:r>
        <w:rPr>
          <w:lang w:eastAsia="zh-CN"/>
        </w:rPr>
        <w:t>　　根据局里的统一安排和部署，在前一阶段深入学习基础上，我对自己参加工作以来的情况尤其是廉洁自津方面进行了全面的、认真剖析，总的感到，自己能够积极投身到我国的经济建设中去，学习新知识，适应新环境，尽自己最大的努力，发挥自己的光和热。但我们的工作接触面广，人系关系复杂，遇到的诱惑多，如果自己放松了警惕，不注意学习，不加强世界观的改造，时刻都会有一失足成千古恨的危险。现就个人的几点认识和自查情况汇报如下：</w:t>
      </w:r>
      <w:r>
        <w:rPr>
          <w:lang w:eastAsia="zh-CN"/>
        </w:rPr>
        <w:br/>
      </w:r>
      <w:r>
        <w:rPr>
          <w:lang w:eastAsia="zh-CN"/>
        </w:rPr>
        <w:t>　　一、自查自纠</w:t>
      </w:r>
      <w:r>
        <w:rPr>
          <w:lang w:eastAsia="zh-CN"/>
        </w:rPr>
        <w:br/>
      </w:r>
      <w:r>
        <w:rPr>
          <w:lang w:eastAsia="zh-CN"/>
        </w:rPr>
        <w:t>　　认真查找存在的问题及易出问题的环节和苗头。反思自己半年来的工作，在行政执法过程中，没有利用手中权力和执法资源接受或索取贿赂;没有利用手中的权力和影响力参与或干预企事业单位或相对人的经营活动，谋取非法利益;没有滥用行政权力支持企业垄断市场和不正当竞争，从中获得或收取回扣;没有利用给相对人通风报信或私下指点出主意而谋取私利。但容易出问题的苗头或环节还是存在的，比如，有时候有的相对人托关系找到自己的朋友或老领导为之说情等。一旦把握不好就容易出现问题。</w:t>
      </w:r>
      <w:r>
        <w:rPr>
          <w:lang w:eastAsia="zh-CN"/>
        </w:rPr>
        <w:br/>
      </w:r>
      <w:r>
        <w:rPr>
          <w:lang w:eastAsia="zh-CN"/>
        </w:rPr>
        <w:t>　　二、加强学习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树立良好的自身形象。质量技术监督工作，工作面宽，责任重大，面临的诱惑多，没有良好的政治素质和坚定的理想信念，很难胜任本职工作，也很容易出现问题。因此，在今后的工作中，一定要加强学习，坚定理想信念，以孔繁森、任长霞、郑培民等英雄模范人物为榜样，树立正确的人生观、价值观、权力观，深刻吸取一些反面典型的教训，充分认清商业贿赂的严重性和危害性，正确行使法律法规赋予的权力，忠于职守，诚信服务，严守法纪，廉洁从业，为创造良好的、公平的社会主义市场经济秩序作出自己应有的贡献。</w:t>
      </w:r>
      <w:r>
        <w:rPr>
          <w:lang w:eastAsia="zh-CN"/>
        </w:rPr>
        <w:br/>
      </w:r>
      <w:r>
        <w:rPr>
          <w:lang w:eastAsia="zh-CN"/>
        </w:rPr>
        <w:t xml:space="preserve">    2024员工个人上半年工作总结 篇10 </w:t>
      </w:r>
      <w:r>
        <w:rPr>
          <w:lang w:eastAsia="zh-CN"/>
        </w:rPr>
        <w:br/>
      </w:r>
      <w:r>
        <w:rPr>
          <w:lang w:eastAsia="zh-CN"/>
        </w:rPr>
        <w:t>　　回顾这半年来的工作，我在公司领导及各位同事的支持与帮助下，严格要求自己，按照公司的要求，较好地完成了自己的本职工作。通过半年来的学习与工作，工作模式上有了新的突破，工作方式有了较大的改变，现将半年来的工作情况总结。</w:t>
      </w:r>
      <w:r>
        <w:rPr>
          <w:lang w:eastAsia="zh-CN"/>
        </w:rPr>
        <w:br/>
      </w:r>
      <w:r>
        <w:rPr>
          <w:lang w:eastAsia="zh-CN"/>
        </w:rPr>
        <w:t>　　办公室对我来说是一个全新的工作领域。作为办公室的负责人，自己清醒地认识到，办公室是总经理室直接领导下的综合管理机构，是承上启下、沟通内外、协调左右、联系四面八方的枢纽，推动各项工作朝着既定目标前进的中心。办公室的工作千头万绪，在文件起草、提供调研资料、数量都要为决策提供一些有益的资料，数据。有文书处理、档案管理、文件批转、会议安排、迎来送往及用车管理等。面对繁杂琐碎的大量事务性工作，自我强化工作意识，注意加快工作节奏，提高工作效率，冷静办理各项事务，力求周全、准确、适度，避免疏漏和差错，至今基本做到了事事有着落。</w:t>
      </w:r>
      <w:r>
        <w:rPr>
          <w:lang w:eastAsia="zh-CN"/>
        </w:rPr>
        <w:br/>
      </w:r>
      <w:r>
        <w:rPr>
          <w:lang w:eastAsia="zh-CN"/>
        </w:rPr>
        <w:t>　　一、理顺关系，办理公司有关证件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公司成立伊始，各项工作几乎都是从头开始，需要办理相关的手续及证件。我利用自己在部门工作多年，部门熟、人际关系较融洽的优势，积极为公司办理各类证件。通过多方努力，我只用了月余时间，办好了证书、项目立项手续产权证产等。充分发挥综合部门的协调作用。</w:t>
      </w:r>
      <w:r>
        <w:rPr>
          <w:lang w:eastAsia="zh-CN"/>
        </w:rPr>
        <w:br/>
      </w:r>
      <w:r>
        <w:rPr>
          <w:lang w:eastAsia="zh-CN"/>
        </w:rPr>
        <w:t>　　二、及时了解情况，为领导决策提供依据</w:t>
      </w:r>
      <w:r>
        <w:rPr>
          <w:lang w:eastAsia="zh-CN"/>
        </w:rPr>
        <w:br/>
      </w:r>
      <w:r>
        <w:rPr>
          <w:lang w:eastAsia="zh-CN"/>
        </w:rPr>
        <w:t>　　作为企业，土地交付是重中之重。由于的拆迁和我公司开发进度有密切关联，为了早日取得土地，公司成立土地交付工作小组。我作小组成员之一，利用一切有利资源，采取有效措施，到、拆迁办等单位，积极和有关人员交流、沟通，及时将所了解的拆迁信息、工作进度、问题反馈到总经理室，公司领导在最短时间内掌握了及拆迁工作的进展，并在此基础上进一步安排交付工作。</w:t>
      </w:r>
      <w:r>
        <w:rPr>
          <w:lang w:eastAsia="zh-CN"/>
        </w:rPr>
        <w:br/>
      </w:r>
      <w:r>
        <w:rPr>
          <w:lang w:eastAsia="zh-CN"/>
        </w:rPr>
        <w:t>　　三、积极响应公司号召，深入开展市场调研工作</w:t>
      </w:r>
      <w:r>
        <w:rPr>
          <w:lang w:eastAsia="zh-CN"/>
        </w:rPr>
        <w:br/>
      </w:r>
      <w:r>
        <w:rPr>
          <w:lang w:eastAsia="zh-CN"/>
        </w:rPr>
        <w:t>　　根据公司办公会议精神要求，我针对目前房地产的发展情况及房屋租售价格、市场需求、发展趋势等做了详细的市场调查。先后到土地、建设、房管部门详细了解近年房地产开发各项数据指标，走访了一些商业部门如，又到花园、花园、小区调查这些物业的租售情况。就号地块区位优势提出“商业为主、住宅为辅、凸现区位、统筹兼顾”开发个人设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工作，负责办公会议的记录、整理和会议纪要提炼，并负责对会议有关决议的实施。认真做好公司有关文件的收发、登记、分递、文印和督办工作;公司所有的文件、审批表、协议书整理归档入册，做好资料归档工作。配合领导在制订的各项规章制度基础上进一步补充、完善各项规章制度。及时传达贯彻公司有关会议、文件、批示精神。</w:t>
      </w:r>
      <w:r>
        <w:rPr>
          <w:lang w:eastAsia="zh-CN"/>
        </w:rPr>
        <w:br/>
      </w:r>
      <w:r>
        <w:rPr>
          <w:lang w:eastAsia="zh-CN"/>
        </w:rPr>
        <w:t>　　四、落实公司人事、劳资管理工作</w:t>
      </w:r>
      <w:r>
        <w:rPr>
          <w:lang w:eastAsia="zh-CN"/>
        </w:rPr>
        <w:br/>
      </w:r>
      <w:r>
        <w:rPr>
          <w:lang w:eastAsia="zh-CN"/>
        </w:rPr>
        <w:t>　　组织落实公司的劳动、人事、工资管理和员工的考勤控制监督工作，根据人事管理制度与聘用员工签订了劳动合同，按照有关规定，到劳动管理部门办好缴纳社保(养老保险、失业保险、医疗保险)的各项手续。体现公司的规范性，解决员工的后顾之忧;</w:t>
      </w:r>
      <w:r>
        <w:rPr>
          <w:lang w:eastAsia="zh-CN"/>
        </w:rPr>
        <w:br/>
      </w:r>
      <w:r>
        <w:rPr>
          <w:lang w:eastAsia="zh-CN"/>
        </w:rPr>
        <w:t>　　五、切实抓好公司的福利、企业管理的日常工作</w:t>
      </w:r>
      <w:r>
        <w:rPr>
          <w:lang w:eastAsia="zh-CN"/>
        </w:rPr>
        <w:br/>
      </w:r>
      <w:r>
        <w:rPr>
          <w:lang w:eastAsia="zh-CN"/>
        </w:rPr>
        <w:t>　　按照预算审批制度，组织落实公司办公设施、宿舍用品、劳保福利等商品的采购、调配和实物管理工作。办公室装修完毕后，在月份按照审批权限完成了购置办公用品、通讯、复印机、电脑等设备的配置工作。切实做好公司通讯费、招待费、水电费、车辆使用及馈赠品登记手续，严格按照程序核定使用标准;</w:t>
      </w:r>
      <w:r>
        <w:rPr>
          <w:lang w:eastAsia="zh-CN"/>
        </w:rPr>
        <w:br/>
      </w:r>
      <w:r>
        <w:rPr>
          <w:lang w:eastAsia="zh-CN"/>
        </w:rPr>
        <w:t>　　七、做好公司董事会及其他各种会议的后勤服务工作</w:t>
      </w:r>
      <w:r>
        <w:rPr>
          <w:lang w:eastAsia="zh-CN"/>
        </w:rPr>
        <w:br/>
      </w:r>
      <w:r>
        <w:rPr>
          <w:lang w:eastAsia="zh-CN"/>
        </w:rPr>
        <w:t>　　董事会在召开期间，认真做好会场布置、食宿安排工作。落实好各种会议的会前准备、会议资料等工作。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由于感到自己身上的担子很重，而自己的学识、能力和阅历与其任职都有一定的距离，所以总不敢掉以轻心，总在学习，向书本学习、向周围的领导学习，向同事学习，这样下来感觉自己半年来还是有了一定的进步。经过不断学习、不断积累，已具备了办公室工作经验，能够比较从容地处理日常工作中出现的各类问题，在组织管理能力、综合分析能力、协调办事能力和文字言语表达能力等方面，经过半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lang w:eastAsia="zh-CN"/>
        </w:rPr>
        <w:br/>
      </w:r>
      <w:r>
        <w:rPr>
          <w:lang w:eastAsia="zh-CN"/>
        </w:rPr>
        <w:t xml:space="preserve">    2024员工个人上半年工作总结 篇11 </w:t>
      </w:r>
      <w:r>
        <w:rPr>
          <w:lang w:eastAsia="zh-CN"/>
        </w:rPr>
        <w:br/>
      </w:r>
      <w:r>
        <w:rPr>
          <w:lang w:eastAsia="zh-CN"/>
        </w:rPr>
        <w:t>　　轻轻地，春天不留痕迹地走远了;悄悄的，夏天的气息越来越浓，浓的化不开似的。转眼已是如火的六月天了，伴随着炎炎夏日的到来，我们的工作也渐渐进入正轨，虽然任务依然繁重，工作的路上会遇到各种阻力、障碍和不理解，但想到下半年的硕果累累，不禁对未来充满热情和希望。回望过去，上半年的工作即将告一段落，回顾一下这几个月来的工作，不禁心潮澎湃。现将主要日常工作总结如下：</w:t>
      </w:r>
      <w:r>
        <w:rPr>
          <w:lang w:eastAsia="zh-CN"/>
        </w:rPr>
        <w:br/>
      </w:r>
      <w:r>
        <w:rPr>
          <w:lang w:eastAsia="zh-CN"/>
        </w:rPr>
        <w:t>　　一、日常工作</w:t>
      </w:r>
      <w:r>
        <w:rPr>
          <w:lang w:eastAsia="zh-CN"/>
        </w:rPr>
        <w:br/>
      </w:r>
      <w:r>
        <w:rPr>
          <w:lang w:eastAsia="zh-CN"/>
        </w:rPr>
        <w:t>　　1、审核、转和调整了领导谏言献策，努力使应付账款的支出具有限度的合理性。</w:t>
      </w:r>
      <w:r>
        <w:rPr>
          <w:lang w:eastAsia="zh-CN"/>
        </w:rPr>
        <w:br/>
      </w:r>
      <w:r>
        <w:rPr>
          <w:lang w:eastAsia="zh-CN"/>
        </w:rPr>
        <w:t>　　4、积极参与每月工资方案的制定和调整，根据工资方案，准确编制工资表并组织财务人员及时发放，对部分员工的疑惑进行了耐心解释。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5、指导并组织了财务和车间核算员对车间生产成本的合理核算和完善工作。值得一提的是，由于以前对生产成本核算的不合理性及管理的极大漏洞，我们首先协调各有关部门规范管理程序，完善车间信息收集报送制度，合理核算本期产成品的产品价值，根据不同的费用分配率和利润率进行合理调整并及时录入软件系统。</w:t>
      </w:r>
      <w:r>
        <w:rPr>
          <w:lang w:eastAsia="zh-CN"/>
        </w:rPr>
        <w:br/>
      </w:r>
      <w:r>
        <w:rPr>
          <w:lang w:eastAsia="zh-CN"/>
        </w:rPr>
        <w:t>　　二、下半年设想</w:t>
      </w:r>
      <w:r>
        <w:rPr>
          <w:lang w:eastAsia="zh-CN"/>
        </w:rPr>
        <w:br/>
      </w:r>
      <w:r>
        <w:rPr>
          <w:lang w:eastAsia="zh-CN"/>
        </w:rPr>
        <w:t>　　1、协调有关部门，制定物料收发，产成品管理细则，完善储运部组织机能，细化各员工工作职责，各项工作内容具体落实到人，定时定量完成任务，提高部门工作质量要求，杜绝造成有些事做完之后没有人整理记录，甚至出现问题没有人承担责任的现象。</w:t>
      </w:r>
      <w:r>
        <w:rPr>
          <w:lang w:eastAsia="zh-CN"/>
        </w:rPr>
        <w:br/>
      </w:r>
      <w:r>
        <w:rPr>
          <w:lang w:eastAsia="zh-CN"/>
        </w:rPr>
        <w:t>　　2、加强存货的管理工作，督促储运部管理好企业各类库存材料，努力做好产成品的帐、卡、物的相符工作，每月不定时的检查仓库库存的合理性和正确性。</w:t>
      </w:r>
      <w:r>
        <w:rPr>
          <w:lang w:eastAsia="zh-CN"/>
        </w:rPr>
        <w:br/>
      </w:r>
      <w:r>
        <w:rPr>
          <w:lang w:eastAsia="zh-CN"/>
        </w:rPr>
        <w:t>　　3、进一步加强产品成本的核算工作，积极推进会计标准化工作，努力形成从基础核算到日常流程进行细则的规定并形成统一标准。</w:t>
      </w:r>
      <w:r>
        <w:rPr>
          <w:lang w:eastAsia="zh-CN"/>
        </w:rPr>
        <w:br/>
      </w:r>
      <w:r>
        <w:rPr>
          <w:lang w:eastAsia="zh-CN"/>
        </w:rPr>
        <w:t>　　4、积极推进会计电算化建设。在原有软件的基础上，我们同软件开发方多次沟通，决定在软件数据初始化时要建立规范的帐套体系，对会计科目，核算项目，费用项目的设置上均按照《新企业会计准则》的规定进行设置，争取在8月底完成软件的调试运行(只是在有条件的部门进行，对于主管领导不配合的部门此项工作则无法进行)。一旦软件运行状态良好，即可实现财务对物料的适时监控，并可大大提高数据的查询功能，从而提高工作效率。</w:t>
      </w:r>
      <w:r>
        <w:rPr>
          <w:lang w:eastAsia="zh-CN"/>
        </w:rPr>
        <w:br/>
      </w:r>
      <w:r>
        <w:rPr>
          <w:lang w:eastAsia="zh-CN"/>
        </w:rPr>
        <w:t>　　5、协调和规范有关部门各类报表的上报工作，进一步明确报表的名称、上报时间、报送对象、责任人，并保证报表的及时性和准确性，为企业领导决策提供有用的信息。</w:t>
      </w:r>
      <w:r>
        <w:rPr>
          <w:lang w:eastAsia="zh-CN"/>
        </w:rPr>
        <w:br/>
      </w:r>
      <w:r>
        <w:rPr>
          <w:lang w:eastAsia="zh-CN"/>
        </w:rPr>
        <w:t>　　三、一点想法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们财务工作，虽然平时工作能够相互沟通，相互促进，相互进步，但很多的工作都存在拖沓、扯皮和越位的现象，长期存在着工作的责、权方面不明确的问题。协调不畅或沟通不畅都会存在工作方向上大小不一致，久而久之双方会在思路和工作目标上产生很大的分歧，颇有些积重难返的感觉，对一些问题的把控上也会对财务工作带来负面影响，这样财务部工作就会很被动，所以建立一种责权明确、工作程序清晰的制度，是协调工作的重中之重。如果有一种制度能够约住任何人，我们之间也就没有什么了。</w:t>
      </w:r>
      <w:r>
        <w:rPr>
          <w:lang w:eastAsia="zh-CN"/>
        </w:rPr>
        <w:br/>
      </w:r>
      <w:r>
        <w:rPr>
          <w:lang w:eastAsia="zh-CN"/>
        </w:rPr>
        <w:t>　　上半年的工作虽然取得了一定的`成绩，但仍然存在着这样和那样的缺点，仍然存在着许多应做而没做，应做好而没做好的工作。我一定会戒骄戒躁，扬长避短，积极总经验教训，将工作完成的更好更出色。我深深知道，作为财务主要人员，在企业加强财务管理，规范经济行为等方面还应尽更大的义务与责任。以后的工作虽然千头万绪并存在许多困难障碍和不理解，但我只要随时保持清醒的头脑，用心想事，用心谋事，用心干事，努力拼搏，我想再大的困难，也是可以迎刃而解的。</w:t>
      </w:r>
      <w:r>
        <w:rPr>
          <w:lang w:eastAsia="zh-CN"/>
        </w:rPr>
        <w:br/>
      </w:r>
      <w:r>
        <w:rPr>
          <w:lang w:eastAsia="zh-CN"/>
        </w:rPr>
        <w:t xml:space="preserve">    2024员工个人上半年工作总结 篇12 </w:t>
      </w:r>
      <w:r>
        <w:rPr>
          <w:lang w:eastAsia="zh-CN"/>
        </w:rPr>
        <w:br/>
      </w:r>
      <w:r>
        <w:rPr>
          <w:lang w:eastAsia="zh-CN"/>
        </w:rPr>
        <w:t>　　忙碌的20__年上半年即将过去。回首客务部半年来的工作，感慨颇深。这半年来客服部在企业各级领导的关心和支持下、在客服部全体人员的积极努力配合下、在发现、解决、总结中逐渐成熟，并且取得了一定的成绩。</w:t>
      </w:r>
      <w:r>
        <w:rPr>
          <w:lang w:eastAsia="zh-CN"/>
        </w:rPr>
        <w:br/>
      </w:r>
      <w:r>
        <w:rPr>
          <w:lang w:eastAsia="zh-CN"/>
        </w:rPr>
        <w:t>　　一、提高服务质量，规范前台服务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自__年我部门提出“首问负责制”的工作方针后，20__年是全面落实该方针的半年。在日常工作中无论遇到任何问题，我们都能作到各项工作不推诿，负责到底。不管是否属于本岗位的事宜都要跟踪落实，保证企业各项工作的连惯性，使工作在一个良性的状态下进行，大大提高了我们的工作效率和服务质量。根据记录统计，今年前台的电话接听量达26000余次，接待报修10300余次，其中接待业主日常报修7000余次，公共报修3300余次;日平均电话接听量高达70余次，日平均接待来访30余次，回访平均每日20余次。</w:t>
      </w:r>
      <w:r>
        <w:rPr>
          <w:lang w:eastAsia="zh-CN"/>
        </w:rPr>
        <w:br/>
      </w:r>
      <w:r>
        <w:rPr>
          <w:lang w:eastAsia="zh-CN"/>
        </w:rPr>
        <w:t>　　在“首问负责制”方针落实的同时，我们在7月份对前台进行培训。主要针对《前台服务规范》、《前台服务规范用语》、《仪态礼仪》、《谈吐礼仪》、《送客礼仪》、《接听礼仪》、〈举止行为〉、〈前台办理业务规范用语〉等进行培训。培训后还进行了笔试和日检查的形式进行考核，而且每周在前台提出一个服务口号，如“微笑、问候、规范”等。我们根据平时成绩到月底进行奖惩，使前台的服务有了较大的提高，得到了广大业主的认可。</w:t>
      </w:r>
      <w:r>
        <w:rPr>
          <w:lang w:eastAsia="zh-CN"/>
        </w:rPr>
        <w:br/>
      </w:r>
      <w:r>
        <w:rPr>
          <w:lang w:eastAsia="zh-CN"/>
        </w:rPr>
        <w:t>　　二、规范服务流程，物业管理走向专业化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随着新《物业管理条例》的颁布和实施，以及其它相关法律、法规的日益健全，人们对物业企业的要求也越来越高。物业管理已不再满足于走在边缘的现状，而是朝着专业化、程序化和规范化的方向迈进。在对园区的日常管理中，我们严格控制、加强巡视，发现园区内违章的操作和装修，我们从管理服务角度出发，善意劝导，及时制止，并且同企业的法律顾问多沟通，制定了相应的整改措施，如私搭乱建小阁楼、安外置阳台罩的，一经发现我们马上下整改通知书，责令其立即整改。</w:t>
      </w:r>
      <w:r>
        <w:rPr>
          <w:lang w:eastAsia="zh-CN"/>
        </w:rPr>
        <w:br/>
      </w:r>
      <w:r>
        <w:rPr>
          <w:lang w:eastAsia="zh-CN"/>
        </w:rPr>
        <w:t>　　三、改变职能、建立提成制</w:t>
      </w:r>
      <w:r>
        <w:rPr>
          <w:lang w:eastAsia="zh-CN"/>
        </w:rPr>
        <w:br/>
      </w:r>
      <w:r>
        <w:rPr>
          <w:lang w:eastAsia="zh-CN"/>
        </w:rPr>
        <w:t>　　以往客服部对收费工作不够重视，没设专职收费人员，由楼宇管理员兼职收费，而且只在周六、日才收，造成楼宇管理员把巡视放在第一位，收费放在第二位，这样楼宇管理员没有压力，收多收少都一样，甚至收与不收一个样，严重影响了收费率。所以，从本年度第二季度开始我们开始改革，取消楼宇管理员，设立专职收费员，将工资与收费率直接挂钩，建立激励机制，将不适应改革的楼宇管理员辞退。招聘专职收费员，通过改革证明是有效的。一期收费率从55%提高到58%;二期从60%提升到70%;三期从30%提升到40%。</w:t>
      </w:r>
      <w:r>
        <w:rPr>
          <w:lang w:eastAsia="zh-CN"/>
        </w:rPr>
        <w:br/>
      </w:r>
      <w:r>
        <w:rPr>
          <w:lang w:eastAsia="zh-CN"/>
        </w:rPr>
        <w:t>　　四、加强培训、提高业务水平</w:t>
      </w:r>
      <w:r>
        <w:rPr>
          <w:lang w:eastAsia="zh-CN"/>
        </w:rPr>
        <w:br/>
      </w:r>
      <w:r>
        <w:rPr>
          <w:lang w:eastAsia="zh-CN"/>
        </w:rPr>
        <w:t>　　物业管理行业是一个法制不健全的行业，而且涉及范围广，专业知识对于搞物业管理者来说很重要。但物业管理理论尚不成熟，实践中缺乏经验。市场环境逐步形成，步入正轨还需一段很长的时间。这些客观条件都决定了我们从业人员需不断地学习，学习该行业的法律法规及动态，对于搞好我们的工作是很有益处的。客服部是与业主打交道最直接最频繁的部门，员工的素质高低代表着企业的形象，所以我们一直不断地搞好员工培训、提高我们的整体服务水平，我们培训的主要内容有：</w:t>
      </w:r>
      <w:r>
        <w:rPr>
          <w:lang w:eastAsia="zh-CN"/>
        </w:rPr>
        <w:br/>
      </w:r>
      <w:r>
        <w:rPr>
          <w:lang w:eastAsia="zh-CN"/>
        </w:rPr>
        <w:t>　　(一)搞好礼仪培训、规范仪容仪表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良好的形象给人以赏心悦悦目的感觉，物业管理首先是一个服务行业，接待业主来访，我们做到热情周到、微笑服务、态度和蔼、这样即使业主带着情绪来，我们的周到服务也会让其消减一些，以使我们解决业主的问题这方面，陈经理专门给全部门员工做专业性的培训，完全是酒店式服务规范来要求员工。如前台接电话人员，必须在铃响三声之内接起电话，第一句话先报家门“您好”，天元物业_号_人为您服务”。前台服务人员必须站立服务，无论是企业领导不是业主从前台经过时要说“你好”，这样，即提升了客务部的形象，在一定程度也提升了整个物业企业的形象，更突出了物业企业的服务性质。</w:t>
      </w:r>
      <w:r>
        <w:rPr>
          <w:lang w:eastAsia="zh-CN"/>
        </w:rPr>
        <w:br/>
      </w:r>
      <w:r>
        <w:rPr>
          <w:lang w:eastAsia="zh-CN"/>
        </w:rPr>
        <w:t>　　(二)搞好专业知识培训、提高专业技能</w:t>
      </w:r>
      <w:r>
        <w:rPr>
          <w:lang w:eastAsia="zh-CN"/>
        </w:rPr>
        <w:br/>
      </w:r>
      <w:r>
        <w:rPr>
          <w:lang w:eastAsia="zh-CN"/>
        </w:rPr>
        <w:t>　　除了礼仪培训以外，专业知识的培训是主要的。我们定期给员工做这方面的培训。主要是结合《物业管理条例》、《物业管理企业收费管理办法》等污染法规、学习相关法律知识，从法律上解决实际当中遇到的问题，我们还邀请工程部师傅给给我们讲解有关工程维修方面的知识，如业主报修，我们应能分清报修位置、基本处理方法、师傅应带什么工具去、各部分工程质量保修期限是多少，是有清楚了这些问题，才能给业主宣传、讲。让业主清楚明白物业管理不是永远保修的，也不是交了物业管理费我们企业就什么都负责的，我们会拿一些经典案例，大家共同探讨、分析、学习，发生纠纷物业企业空间承担多大的责任等。都需要我们在工作中不断学习、不断积累经验。</w:t>
      </w:r>
      <w:r>
        <w:rPr>
          <w:lang w:eastAsia="zh-CN"/>
        </w:rPr>
        <w:br/>
      </w:r>
      <w:r>
        <w:rPr>
          <w:lang w:eastAsia="zh-CN"/>
        </w:rPr>
        <w:t>　　五、组织活动、丰富社区文化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物业管理最需要体现人性化的管理，开展形式多样、丰富有趣的社区文化活动，是物业企业与业主交流沟通的桥梁。物业企业在往年也组织了大量的社区文化活动，如一些晚会、游园活动，短途的旅游及各类棋类比赛等。得到了全体业主的认可，但是结合现在物业的实际运营情况，0。3元/平方米标准的物业费连日常的管理开支都保证不了，更何况组织这些活动要花费相当大的一笔费用，在这种情况下，我们要克服困难、广开思路、多想办法，合理利用园区的资源有偿收费开展活动。</w:t>
      </w:r>
      <w:r>
        <w:rPr>
          <w:lang w:eastAsia="zh-CN"/>
        </w:rPr>
        <w:br/>
      </w:r>
      <w:r>
        <w:rPr>
          <w:lang w:eastAsia="zh-CN"/>
        </w:rPr>
        <w:t>　　我们结合实际情况，联系了一些电器城、健身器材中心、迎利来蛋糕店、婴儿早教中心等单位在园区内搞活动，这些企业提负责供完整的一台节目，园区业主共同参与，寓乐其中，经销商们不仅发放了礼品，而且物业企业还收取了一定的费用来弥补物业费的不足，</w:t>
      </w:r>
      <w:r>
        <w:rPr>
          <w:lang w:eastAsia="zh-CN"/>
        </w:rPr>
        <w:br/>
      </w:r>
      <w:r>
        <w:rPr>
          <w:lang w:eastAsia="zh-CN"/>
        </w:rPr>
        <w:t>　　通过一次次的活动，体现了__小区人性化的物业管理，同时也增进了物业企业与业主之间的沟通与交流，并为企业增加一笔收入，据统计自20__年3月以来以园区内开展活动形式收取现金及实物共计约13850元。</w:t>
      </w:r>
      <w:r>
        <w:rPr>
          <w:lang w:eastAsia="zh-CN"/>
        </w:rPr>
        <w:br/>
      </w:r>
      <w:r>
        <w:rPr>
          <w:lang w:eastAsia="zh-CN"/>
        </w:rPr>
        <w:t>　　六、清查二期未安装的水表，追缴经济损失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本年度客服部一直配合工程部对二期未安装水表的住户进行调查，据资料统计大约有近50家住户没安水表，从入住以来一直未交过水费。我们必须抓紧时间将表安装上，并尽力追回费用。而且在安装的过程中我们又发现了新的问题，许多卡式水表需换新的电池，面临这种情况我部抽调出专门人员负责这九栋楼宇的筛查和收取水费的工作。在与工程部的共同配合下目前为止我们已安装了36户水表，并且追缴了费用。</w:t>
      </w:r>
      <w:r>
        <w:rPr>
          <w:lang w:eastAsia="zh-CN"/>
        </w:rPr>
        <w:br/>
      </w:r>
      <w:r>
        <w:rPr>
          <w:lang w:eastAsia="zh-CN"/>
        </w:rPr>
        <w:t>　　七、执行新自来水的水费收费标准，及时调整水价。</w:t>
      </w:r>
      <w:r>
        <w:rPr>
          <w:lang w:eastAsia="zh-CN"/>
        </w:rPr>
        <w:br/>
      </w:r>
      <w:r>
        <w:rPr>
          <w:lang w:eastAsia="zh-CN"/>
        </w:rPr>
        <w:t>　　在今年7月份全市自来水进行统一价格调整，园区内20__多住户，我们必须在6月底前挨家挨户将水费结清，便于7月份水费上调的顺利过度。针对这一情况。时间紧任务重。我们及时调整班次，将人员划分范围，客服部全体人员停休，加班加点全员入户收水费。通过大家的共同努力，在不到一个月的时间内我们尽了努力完成了这一任务。使7月份的水价平稳的由2。0元/吨上调到2。8元/吨。于此同时我们对于那些从未收过水费的住户也基本上走完一遍，共查出漏户约50户，共计追缴费用约2454。7元。就此问题我部提出要求水费以后按月收取，取代以前一个季度才收一次的规定，减少工作失误，细查到位每一户。</w:t>
      </w:r>
      <w:r>
        <w:rPr>
          <w:lang w:eastAsia="zh-CN"/>
        </w:rPr>
        <w:br/>
      </w:r>
      <w:r>
        <w:rPr>
          <w:lang w:eastAsia="zh-CN"/>
        </w:rPr>
        <w:t>　　八、不辞辛苦，入户进行满意度调查</w:t>
      </w:r>
      <w:r>
        <w:rPr>
          <w:lang w:eastAsia="zh-CN"/>
        </w:rPr>
        <w:br/>
      </w:r>
      <w:r>
        <w:rPr>
          <w:lang w:eastAsia="zh-CN"/>
        </w:rPr>
        <w:t>　　根据计划安排，20__年11月开始进行满意度调查工作，我们采取让收费员收费的同时进行此项调查工作，同时重新登记业主的联系电话，我们会将业主的最新联系电话重新输入业主资料中。据统计至今为止已发放1610份，返回1600份，回收率为62%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__年下半年，随着我们服务质量的不断提高，小区配套设施的逐步完善__物业企业将会向着更高、更强的目标迈进，客服部全体员工也将会一如既往的保持高涨的工作热情，以更饱满的精神去迎接下半年，共同努力为__物业企业谱写崭新辉煌的一页!</w:t>
      </w:r>
      <w:r>
        <w:rPr>
          <w:lang w:eastAsia="zh-CN"/>
        </w:rPr>
        <w:br/>
      </w:r>
      <w:r>
        <w:rPr>
          <w:lang w:eastAsia="zh-CN"/>
        </w:rPr>
        <w:t xml:space="preserve">    2024员工个人上半年工作总结 篇13 </w:t>
      </w:r>
      <w:r>
        <w:rPr>
          <w:lang w:eastAsia="zh-CN"/>
        </w:rPr>
        <w:br/>
      </w:r>
      <w:r>
        <w:rPr>
          <w:lang w:eastAsia="zh-CN"/>
        </w:rPr>
        <w:t>　　我叫，于20__年度开始担任我__公司一职位至今已有20__年，日常的主要工作资料是负责我__公司日常的记账，与审核报销单据等工作。作为公司的一名财务负责人员，我深知自身工作的重要性，与岗位职责重大性。作为一名财务部门副部长，我必须树立坚实的党政意识思想，树立正确的世界观，人生观，与价值观，建设正确的利益观念与权力意识。所以，我在工作中不断地锻炼自身的各方面本事，努力学习提升自身的各方面素质，在工作中我时刻严格要求自我的各项工作细节，建设完善的工作作风，较好地完成了公司部署的各项工作任务，为我__公司供给最高的财务效益。现将我在__公司工作的20__年上半年作出如下总结汇报。</w:t>
      </w:r>
      <w:r>
        <w:rPr>
          <w:lang w:eastAsia="zh-CN"/>
        </w:rPr>
        <w:br/>
      </w:r>
      <w:r>
        <w:rPr>
          <w:lang w:eastAsia="zh-CN"/>
        </w:rPr>
        <w:t>　　一、深化学习建设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我__公司工作期间，我时刻注意自身的素质建设，不断深化加强自身在各方面财务工作的技术技能，强化自身的财务方面知识，并且不断坚持学习党的新政策，新思路，提高自身的党性性质，力实加深自身的道德修养建设。在__公司工作的20__年度，我经过公司所安排部署的各项工作任务，学习和建设自身的各方面技能。我始终坚持将党政思想学习，与财务理论学习放于工作首位。进取参加公司组织的各项学习工作与各种形式的学习活动，并在工作之余也不断的提高自我的理论学习水平，利用全新的知识理论来充实自我的头脑，提高自身的思想觉悟，进一步加强自身的职责意识建设，提高自身的工作效益。并将所学到的各项理论知识运用到自身的工作岗位之中，并努力做到结合工作实际，将思想政治学习与忠诚企业，寸近期也财务发展实际相结合。</w:t>
      </w:r>
      <w:r>
        <w:rPr>
          <w:lang w:eastAsia="zh-CN"/>
        </w:rPr>
        <w:br/>
      </w:r>
      <w:r>
        <w:rPr>
          <w:lang w:eastAsia="zh-CN"/>
        </w:rPr>
        <w:t>　　二、工作建设情景</w:t>
      </w:r>
      <w:r>
        <w:rPr>
          <w:lang w:eastAsia="zh-CN"/>
        </w:rPr>
        <w:br/>
      </w:r>
      <w:r>
        <w:rPr>
          <w:lang w:eastAsia="zh-CN"/>
        </w:rPr>
        <w:t>　　在我__公司20__年度的工作中，我全身心的投入我公司财务部门的工作任务之重，配合各个领导以及上级部门的指导，严格遵循公司相关与财务部门的各项条例制度，认真履行自身的各项工作职责。在上级领导的正确领导下，我将工作的建设在规范，严格，仔细的基础上，力实于完善的做好各项财务工作，履行财务副部长的工作职能。</w:t>
      </w:r>
      <w:r>
        <w:rPr>
          <w:lang w:eastAsia="zh-CN"/>
        </w:rPr>
        <w:br/>
      </w:r>
      <w:r>
        <w:rPr>
          <w:lang w:eastAsia="zh-CN"/>
        </w:rPr>
        <w:t>　　（一）重视工作基础。在实际的财务工作之中，我十分重视会计基础工作规范，进取辅助我财务部长做好各项财务管理制度的落实工作，加强公司日常的会计核算与财务管理工作。在工作中，我不断加强自身的财务会计基础工作，并全面建设审核岗位工作，严格检查各项财务记录的正确，以及准确性，要求我财务部各相关人员定期做好各项财务清理工作，并将财务清理工作当做一项日常工作来执行，并严格要求各个财务部门人员的职责意识，加强职责分配式管理，落实各项职责制度，确保财务工作的有效运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二）强工作力度。在财务工作中，我严格按照我__公司的财务管理制度，管理我财务部的运营工作，在工作中，我着重加强公司的资金流动管理，严格审核和保管各项收款，付款报销单据，确保我__公司的财务资金安全，合理控制资金的流入与流出。并在此同时，认真对各项收入，与支出单据作出严格的审核，对照查看单据记录，检查库存资金的详细存入，流出记录，从而对各项收据进行严格的审查与报销，确保我公司各项资金的准确流动，保证我公司资金无分毫之差。并且，我还认真对公司的每一笔项目记录进行细心而又仔细的记账工作，保障记账清晰，资金活动清除明了，在记账后还对各项记账数据以及会计科目进行审查，确保记账的准确性，做好各项本职工作职责。</w:t>
      </w:r>
      <w:r>
        <w:rPr>
          <w:lang w:eastAsia="zh-CN"/>
        </w:rPr>
        <w:br/>
      </w:r>
      <w:r>
        <w:rPr>
          <w:lang w:eastAsia="zh-CN"/>
        </w:rPr>
        <w:t>　　（三）强化政策。在强化我财务部门以及我自身的工作力度的同时，我还进取关注国家的各项财税政策变化情景，及时学习国家的新型财税政策，认真整改完善我公司财务部门的各项财务规章制度，使得我公司的各项财务工作贴合国家的相关财税政策规定。</w:t>
      </w:r>
      <w:r>
        <w:rPr>
          <w:lang w:eastAsia="zh-CN"/>
        </w:rPr>
        <w:br/>
      </w:r>
      <w:r>
        <w:rPr>
          <w:lang w:eastAsia="zh-CN"/>
        </w:rPr>
        <w:t>　　（四）坚持本职工作。为坚持实行我财务副部长职位的本职工作，我进取协助我部门领导以及其他部门领导人员，开展各项工作任务。在工作期间我任劳任怨，不畏艰辛，不计较个人得失，将我__公司的利益建设作为我的终身工作目标。由于我财务部的工作性质，每当公司有资金财务方面的项目工作发生时，我部门就开始了繁忙的工作进程，在公司盈利期间，我公司财务项目繁多，资金相关流动复杂。因而，我部门的各项工作任务也较为繁重，作为我财务部门的领导人员，我更是承担着极其重要的工作职责，为做好各项财务工作，完成好公司安排的各项财务任务，我坚定克服各种困难，采取多种方法和措施，解决在此期间任务重，任务杂的问题，切实的为公司的财务利益流通做出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五）是坚定工作原则。在我从事财务部副部长职位的20__年中，我一向坚定清正廉洁的工作准则，坚持自身的工作原则。坚决反对挥霍收礼等腐败行为，建设完善自身的工作作风。虽然在财务副部长这一职位上，我承受着方方面面的压力，官位的全力与接触利益也充满着极大的诱惑力，可是我始终坚定自身的工作准则，绝不打破自身的工作原则，我进取以共产党员的高标准，高党性要求自我执行每一项工作，实际维护，保障公司的利益基础，为公司的本质效益供给坚实保障。</w:t>
      </w:r>
      <w:r>
        <w:rPr>
          <w:lang w:eastAsia="zh-CN"/>
        </w:rPr>
        <w:br/>
      </w:r>
      <w:r>
        <w:rPr>
          <w:lang w:eastAsia="zh-CN"/>
        </w:rPr>
        <w:t>　　回顾20__年上半年，我公司的财务效益的到了显著的提高。对此，我感慨万千，这一提升是对我工作成绩的突出体现。虽然在我的努力工作与辅助下，我部门的各项工作任务完成情景较好，但却仍存在有差距与不足。在未来的工作中，我将总结本年度的工作经验，切实改善工作措施，争取未来的各项工作都能够获取更大的成效。</w:t>
      </w:r>
      <w:r>
        <w:rPr>
          <w:lang w:eastAsia="zh-CN"/>
        </w:rPr>
        <w:br/>
      </w:r>
      <w:r>
        <w:rPr>
          <w:lang w:eastAsia="zh-CN"/>
        </w:rPr>
        <w:t xml:space="preserve">    2024员工个人上半年工作总结 篇14 </w:t>
      </w:r>
      <w:r>
        <w:rPr>
          <w:lang w:eastAsia="zh-CN"/>
        </w:rPr>
        <w:br/>
      </w:r>
      <w:r>
        <w:rPr>
          <w:lang w:eastAsia="zh-CN"/>
        </w:rPr>
        <w:t>　　由于工作的需要，在今年2月份，我被调入从事站务工作。转眼间，又来到了工作总结之际，回顾这几个月来的工作，不禁感叹，时间过的好快啊，似乎从严寒的冬天一下子来到了炎烈的夏天，不知不觉我们又工作了半年。回顾这半年的时间让我感到自己进步了很多，也学到了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首先，让我很骄傲的是，我已经完全适应了室外环境的高速分站。不管是寒冷的冬天，还是烈日炎炎的夏天，我都能够坚持下来，条件虽差，但是我们团结快乐的工作，这一天我们是快乐的。</w:t>
      </w:r>
      <w:r>
        <w:rPr>
          <w:lang w:eastAsia="zh-CN"/>
        </w:rPr>
        <w:br/>
      </w:r>
      <w:r>
        <w:rPr>
          <w:lang w:eastAsia="zh-CN"/>
        </w:rPr>
        <w:t>　　在工作上，经过这半年，不管分站还是高速，在同事的帮助下，也能够独挡一面，担任一份角色。不管是检票还是卖票都能应付自如。看似简单的高速工作，其实要我们看、学、记的东西很多都需要技巧与耐心。如，在高速上有的旅客自以为是的以为躲过我们就能赚到便宜，所以跑到我们所看不到的地方偷偷上车。我现在都能练到眼疾腿快，以百米冲刺的速度追上去，收过钱，这时候的心里高兴极了，有的时候，真的以为自己干的很好，心里有一种满足感。但是与别人一比，才知道自己的相差甚远。比如王宏勋，他们都是这样评价他：和王宏勋一起干活太省心了，他知道这个车是哪的，一看车颜色就知道是几点路过哪的。然后直接收钱过来。他才上来几个月啊。这一句太省心，把我的自我满足彻底击毁，还是虚谦一点，好好向他学习吧。</w:t>
      </w:r>
      <w:r>
        <w:rPr>
          <w:lang w:eastAsia="zh-CN"/>
        </w:rPr>
        <w:br/>
      </w:r>
      <w:r>
        <w:rPr>
          <w:lang w:eastAsia="zh-CN"/>
        </w:rPr>
        <w:t>　　在与同事相处中，我们都能够团结协作，互帮互助，遇到事情总是一起商量解决，能够大事化小，小事化了。工作中有成长有进步，也暴露了缺点与不足，偶尔也有犯错的时候。这时候同事的帮助与领导的信任，让我更有动力，在这大家庭中，更让我感到没有理由不好好干。</w:t>
      </w:r>
      <w:r>
        <w:rPr>
          <w:lang w:eastAsia="zh-CN"/>
        </w:rPr>
        <w:br/>
      </w:r>
      <w:r>
        <w:rPr>
          <w:lang w:eastAsia="zh-CN"/>
        </w:rPr>
        <w:t>　　在领导的培养与同事的帮助下，我在茁壮成长。希望自己在今后的工作中，不断总结经验，加强个人修养努力学习提高工作能力，扬长避短，分发工作，发挥年轻的优势，把工作做得更好!</w:t>
      </w:r>
      <w:r>
        <w:rPr>
          <w:lang w:eastAsia="zh-CN"/>
        </w:rPr>
        <w:br/>
      </w:r>
      <w:r>
        <w:rPr>
          <w:lang w:eastAsia="zh-CN"/>
        </w:rPr>
        <w:t xml:space="preserve">    2024员工个人上半年工作总结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时间过得飞快，转眼我已经在公司任职半年了，这半年的时间里，我付出的经历不少，收获也不少，现将这一年的工作做个总结。</w:t>
      </w:r>
      <w:r>
        <w:rPr>
          <w:lang w:eastAsia="zh-CN"/>
        </w:rPr>
        <w:br/>
      </w:r>
      <w:r>
        <w:rPr>
          <w:lang w:eastAsia="zh-CN"/>
        </w:rPr>
        <w:t>　　一、工作中的体会以及成长</w:t>
      </w:r>
      <w:r>
        <w:rPr>
          <w:lang w:eastAsia="zh-CN"/>
        </w:rPr>
        <w:br/>
      </w:r>
      <w:r>
        <w:rPr>
          <w:lang w:eastAsia="zh-CN"/>
        </w:rPr>
        <w:t>　　1、能够较好地完成上级安排的任务。认真遵守公司的各项规章制度，严格约束自己。</w:t>
      </w:r>
      <w:r>
        <w:rPr>
          <w:lang w:eastAsia="zh-CN"/>
        </w:rPr>
        <w:br/>
      </w:r>
      <w:r>
        <w:rPr>
          <w:lang w:eastAsia="zh-CN"/>
        </w:rPr>
        <w:t>　　2、用心做事，能够较好地完成本职工作。把客户遇到的问题当做自己的问题来解决，尽力为客户解决所遇到的问题，对来访的客人以礼相待，热情，耐心地帮助他们。</w:t>
      </w:r>
      <w:r>
        <w:rPr>
          <w:lang w:eastAsia="zh-CN"/>
        </w:rPr>
        <w:br/>
      </w:r>
      <w:r>
        <w:rPr>
          <w:lang w:eastAsia="zh-CN"/>
        </w:rPr>
        <w:t>　　3、努力学习相关知识，初到公司时，我对房地产开发行业了解不多，通过一些基本工作，例如：一些数据统计、合同的备案、文件归档等等，我对房地产开发有了一定的了解与认识。</w:t>
      </w:r>
      <w:r>
        <w:rPr>
          <w:lang w:eastAsia="zh-CN"/>
        </w:rPr>
        <w:br/>
      </w:r>
      <w:r>
        <w:rPr>
          <w:lang w:eastAsia="zh-CN"/>
        </w:rPr>
        <w:t>　　4、态度与责任，身处什么样的岗位，就应该承担什么样的责任，有了正确的态度，才能运用正确的方法，找到正确的方向，进而取得正确的结果。具体而言，我对工作的态度就是既然担起来了，就要尽自己最大的努力去完成。</w:t>
      </w:r>
      <w:r>
        <w:rPr>
          <w:lang w:eastAsia="zh-CN"/>
        </w:rPr>
        <w:br/>
      </w:r>
      <w:r>
        <w:rPr>
          <w:lang w:eastAsia="zh-CN"/>
        </w:rPr>
        <w:t>　　5、在各位领导指导下、同事的帮助下，我在不停的完善，把事情条理化，规范化，这也是一种态度，诚然，这也是一种责任。</w:t>
      </w:r>
      <w:r>
        <w:rPr>
          <w:lang w:eastAsia="zh-CN"/>
        </w:rPr>
        <w:br/>
      </w:r>
      <w:r>
        <w:rPr>
          <w:lang w:eastAsia="zh-CN"/>
        </w:rPr>
        <w:t>　　6、在日常工作中，必须踏踏实实、认认真真、扎实的做事，不以事小而马虎，不以事多而敷衍，真正将每件事情都当作一件作品来对待，只有这样才能有好的工作成果。</w:t>
      </w:r>
      <w:r>
        <w:rPr>
          <w:lang w:eastAsia="zh-CN"/>
        </w:rPr>
        <w:br/>
      </w:r>
      <w:r>
        <w:rPr>
          <w:lang w:eastAsia="zh-CN"/>
        </w:rPr>
        <w:t>　　二、今后我将努力做到以下几点，希望领导和同事们对我进行监督指导</w:t>
      </w:r>
      <w:r>
        <w:rPr>
          <w:lang w:eastAsia="zh-CN"/>
        </w:rPr>
        <w:br/>
      </w:r>
    </w:p>
    <w:p w:rsidR="001B1F19" w14:textId="27C3F48A">
      <w:pPr>
        <w:rPr>
          <w:rFonts w:hint="eastAsia"/>
          <w:lang w:eastAsia="zh-CN"/>
        </w:rPr>
      </w:pPr>
      <w:r>
        <w:rPr>
          <w:lang w:eastAsia="zh-CN"/>
        </w:rPr>
        <w:t>　　1、不断加强专业知识学习，向身边的同事学习，积累工作经验，逐步提高自己的理论水平和业务能力。从工作中总结，提高效率，提高工作能力。</w:t>
      </w:r>
      <w:r>
        <w:rPr>
          <w:lang w:eastAsia="zh-CN"/>
        </w:rPr>
        <w:br/>
      </w:r>
      <w:r>
        <w:rPr>
          <w:lang w:eastAsia="zh-CN"/>
        </w:rPr>
        <w:t>　　2、经过三个月的时间，虽然在思想和工作上都有了一定的进步，但与其他同事相比还存在着很大差距，因此，我在今后的工作中，不但要发扬自己的优点，还要客观地面对自己的不足之处，需要进一步改进和完善的地方，如工作中存在粗心、急躁、考虑事情不周全的缺点，应变能力、协调能力都还有待进一步提高。克服年轻气躁，做到脚踏实地，提高工作主动性，不怕多做事，不怕做小事，在点滴实践中努力完善提高自己，弥补不足。</w:t>
      </w:r>
      <w:r>
        <w:rPr>
          <w:lang w:eastAsia="zh-CN"/>
        </w:rPr>
        <w:br/>
      </w:r>
      <w:r>
        <w:rPr>
          <w:lang w:eastAsia="zh-CN"/>
        </w:rPr>
        <w:t>　　3、任劳任怨、孜孜不倦。对领导的安排是完全的服从，并不折不扣的执行，一如既往地做好每天的工作;始终以一个初学者的身份向同事请教工作中的经验。不断的提升自己的专业水平及综合素质。</w:t>
      </w:r>
      <w:r>
        <w:rPr>
          <w:lang w:eastAsia="zh-CN"/>
        </w:rPr>
        <w:br/>
      </w:r>
      <w:r>
        <w:rPr>
          <w:lang w:eastAsia="zh-CN"/>
        </w:rPr>
        <w:t xml:space="preserve">    2024员工个人上半年工作总结 篇16 </w:t>
      </w:r>
      <w:r>
        <w:rPr>
          <w:lang w:eastAsia="zh-CN"/>
        </w:rPr>
        <w:br/>
      </w:r>
      <w:r>
        <w:rPr>
          <w:lang w:eastAsia="zh-CN"/>
        </w:rPr>
        <w:t>　　光阴如梭，_年已过了半年，在这将近半年里我学到了很多，非常感谢公司提供给我一个成长的平台，让我在工作中不断的学习，不断的进步，慢慢的提升自身的素质和才能。回首过去的半年当中，公司陪伴我走过很重要的一个阶段，使我懂得了很多。在此我向公司尊敬的领导以及亲爱的同事们表示衷心的感谢，有你们的协助才能使我在工作中得心应手，也因有你们的帮助，才能令我在公司的发展上一个台阶。下面我将这半来的具体工作情况总结汇总如下：</w:t>
      </w:r>
      <w:r>
        <w:rPr>
          <w:lang w:eastAsia="zh-CN"/>
        </w:rPr>
        <w:br/>
      </w:r>
      <w:r>
        <w:rPr>
          <w:lang w:eastAsia="zh-CN"/>
        </w:rPr>
        <w:t>　　一、认认真真，做好本职工作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https://d.book118.com/818004040055006033</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8004040055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