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保安队长年终的工作总结（17篇）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 xml:space="preserve">    保安队长年终的工作总结 1 </w:t>
      </w:r>
      <w:r>
        <w:rPr>
          <w:lang w:eastAsia="zh-CN"/>
        </w:rPr>
        <w:br/>
      </w:r>
      <w:r>
        <w:rPr>
          <w:lang w:eastAsia="zh-CN"/>
        </w:rPr>
        <w:t>　　一年来，在公安机关的业务指导下，结合小区的实际情况，加强了消防安全防范，严格安全管理，注重责任重于泰山的思想。通过努力，顺利的完成了__年度本小区各项安全工作指标，得到了公安机关和街道办的充分肯定。并被评为__年度0发案小区。</w:t>
      </w:r>
      <w:r>
        <w:rPr>
          <w:lang w:eastAsia="zh-CN"/>
        </w:rPr>
        <w:br/>
      </w:r>
      <w:r>
        <w:rPr>
          <w:lang w:eastAsia="zh-CN"/>
        </w:rPr>
        <w:t>　　为确保小区各项活动的安全稳定，特别是在“迎国庆“等大型活动期间，组织保安部全体队员对小区的安全防范进行全面的安全检查，有效的保证了节假日的安全。并采取每周一小检，每月一大检，重点检查各楼层安全情况，消防器材，消防通道等是否合格，并登记造册。同时，配合公安机关及街道办的检查和验收工作，对指出的隐患和提出的整改意见，及时在规定时间内采取整改和预防措施，并将结果报告公安管理机关。如：_楼西侧围墙由于历史遗留问题，长期畅开通往工厂区域，一些不法犯罪分子经常从此通道进入小区，使公寓楼出现被盗等现象比较严重。五月份我们通过与业主协商实施封闭，最后以95%以上的业主签名通过，从此公寓楼的发案率及闲杂人员的进出明显减少，也杜绝了公寓楼西侧乱摆卖等现象。</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在过去的一年里，尽管向自己的目标迈进了一大步，可是，在工作中还存在许多的不足。在今后的.工作中，一定要加强业务知识的学习，不断吸收新的知识，以适应工作的需要、社会的需要。把各项工作再上一个台阶。</w:t>
      </w:r>
      <w:r>
        <w:rPr>
          <w:lang w:eastAsia="zh-CN"/>
        </w:rPr>
        <w:br/>
      </w:r>
      <w:r>
        <w:rPr>
          <w:lang w:eastAsia="zh-CN"/>
        </w:rPr>
        <w:t>　　__年工作计划：</w:t>
      </w:r>
      <w:r>
        <w:rPr>
          <w:lang w:eastAsia="zh-CN"/>
        </w:rPr>
        <w:br/>
      </w:r>
      <w:r>
        <w:rPr>
          <w:lang w:eastAsia="zh-CN"/>
        </w:rPr>
        <w:t>　　1、全面贯彻落实上级有关安全工作精神，牢固地树立“安全第一”的思想，保障管理处安全工作落到实处，为全体教职员工、业主租户营造一个安全和谐的工作和学习环境。</w:t>
      </w:r>
      <w:r>
        <w:rPr>
          <w:lang w:eastAsia="zh-CN"/>
        </w:rPr>
        <w:br/>
      </w:r>
      <w:r>
        <w:rPr>
          <w:lang w:eastAsia="zh-CN"/>
        </w:rPr>
        <w:t>　　2、消除重点安全隐患，加强安全教育和群防群治的范围，消防知识的宣传和培训力度，做到人人学安防、识安防、会安防，让安防常驻心间。</w:t>
      </w:r>
      <w:r>
        <w:rPr>
          <w:lang w:eastAsia="zh-CN"/>
        </w:rPr>
        <w:br/>
      </w:r>
      <w:r>
        <w:rPr>
          <w:lang w:eastAsia="zh-CN"/>
        </w:rPr>
        <w:t>　　3、加强保安队伍应急反应速度及团队建设。</w:t>
      </w:r>
      <w:r>
        <w:rPr>
          <w:lang w:eastAsia="zh-CN"/>
        </w:rPr>
        <w:br/>
      </w:r>
      <w:r>
        <w:rPr>
          <w:lang w:eastAsia="zh-CN"/>
        </w:rPr>
        <w:t>　　4、扩建停车场、安装收费道闸系统，规范车辆管理，堵塞收费漏洞，效益双赢目标。</w:t>
      </w:r>
      <w:r>
        <w:rPr>
          <w:lang w:eastAsia="zh-CN"/>
        </w:rPr>
        <w:br/>
      </w:r>
      <w:r>
        <w:rPr>
          <w:lang w:eastAsia="zh-CN"/>
        </w:rPr>
        <w:t>　　5、对小区的消防设备、监控及报警系统老化问题整改完善,确保完好有效。</w:t>
      </w:r>
      <w:r>
        <w:rPr>
          <w:lang w:eastAsia="zh-CN"/>
        </w:rPr>
        <w:br/>
      </w:r>
      <w:r>
        <w:rPr>
          <w:lang w:eastAsia="zh-CN"/>
        </w:rPr>
        <w:t>　　6、落实安全责任制、重视安全培训、加强安全检查，发现安全隐患及时整改。</w:t>
      </w:r>
      <w:r>
        <w:rPr>
          <w:lang w:eastAsia="zh-CN"/>
        </w:rPr>
        <w:br/>
      </w:r>
      <w:r>
        <w:rPr>
          <w:lang w:eastAsia="zh-CN"/>
        </w:rPr>
        <w:t>　　保安队长年终的工作总结 2</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20__年即将过去，在领导的带领下，我学到了不少物业方面知识和管理队伍的经验，在工作中基本上能独立完成各项工作。在这里，非常感谢领导对我的指导和栽培，在以后的工作中我会继续学习、不畏困难，更好的工作来回报上级。过去一年，我们围绕项目的总体目标，认真贯彻“安全第一、预防为主”和“内紧外松”的工作方针，始终坚持“群防群治”和“人防技防相结合”的工作路线，积极做好各单位的后勤保障工作，维护园区的治安秩序，总结工作。</w:t>
      </w:r>
      <w:r>
        <w:rPr>
          <w:lang w:eastAsia="zh-CN"/>
        </w:rPr>
        <w:br/>
      </w:r>
      <w:r>
        <w:rPr>
          <w:lang w:eastAsia="zh-CN"/>
        </w:rPr>
        <w:t>　　一、工作的职责</w:t>
      </w:r>
      <w:r>
        <w:rPr>
          <w:lang w:eastAsia="zh-CN"/>
        </w:rPr>
        <w:br/>
      </w:r>
      <w:r>
        <w:rPr>
          <w:lang w:eastAsia="zh-CN"/>
        </w:rPr>
        <w:t>　　疏导后院进出货物的车辆，保持后院消防通道的畅通等，登记工作：登记外来人员进入商场施工的检查;巡视工作：白天巡视商场内有无可疑人员;消防通道是否畅通;消防设施是否被占用等;晚上巡视施工区域是否有消防器材，施工证件，施工安全隐患是否存在等。</w:t>
      </w:r>
      <w:r>
        <w:rPr>
          <w:lang w:eastAsia="zh-CN"/>
        </w:rPr>
        <w:br/>
      </w:r>
      <w:r>
        <w:rPr>
          <w:lang w:eastAsia="zh-CN"/>
        </w:rPr>
        <w:t>　　二、消防知识</w:t>
      </w:r>
      <w:r>
        <w:rPr>
          <w:lang w:eastAsia="zh-CN"/>
        </w:rPr>
        <w:br/>
      </w:r>
      <w:r>
        <w:rPr>
          <w:lang w:eastAsia="zh-CN"/>
        </w:rPr>
        <w:t>　　九月份消防局举行了关于消防安全知识宣传教育四个能力演讲活动，我们去听了别的商场的演讲深受感动，在此之前我们还是“三个能力”“三懂、三会”从那以后实行贯彻消防局的意见，从“三个能力”“三懂、三会”发展到“四个能力，四懂，四会”让我们又学到了好多，紧接着每天的出操、消防演习，从中又学了好多知识和问题，在一次消防局的领导来检查我们的工作，我们在商场消防演习了，演习分两组：一组是组织灭火，另一组是组织疏散逃生，消防局的领导看了之后很赞同认可!</w:t>
      </w:r>
      <w:r>
        <w:rPr>
          <w:lang w:eastAsia="zh-CN"/>
        </w:rPr>
        <w:br/>
      </w:r>
      <w:r>
        <w:rPr>
          <w:lang w:eastAsia="zh-CN"/>
        </w:rPr>
        <w:t>　　三、存在的不足和今后的努力方向</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回顾大半年来的工作，在取得成绩的同时，我们也清楚地看到自身存在的差距和不足。突出表现在：一是由于队员来自四面八方，综合素质参差不齐;二是我们的工作方法还有待进一步的创新和改进;三是工作上还存在一些不如人意的地方。所有这些，我们将在今后的'工作中痛下决心，加以克服和改进，全力以赴把今后的工作做得更好、更出色。</w:t>
      </w:r>
      <w:r>
        <w:rPr>
          <w:lang w:eastAsia="zh-CN"/>
        </w:rPr>
        <w:br/>
      </w:r>
      <w:r>
        <w:rPr>
          <w:lang w:eastAsia="zh-CN"/>
        </w:rPr>
        <w:t>　　今后的工作要求将会更高，难度将会更大，这就对我们的工作提出了新的更高的要求。</w:t>
      </w:r>
      <w:r>
        <w:rPr>
          <w:lang w:eastAsia="zh-CN"/>
        </w:rPr>
        <w:br/>
      </w:r>
      <w:r>
        <w:rPr>
          <w:lang w:eastAsia="zh-CN"/>
        </w:rPr>
        <w:t>　　我们一定正视现实，承认困难，但不畏困难。我们将迎难而上，做好工作。具体讲，要做到“三个再创新”，“两个大提升”，最后实现“三个方面的满意”。即：在思想观念上再创新，在工作质量上再创新，在工作方法上再创新;在工作成绩上再大提升，在自身形象上大提升;最后达到让公司领导满意!</w:t>
      </w:r>
      <w:r>
        <w:rPr>
          <w:lang w:eastAsia="zh-CN"/>
        </w:rPr>
        <w:br/>
      </w:r>
      <w:r>
        <w:rPr>
          <w:lang w:eastAsia="zh-CN"/>
        </w:rPr>
        <w:t>　　以上是我来一年的工作总结，不到、不妥、不对之外，恳请领导批评指正。</w:t>
      </w:r>
      <w:r>
        <w:rPr>
          <w:lang w:eastAsia="zh-CN"/>
        </w:rPr>
        <w:br/>
      </w:r>
      <w:r>
        <w:rPr>
          <w:lang w:eastAsia="zh-CN"/>
        </w:rPr>
        <w:t>　　保安队长年终的工作总结 3</w:t>
      </w:r>
      <w:r>
        <w:rPr>
          <w:lang w:eastAsia="zh-CN"/>
        </w:rPr>
        <w:br/>
      </w:r>
      <w:r>
        <w:rPr>
          <w:lang w:eastAsia="zh-CN"/>
        </w:rPr>
        <w:t>　　当初我以一名保安员的身份进入公司，正好赶上公司入驻新办公楼，当时人员少，任务重，每天工作达12个小时，除站岗、维护公司秩序，看护公司财产等工作外，还每天帮助搬家具、家具摆放，确实做到了一名合格的保安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经过一个多月的工作后，由于公司需要，我被任职物业部班长，这给我的工作也带来了动力，坚持每天巡视公司区域卫生、公司硬件设施检查与维修、保安的在岗情况，每天上班都提前半个小时到岗。在公司首次开盘期间，客户流量比较大，在这种情况下每天都加班工作。在自身缺乏物业知识的情况下，业余时间学习物业相关知识与管理知识，以提高自身的业务能力。</w:t>
      </w:r>
      <w:r>
        <w:rPr>
          <w:lang w:eastAsia="zh-CN"/>
        </w:rPr>
        <w:br/>
      </w:r>
      <w:r>
        <w:rPr>
          <w:lang w:eastAsia="zh-CN"/>
        </w:rPr>
        <w:t>　　一、保安管理</w:t>
      </w:r>
      <w:r>
        <w:rPr>
          <w:lang w:eastAsia="zh-CN"/>
        </w:rPr>
        <w:br/>
      </w:r>
      <w:r>
        <w:rPr>
          <w:lang w:eastAsia="zh-CN"/>
        </w:rPr>
        <w:t>　　1、抓制度建设：交接班、巡逻、站岗、引导车辆都按照《物业公司前置物业手册》执行，而我会每天不定时间检查，遇有不符合制度的现象，严格按照保安扣分处罚标准处理。</w:t>
      </w:r>
      <w:r>
        <w:rPr>
          <w:lang w:eastAsia="zh-CN"/>
        </w:rPr>
        <w:br/>
      </w:r>
      <w:r>
        <w:rPr>
          <w:lang w:eastAsia="zh-CN"/>
        </w:rPr>
        <w:t>　　2、抓思想建设：我们的保安员都是来自四面八方，什么地方的都有，来公司上班的目的也各不一样，我们必须统一一个目标，那就是履行好自己的职责，做好公司的安防工作。</w:t>
      </w:r>
      <w:r>
        <w:rPr>
          <w:lang w:eastAsia="zh-CN"/>
        </w:rPr>
        <w:br/>
      </w:r>
      <w:r>
        <w:rPr>
          <w:lang w:eastAsia="zh-CN"/>
        </w:rPr>
        <w:t>　　二、保洁管理</w:t>
      </w:r>
      <w:r>
        <w:rPr>
          <w:lang w:eastAsia="zh-CN"/>
        </w:rPr>
        <w:br/>
      </w:r>
      <w:r>
        <w:rPr>
          <w:lang w:eastAsia="zh-CN"/>
        </w:rPr>
        <w:t>　　保洁工作是最基层的工作，也是我们工作中必不可少的一项重要工作，我坚持每天对所属卫生区域检查一遍，做到监督、引导的作用。及时发现及时处理。冬季来临，样板间温度偏低，我及时做好了样板间保洁的思想工作。</w:t>
      </w:r>
      <w:r>
        <w:rPr>
          <w:lang w:eastAsia="zh-CN"/>
        </w:rPr>
        <w:br/>
      </w:r>
      <w:r>
        <w:rPr>
          <w:lang w:eastAsia="zh-CN"/>
        </w:rPr>
        <w:t>　　三、维修工作</w:t>
      </w:r>
      <w:r>
        <w:rPr>
          <w:lang w:eastAsia="zh-CN"/>
        </w:rPr>
        <w:br/>
      </w:r>
      <w:r>
        <w:rPr>
          <w:lang w:eastAsia="zh-CN"/>
        </w:rPr>
        <w:t>　　我坚持每天对公司硬件设施进行巡视，发现问题，能够自己解决的都及时进行了修理，如灯管的更换、洗面盆下水接口等，不能够自己解决的及时上报部门主管。</w:t>
      </w:r>
      <w:r>
        <w:rPr>
          <w:lang w:eastAsia="zh-CN"/>
        </w:rPr>
        <w:br/>
      </w:r>
      <w:r>
        <w:rPr>
          <w:lang w:eastAsia="zh-CN"/>
        </w:rPr>
        <w:t>　　四、临时性工作</w:t>
      </w:r>
      <w:r>
        <w:rPr>
          <w:lang w:eastAsia="zh-CN"/>
        </w:rPr>
        <w:br/>
      </w:r>
      <w:r>
        <w:rPr>
          <w:lang w:eastAsia="zh-CN"/>
        </w:rPr>
        <w:t>　　在做好本职工作的前提下尽可能的帮助其他部门干一些力所能及的事情，如笨重物品搬运、夏季彩虹门与水旗的放置等。</w:t>
      </w:r>
      <w:r>
        <w:rPr>
          <w:lang w:eastAsia="zh-CN"/>
        </w:rPr>
        <w:br/>
      </w:r>
      <w:r>
        <w:rPr>
          <w:lang w:eastAsia="zh-CN"/>
        </w:rPr>
        <w:t>　　工作中存在的不足、分析原因及解决方法。</w:t>
      </w:r>
      <w:r>
        <w:rPr>
          <w:lang w:eastAsia="zh-CN"/>
        </w:rPr>
        <w:br/>
      </w:r>
      <w:r>
        <w:rPr>
          <w:lang w:eastAsia="zh-CN"/>
        </w:rPr>
        <w:t>　　存在的不足：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夜间保安巡逻规律性太强，容易让不法分子摸清规律。</w:t>
      </w:r>
      <w:r>
        <w:rPr>
          <w:lang w:eastAsia="zh-CN"/>
        </w:rPr>
        <w:br/>
      </w:r>
      <w:r>
        <w:rPr>
          <w:lang w:eastAsia="zh-CN"/>
        </w:rPr>
        <w:t>　　分析原因：保安员日常巡逻的习惯性导致时间上、路线上规律性太强。</w:t>
      </w:r>
      <w:r>
        <w:rPr>
          <w:lang w:eastAsia="zh-CN"/>
        </w:rPr>
        <w:br/>
      </w:r>
      <w:r>
        <w:rPr>
          <w:lang w:eastAsia="zh-CN"/>
        </w:rPr>
        <w:t>　　解决方法：要求保安员在夜间巡逻要在每个时间段不定时、不定路线巡逻。</w:t>
      </w:r>
      <w:r>
        <w:rPr>
          <w:lang w:eastAsia="zh-CN"/>
        </w:rPr>
        <w:br/>
      </w:r>
      <w:r>
        <w:rPr>
          <w:lang w:eastAsia="zh-CN"/>
        </w:rPr>
        <w:t>　　保洁工作不到位、有卫生死角。如比较高一点的窗台、桌子底下。</w:t>
      </w:r>
      <w:r>
        <w:rPr>
          <w:lang w:eastAsia="zh-CN"/>
        </w:rPr>
        <w:br/>
      </w:r>
      <w:r>
        <w:rPr>
          <w:lang w:eastAsia="zh-CN"/>
        </w:rPr>
        <w:t>　　分析原因：卫生死角不起眼、不容易引人注意。</w:t>
      </w:r>
      <w:r>
        <w:rPr>
          <w:lang w:eastAsia="zh-CN"/>
        </w:rPr>
        <w:br/>
      </w:r>
      <w:r>
        <w:rPr>
          <w:lang w:eastAsia="zh-CN"/>
        </w:rPr>
        <w:t>　　解决方法：要求保洁员打扫卫生从细小做起，不留死角。</w:t>
      </w:r>
      <w:r>
        <w:rPr>
          <w:lang w:eastAsia="zh-CN"/>
        </w:rPr>
        <w:br/>
      </w:r>
      <w:r>
        <w:rPr>
          <w:lang w:eastAsia="zh-CN"/>
        </w:rPr>
        <w:t>　　硬件设施维修不够及时。如灯管不亮。</w:t>
      </w:r>
      <w:r>
        <w:rPr>
          <w:lang w:eastAsia="zh-CN"/>
        </w:rPr>
        <w:br/>
      </w:r>
      <w:r>
        <w:rPr>
          <w:lang w:eastAsia="zh-CN"/>
        </w:rPr>
        <w:t>　　分析原因：巡视不到位。</w:t>
      </w:r>
      <w:r>
        <w:rPr>
          <w:lang w:eastAsia="zh-CN"/>
        </w:rPr>
        <w:br/>
      </w:r>
      <w:r>
        <w:rPr>
          <w:lang w:eastAsia="zh-CN"/>
        </w:rPr>
        <w:t>　　解决方法：加强对公司硬件设施的`巡视，确实保证各种硬件设施能够良好运行。</w:t>
      </w:r>
      <w:r>
        <w:rPr>
          <w:lang w:eastAsia="zh-CN"/>
        </w:rPr>
        <w:br/>
      </w:r>
      <w:r>
        <w:rPr>
          <w:lang w:eastAsia="zh-CN"/>
        </w:rPr>
        <w:t>　　下一步工作需要努力地方向。</w:t>
      </w:r>
      <w:r>
        <w:rPr>
          <w:lang w:eastAsia="zh-CN"/>
        </w:rPr>
        <w:br/>
      </w:r>
      <w:r>
        <w:rPr>
          <w:lang w:eastAsia="zh-CN"/>
        </w:rPr>
        <w:t>　　在原有的工作基础上把存在的一些问题解决好，同时加强学习本职业务知识。在保安方面做好安防、消防的同时还要把公司良好的精神面貌从日常值班中体现出来；</w:t>
      </w:r>
      <w:r>
        <w:rPr>
          <w:lang w:eastAsia="zh-CN"/>
        </w:rPr>
        <w:br/>
      </w:r>
      <w:r>
        <w:rPr>
          <w:lang w:eastAsia="zh-CN"/>
        </w:rPr>
        <w:t>　　保洁方面要把卫生打扫到位，不留死角，给公司员工一个舒适的工作环境。对于公司的硬件设施维护保养要及时做到位，确保一切运转正常。我会做到经常检查、经常督促，把各项工作做到更好。</w:t>
      </w:r>
      <w:r>
        <w:rPr>
          <w:lang w:eastAsia="zh-CN"/>
        </w:rPr>
        <w:br/>
      </w:r>
      <w:r>
        <w:rPr>
          <w:lang w:eastAsia="zh-CN"/>
        </w:rPr>
        <w:t>　　保安队长年终的工作总结 4</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光阴似箭，转眼间20__年即将过去，我们将迎来新的20__年。回顾即将过去的一年，我们的工作有得有失，有好有坏，为了更好的发扬优点，克服不足，做好今后工作，现将一年来的工作总结如下：</w:t>
      </w:r>
      <w:r>
        <w:rPr>
          <w:lang w:eastAsia="zh-CN"/>
        </w:rPr>
        <w:br/>
      </w:r>
      <w:r>
        <w:rPr>
          <w:lang w:eastAsia="zh-CN"/>
        </w:rPr>
        <w:t>　　一、内部管理方面</w:t>
      </w:r>
      <w:r>
        <w:rPr>
          <w:lang w:eastAsia="zh-CN"/>
        </w:rPr>
        <w:br/>
      </w:r>
      <w:r>
        <w:rPr>
          <w:lang w:eastAsia="zh-CN"/>
        </w:rPr>
        <w:t>　　由于公司的不断发展，保安队伍也在不断的增加。一支过硬的队伍是做好工作的重要保证。</w:t>
      </w:r>
      <w:r>
        <w:rPr>
          <w:lang w:eastAsia="zh-CN"/>
        </w:rPr>
        <w:br/>
      </w:r>
      <w:r>
        <w:rPr>
          <w:lang w:eastAsia="zh-CN"/>
        </w:rPr>
        <w:t>　　在招聘保安方面，我们始终坚持两个原则：</w:t>
      </w:r>
      <w:r>
        <w:rPr>
          <w:lang w:eastAsia="zh-CN"/>
        </w:rPr>
        <w:br/>
      </w:r>
      <w:r>
        <w:rPr>
          <w:lang w:eastAsia="zh-CN"/>
        </w:rPr>
        <w:t>　　1、应聘人员必须有优秀的个人素质，品质端正，精神面貌较好，这样，才能将我们某某物业的精神面貌昭示于社会，使更多的人知道我们某某物业。</w:t>
      </w:r>
      <w:r>
        <w:rPr>
          <w:lang w:eastAsia="zh-CN"/>
        </w:rPr>
        <w:br/>
      </w:r>
      <w:r>
        <w:rPr>
          <w:lang w:eastAsia="zh-CN"/>
        </w:rPr>
        <w:t>　　2、我们坚决不招聘有前科的人员，这样，才能更好的保证我们队伍的质量。</w:t>
      </w:r>
      <w:r>
        <w:rPr>
          <w:lang w:eastAsia="zh-CN"/>
        </w:rPr>
        <w:br/>
      </w:r>
      <w:r>
        <w:rPr>
          <w:lang w:eastAsia="zh-CN"/>
        </w:rPr>
        <w:t>　　我们在一手抓人员配备的同时，还一手抓素质的提高。在队伍建设上坚持两个方针，内抓素质，外树形象，多次组织人员进行应急训练，如军姿队伍训练、礼节礼貌讲解、消防应急训练，突发事件紧急应对预案演练，通过集训不断加强保安自身素质。更好的为业主提供高质量的服务，树立良好的自身形象及企业形象，促进我物业公司健康发展。在训练中既锻练了队员之间的协调能力，也锻炼了团队合作精神，使队员能尽快掌握各项基本的本领，达到公司要求。今年，由于保安人员招聘困难，公司领导及时的调整了保安工资，这一重大改革有效缓解了招聘困难压力，解决了长期影响保安部管理的.严重缺编、缺岗、积休等多种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二、做好本职工作，确保小区的安全防卫</w:t>
      </w:r>
      <w:r>
        <w:rPr>
          <w:lang w:eastAsia="zh-CN"/>
        </w:rPr>
        <w:br/>
      </w:r>
      <w:r>
        <w:rPr>
          <w:lang w:eastAsia="zh-CN"/>
        </w:rPr>
        <w:t>　　今年，保安部继续脚踏实地抓好小区日常安全管理工作，加强小区日常安全巡检和巡查监督管理，做好经常性的安全大检查，对存在安全隐患较多的个别小区进行了加强管理，作为工作中的重点。如：__小区，外来人员和车辆较多，小区又大，很容易发生盗窃案件，为了避免盗窃案件的发生，我们及时的调整了工作方法：</w:t>
      </w:r>
      <w:r>
        <w:rPr>
          <w:lang w:eastAsia="zh-CN"/>
        </w:rPr>
        <w:br/>
      </w:r>
      <w:r>
        <w:rPr>
          <w:lang w:eastAsia="zh-CN"/>
        </w:rPr>
        <w:t>　　1、所有出入小区的车辆我们实行了发卡制度，无卡的不准进出小区，必要时需和业主打电话联系，征得业主同意，方可进入小区。</w:t>
      </w:r>
      <w:r>
        <w:rPr>
          <w:lang w:eastAsia="zh-CN"/>
        </w:rPr>
        <w:br/>
      </w:r>
      <w:r>
        <w:rPr>
          <w:lang w:eastAsia="zh-CN"/>
        </w:rPr>
        <w:t>　　2、对电动车我们实行了查车锁制度，每个出入小区的电动车，必须检查车锁，车锁如有被别痕迹，立即扣留，待核实无误后放行，外来人员必须拿有效证件登记（如身份证、驾驶证等）方可进入小区，这样一来保证了小区的安全问题，也保障了小区业主正常的工作和生活秩序。</w:t>
      </w:r>
      <w:r>
        <w:rPr>
          <w:lang w:eastAsia="zh-CN"/>
        </w:rPr>
        <w:br/>
      </w:r>
      <w:r>
        <w:rPr>
          <w:lang w:eastAsia="zh-CN"/>
        </w:rPr>
        <w:t>　　三、协同公司各服务中心，做好服务与安全保卫工作</w:t>
      </w:r>
      <w:r>
        <w:rPr>
          <w:lang w:eastAsia="zh-CN"/>
        </w:rPr>
        <w:br/>
      </w:r>
      <w:r>
        <w:rPr>
          <w:lang w:eastAsia="zh-CN"/>
        </w:rPr>
        <w:t>　　今年，保安部与物业各服务中心积极配合，保证了小区运动会，__三期，__学习社区交房等期间的安全保卫工作，保证了运动会现场和交房期间的正常秩序。</w:t>
      </w:r>
      <w:r>
        <w:rPr>
          <w:lang w:eastAsia="zh-CN"/>
        </w:rPr>
        <w:br/>
      </w:r>
      <w:r>
        <w:rPr>
          <w:lang w:eastAsia="zh-CN"/>
        </w:rPr>
        <w:t>　　四、提高自身素质，以实际行动感动业主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因为保安肩负着小区的治安管理，势必要对小区出现的一些违规行为进行制止，但个别业主极度不理解，对我们保安进行多次打骂，使我们的人身安全受到了威胁，但我们始终坚持公司制度，尽量做到打不还手，骂不还口，多次给业主做解释工作，由于我们保安始终保持冷静的态度处理这些问题，得到了广大业主的支持，使我们保安工作得到了进一步提高。</w:t>
      </w:r>
      <w:r>
        <w:rPr>
          <w:lang w:eastAsia="zh-CN"/>
        </w:rPr>
        <w:br/>
      </w:r>
      <w:r>
        <w:rPr>
          <w:lang w:eastAsia="zh-CN"/>
        </w:rPr>
        <w:t>　　我们在室外站岗的保安人员，为了小区的安全，他们秉着高度负责的精神，在自己在岗的12小时内，无论严寒酷暑、刮风下雨，他们都坚持在工作岗位，指挥着车辆的进出工作，尤其是在寒冷的冬天，有的保安手脚冻得都麻木了，他们也没有脱岗的行为，这种精神得到了公司员工和广大业主的赞许，也成为我们小区一道靓丽的风景。</w:t>
      </w:r>
      <w:r>
        <w:rPr>
          <w:lang w:eastAsia="zh-CN"/>
        </w:rPr>
        <w:br/>
      </w:r>
      <w:r>
        <w:rPr>
          <w:lang w:eastAsia="zh-CN"/>
        </w:rPr>
        <w:t>　　保安队长年终的工作总结 5</w:t>
      </w:r>
      <w:r>
        <w:rPr>
          <w:lang w:eastAsia="zh-CN"/>
        </w:rPr>
        <w:br/>
      </w:r>
      <w:r>
        <w:rPr>
          <w:lang w:eastAsia="zh-CN"/>
        </w:rPr>
        <w:t>　　时间在不经意间从指间划过，转瞬间又是一年，回顾20__年的工作，在物业公司领导的正确指导下和全体安保队员的大力配合下，__安保队的各项工作都能按部就班的正确开展，特别是人员管理，治安管理，消防管理，都有明显改变，以及安保队员的岗位纪律，礼节礼貌等都有一定程度的提高，现就20__年的工作情况总结如下：</w:t>
      </w:r>
      <w:r>
        <w:rPr>
          <w:lang w:eastAsia="zh-CN"/>
        </w:rPr>
        <w:br/>
      </w:r>
      <w:r>
        <w:rPr>
          <w:lang w:eastAsia="zh-CN"/>
        </w:rPr>
        <w:t>　　一、严格要求自己遵守公司的各项规则制度，处之身先士卒，事事要以身做责，作为安保队长始终坚持“打儿先得自身硬，的要求，在工作中以自己的实际行动潜移默化的影响和带动全体队员，同时不断自我学习，提高自己的业务知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二、加强班长队伍建设，班长作为“兵头将尾，在工作中有着至关重要的作用，起到了领班的模范带头作用，为了提高班长和队员的管理水平和处理各类突发事件的能力，每月对全体队员（特别是新入职的队员）进行不定期的培训，由于培训到位，不仅减少了业主对安保队的投诉率，还取得了良好的效果，树立了公司的良好形象。</w:t>
      </w:r>
      <w:r>
        <w:rPr>
          <w:lang w:eastAsia="zh-CN"/>
        </w:rPr>
        <w:br/>
      </w:r>
      <w:r>
        <w:rPr>
          <w:lang w:eastAsia="zh-CN"/>
        </w:rPr>
        <w:t>　　三、重视小区安全防范：加强对外来人员的管理，特别是租住在本小区内的无业人员，配合派出所做好登记工作。针对日常工作的安排和落实情况：</w:t>
      </w:r>
      <w:r>
        <w:rPr>
          <w:lang w:eastAsia="zh-CN"/>
        </w:rPr>
        <w:br/>
      </w:r>
      <w:r>
        <w:rPr>
          <w:lang w:eastAsia="zh-CN"/>
        </w:rPr>
        <w:t>　　为了加强管理，增强保安队员的意识和服务理念，进一步提高保安员的安全防范能力和服务水平。认真贯彻“安全第一、预防为主”工作方针，始终坚持“人性化管理理念”和“人防技防相结合”的工作路线，全面推行“谁主管、谁负责”的安全责任制，积极做好公司的安全防范工作，维护仓库的治安秩序，为公司创造良好的经营管理环境。</w:t>
      </w:r>
      <w:r>
        <w:rPr>
          <w:lang w:eastAsia="zh-CN"/>
        </w:rPr>
        <w:br/>
      </w:r>
      <w:r>
        <w:rPr>
          <w:lang w:eastAsia="zh-CN"/>
        </w:rPr>
        <w:t>　　1．巡逻过程中须佩带电筒、对讲机等巡视器材。</w:t>
      </w:r>
      <w:r>
        <w:rPr>
          <w:lang w:eastAsia="zh-CN"/>
        </w:rPr>
        <w:br/>
      </w:r>
      <w:r>
        <w:rPr>
          <w:lang w:eastAsia="zh-CN"/>
        </w:rPr>
        <w:t>　　2．对重点部位实施重点监控，阻止闲杂人员在仓库内乱窜，阻止未经许可的人员进入仓库。</w:t>
      </w:r>
      <w:r>
        <w:rPr>
          <w:lang w:eastAsia="zh-CN"/>
        </w:rPr>
        <w:br/>
      </w:r>
      <w:r>
        <w:rPr>
          <w:lang w:eastAsia="zh-CN"/>
        </w:rPr>
        <w:t>　　3．发现明火，应立即组织扑救并迅速报警</w:t>
      </w:r>
      <w:r>
        <w:rPr>
          <w:lang w:eastAsia="zh-CN"/>
        </w:rPr>
        <w:br/>
      </w:r>
      <w:r>
        <w:rPr>
          <w:lang w:eastAsia="zh-CN"/>
        </w:rPr>
        <w:t>　　4．在巡逻过程发现有人抽烟应阻止并及时上报领导。</w:t>
      </w:r>
      <w:r>
        <w:rPr>
          <w:lang w:eastAsia="zh-CN"/>
        </w:rPr>
        <w:br/>
      </w:r>
      <w:r>
        <w:rPr>
          <w:lang w:eastAsia="zh-CN"/>
        </w:rPr>
        <w:t>　　5．在门卫岗人员必须出门站岗值勤。严格执行车辆人员出入制度，外来车辆人员进公司需询问，并做好登记。</w:t>
      </w:r>
      <w:r>
        <w:rPr>
          <w:lang w:eastAsia="zh-CN"/>
        </w:rPr>
        <w:br/>
      </w:r>
      <w:r>
        <w:rPr>
          <w:lang w:eastAsia="zh-CN"/>
        </w:rPr>
        <w:t>　　6．严格遵守保安各项制度。努力打造一个高效、务实、文明的保安新形象。开拓新思路，大胆改革，完成好创收任务，为公司的发展做好保驾护航的工作。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7．负责各责任区内的楼宇，通道，停车场，绿化地，车辆及其它公共场所的治安防范管理。在当班时间内对本区域的安全负有主要责任。</w:t>
      </w:r>
      <w:r>
        <w:rPr>
          <w:lang w:eastAsia="zh-CN"/>
        </w:rPr>
        <w:br/>
      </w:r>
      <w:r>
        <w:rPr>
          <w:lang w:eastAsia="zh-CN"/>
        </w:rPr>
        <w:t>　　8．负责管好进入责任区的车辆，保持道路畅通，车辆停放有序，检查停放的车辆是否已上防盗锁；注意司机和车辆在开车前有无异样，发现可疑立即查证，以确保安全。</w:t>
      </w:r>
      <w:r>
        <w:rPr>
          <w:lang w:eastAsia="zh-CN"/>
        </w:rPr>
        <w:br/>
      </w:r>
      <w:r>
        <w:rPr>
          <w:lang w:eastAsia="zh-CN"/>
        </w:rPr>
        <w:t>　　9．负责责任区内的清洁、绿化及公共设施设备的检查，发现问题及时通知领班进行处理。</w:t>
      </w:r>
      <w:r>
        <w:rPr>
          <w:lang w:eastAsia="zh-CN"/>
        </w:rPr>
        <w:br/>
      </w:r>
      <w:r>
        <w:rPr>
          <w:lang w:eastAsia="zh-CN"/>
        </w:rPr>
        <w:t>　　10．负责责任区内装修施工人员管理。装修材料不准随意堆放，在规定时限内不准施工，防止影响其他住户休息；装修垃圾要及时清走，不准放入垃圾桶内。</w:t>
      </w:r>
      <w:r>
        <w:rPr>
          <w:lang w:eastAsia="zh-CN"/>
        </w:rPr>
        <w:br/>
      </w:r>
      <w:r>
        <w:rPr>
          <w:lang w:eastAsia="zh-CN"/>
        </w:rPr>
        <w:t>　　11．负责接受业主投诉，收集业主（商户）的意见，及时通知管理处，主动热情为业主（商户）排扰解困。</w:t>
      </w:r>
      <w:r>
        <w:rPr>
          <w:lang w:eastAsia="zh-CN"/>
        </w:rPr>
        <w:br/>
      </w:r>
      <w:r>
        <w:rPr>
          <w:lang w:eastAsia="zh-CN"/>
        </w:rPr>
        <w:t>　　12．负责外来人员和外来车辆的检查，严格按规定登记。对不符合要求进入小区的人员和车辆进行礼貌劝阻，对可疑情况提高警惕，及时报告，确保安全。</w:t>
      </w:r>
      <w:r>
        <w:rPr>
          <w:lang w:eastAsia="zh-CN"/>
        </w:rPr>
        <w:br/>
      </w:r>
      <w:r>
        <w:rPr>
          <w:lang w:eastAsia="zh-CN"/>
        </w:rPr>
        <w:t>　　13．严禁收买、推销、小贩等闲杂人员进入小区内，不准装修队擅自进入小区楼层内自找“生意”。</w:t>
      </w:r>
      <w:r>
        <w:rPr>
          <w:lang w:eastAsia="zh-CN"/>
        </w:rPr>
        <w:br/>
      </w:r>
      <w:r>
        <w:rPr>
          <w:lang w:eastAsia="zh-CN"/>
        </w:rPr>
        <w:t>　　14．监控室值班的保安员要全面熟悉监控室内的设备功能和使用程序与方法，确保设备的正常运转，发挥其应有的.作用。</w:t>
      </w:r>
      <w:r>
        <w:rPr>
          <w:lang w:eastAsia="zh-CN"/>
        </w:rPr>
        <w:br/>
      </w:r>
      <w:r>
        <w:rPr>
          <w:lang w:eastAsia="zh-CN"/>
        </w:rPr>
        <w:t>　　15．负责监控中心电视屏幕的监视工作，并密切监视消防控制屏和电脑显示系统。全面观察和掌握各个区域的治安动态，发现问题正确分析，果断决定，及时报告并与有关岗哨取得联系。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16．负责接受白天和夜间业主的投诉，并及时通知有关专业组进行处理，积极主动为业主（商户）排扰解困，业主（商户）反映的有关问题要主动及时向有关领导和部门反映，争取尽早解决。</w:t>
      </w:r>
      <w:r>
        <w:rPr>
          <w:lang w:eastAsia="zh-CN"/>
        </w:rPr>
        <w:br/>
      </w:r>
      <w:r>
        <w:rPr>
          <w:lang w:eastAsia="zh-CN"/>
        </w:rPr>
        <w:t>　　17．做好资料保管和保密工作，无关人员不准进入监控室，不准向无关人员谈及监控室的运作情况和值班情况。</w:t>
      </w:r>
      <w:r>
        <w:rPr>
          <w:lang w:eastAsia="zh-CN"/>
        </w:rPr>
        <w:br/>
      </w:r>
      <w:r>
        <w:rPr>
          <w:lang w:eastAsia="zh-CN"/>
        </w:rPr>
        <w:t>　　当然，我们工作中还存在许多的不足和困难，如一段时间内业主、用户电瓶车的停放管理，生活垃圾、建筑垃圾在一定程度上的不善管理给公司造成了一定的负面影响，因此我们在成绩面前不能骄傲，只有不断提高业务素质，加强业务训练和学习，不断改进工作中的不足，以更加热情，优质的工作服务公司，服务好业主。</w:t>
      </w:r>
      <w:r>
        <w:rPr>
          <w:lang w:eastAsia="zh-CN"/>
        </w:rPr>
        <w:br/>
      </w:r>
      <w:r>
        <w:rPr>
          <w:lang w:eastAsia="zh-CN"/>
        </w:rPr>
        <w:t>　　20__年已经过去，我们将满怀信心的迎来20__年，新的一年意味着新的机遇，新的挑战，我坚信在物业公司领导的英明决策和运筹下，物业公司的明天会更好，作为公司的一份子，在20__年的工作中，我会一如既往，全心全意为公司服务，竭力做好自己的本职工作，队长的工作如果确实能做到位，那么这支队伍自然就有了凝聚力和战斗力；才能让队伍朝气蓬勃，充满生机，才能博得广大业主的相信，赢取更大的物业市场，为__物业管理有限公司的壮大发展而贡献自己的一点点力量！</w:t>
      </w:r>
      <w:r>
        <w:rPr>
          <w:lang w:eastAsia="zh-CN"/>
        </w:rPr>
        <w:br/>
      </w:r>
      <w:r>
        <w:rPr>
          <w:lang w:eastAsia="zh-CN"/>
        </w:rPr>
        <w:t>　　在20__年度，我们将团结全体安保队员，坚决落实公司领导的工作指引，不辜负公司领导对我们的期望。</w:t>
      </w:r>
      <w:r>
        <w:rPr>
          <w:lang w:eastAsia="zh-CN"/>
        </w:rPr>
        <w:br/>
      </w:r>
      <w:r>
        <w:rPr>
          <w:lang w:eastAsia="zh-CN"/>
        </w:rPr>
        <w:t>　　保安队长年终的工作总结 6</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__物业保安队负责整个小区的治安防范、消防安全工作，一年来，在公司领导的指导下和各部门的配合下，保安队认真开展各项工作，落实完成了20__年度的各项工作任务。现将一年来具体工作情况总结如下：</w:t>
      </w:r>
      <w:r>
        <w:rPr>
          <w:lang w:eastAsia="zh-CN"/>
        </w:rPr>
        <w:br/>
      </w:r>
      <w:r>
        <w:rPr>
          <w:lang w:eastAsia="zh-CN"/>
        </w:rPr>
        <w:t>　　一、治安防范工作</w:t>
      </w:r>
      <w:r>
        <w:rPr>
          <w:lang w:eastAsia="zh-CN"/>
        </w:rPr>
        <w:br/>
      </w:r>
      <w:r>
        <w:rPr>
          <w:lang w:eastAsia="zh-CN"/>
        </w:rPr>
        <w:t>　　1、将安全管理工作列为第一重点，了解小区和周边安全动态，抓好日常安全管理工作的落实、检查、监督工作，确保小区的安全与秩序；</w:t>
      </w:r>
      <w:r>
        <w:rPr>
          <w:lang w:eastAsia="zh-CN"/>
        </w:rPr>
        <w:br/>
      </w:r>
      <w:r>
        <w:rPr>
          <w:lang w:eastAsia="zh-CN"/>
        </w:rPr>
        <w:t>　　2、与员工建立良好的沟通渠道，提高管理能力，加强与员工的沟通，掌握员工动态，及时采取措施，以促进保安队伍的进一步稳定；</w:t>
      </w:r>
      <w:r>
        <w:rPr>
          <w:lang w:eastAsia="zh-CN"/>
        </w:rPr>
        <w:br/>
      </w:r>
      <w:r>
        <w:rPr>
          <w:lang w:eastAsia="zh-CN"/>
        </w:rPr>
        <w:t>　　3、提高安全意识，保安队每天定时组织训练，还每周召开一次安全工作会议，讨论和排除安全隐患；</w:t>
      </w:r>
      <w:r>
        <w:rPr>
          <w:lang w:eastAsia="zh-CN"/>
        </w:rPr>
        <w:br/>
      </w:r>
      <w:r>
        <w:rPr>
          <w:lang w:eastAsia="zh-CN"/>
        </w:rPr>
        <w:t>　　4、严格落实门岗责任，对施工人员及搬家、送货等外来人员认真盘查并通过内线电话及可视对讲和业主核实来访情况；</w:t>
      </w:r>
      <w:r>
        <w:rPr>
          <w:lang w:eastAsia="zh-CN"/>
        </w:rPr>
        <w:br/>
      </w:r>
      <w:r>
        <w:rPr>
          <w:lang w:eastAsia="zh-CN"/>
        </w:rPr>
        <w:t>　　5、针对一些业主的朋友、亲属通过业主钻空子到小区内进行推销的现象，在队伍里设置巡逻岗进行跟踪，监控可疑对象，有效保证了辖区内正常的工作和生活秩序；</w:t>
      </w:r>
      <w:r>
        <w:rPr>
          <w:lang w:eastAsia="zh-CN"/>
        </w:rPr>
        <w:br/>
      </w:r>
      <w:r>
        <w:rPr>
          <w:lang w:eastAsia="zh-CN"/>
        </w:rPr>
        <w:t>　　6、加强对可疑对象的监控，除通过闭路电子监控中心，还给每个岗位增配对讲机，做到及时跟踪和汇报各岗位工作情况，有效地巩固治安防范工作；</w:t>
      </w:r>
      <w:r>
        <w:rPr>
          <w:lang w:eastAsia="zh-CN"/>
        </w:rPr>
        <w:br/>
      </w:r>
      <w:r>
        <w:rPr>
          <w:lang w:eastAsia="zh-CN"/>
        </w:rPr>
        <w:t>　　7、全力配合公司发展需要，加强保安管理工作，确保现场保安管理工作有序开展，对外将积极树立保安形象，服务与管理窗口；</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8、消防管理工作方面。对新入职员工进行常识技能培训，有效保障了小区的'利益和安全。</w:t>
      </w:r>
      <w:r>
        <w:rPr>
          <w:lang w:eastAsia="zh-CN"/>
        </w:rPr>
        <w:br/>
      </w:r>
      <w:r>
        <w:rPr>
          <w:lang w:eastAsia="zh-CN"/>
        </w:rPr>
        <w:t>　　二、停车场管理工作</w:t>
      </w:r>
      <w:r>
        <w:rPr>
          <w:lang w:eastAsia="zh-CN"/>
        </w:rPr>
        <w:br/>
      </w:r>
      <w:r>
        <w:rPr>
          <w:lang w:eastAsia="zh-CN"/>
        </w:rPr>
        <w:t>　　1、认真执行停车场管理规定，指引车辆按指定位置停车，排列整齐；</w:t>
      </w:r>
      <w:r>
        <w:rPr>
          <w:lang w:eastAsia="zh-CN"/>
        </w:rPr>
        <w:br/>
      </w:r>
      <w:r>
        <w:rPr>
          <w:lang w:eastAsia="zh-CN"/>
        </w:rPr>
        <w:t>　　2、对载有易燃、易爆和有毒有害物品的车辆严禁进场；</w:t>
      </w:r>
      <w:r>
        <w:rPr>
          <w:lang w:eastAsia="zh-CN"/>
        </w:rPr>
        <w:br/>
      </w:r>
      <w:r>
        <w:rPr>
          <w:lang w:eastAsia="zh-CN"/>
        </w:rPr>
        <w:t>　　3、严禁闲杂人员进场，并提醒车主离车前关好门窗，带走车上贵重物品；</w:t>
      </w:r>
      <w:r>
        <w:rPr>
          <w:lang w:eastAsia="zh-CN"/>
        </w:rPr>
        <w:br/>
      </w:r>
      <w:r>
        <w:rPr>
          <w:lang w:eastAsia="zh-CN"/>
        </w:rPr>
        <w:t>　　4、保安队在本年度维护好了停车场治安交通秩序，疏导车流，协调和指挥车辆进出与停放，禁止了车辆乱停乱放，保证了车场的安全和良好秩序。</w:t>
      </w:r>
      <w:r>
        <w:rPr>
          <w:lang w:eastAsia="zh-CN"/>
        </w:rPr>
        <w:br/>
      </w:r>
      <w:r>
        <w:rPr>
          <w:lang w:eastAsia="zh-CN"/>
        </w:rPr>
        <w:t>　　三、员工培训工作</w:t>
      </w:r>
      <w:r>
        <w:rPr>
          <w:lang w:eastAsia="zh-CN"/>
        </w:rPr>
        <w:br/>
      </w:r>
      <w:r>
        <w:rPr>
          <w:lang w:eastAsia="zh-CN"/>
        </w:rPr>
        <w:t>　　一年来，保安队都能按照公司的指示，不定期选派人员到保安基地进行培训，虽然在18年由于人手紧张，未能参加技能竞赛，但公司仍根据竞赛要求、内容对员工进行了训练，通过训练有效地提高了员工的整体素质，队伍形象有了较大的改变。</w:t>
      </w:r>
      <w:r>
        <w:rPr>
          <w:lang w:eastAsia="zh-CN"/>
        </w:rPr>
        <w:br/>
      </w:r>
      <w:r>
        <w:rPr>
          <w:lang w:eastAsia="zh-CN"/>
        </w:rPr>
        <w:t>　　在新的一年里，保安队将会更加努力，团结进取，逐项落实好20__年度的工作计划和培训计划，坚持落实好各项治安工作，使保安队各项工作更加扎实。</w:t>
      </w:r>
      <w:r>
        <w:rPr>
          <w:lang w:eastAsia="zh-CN"/>
        </w:rPr>
        <w:br/>
      </w:r>
      <w:r>
        <w:rPr>
          <w:lang w:eastAsia="zh-CN"/>
        </w:rPr>
        <w:t>　　保安队长年终的工作总结 7</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我虽是一名普通的保安员，但在我心中，黄贝小区就是我的家，领导是我的家长。同事是我的兄弟姐妹，小区的事是我自己的事，我要精心守卫我的家，使它在安全的环境中茁壮成长。我明白作为一个家庭成员，一名保安员“守卫小区、守卫我家”的责任重大。</w:t>
      </w:r>
      <w:r>
        <w:rPr>
          <w:lang w:eastAsia="zh-CN"/>
        </w:rPr>
        <w:br/>
      </w:r>
      <w:r>
        <w:rPr>
          <w:lang w:eastAsia="zh-CN"/>
        </w:rPr>
        <w:t>　　保卫是一项特殊的、并具有很大危险性的工作，可我没有因此而胆怯、畏惧。卡内基钢铁公司总裁齐瓦勃曾经说过“我们不是在为老板打工，更不是单纯为了赚钱，我是在为自己的梦想打工，为自己的远大前途打工。我们只能在业绩中提升自己。”因此，我们必须秉承严肃认真的工作态度，干好日常看似平淡的工作，要想得到，做得全。坚决完成上级领导交给们的每一项任务，做到让领导放心。</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在陈队的带邻下,我们圆满地完成了今年的工作任务,得到租、住户的满意,得到了领导的认可,我们的工作今年是比较重的一年当中有几家住户装修,消防的施工,进出的人员多且复杂。对我们的工作加大了压力，在这种情况下我们加强对进出人员、施工人员正监管和登记，定时进行楼巡，把萌芽的事故撤底消灭，确保小区的'安全，这有802房患病的朱女士，每一次患病都会磕东西我们小区的花盆砸了解十几个，有时这会高空抛物，在患病时为了保护好群众的生命财产，车辆不受伤坏，并助领导，社区工作站，维护好现场，并得到领导的表扬，在工作之余，在队长带领下，我们进行了保安员体能训练，内容包括，队列训练，军体权等。坚持完成预期目标，保质保量地完成训练计划，我刚开始时叫苦叫累的现像，但我明白作为保安员只有过硬的业务本领和强壮体能素质，才能更好地发挥“养兵千日、用在一时”没有刻苦训练关健时刻怎么能发挥出我们的作用呢？所以我不怕苦不怕累，一直坚持。</w:t>
      </w:r>
      <w:r>
        <w:rPr>
          <w:lang w:eastAsia="zh-CN"/>
        </w:rPr>
        <w:br/>
      </w:r>
      <w:r>
        <w:rPr>
          <w:lang w:eastAsia="zh-CN"/>
        </w:rPr>
        <w:t>　　作为保安员还是一名义务的消防员，今年管理工司组织了好几次的消防安全讲座培训并学习消防平时生活当中遇到安全发生火灾应急措施，并认真地学习记录,长掌消防知识,结合本小区的消防设备、设施，定期进行设备的巡查和维护工作，以预防为主、防消结合方针，确保租住户的生命财产的安全。</w:t>
      </w:r>
      <w:r>
        <w:rPr>
          <w:lang w:eastAsia="zh-CN"/>
        </w:rPr>
        <w:br/>
      </w:r>
      <w:r>
        <w:rPr>
          <w:lang w:eastAsia="zh-CN"/>
        </w:rPr>
        <w:t>　　在工作生活当中本人在一年的总结如下：</w:t>
      </w:r>
      <w:r>
        <w:rPr>
          <w:lang w:eastAsia="zh-CN"/>
        </w:rPr>
        <w:br/>
      </w:r>
      <w:r>
        <w:rPr>
          <w:lang w:eastAsia="zh-CN"/>
        </w:rPr>
        <w:t>　　1.坚决服从领导、认真领会执行公司的经管理策略和工作，指示精神，并贯彻落实到岗位实际工作当中始终把维护公司利益放在弟一位。</w:t>
      </w:r>
      <w:r>
        <w:rPr>
          <w:lang w:eastAsia="zh-CN"/>
        </w:rPr>
        <w:br/>
      </w:r>
      <w:r>
        <w:rPr>
          <w:lang w:eastAsia="zh-CN"/>
        </w:rPr>
        <w:t>　　2. 对小区的治安严于管理，敢于不法分子作斗争。</w:t>
      </w:r>
      <w:r>
        <w:rPr>
          <w:lang w:eastAsia="zh-CN"/>
        </w:rPr>
        <w:br/>
      </w:r>
      <w:r>
        <w:rPr>
          <w:lang w:eastAsia="zh-CN"/>
        </w:rPr>
        <w:t>　　3. 对进出的车辆严于记录，对收费的车辆安照工的要求进行收费，做到文明服务。</w:t>
      </w:r>
      <w:r>
        <w:rPr>
          <w:lang w:eastAsia="zh-CN"/>
        </w:rPr>
        <w:br/>
      </w:r>
      <w:r>
        <w:rPr>
          <w:lang w:eastAsia="zh-CN"/>
        </w:rPr>
        <w:t>　　4. 在队长的带领下我们进行了小区的绿化、维护工作。创建和谐文明小区。</w:t>
      </w:r>
      <w:r>
        <w:rPr>
          <w:lang w:eastAsia="zh-CN"/>
        </w:rPr>
        <w:br/>
      </w:r>
      <w:r>
        <w:rPr>
          <w:lang w:eastAsia="zh-CN"/>
        </w:rPr>
        <w:t>　　5.坚持“预防为主、防消结合”的消防方针,完善消防设备巡查及保养措施，并加强消防知识的培训，提高防火意识，能掌握消防设备的操作方法，确保安全。</w:t>
      </w:r>
      <w:r>
        <w:rPr>
          <w:lang w:eastAsia="zh-CN"/>
        </w:rPr>
        <w:br/>
      </w:r>
      <w:r>
        <w:rPr>
          <w:lang w:eastAsia="zh-CN"/>
        </w:rPr>
        <w:t>　　以上是我在一年中做到做好的方面，纵观一年的工作客观自我剖析，自已在下列中方面存在不足之处，肯领导的指正与批评，以待今后的工作中进一步加强和改正。</w:t>
      </w:r>
      <w:r>
        <w:rPr>
          <w:lang w:eastAsia="zh-CN"/>
        </w:rPr>
        <w:br/>
      </w:r>
      <w:r>
        <w:rPr>
          <w:lang w:eastAsia="zh-CN"/>
        </w:rPr>
        <w:t>　　1、 工作当中有松懈。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2、 工作经验和相关管理知识仍需进一步学习，积累。</w:t>
      </w:r>
      <w:r>
        <w:rPr>
          <w:lang w:eastAsia="zh-CN"/>
        </w:rPr>
        <w:br/>
      </w:r>
      <w:r>
        <w:rPr>
          <w:lang w:eastAsia="zh-CN"/>
        </w:rPr>
        <w:t>　　保安队长年终的工作总结 8</w:t>
      </w:r>
      <w:r>
        <w:rPr>
          <w:lang w:eastAsia="zh-CN"/>
        </w:rPr>
        <w:br/>
      </w:r>
      <w:r>
        <w:rPr>
          <w:lang w:eastAsia="zh-CN"/>
        </w:rPr>
        <w:t>　　20__年已经过去，我们满怀信心的迎接新一年的到来。过去的一年，是保安部提升安全、服务品质的一年，也是安全工作完成较为理想的一年，为了今后工作的顺利进行，现对20__年工作进行总结，以总结经验，查找不足，期望在新的一年里能够扬长避短，再创佳绩。</w:t>
      </w:r>
      <w:r>
        <w:rPr>
          <w:lang w:eastAsia="zh-CN"/>
        </w:rPr>
        <w:br/>
      </w:r>
      <w:r>
        <w:rPr>
          <w:lang w:eastAsia="zh-CN"/>
        </w:rPr>
        <w:t>　　一、发扬优势管理，狠抓基层建设</w:t>
      </w:r>
      <w:r>
        <w:rPr>
          <w:lang w:eastAsia="zh-CN"/>
        </w:rPr>
        <w:br/>
      </w:r>
      <w:r>
        <w:rPr>
          <w:lang w:eastAsia="zh-CN"/>
        </w:rPr>
        <w:t>　　1、优质服务，赢得信赖。加强保安部人员管理，严格按照保安员职责要求，强化管理准则，加强现场督促和质量检查，定期培训安全工作条例及消防器材使用知识，规范要求保安部人员的礼节礼貌、着装、卫生等，同时中夜班不间断巡逻北别内重点部位及业主的车辆安全，通过方方面面的努力，逐步提升了安保岗位的窗口形象，提高了自身优质服务水准，得到了小区广大业主的信赖和好评；</w:t>
      </w:r>
      <w:r>
        <w:rPr>
          <w:lang w:eastAsia="zh-CN"/>
        </w:rPr>
        <w:br/>
      </w:r>
      <w:r>
        <w:rPr>
          <w:lang w:eastAsia="zh-CN"/>
        </w:rPr>
        <w:t>　　2、预防为主，重点布控，措施到位，消除隐患。在物业办经理的关怀指导下，制定了应急突发事件预案，贯彻落实防盗、防火的措施，在今年施工人员出现的两次不安全事故中能及时处置，妥善解决。在此基础上保安部实行群控、群防、群检、群治等措施，确保小区内安全防范工作万无一失；</w:t>
      </w:r>
      <w:r>
        <w:rPr>
          <w:lang w:eastAsia="zh-CN"/>
        </w:rPr>
        <w:br/>
      </w:r>
    </w:p>
    <w:p w:rsidR="001B1F19" w14:textId="27C3F48A">
      <w:pPr>
        <w:rPr>
          <w:rFonts w:hint="eastAsia"/>
          <w:lang w:eastAsia="zh-CN"/>
        </w:rPr>
      </w:pPr>
      <w:r>
        <w:rPr>
          <w:lang w:eastAsia="zh-CN"/>
        </w:rPr>
        <w:t>　　3、完善设施、设备及器材配备，做到有备无患。物业办今年内为保安部配备了强光手电、警棍、对讲机、雨衣等用具，逐步完善了别墅区内的监控设施，为安全管理工作提供了强有力的保障，但还存在不可忽视的问题：如消防栓无水、安全管理职责不明确不到位等，望能及时配备，以保障安全工作的顺利进行。</w:t>
      </w:r>
      <w:r>
        <w:rPr>
          <w:lang w:eastAsia="zh-CN"/>
        </w:rPr>
        <w:br/>
      </w:r>
      <w:r>
        <w:rPr>
          <w:lang w:eastAsia="zh-CN"/>
        </w:rPr>
        <w:t>　　二、严格管理，提升品质，改变观念，创新方法</w:t>
      </w:r>
      <w:r>
        <w:rPr>
          <w:lang w:eastAsia="zh-CN"/>
        </w:rPr>
        <w:br/>
      </w:r>
      <w:r>
        <w:rPr>
          <w:lang w:eastAsia="zh-CN"/>
        </w:rPr>
        <w:t>　　1、按照年初制定的安全培训计划，参照行业规范标准，对保安员每周进行一次例会、培训，重点讲解管理素质、服务意识、礼节、礼貌、专业技能、消防知识、突发事件应对等，通过讲解、点评、交流，使保安员在思想认识和日常工作水平上都有了不同程度的提升；</w:t>
      </w:r>
      <w:r>
        <w:rPr>
          <w:lang w:eastAsia="zh-CN"/>
        </w:rPr>
        <w:br/>
      </w:r>
      <w:r>
        <w:rPr>
          <w:lang w:eastAsia="zh-CN"/>
        </w:rPr>
        <w:t>　　2、保安部按照计划对保安员进行岗位培训，做到实际工作培训分阶段分内容考评，使每个队员都能达到“四会”（会队列、会消防器材使用、会指挥手势、会拳术）。通过培训，整体思想素质、业务素质、业务技能、服务态度得到了加强与提高；</w:t>
      </w:r>
      <w:r>
        <w:rPr>
          <w:lang w:eastAsia="zh-CN"/>
        </w:rPr>
        <w:br/>
      </w:r>
      <w:r>
        <w:rPr>
          <w:lang w:eastAsia="zh-CN"/>
        </w:rPr>
        <w:t>　　3、结合小区内实际情况及保安部现有状况，引导保安员提升素质、转变观念。要求大家要有紧迫感、上进心和责任心，培养团队精气神，激发保安员的主观能动性和工作积极性，同时通过树立优秀队员，激发大家学先进、争先进的工作热情。通过在工作实践中的不断摸索和总结，制定出了“物业保安员应知应会”规范准则，为更好的服务于广大业主打下了基础。</w:t>
      </w:r>
      <w:r>
        <w:rPr>
          <w:lang w:eastAsia="zh-CN"/>
        </w:rPr>
        <w:br/>
      </w:r>
      <w:r>
        <w:rPr>
          <w:lang w:eastAsia="zh-CN"/>
        </w:rPr>
        <w:t>　　三、车辆及进出人员的管理</w:t>
      </w:r>
      <w:r>
        <w:rPr>
          <w:lang w:eastAsia="zh-CN"/>
        </w:rPr>
        <w:br/>
      </w:r>
      <w:r>
        <w:rPr>
          <w:lang w:eastAsia="zh-CN"/>
        </w:rPr>
        <w:t>　　1、严格按照车辆进出管理规定执行，控制小区内的车辆，保证小区内环境，保证井然有序、道路畅通；</w:t>
      </w:r>
      <w:r>
        <w:rPr>
          <w:lang w:eastAsia="zh-CN"/>
        </w:rPr>
        <w:br/>
      </w:r>
      <w:r>
        <w:rPr>
          <w:lang w:eastAsia="zh-CN"/>
        </w:rPr>
        <w:t>　　2、加强保安员的手势、语言方面的培训工作；</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https://d.book118.com/825124344124011113</w:t>
        </w:r>
      </w:hyperlink>
    </w:p>
    <w:p w:rsidR="001B1F19">
      <w:pPr>
        <w:rPr>
          <w:rFonts w:hint="eastAsia"/>
          <w:lang w:eastAsia="zh-CN"/>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25124344124011113"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