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员工试用期工作总结范文（33篇）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最新员工试用期工作总结精选范文（通用33篇）</w:t>
      </w:r>
      <w:r>
        <w:rPr>
          <w:lang w:eastAsia="zh-CN"/>
        </w:rPr>
        <w:br/>
      </w:r>
      <w:r>
        <w:rPr>
          <w:lang w:eastAsia="zh-CN"/>
        </w:rPr>
        <w:t xml:space="preserve">    最新员工试用期工作总结精选范文 篇1 </w:t>
      </w:r>
      <w:r>
        <w:rPr>
          <w:lang w:eastAsia="zh-CN"/>
        </w:rPr>
        <w:br/>
      </w:r>
      <w:r>
        <w:rPr>
          <w:lang w:eastAsia="zh-CN"/>
        </w:rPr>
        <w:t>　　时间一晃而过，转眼间三个月的试用期已接近尾声。这是我人生中弥足珍贵的经历，也给我留下了精彩而美好的回忆。在一个收获的季节，我荣幸的踏进了一个新欣向荣、朝气蓬勃的企业——。成为了普通的一员。成为了客户服务工作传递快乐的一名使者。感谢给了我工作的机会，是您——延伸了我继续展翅的梦想。</w:t>
      </w:r>
      <w:r>
        <w:rPr>
          <w:lang w:eastAsia="zh-CN"/>
        </w:rPr>
        <w:br/>
      </w:r>
      <w:r>
        <w:rPr>
          <w:lang w:eastAsia="zh-CN"/>
        </w:rPr>
        <w:t>　　在这段时间里您们给予了我足够的宽容、支持和帮助，让我充分感受到了__人“海纳百川”的胸襟，感受到了__人“不经历风雨，怎能见彩虹”的豪气，也体会到了__人的执着和坚定。在对您们肃然起敬的同时，也为我有机会成为一份子而惊喜万分。</w:t>
      </w:r>
      <w:r>
        <w:rPr>
          <w:lang w:eastAsia="zh-CN"/>
        </w:rPr>
        <w:br/>
      </w:r>
      <w:r>
        <w:rPr>
          <w:lang w:eastAsia="zh-CN"/>
        </w:rPr>
        <w:t>　　带着对未来美好的憧憬和希望，踏上了新的征程，平凡而不平庸的岗位。回想在过去的三个月里，让我欢喜让我忧，有成功喜悦，也有伤心往事；有在烟雾缭绕的房间里发呆，也有半夜从床上蹦起来的经历，这好象是人生的一段缩影，让人难以忘怀。生活显得紧张，但又有秩序。</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这三个月的时间里，在领导和同事们的悉心关怀和指导下，通过自身的不懈努力，我已经逐渐适应了周围的生活与工作环境，对工作也逐渐进入了状态。在这段过程中，我想分三个阶段来总结我这段时间的工作。</w:t>
      </w:r>
      <w:r>
        <w:rPr>
          <w:lang w:eastAsia="zh-CN"/>
        </w:rPr>
        <w:br/>
      </w:r>
      <w:r>
        <w:rPr>
          <w:lang w:eastAsia="zh-CN"/>
        </w:rPr>
        <w:t>　　一、萌芽阶段</w:t>
      </w:r>
      <w:r>
        <w:rPr>
          <w:lang w:eastAsia="zh-CN"/>
        </w:rPr>
        <w:br/>
      </w:r>
      <w:r>
        <w:rPr>
          <w:lang w:eastAsia="zh-CN"/>
        </w:rPr>
        <w:t>　　在这期间，我主要是熟悉日常工作流程。比如熟悉产权、国土的权证办理程序，业主的咨询解释工作，房屋的维修整改流程，其涉及到的事情比较芜杂，具有较强的随机性，有时急着要同时处理好几件事情，而有时却闲得无聊。并且在这些事情上，都缺乏表面层次性，在没有对其内在属性得到充分了解的情况下，很难通过直观在第一时间内得出比较正确的判断，因为在接收到每一信息时都没有明确的标识哪个是重点哪个是非重点，哪些事情紧急哪些事情不急，哪些信息是需马上传达的哪些信息是需过滤掉的，这些在缺乏经验与对公司整体内部运作了解的情况下都是很难把握的。当然了，在这期间，是我出错的高峰期了，特别是在有些事情的处理上，缺乏一定的灵活性，对有些事情考虑得不够周全，但通过向一些有经验的同事学习，在后期的工作中逐步得到了改善。像我这样一个新人，刚进入公司，对一切都充满了陌生和好奇。所以我经常会追着工程师或老员工问这问那，他们总是能不胜其烦地解说。从中让我学到了许多自己以前所未学到的东西。经常也和业主进行交流，从他们那里能够学到自己在其他的地方所不能学到的东西，所以他们都成了我的良师益友。</w:t>
      </w:r>
      <w:r>
        <w:rPr>
          <w:lang w:eastAsia="zh-CN"/>
        </w:rPr>
        <w:br/>
      </w:r>
      <w:r>
        <w:rPr>
          <w:lang w:eastAsia="zh-CN"/>
        </w:rPr>
        <w:t>　　二、成长阶段</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通过对上阶段的工作表现与领导、同事的的指导，在此阶段的工作上作了一定的调整，开始分类进行工作制定每日计划，客户部的权证办理工作、业主咨询解释工作、整改流程工作、业主的谈判工作等四大类。在这期间，协助了部门的权证办理工作，业主相关权证的领取步骤，办理所需资料，以及办理时的相关注意事项。业主的咨询解释工作是多样性的，让我清楚的看到了自己对专业知识的不足和服务质量需要提高，我向领导、同事及其他相关工作部门的学习，补充自己的专业知识，提升自己的服务质量，使业主满意，也让自己更好的服务于业主。在这里，我清楚的认识到：站在我面前的每一位业主，都是我心中的上帝，而我的职责就成了传递快乐的天使，与专业打交道是一门硬的科学技术，与人打交道则是一门软的思想艺术。这就要求我要两手都要抓，并且两手都要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同时，这种精神也深入到工程的整改中，通过维修小组对房屋质量的整改工作，首先要尽快整改业主反映的问题。一定要及时整改。因为这个问题容易影响业主生活秩序或家装进度。一但业主停工会带来工期和经济的损失，更严重的是会影响上帝的心态，破坏了新房给他带来的愉快心情。一旦业主心情被破坏了质量本身的问题已不在是主流，抚平业主的心灵深处的创伤则变成了我使命的当务之急了。这不仅提高工作效率，也增加了美誉度；其次对整改施工单位的监督，提升整改质量水平。在这期间我多次与维修工程师一同深入到实践中，找到发生房屋质量问题的根源所在，比如：铝窗渗水，主要原因是窗密封胶和玻璃胶日久老化；门窗拼接不规范；窗墙结合处与土建部分衔接不够紧密。再如：墙面裂纹的裂纹、空鼓，墙体裂纹由砌体砂浆不饱满，不同材料交接处理不合理，装修开槽操作不规范等造成；空鼓是抹灰时墙体润湿不够或一次抹灰太厚以及细砂含量太重造成。通过现场的实践工作，这样可以更好的监督施工单位施工的质量，也增强了我的信心。</w:t>
      </w:r>
      <w:r>
        <w:rPr>
          <w:lang w:eastAsia="zh-CN"/>
        </w:rPr>
        <w:br/>
      </w:r>
      <w:r>
        <w:rPr>
          <w:lang w:eastAsia="zh-CN"/>
        </w:rPr>
        <w:t>　　三、成熟阶段</w:t>
      </w:r>
      <w:r>
        <w:rPr>
          <w:lang w:eastAsia="zh-CN"/>
        </w:rPr>
        <w:br/>
      </w:r>
      <w:r>
        <w:rPr>
          <w:lang w:eastAsia="zh-CN"/>
        </w:rPr>
        <w:t>　　通过前两个月对工作的不断熟悉与锻炼，对基本工作技能方面有了更进一步的提高，在工作效率上也有了一定的改善。此时也已顺利交房，但交房后的集中整改工作也随即展开。报修的数量是前期的数倍，对于这种情况，为了控制这种现象的发展，就需要对这些整改原因进行现场勘察，找出症结，对症下药。其中发现误报、重复报修、及部分业主自身的装修操作的不规范等导致的报修占了很大一部分。将这种报修整改降低至最低点，对于整改报修、整改关闭的流程完善，就显得十分重要，同时也为我们的后期工作带来了方便，鉴于此，在领导的帮助下、在部门同事的协助下对整改报修的流程进行了部分完善。首先从根源抓起，对业主报修问题的责任性、真实性进行核查是否属于正常维修整改范围。</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例如：是否是业主的操作不当（主要是门窗铝合金五金配件），通过对业主的解释工作和指导正确操作的方法是完全可以避免业主的报修投诉，同时避免了施工单位进行整改，增加了维修成本及工作量，却又没有根本性的解决问题，每次整改几乎业主都要现场监工，还造成了业主对满意度的下降。其次，整改后的复查和回访落实到每一个责任人。复查可以检验施工单位的整改效果和整改质量，避免施工单位的偷工减料，造成整改不彻底的后遗症。回访首先可以提高业主的满意度，其次又能够听到业主真实、中肯、良好的意见和建议，提高了我们的工作质量，又何乐而不为呢？</w:t>
      </w:r>
      <w:r>
        <w:rPr>
          <w:lang w:eastAsia="zh-CN"/>
        </w:rPr>
        <w:br/>
      </w:r>
      <w:r>
        <w:rPr>
          <w:lang w:eastAsia="zh-CN"/>
        </w:rPr>
        <w:t>　　通过整改流程的完善，并在实际工作操作中得以实施，集中整改工作得以顺利完成。但这不是三分钟热情，在后期的正常整改工作中还要继续实施下去，还要不断的总结经验和教训，提高、提高、再提高.随着时间的推移，在公司领导和同事的帮助之下，我不断成长，解决了一个又一个的质量投诉问题。这些问题可谓各式各样、五花八门，在这里我不一一阐述。</w:t>
      </w:r>
      <w:r>
        <w:rPr>
          <w:lang w:eastAsia="zh-CN"/>
        </w:rPr>
        <w:br/>
      </w:r>
      <w:r>
        <w:rPr>
          <w:lang w:eastAsia="zh-CN"/>
        </w:rPr>
        <w:t>　　时光流转间，我已到公司工作三个多月。非常感谢公司领导对我的信任，给予了我体现自我、提高自我的机会。在整个工作过程中，我认为自己工作比较认真、负责、细心，具有较强的责任心和进取心，勤勉不懈，极富工作热情，能完成领导交付的工作。并积极学习新知识、新技能，来提高自己的综合素质，注重自身发展与进步。但也存在着许多缺点与不足：在日常工作中有时不够干练，言行举止没有注重约束自己，且工作主动性发挥的还不够，对工作的预见性和创造性不够，离领导的要求还有一定的距离；对维修整改方面，感觉自己对有些知识溃缺，如专业知识和房产相关法律法规方面。但这些缺点与不足，在以后的工作中，缺点加以注意和改正，不足的通过学习充实自己。</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在此，我想借此机会，正式向公司领导提出转正申请，希望公司领导能对我的工作态度、能力与表现，以正式员工的要求做一个全面的考量。同时也非常感谢公司领导对我信任，给予我体现自我、提高自我的机会，使我的思想境界、业务素质、工作能力都得到了幅度的提高，同时也激励了我在今后的工作中不断前进与完善.为了辉煌的明天，也为了我美好的未来，我愿同一道努力！努力！再努力！</w:t>
      </w:r>
      <w:r>
        <w:rPr>
          <w:lang w:eastAsia="zh-CN"/>
        </w:rPr>
        <w:br/>
      </w:r>
      <w:r>
        <w:rPr>
          <w:lang w:eastAsia="zh-CN"/>
        </w:rPr>
        <w:t xml:space="preserve">    最新员工试用期工作总结精选范文 篇2 </w:t>
      </w:r>
      <w:r>
        <w:rPr>
          <w:lang w:eastAsia="zh-CN"/>
        </w:rPr>
        <w:br/>
      </w:r>
      <w:r>
        <w:rPr>
          <w:lang w:eastAsia="zh-CN"/>
        </w:rPr>
        <w:t>　　尊敬的公司领导：</w:t>
      </w:r>
      <w:r>
        <w:rPr>
          <w:lang w:eastAsia="zh-CN"/>
        </w:rPr>
        <w:br/>
      </w:r>
      <w:r>
        <w:rPr>
          <w:lang w:eastAsia="zh-CN"/>
        </w:rPr>
        <w:t>　　20__年，即将临近年末，作为大学刚毕业实习期间的我进入公司已经有两个多月了的时间了，在这两个多月的时间里，我学到了很多关于房地产的知识，也涉及了很多以前没涉及到的事物，在公司领导和同事们的悉心关怀和指导下，通过自身的不懈努力，我已经逐渐适应了公司的生活与工作环境，对工作也逐渐进入了状态。在这段过程中，我想分三个阶段来总结我这段时间的工作。</w:t>
      </w:r>
      <w:r>
        <w:rPr>
          <w:lang w:eastAsia="zh-CN"/>
        </w:rPr>
        <w:br/>
      </w:r>
      <w:r>
        <w:rPr>
          <w:lang w:eastAsia="zh-CN"/>
        </w:rPr>
        <w:t xml:space="preserve">    最新员工试用期工作总结精选范文 篇3 </w:t>
      </w:r>
      <w:r>
        <w:rPr>
          <w:lang w:eastAsia="zh-CN"/>
        </w:rPr>
        <w:br/>
      </w:r>
      <w:r>
        <w:rPr>
          <w:lang w:eastAsia="zh-CN"/>
        </w:rPr>
        <w:t>　　尊敬的领导：</w:t>
      </w:r>
      <w:r>
        <w:rPr>
          <w:lang w:eastAsia="zh-CN"/>
        </w:rPr>
        <w:br/>
      </w:r>
      <w:r>
        <w:rPr>
          <w:lang w:eastAsia="zh-CN"/>
        </w:rPr>
        <w:t>　　我于_年_月_日起正式成为公司一员。工作的第一日，也恰逢a项目正式启动第一日。虽然对没能参加此项目的准备工作深感遗憾，但从项目正式运行第一天始，能与公司各部门同事并肩工作至今，看着a项目由起步到趋向稳定，我的内心同样充满了作为公司一员的自豪。以下是试用期间我的个人工作总结报告：</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作为公司的一名新员工，能与a这个新项目共同走向成熟，是我莫大的荣幸。初到公司，在工作初始阶段，部分工作中出现的缺憾或不完善的方面，在公司领导的指导及同仁的协助下，基本得到了改善并起到了较好的工作效果。我个人的工作能力，也在不断完善的工作中得到了很大程度的提高。这个岗位上两个多月的工作经历，使我清楚的看到了公司基层员工在与客户接触的实际工作情况，为我转岗后的工作，打下了坚实的基础。</w:t>
      </w:r>
      <w:r>
        <w:rPr>
          <w:lang w:eastAsia="zh-CN"/>
        </w:rPr>
        <w:br/>
      </w:r>
      <w:r>
        <w:rPr>
          <w:lang w:eastAsia="zh-CN"/>
        </w:rPr>
        <w:t>　　两个多月后，承蒙公司领导对我能力的肯定与信任，将我由a部调至b部。我于_年_月_日正式开始了客户建议投诉的接待处理工作。</w:t>
      </w:r>
      <w:r>
        <w:rPr>
          <w:lang w:eastAsia="zh-CN"/>
        </w:rPr>
        <w:br/>
      </w:r>
      <w:r>
        <w:rPr>
          <w:lang w:eastAsia="zh-CN"/>
        </w:rPr>
        <w:t>　　在投诉受理的工作过程中，我深深体会到了公司将a项目从起步推向稳定发展的不易。一个新事物在一个城市中获得接受和支持，需要一个较长的磨合期和完善的服务系统。在磨合期中，客户群必然会将各种各样的问题及矛盾反应到客户服务工作中，其中一部分的矛盾能否化解，在于受理投诉岗位人员的接待处理工作做的好坏。如果这个岗位做的好，就可以减轻公司所承受的一部分压力，使公司的精力能更多的投入到项目的巩固、扩展工作中;反之，如果这个岗位做的不理想，不仅会在与客户的交流中破坏公司的形象及声誉，也会浪费许多人力物力，分散攻坚力量，对公司a项目的顺利发展造成本可避免的延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由于深知这项工作的重要性，所以我努力争取更为完善的解决处理好工作中受理的每一项投诉或建议。在工作初期，我做好了试用期工作计划，与其他相关部门的同事，协商拟定并逐步完善了投诉处理流程，不同的建议或投诉，均有了相应的处理流程及登记入档程序。新的受理流程，不仅方便了客户，同样也使工作趋向规范化。在日常工作中，我严守公司制度规定，按时到岗，并对每一起建议投诉，都按类型分类并进行了详细登记记录在案。对受理中反映的各类问题，在我职权内能解决的，我都尽力用所知、所学的相关政策、知识及应对技巧，给予客户满意的解答，以期省去公司一部分不必要的人、物力支出。对于反应问题中涉及到公司其他部门或个人的，为了避免今后出现类似投诉，在报公司领导后，我均能按批示认真督促相关部门或人员对客户反映的问题给予解决、落实。</w:t>
      </w:r>
      <w:r>
        <w:rPr>
          <w:lang w:eastAsia="zh-CN"/>
        </w:rPr>
        <w:br/>
      </w:r>
      <w:r>
        <w:rPr>
          <w:lang w:eastAsia="zh-CN"/>
        </w:rPr>
        <w:t>　　在实际工作中，我也存在着许多缺点和不足，比如处理投诉的经验有限，解决问题时有时缺乏果断，偶尔也会被小的挫折影响工作信心。认识到不足的同时，我始终坚信，自省是改进提高的前提。在今后的工作中，我将努力弥补不足，用自己尽心的工作，为公司a项目的顺利开展，尽一名员工所能做的最大努力。</w:t>
      </w:r>
      <w:r>
        <w:rPr>
          <w:lang w:eastAsia="zh-CN"/>
        </w:rPr>
        <w:br/>
      </w:r>
      <w:r>
        <w:rPr>
          <w:lang w:eastAsia="zh-CN"/>
        </w:rPr>
        <w:t>　　时光流转间，我已到公司工作三个多月。非常感谢公司领导对我的信任，给予了我体现自我、提高自我的机会。这三个多月的试用期工作经历，使我的工作能力得到了由校园步入社会后最大幅度的提高。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此，在对试用期的工作情况及心得体会做一汇报后，我想借此机会，正式向公司领导提出转正请求。希望公司领导能对我的工作态度、工作能力和表现，以正式员工的要求做一个全面考量。能否转正，期盼回复。对我个人来说，如果能被批准，必然是件好事，表示我试用期的工作表现得到了公司的肯定。同样，如果不能被批准，说明我工作中仍有许多方面需要改进和完善，也是一个提高自我能力的机会。但不管能否转正，我都会以同样炙热的工作热情继续投入到今后的工作当中，以自己踏实努力的工作，报公司知遇之恩!</w:t>
      </w:r>
      <w:r>
        <w:rPr>
          <w:lang w:eastAsia="zh-CN"/>
        </w:rPr>
        <w:br/>
      </w:r>
      <w:r>
        <w:rPr>
          <w:lang w:eastAsia="zh-CN"/>
        </w:rPr>
        <w:t xml:space="preserve">    最新员工试用期工作总结精选范文 篇4 </w:t>
      </w:r>
      <w:r>
        <w:rPr>
          <w:lang w:eastAsia="zh-CN"/>
        </w:rPr>
        <w:br/>
      </w:r>
      <w:r>
        <w:rPr>
          <w:lang w:eastAsia="zh-CN"/>
        </w:rPr>
        <w:t>　　毕业后的第一份正式工作，__公司为我这个懵懂青年打开了走进社会的第一扇门。带着憧憬、忐忑又尽量平和的心进来，却还是因为环境和专业的差异，让我一开始乱了心智和步伐。性格倔强的我是否曾让同事们看见满身的棱角和叛逆，是否也让领导们有过疑惑和无奈。但在我最迷茫无助的时候，是领导的关怀和理解给了我新的力量和信心，让我有机会重新调整自己，去更适合自己的岗位上作为。从__公司到__公司的这几个月，我想我已经完成了自身的角色转变，投入工作、融入公司的氛围里，和同事们友好和谐地相处更让我在这个陌生的城市收获了一份小小但特别的满足和快乐。</w:t>
      </w:r>
      <w:r>
        <w:rPr>
          <w:lang w:eastAsia="zh-CN"/>
        </w:rPr>
        <w:br/>
      </w:r>
      <w:r>
        <w:rPr>
          <w:lang w:eastAsia="zh-CN"/>
        </w:rPr>
        <w:t>　　在党政办的岗位上，政治敏锐度不高、思想不够严谨的我，工作中似乎还不能尽善尽美，但我相信自己能勇敢地接受组织上的考核，因为我在用心、认真的完成自己的职责，并热切地希望能更大发挥自己的能量为公司做出贡献。</w:t>
      </w:r>
      <w:r>
        <w:rPr>
          <w:lang w:eastAsia="zh-CN"/>
        </w:rPr>
        <w:br/>
      </w:r>
      <w:r>
        <w:rPr>
          <w:lang w:eastAsia="zh-CN"/>
        </w:rPr>
        <w:t>　　我曾为自己的第一次加班而暗自高兴，很多人也许会不解，其实对于我自己来说，意味着真正融入工作的开始。因为可以在新岗位上忙碌起来，因为可以进步和充实，也因为能为公司做更多有效的事情。</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感谢公司和组织上对我的培养，让我参加了档案管理培训，虽然处在试用期，但领导的关心和同事们的亲切让我早早地感觉到了公司给我的归属感。</w:t>
      </w:r>
      <w:r>
        <w:rPr>
          <w:lang w:eastAsia="zh-CN"/>
        </w:rPr>
        <w:br/>
      </w:r>
      <w:r>
        <w:rPr>
          <w:lang w:eastAsia="zh-CN"/>
        </w:rPr>
        <w:t>　　现在在党政办公室的岗位上，我的职责逐渐明确起来，主要负责人事、对外宣传还有后勤保障方面的工作，工作状态较为稳定，进入一个循序渐进的阶段。平时还协助、参与团支部、工会的一些事务和活动，而此类活动恰与我的爱好特长颇为贴近，所以表现得较为积极。</w:t>
      </w:r>
      <w:r>
        <w:rPr>
          <w:lang w:eastAsia="zh-CN"/>
        </w:rPr>
        <w:br/>
      </w:r>
      <w:r>
        <w:rPr>
          <w:lang w:eastAsia="zh-CN"/>
        </w:rPr>
        <w:t>　　其实，我知道我仍不能掩饰自己的不成熟和不足，但我相信自己真诚而善良，豁达而上进，是一个对生活充满热情和期盼的有志青年。我有梦，它会一直鞭策着我踏踏实实的工作，勤勤恳恳的为公司服务，为着更美好的明天去奋斗。</w:t>
      </w:r>
      <w:r>
        <w:rPr>
          <w:lang w:eastAsia="zh-CN"/>
        </w:rPr>
        <w:br/>
      </w:r>
      <w:r>
        <w:rPr>
          <w:lang w:eastAsia="zh-CN"/>
        </w:rPr>
        <w:t>　　如果能通过考核，热切期望在将来的工作中，能有领导和同事们的不断提点和指导，通过自身的成熟和进步，更好的为公司效力！</w:t>
      </w:r>
      <w:r>
        <w:rPr>
          <w:lang w:eastAsia="zh-CN"/>
        </w:rPr>
        <w:br/>
      </w:r>
      <w:r>
        <w:rPr>
          <w:lang w:eastAsia="zh-CN"/>
        </w:rPr>
        <w:t>　　转眼间半年的时间已从指间流逝，不得不感慨光阴似箭。回首这半年来的工作表现与工作态度，自己认为较往年还是有相当大的改观的。不过仍然还会有些不足的地方，自己主观情绪总是会不由自主的支配自己的神经系统，会偶尔表现在工作上面，对于这一点，我已深刻认识到自己的不足，我会认真努力的克制，力求做到更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来公司虽然已将近四年，但其实在公司工作的这几年时间里，自己的主观情绪一直是迷茫与徘徊的，走还是留的问题一直在反复交替的支配着自己，总是找不到一种真正的归属感。我不知道与我有同样感触的人究竟有几个，但我相信我的这番话也是部分人心中的话。虽然大多是同乡，但还是感觉有多堵无形的墙阻碍着大家的交流。总感觉公司工作气氛十分凝重，即使是下班时间，大家在一起说话也是非常注意，似乎总是在堤防什么，大家从来不敢做真实的自己，只是机械般的听从上面的安排做着各自的事情，很少有人能发挥自己的主观能力性为公司创造更大的价值。其实公司确实有些能力很不错的同事，但大都从乐观、积极向上，对工作充满幻想进入公司后慢慢的演变成鸦雀无声的类型了，对于此点，我真的深表惋惜。公司招人也是屡招屡走，屡走屡招，这期间也有很多出色的人，但大都因各种原因离开，我想这与公司制度、公司文化、公司氛围应该有较大关系，这也是一件令人十分痛心的事情，总找不到新的活力元素融入到我们的队伍中，队伍不壮大，没有人才加入公司，公司发展也会是非常缓慢的。</w:t>
      </w:r>
      <w:r>
        <w:rPr>
          <w:lang w:eastAsia="zh-CN"/>
        </w:rPr>
        <w:br/>
      </w:r>
      <w:r>
        <w:rPr>
          <w:lang w:eastAsia="zh-CN"/>
        </w:rPr>
        <w:t>　　去年年终总结的时候，我听着公司领导在会议上对公司__年的规划与展望的.时候，倍受鼓舞，所以决定在留在公司干完__年，希望公司能发生质的变化，可以让我们工作的地方更美好，人员更团结，氛围更浓烈，可是在上半年中，还是发现有许多东西都是一成不变的，公司并没有新的活力元素渗透进来，不觉得让人多少有点失望。我想每一个员工都希望自己的公司越来越好，越来越棒的，这样不仅公司成长了，自己也能随着成长。与公司共同进步的感觉应该是很有成就感的事吧。</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今年上半年，已经把供应商资料全部输入澳汀软件，每次询价的时候也会在澳汀里面输入联系记录。但美中不足的是澳汀软件有时候运行非常缓慢，所以有时候也不愿意去打开登陆它，导致有些单子登陆的不完善，以后一定改进。对于供应商报价文档，已建立文档妥善保管，但不是很完善，以后会加强完善。对于公司同事的询价处理，我自认为处理得不错，但还是在部分单子我处理不及时，究其原因也有以下几点：1、有些单子非常规，问过供应商后供应商没及时回复我，之后也没有记得起再次催促供应商。2、有些单子看过后觉得产品竞争没有太大优势，也没有尽全力的去及时的询问供应商。第一点我犯了记忆性错误，没有在脑袋里深刻的记下单子，第二点我犯了主观主义错误，我应该一视同仁的竭尽全力的处理好同事发给我的任何询价单。</w:t>
      </w:r>
      <w:r>
        <w:rPr>
          <w:lang w:eastAsia="zh-CN"/>
        </w:rPr>
        <w:br/>
      </w:r>
      <w:r>
        <w:rPr>
          <w:lang w:eastAsia="zh-CN"/>
        </w:rPr>
        <w:t>　　上半年已经在我们的期待与向往中暗淡的过去，我希望__年下半年公司能有较大的进步与成就。我会努力完善供应商资料与供应商报价文档，对于同事的询价单会竭尽全力衣时的给予支持与回复，对于工作态度我会调整到最佳状态。其实自从公司领导说我态度不好后，我一直较为注意自己的态度，但似乎还是不能得到大家的认同，有一种很疲惫的感觉。不被人肯定的滋味是不好受的。对于同事的询价单处理，自己一直疏于跟进，虽然已经建档保存，但是还是一直没有进行后期跟进，今年下半年会努力改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客户服务部承担着物业公司对客服务的主要工作，包括了客户关系协调以及公司内部各部门的协调工作。是体现服务档次，展示和树立公司管理品牌的窗口。是实现优质服务，使客服满意的关键性职能部门。</w:t>
      </w:r>
      <w:r>
        <w:rPr>
          <w:lang w:eastAsia="zh-CN"/>
        </w:rPr>
        <w:br/>
      </w:r>
      <w:r>
        <w:rPr>
          <w:lang w:eastAsia="zh-CN"/>
        </w:rPr>
        <w:t>　　通过近期对本公司各项目客服部的走访巡查，发现各项目客服部能够较好的完成客服部所承担的客户服务工作。同时也存在的一些问题如：</w:t>
      </w:r>
      <w:r>
        <w:rPr>
          <w:lang w:eastAsia="zh-CN"/>
        </w:rPr>
        <w:br/>
      </w:r>
      <w:r>
        <w:rPr>
          <w:lang w:eastAsia="zh-CN"/>
        </w:rPr>
        <w:t>　　1、员工业务水平偏低和服务素质偏低，主要表现在处理问题的方法和技巧不太成熟。</w:t>
      </w:r>
      <w:r>
        <w:rPr>
          <w:lang w:eastAsia="zh-CN"/>
        </w:rPr>
        <w:br/>
      </w:r>
      <w:r>
        <w:rPr>
          <w:lang w:eastAsia="zh-CN"/>
        </w:rPr>
        <w:t>　　2、部门管理制度、流程不够健全，使部门工作效率、员工责任心和工作积极性受到一定影响。</w:t>
      </w:r>
      <w:r>
        <w:rPr>
          <w:lang w:eastAsia="zh-CN"/>
        </w:rPr>
        <w:br/>
      </w:r>
      <w:r>
        <w:rPr>
          <w:lang w:eastAsia="zh-CN"/>
        </w:rPr>
        <w:t>　　目前按照总公司的要求完成物业公司整合，设立物业公司总客服部及下属各项目客服中心。我部门经过开会和讨论提出以下计划。</w:t>
      </w:r>
      <w:r>
        <w:rPr>
          <w:lang w:eastAsia="zh-CN"/>
        </w:rPr>
        <w:br/>
      </w:r>
      <w:r>
        <w:rPr>
          <w:lang w:eastAsia="zh-CN"/>
        </w:rPr>
        <w:t>　　1、客服部做好每月客户缴费统计及各项目收支明细绘制成表，上交总公司，让总公司能清晰的看到物业公司资金运作情况。</w:t>
      </w:r>
      <w:r>
        <w:rPr>
          <w:lang w:eastAsia="zh-CN"/>
        </w:rPr>
        <w:br/>
      </w:r>
      <w:r>
        <w:rPr>
          <w:lang w:eastAsia="zh-CN"/>
        </w:rPr>
        <w:t>　　2、客户部建立完善公司收支档案，以及完善各项目业主档案。</w:t>
      </w:r>
      <w:r>
        <w:rPr>
          <w:lang w:eastAsia="zh-CN"/>
        </w:rPr>
        <w:br/>
      </w:r>
      <w:r>
        <w:rPr>
          <w:lang w:eastAsia="zh-CN"/>
        </w:rPr>
        <w:t>　　3、狠抓客服部团队内部建设，工作纪律，完善客服制度和流程，部门基本实现制度化管理。</w:t>
      </w:r>
      <w:r>
        <w:rPr>
          <w:lang w:eastAsia="zh-CN"/>
        </w:rPr>
        <w:br/>
      </w:r>
      <w:r>
        <w:rPr>
          <w:lang w:eastAsia="zh-CN"/>
        </w:rPr>
        <w:t>　　4、定期召开部门服务质量评定会，规范客服人员服务。进行思想交流，丰富、充实专业知识，为业户提供更优质的服务。</w:t>
      </w:r>
      <w:r>
        <w:rPr>
          <w:lang w:eastAsia="zh-CN"/>
        </w:rPr>
        <w:br/>
      </w:r>
      <w:r>
        <w:rPr>
          <w:lang w:eastAsia="zh-CN"/>
        </w:rPr>
        <w:t>　　5、密切配合各部门工作，及时、妥善的处理客户纠纷和意见、建议。</w:t>
      </w:r>
      <w:r>
        <w:rPr>
          <w:lang w:eastAsia="zh-CN"/>
        </w:rPr>
        <w:br/>
      </w:r>
      <w:r>
        <w:rPr>
          <w:lang w:eastAsia="zh-CN"/>
        </w:rPr>
        <w:t>　　客服部工作存在诸多不足，有新的问题，老的顽症。但是在总公司的领导的指导和关怀下，我相信我部门全体员工有信心做好接下的全部工作。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xml:space="preserve">    最新员工试用期工作总结精选范文 篇5 </w:t>
      </w:r>
      <w:r>
        <w:rPr>
          <w:lang w:eastAsia="zh-CN"/>
        </w:rPr>
        <w:br/>
      </w:r>
      <w:r>
        <w:rPr>
          <w:lang w:eastAsia="zh-CN"/>
        </w:rPr>
        <w:t>　　我于20__年_月_日进入公司，根据公司的需要，目前担任文员一职，负责办公室内勤治理工作。本人工作认真、细心且具有较强的责任心和进取心，勤勉不懈，极富工作热情；性格开朗，乐于与他人沟通，具有良好和熟练的沟通技巧，有很强的团队协作能力；责任感强，确实完成领导交付的工作，和公司同事之间能够通力合作，关系相处融洽而和睦，配合各部分负责人成功地完成各项工作；积极学习新知识、技能，注重自身发展和进步，平时利用放工时间通过培训学习，来进步自己的综合素质，目前正在电大就读专科，以期将来能学以致用，同公司共同发展、进步。</w:t>
      </w:r>
      <w:r>
        <w:rPr>
          <w:lang w:eastAsia="zh-CN"/>
        </w:rPr>
        <w:br/>
      </w:r>
      <w:r>
        <w:rPr>
          <w:lang w:eastAsia="zh-CN"/>
        </w:rPr>
        <w:t>　　两个多月来，我在王总、公司领导和同事们的热心帮助及关爱下取得了一定的进步，综合看来，我觉得自己还有以下的缺点和不足：</w:t>
      </w:r>
      <w:r>
        <w:rPr>
          <w:lang w:eastAsia="zh-CN"/>
        </w:rPr>
        <w:br/>
      </w:r>
      <w:r>
        <w:rPr>
          <w:lang w:eastAsia="zh-CN"/>
        </w:rPr>
        <w:t>　　一、思想上个人主义较强，随意性较大，显得不虚心与散漫，没做到谦虚谨慎，尊重服从；</w:t>
      </w:r>
      <w:r>
        <w:rPr>
          <w:lang w:eastAsia="zh-CN"/>
        </w:rPr>
        <w:br/>
      </w:r>
      <w:r>
        <w:rPr>
          <w:lang w:eastAsia="zh-CN"/>
        </w:rPr>
        <w:t>　　二、有时候办事不够干练，言行举止没注重约束自己；</w:t>
      </w:r>
      <w:r>
        <w:rPr>
          <w:lang w:eastAsia="zh-CN"/>
        </w:rPr>
        <w:br/>
      </w:r>
      <w:r>
        <w:rPr>
          <w:lang w:eastAsia="zh-CN"/>
        </w:rPr>
        <w:t>　　三、工作主动性发挥的还是不够，对工作的预见性和创造性不够，离领导的要求还有一定的间隔；</w:t>
      </w:r>
      <w:r>
        <w:rPr>
          <w:lang w:eastAsia="zh-CN"/>
        </w:rPr>
        <w:br/>
      </w:r>
      <w:r>
        <w:rPr>
          <w:lang w:eastAsia="zh-CN"/>
        </w:rPr>
        <w:t>　　四、业务知识方面特别是相关法律法规把握的还不够扎实等等。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在今后的工作计划和学习计划中，我会进一步严格要求自己，虚心向其他领导、同事学习，我相信凭着自己高度的责任心和自信心，一定能够改正这些缺点，争取在各方面取得更大的进步。根据公司规章制度，试用职员在试用期满两个月合格后，即可被录用成为公司正式员工。</w:t>
      </w:r>
      <w:r>
        <w:rPr>
          <w:lang w:eastAsia="zh-CN"/>
        </w:rPr>
        <w:br/>
      </w:r>
      <w:r>
        <w:rPr>
          <w:lang w:eastAsia="zh-CN"/>
        </w:rPr>
        <w:t>　　因此，我特向公司申请：希看能根据我的工作能力、态度及表现给出合格评价，使我定期转为正式员工，并根据公司的薪金福利情况，从20_年_月起，转正工资调整为1800元/月。来到这里工作，我的收获莫过于在敬业精神、思想境界，还是在业务素质、工作能力上都得到了很大的进步与进步，也激励我在工作中不断前进与完善。我明白了企业的美好明天要靠大家的努力往创造，相信在全体员工的共同努力下，企业的美好明天更辉煌。在以后的工作中我将更加努力上进，希看上级领导批准转正。</w:t>
      </w:r>
      <w:r>
        <w:rPr>
          <w:lang w:eastAsia="zh-CN"/>
        </w:rPr>
        <w:br/>
      </w:r>
      <w:r>
        <w:rPr>
          <w:lang w:eastAsia="zh-CN"/>
        </w:rPr>
        <w:t xml:space="preserve">    最新员工试用期工作总结精选范文 篇6 </w:t>
      </w:r>
      <w:r>
        <w:rPr>
          <w:lang w:eastAsia="zh-CN"/>
        </w:rPr>
        <w:br/>
      </w:r>
      <w:r>
        <w:rPr>
          <w:lang w:eastAsia="zh-CN"/>
        </w:rPr>
        <w:t>　　转眼之间，我来到__公司的时间已经过去了三个月，我在__公司试用的时期已进入到了尾声阶段。回顾这一段时期的工作，我在公司作为一名办公室文员，从以一开始进入到公司起，我就一直用我积极认真的态度来对待我每一天办公室的工作，用我饱满激情和热情的情绪来执行好领导交给我的每一个任务。在这段时期里，我没有迟到记录，更没有旷班记录，态度诚恳认真，对于以后的工作，我也会做到如此。所以，希望领导能给我这个机会，让我好好表现。为了争取到此次转正的名额，我也特此做了以下试用期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作为一名新手办公室人员，一来到公司我就保持着正襟危坐的状态，因为办公室的气氛始终都有点严肃，我一下子有点适应不过来。但是我也有很多需要学习的东西，比如复印文件，打印文档，还比如制作表格，这些我都还不会。所以，在前期的时候，我一直都在学习这些。等到我学习的差不多了，我就开始慢慢的来提升自己的工作效率，尝试着把自己的办公速度给提高起来。因为每次领导给我分配任务的时候，我都要完成很久才交给他，这不仅会迎来老板的不满，还会影响其他同事工作的进程。</w:t>
      </w:r>
      <w:r>
        <w:rPr>
          <w:lang w:eastAsia="zh-CN"/>
        </w:rPr>
        <w:br/>
      </w:r>
      <w:r>
        <w:rPr>
          <w:lang w:eastAsia="zh-CN"/>
        </w:rPr>
        <w:t>　　所以，在后面，我就在网上学习各种办公软件的操作技巧，让自己掌握的更加的熟练和全面。这确实也给我之后的工作带来了很多的帮助。其实，在试用期里，领导没有分配任务，我大部分时间是没有事情可干的。在这些无事可干的时间里，我也没让自己闲着，我整理办公笔记，打扫办公室卫生，和同事交流工作上所遇到的问题，帮助同事完成其他工作。总之，脏活累活我都抢着干，我也愿意干。</w:t>
      </w:r>
      <w:r>
        <w:rPr>
          <w:lang w:eastAsia="zh-CN"/>
        </w:rPr>
        <w:br/>
      </w:r>
      <w:r>
        <w:rPr>
          <w:lang w:eastAsia="zh-CN"/>
        </w:rPr>
        <w:t>　　到了试用期后面一半段时期里，我们办公室的工作渐渐多了起来，我也开始忙了起来，准备会议前的工作，做好会议中的记录，还要做好会议后的总结和整理。也还要跟着领导出席各种重要的商务场合。虽然在这段时期里，我过的很辛苦和疲倦，但它也是过的最充实，和有收获的一段时期。</w:t>
      </w:r>
      <w:r>
        <w:rPr>
          <w:lang w:eastAsia="zh-CN"/>
        </w:rPr>
        <w:br/>
      </w:r>
      <w:r>
        <w:rPr>
          <w:lang w:eastAsia="zh-CN"/>
        </w:rPr>
        <w:t>　　我相信“吃得苦中苦，方为人上人”，没有经历艰苦，怎么成就一段完美的人生。所以，在我试用期过后的下一阶段，我一定会加倍努力，一定会克服重重困难，成为一个既优秀，又内心强大的职场女性。</w:t>
      </w:r>
      <w:r>
        <w:rPr>
          <w:lang w:eastAsia="zh-CN"/>
        </w:rPr>
        <w:br/>
      </w:r>
      <w:r>
        <w:rPr>
          <w:lang w:eastAsia="zh-CN"/>
        </w:rPr>
        <w:t xml:space="preserve">    最新员工试用期工作总结精选范文 篇7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我于__年_月_日进入公司，根据公司的需要，目前担任一职，负责工作。</w:t>
      </w:r>
      <w:r>
        <w:rPr>
          <w:lang w:eastAsia="zh-CN"/>
        </w:rPr>
        <w:br/>
      </w:r>
      <w:r>
        <w:rPr>
          <w:lang w:eastAsia="zh-CN"/>
        </w:rPr>
        <w:t>　　本人工作认真、细心且具有较强的责任心和进取心，勤勉不懈，极富工作热情；性格开朗，乐于与他人沟通，具有良好和熟练的沟通技巧，有很强的团队协作能力；责任感强，确实完成领导交付的工作，和公司同事之间能够通力合作，关系相处融洽而和睦，配合各部门负责人成功地完成各项工作；积极学习新知识、技能，注重自身发展和进步，平时利用下班时间通过培训学习，来提高自己的综合素质，目前正在电大就读专科，以期将来能学以致用，同公司共同发展、进步。</w:t>
      </w:r>
      <w:r>
        <w:rPr>
          <w:lang w:eastAsia="zh-CN"/>
        </w:rPr>
        <w:br/>
      </w:r>
      <w:r>
        <w:rPr>
          <w:lang w:eastAsia="zh-CN"/>
        </w:rPr>
        <w:t>　　两个多月来，我在王总、公司领导和同事们的热心帮助及关爱下取得了一定的进步，综合看来，我觉得自己还有以下的缺点和不足：</w:t>
      </w:r>
      <w:r>
        <w:rPr>
          <w:lang w:eastAsia="zh-CN"/>
        </w:rPr>
        <w:br/>
      </w:r>
      <w:r>
        <w:rPr>
          <w:lang w:eastAsia="zh-CN"/>
        </w:rPr>
        <w:t>　　一、思想上个人主义较强，随意性较大，显得不虚心与散漫，没做到谦虚谨慎，尊重服从；</w:t>
      </w:r>
      <w:r>
        <w:rPr>
          <w:lang w:eastAsia="zh-CN"/>
        </w:rPr>
        <w:br/>
      </w:r>
      <w:r>
        <w:rPr>
          <w:lang w:eastAsia="zh-CN"/>
        </w:rPr>
        <w:t>　　二、有时候办事不够干练，言行举止没注重约束自己；</w:t>
      </w:r>
      <w:r>
        <w:rPr>
          <w:lang w:eastAsia="zh-CN"/>
        </w:rPr>
        <w:br/>
      </w:r>
      <w:r>
        <w:rPr>
          <w:lang w:eastAsia="zh-CN"/>
        </w:rPr>
        <w:t>　　三、工作主动性发挥的还是不够，对工作的预见性和创造性不够，离领导的要求还有一定的距离；</w:t>
      </w:r>
      <w:r>
        <w:rPr>
          <w:lang w:eastAsia="zh-CN"/>
        </w:rPr>
        <w:br/>
      </w:r>
      <w:r>
        <w:rPr>
          <w:lang w:eastAsia="zh-CN"/>
        </w:rPr>
        <w:t>　　四、业务知识方面特别是相关法律法规掌握的还不够扎实等等。</w:t>
      </w:r>
      <w:r>
        <w:rPr>
          <w:lang w:eastAsia="zh-CN"/>
        </w:rPr>
        <w:br/>
      </w:r>
      <w:r>
        <w:rPr>
          <w:lang w:eastAsia="zh-CN"/>
        </w:rPr>
        <w:t>　　在今后的工作和学习中，我会进一步严格要求自己，虚心向其他领导、同事学习，我相信凭着自己高度的责任心和自信心，一定能够改正这些缺点，争取在各方面取得更大的进步。</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来到这里工作，我最大的收获莫过于在敬业精神、思想境界，还是在业务素质、工作能力上都得到了很大的进步与提高，也激励我在工作中不断前进与完善。我明白了企业的美好明天要靠大家的努力去创造，相信在全体员工的共同努力下，企业的美好明天更辉煌。在以后的工作中我将更加努力上进，希望上级领导批准转正。</w:t>
      </w:r>
      <w:r>
        <w:rPr>
          <w:lang w:eastAsia="zh-CN"/>
        </w:rPr>
        <w:br/>
      </w:r>
      <w:r>
        <w:rPr>
          <w:lang w:eastAsia="zh-CN"/>
        </w:rPr>
        <w:t xml:space="preserve">    最新员工试用期工作总结精选范文 篇8 </w:t>
      </w:r>
      <w:r>
        <w:rPr>
          <w:lang w:eastAsia="zh-CN"/>
        </w:rPr>
        <w:br/>
      </w:r>
      <w:r>
        <w:rPr>
          <w:lang w:eastAsia="zh-CN"/>
        </w:rPr>
        <w:t>　　我于20__年7月31日成为__公司研究所技术支持平台的一名售后技术人员。虽然是第一次接触到广电的接入产品（EOC和C—DOCSIS），但是这三个月以来，在公司融洽的工作氛围中，经过领导和同事的悉心关怀和耐心指导，我在较短的时间内适应了公司的工作环境，也基本熟悉了公司的工作流程，最重要的是接触和学习了不少的广电产品的相关业务知识，很好地完成了交予的任务，做好了自己的本职工作。在这里对三个月的工作做一下总结，可从中发现自己的缺点和不足，在以后的工作中加以改进，以提高自己的工作水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八月份，我主要在研究所学习公司相关产品的资料和文档。期间，我积极地和同事交流，熟悉公司的基本状况和工作环境。支持平台的龚总和我的指导老师王小给我推荐了大量的相关资料和文档，并指导我尽快地适应相关的工作。龚总根据我的实际情况，合理的给我安排了一些设备升级和发货验证的工作，让我从基本做起，并逐步深入地接触工作，锻炼了我的工作能力。接下来的九月和十月，我开始出差开展设备开通等售后工作，分别完成了晋城小C连通性测试，苏州广电小C开通，沈阳辽中EOC设备开通与技术传递等工作。在工作中除了完成设备开通任务外，能够倾听客户需求反馈回公司产品项目组，能够结合公司产品加强相关专业的学习，丰富售后服务内容，尽量提高客户满意度。</w:t>
      </w:r>
      <w:r>
        <w:rPr>
          <w:lang w:eastAsia="zh-CN"/>
        </w:rPr>
        <w:br/>
      </w:r>
      <w:r>
        <w:rPr>
          <w:lang w:eastAsia="zh-CN"/>
        </w:rPr>
        <w:t>　　在这三个月的工作中，我一直严格要求自己，遵守公司的各项规章制度。尽心尽力，履行自己的工作职责，认真及时做好领导布置的每一项任务。当然我在工作中还存在一定的问题和不足，比如：对广电网络情况了解的还不够详细和充实，解决问题的技术手段还不够多；需要继续学习以提高自己的知识水平和业务能力，加强分析和解决实际问题的能力；对于这些不足，我会在以后的日子里虚心向周围的同事学习，专业和非专业上不懂的问题虚心请教，努力丰富自己，充实自己，寻找自身差距，拓展知识面，不断培养和提高充实自己的工作动手能力，把自己业务素质和工作能力进一步提高。也希望请领导和同事对我多提要求，多提建议，使我更快更好的完善自己，更好的适应工作需要。</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这里我要特别感谢技术支持平台的龚总和我的指导老师王小对我的入职指引和帮助，感谢他们对我工作的提醒和指正，同时感谢各个项目组的同事对我工作的支持。在公司的这段时间里，我学到了很多，感悟了很多。看到公司良好的发展势头，我深深地感到骄傲和自豪，因此我更加迫切的希望能以一名正式员工的身份为公司工作，实现自己的奋斗目标，体现自己的价值，和公司共同成长。我一定会用谦虚的态度和饱满的热情做好我的本职工作，为公司创造价值，同公司一起展望美好的未来！</w:t>
      </w:r>
      <w:r>
        <w:rPr>
          <w:lang w:eastAsia="zh-CN"/>
        </w:rPr>
        <w:br/>
      </w:r>
      <w:r>
        <w:rPr>
          <w:lang w:eastAsia="zh-CN"/>
        </w:rPr>
        <w:t xml:space="preserve">    最新员工试用期工作总结精选范文 篇9 </w:t>
      </w:r>
      <w:r>
        <w:rPr>
          <w:lang w:eastAsia="zh-CN"/>
        </w:rPr>
        <w:br/>
      </w:r>
      <w:r>
        <w:rPr>
          <w:lang w:eastAsia="zh-CN"/>
        </w:rPr>
        <w:t>　　我满怀希望和激情的来到了公司，从事会计工作。在这段时间中，在领导的支持，在同事的配合下我终于将基本业务流程掌握了。自身综合工作能力相比以前又迈进了一步。转眼间，工作时间就过去了，我的试用期也结束了，在此转正申请的同时，对自己过去一年的工作情况予以总结。</w:t>
      </w:r>
      <w:r>
        <w:rPr>
          <w:lang w:eastAsia="zh-CN"/>
        </w:rPr>
        <w:br/>
      </w:r>
      <w:r>
        <w:rPr>
          <w:lang w:eastAsia="zh-CN"/>
        </w:rPr>
        <w:t>　　一、与同事沟通交流与合作的角度来看</w:t>
      </w:r>
      <w:r>
        <w:rPr>
          <w:lang w:eastAsia="zh-CN"/>
        </w:rPr>
        <w:br/>
      </w:r>
      <w:r>
        <w:rPr>
          <w:lang w:eastAsia="zh-CN"/>
        </w:rPr>
        <w:t>　　通过这些天的学习和工作，让我受益匪浅。首先，让我获得了理论与实践进行结合的机会，使我明白没具体的实践经验，一切理论都是空谈。在工作的过程中我对自己的会计理论有了新的认识。更为重要的是：对于人与人之间的沟通、合作、协调有了新的体会，要想做好工作，首先要学会怎么样去做人。</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为人处事方面，财务部门是一个要求细腻的部门，整天与数字打交道，所以不允许粗心。我刚进入公司的第一天，之前公司财务室的同事对我很热情。我很感动，对待同事自然也是怀着感激之情，用最真诚的心与同事交流着。与他们一起上班，感觉轻松自在。工作期间，他们帮过我很多，包括工作上的和生活上的，经常有工作上的问题请教他们，他们都是很耐心的帮我解答，下班之余，大家也会一起聊天，谈论自己的收获，或是心情。领导对我也很照顾，有什么不理解的问题都会耐心仔细地解答。而对于领导的话，我是完全服从。与其他部门同事之间，见面也都会打招呼，与宿舍的同事关系相处得也很好。总的来说，这一年的时间，我与同事的相处是很融洽的，能够很快的融入他们，大家一起工作，相互照顾。</w:t>
      </w:r>
      <w:r>
        <w:rPr>
          <w:lang w:eastAsia="zh-CN"/>
        </w:rPr>
        <w:br/>
      </w:r>
      <w:r>
        <w:rPr>
          <w:lang w:eastAsia="zh-CN"/>
        </w:rPr>
        <w:t>　　刚开始工作压力很大，虽然在学校的理论都掌握的扎实，但毕竟实际工作跟理论还是有很大差别的，因此工作中有许多不能够理解的地方。领导的信任令我信心满怀，不管怎样，我都不能令领导失望。因此，我只能在工作的同时，不断的去巩固以前所学的知识。一年的财务工作，从编制记账凭证到登记账薄，开具发票，网上申报纳税，到出具财务报表，方方面面得到充分的锻炼与学习，由于我的认真和勤劳，每次都能及时准确的完成领导交待的任务，提供相关的财务数据，因此，我对自己的工作成果还是比较满意的.。这段工作时间中，我接触到了税务，成本，材料，销售，报表等几大类的内容，接触到了我以前没有接触的知识，感受到了以前没有感受到的气氛，人际关系得到了极大地改善。</w:t>
      </w:r>
      <w:r>
        <w:rPr>
          <w:lang w:eastAsia="zh-CN"/>
        </w:rPr>
        <w:br/>
      </w:r>
      <w:r>
        <w:rPr>
          <w:lang w:eastAsia="zh-CN"/>
        </w:rPr>
        <w:t>　　二、从会计工作方面，提升自身能力可以从以下几个方面来考虑</w:t>
      </w:r>
      <w:r>
        <w:rPr>
          <w:lang w:eastAsia="zh-CN"/>
        </w:rPr>
        <w:br/>
      </w:r>
      <w:r>
        <w:rPr>
          <w:lang w:eastAsia="zh-CN"/>
        </w:rPr>
        <w:t>　　1、遵守企业会计准则与会计职业道德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从会计法出发，加强财务基础工作的学习，规范记账凭证的编制，严格对原始凭证的合理性进行审核，强化会计档案的管理等。会计相关的经济政策与法律法规随着市场经济的发展，随时在发生着变化，因此，作为一名会计人员，需要跟随时代的发展，学习法律法规，以适应新时代的发展。尤其是在营改增之后，需要对企业的成本费用进行涉税成本分析，对于应该取得增值税发票的部分，必须取得，规划化发票取得，以控制企业的税务成本。</w:t>
      </w:r>
      <w:r>
        <w:rPr>
          <w:lang w:eastAsia="zh-CN"/>
        </w:rPr>
        <w:br/>
      </w:r>
      <w:r>
        <w:rPr>
          <w:lang w:eastAsia="zh-CN"/>
        </w:rPr>
        <w:t>　　2、费用成本、客户往来方面的管理</w:t>
      </w:r>
      <w:r>
        <w:rPr>
          <w:lang w:eastAsia="zh-CN"/>
        </w:rPr>
        <w:br/>
      </w:r>
      <w:r>
        <w:rPr>
          <w:lang w:eastAsia="zh-CN"/>
        </w:rPr>
        <w:t>　　从公司的原材料成本方面，对于港口物资系统，要规范了低值易耗品的核算管理，全面建立低值易耗品台帐，从易耗品的购买、领用全面跟踪，方便企业更全面的了解这些价值较低物资的分布情况，加强管理。</w:t>
      </w:r>
      <w:r>
        <w:rPr>
          <w:lang w:eastAsia="zh-CN"/>
        </w:rPr>
        <w:br/>
      </w:r>
      <w:r>
        <w:rPr>
          <w:lang w:eastAsia="zh-CN"/>
        </w:rPr>
        <w:t>　　在集团财务制度的基础上规范了成本费用的管理，明确了成本费用的分类，重新整理了科目，成本中心，加强了项目管理，分门别类的计算实际消耗的费用项目，真实反映当期的成本。</w:t>
      </w:r>
      <w:r>
        <w:rPr>
          <w:lang w:eastAsia="zh-CN"/>
        </w:rPr>
        <w:br/>
      </w:r>
      <w:r>
        <w:rPr>
          <w:lang w:eastAsia="zh-CN"/>
        </w:rPr>
        <w:t>　　际消耗的费用项目，真实反映当期的成本。为绩效管理提供参考依据。成本发票的取得，以及应付账款的付款期限，发票的取得，确定了流程，入库单的金额核算方法，以及付款流程。</w:t>
      </w:r>
      <w:r>
        <w:rPr>
          <w:lang w:eastAsia="zh-CN"/>
        </w:rPr>
        <w:br/>
      </w:r>
      <w:r>
        <w:rPr>
          <w:lang w:eastAsia="zh-CN"/>
        </w:rPr>
        <w:t>　　根据商业公司特点，设置相应帐套，通过辅助帐中应收系统客户使金蝶分发挥出作用，能够及时有效的反映财务数据，满足未来经营管理的需要。对各项收入监督、审核，制定相应的财务制度。</w:t>
      </w:r>
      <w:r>
        <w:rPr>
          <w:lang w:eastAsia="zh-CN"/>
        </w:rPr>
        <w:br/>
      </w:r>
      <w:r>
        <w:rPr>
          <w:lang w:eastAsia="zh-CN"/>
        </w:rPr>
        <w:t>　　3、企业税控、与业务人力部门的配合方面。</w:t>
      </w:r>
      <w:r>
        <w:rPr>
          <w:lang w:eastAsia="zh-CN"/>
        </w:rPr>
        <w:br/>
      </w:r>
      <w:r>
        <w:rPr>
          <w:lang w:eastAsia="zh-CN"/>
        </w:rPr>
        <w:t>　　在紧张的工作之余，作为一个基层财务工作管理者，注意充分自身的主观能动性及工作积极性。提高工作热情以及责任心，树立起开拓创新、务实高效的部门新形象。希望在之后工作中能够不断改进，不断提高，努力做到适岗。</w:t>
      </w:r>
      <w:r>
        <w:rPr>
          <w:lang w:eastAsia="zh-CN"/>
        </w:rPr>
        <w:br/>
      </w:r>
      <w:r>
        <w:rPr>
          <w:lang w:eastAsia="zh-CN"/>
        </w:rPr>
        <w:t xml:space="preserve">    最新员工试用期工作总结精选范文 篇10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时光荏苒，转眼间，我进入中国建设银行工作已经有大半年了。从学校到社会，从盛夏到寒冬，在这短短的半年时间里，我学到了很多，感悟到了很多。下面我就将自己入行以来试用期的工作总结如下：</w:t>
      </w:r>
      <w:r>
        <w:rPr>
          <w:lang w:eastAsia="zh-CN"/>
        </w:rPr>
        <w:br/>
      </w:r>
      <w:r>
        <w:rPr>
          <w:lang w:eastAsia="zh-CN"/>
        </w:rPr>
        <w:t>　　入职的第一课从入职培训开始。尽管入职培训的时间安排相当紧凑，但是入职培训对于我们新人有着重要的意义。通过入职培训，我了解到了中国建设银行的企业文化，学习了银行个金、公司、理财的基本知识，培养了团队意识，认识到了沟通交流的重要性。入职培训让我受益匪浅。</w:t>
      </w:r>
      <w:r>
        <w:rPr>
          <w:lang w:eastAsia="zh-CN"/>
        </w:rPr>
        <w:br/>
      </w:r>
      <w:r>
        <w:rPr>
          <w:lang w:eastAsia="zh-CN"/>
        </w:rPr>
        <w:t>　　经过短暂的入职培训，我在漕冲支行开始学习柜面业务。刚刚开始上柜操作时，我总感觉手忙脚乱，对于客户的提问也显得不知所措。在师傅和同事们的真诚帮助和耐心指导下，我虚心地学习请教，认真地做笔记，很快我学会了存取款、挂失、开卡、存款证明的开立，证券账户的签约等各项柜面基本业务。与此同时，我也认识到银行柜面业务看似简单重复，但实则需要柜员细心、耐心、有责任心：细心地处理每一笔业务，耐心地服务每一位客户，时时刻刻谨记工作的责任，对每一位客户负责。</w:t>
      </w:r>
      <w:r>
        <w:rPr>
          <w:lang w:eastAsia="zh-CN"/>
        </w:rPr>
        <w:br/>
      </w:r>
      <w:r>
        <w:rPr>
          <w:lang w:eastAsia="zh-CN"/>
        </w:rPr>
        <w:t>　　银行业归根结底属于服务性行业，而对于银行来说，各个网点则是为客户服务的第一窗口，其服务质量的好坏对银行的发展有着至关重要的作用。因此，做好服务工作就显得格外重要。在工作中，我时刻将规范服务的重要性放在心上，微笑待人，礼貌用语，想客户之所想，忧客户之所忧，以客户为中心，力争做到让客户高兴而来，满意而归。</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在银行工作，风险的防范永远是放在第一位，因此，认真执行和遵守各项规章制度就显得格外重要，这也是责任心的体现。作为柜员，我严格按照建行有关的规章制度进行工作。无论是业务的办理过程，还是图章、凭证使用保管，都严格按照要求执行。长此以往，我自觉养成了认真谨慎的工作作风，尽可能的将工作中的风险降低。</w:t>
      </w:r>
      <w:r>
        <w:rPr>
          <w:lang w:eastAsia="zh-CN"/>
        </w:rPr>
        <w:br/>
      </w:r>
      <w:r>
        <w:rPr>
          <w:lang w:eastAsia="zh-CN"/>
        </w:rPr>
        <w:t>　　营销也是柜面工作的重要组成部分，由于基金、保险等中间业务也是银行利润的主要来源之一，所以营销是我们柜面工作中能创造出亮点和利润的一部分。</w:t>
      </w:r>
      <w:r>
        <w:rPr>
          <w:lang w:eastAsia="zh-CN"/>
        </w:rPr>
        <w:br/>
      </w:r>
      <w:r>
        <w:rPr>
          <w:lang w:eastAsia="zh-CN"/>
        </w:rPr>
        <w:t>　　为了更好的进行柜面营销，在工作之余我也在不断地学习各项金融知识，报考证券从业考试，会计从业考试，保险从业考试。每天的工作之后，我还会经常向行里的客户经理请教，学习我行的主要金融产品，以便更好地解答客户的咨询，同时为以后的工作打下基础。</w:t>
      </w:r>
      <w:r>
        <w:rPr>
          <w:lang w:eastAsia="zh-CN"/>
        </w:rPr>
        <w:br/>
      </w:r>
      <w:r>
        <w:rPr>
          <w:lang w:eastAsia="zh-CN"/>
        </w:rPr>
        <w:t>　　在户外营销方面，入行之初，我们就赶上了建行火热的市场赢营销活动。每天我们都跑市场，入商户，向商户们营销我们的结算通产品，推广我们的商户通，同时发掘客户潜在的理财和融资需求。通过这次活动，也大大提高了我的营销技能，从一开始面对客户的战战兢兢，到后来与客户的侃侃而谈，我真切的感受到自身能力的提升，也相信这些经历为自己以后的工作打下了坚实的基础。</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在工作之中，我也感受到了建行大家庭的温暖，以及每个建行人认真踏实的工作态度。不管是行长还是普通员工，每个人都兢兢业业，不埋怨，不抱怨。同事们的工作态度，以及对工作的热情也深深感染了我，对于一个新员工，我没有理由不去努力。</w:t>
      </w:r>
      <w:r>
        <w:rPr>
          <w:lang w:eastAsia="zh-CN"/>
        </w:rPr>
        <w:br/>
      </w:r>
      <w:r>
        <w:rPr>
          <w:lang w:eastAsia="zh-CN"/>
        </w:rPr>
        <w:t>　　六个月的时间，说长也不长，说短也不短，似乎我还来不及深入了解建行的企业文化，还来不及细细品味每一位建行人的风采;可说它短也不短，六个月的时间，已经足够让我体会到建行的温暖，和发现同事们的可爱。这六个月的工作试用期更让我学到了很多新的知识，同时也让我认识到自身还有很多不成熟和有待提高的方面。</w:t>
      </w:r>
      <w:r>
        <w:rPr>
          <w:lang w:eastAsia="zh-CN"/>
        </w:rPr>
        <w:br/>
      </w:r>
      <w:r>
        <w:rPr>
          <w:lang w:eastAsia="zh-CN"/>
        </w:rPr>
        <w:t>　　目前，我行的旺季营销活动已经如火如荼的展开，每天我们都紧盯着我们的目标，我们每一个都在努力发挥自己的能量，我喜欢这种一群人为了一个目标一起奋斗的过程，我也保证，在今后的工作中，我将继续秉承脚踏实地的精神，保持学习的热情，摆正心态，用心做事，立足岗位，以勤奋严谨，求真务实的工作作风，以追求卓越的精神，以饱满的精神状态迎接新的挑战，不断学习新业务，掌握新理论，适应新要求，把自己培养成业务全面的人才，力争与中国建设银行共同成长。</w:t>
      </w:r>
      <w:r>
        <w:rPr>
          <w:lang w:eastAsia="zh-CN"/>
        </w:rPr>
        <w:br/>
      </w:r>
      <w:r>
        <w:rPr>
          <w:lang w:eastAsia="zh-CN"/>
        </w:rPr>
        <w:t xml:space="preserve">    最新员工试用期工作总结精选范文 篇11 </w:t>
      </w:r>
      <w:r>
        <w:rPr>
          <w:lang w:eastAsia="zh-CN"/>
        </w:rPr>
        <w:br/>
      </w:r>
      <w:r>
        <w:rPr>
          <w:lang w:eastAsia="zh-CN"/>
        </w:rPr>
        <w:t>　　我于20___年__月成为公司的试用员工，到今天2个月试用期已满，根据公司的规章制度，现申请转为公司正式员工。</w:t>
      </w:r>
      <w:r>
        <w:rPr>
          <w:lang w:eastAsia="zh-CN"/>
        </w:rPr>
        <w:br/>
      </w:r>
      <w:r>
        <w:rPr>
          <w:lang w:eastAsia="zh-CN"/>
        </w:rPr>
        <w:t>　　作为一个应届毕业生，初来公司，曾经很担心不知该怎么与人共处，该如何做好工作；但是公司宽松融洽的工作氛围、团结向上的文化，让我很快完成了从学生到职员的转变。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我的工作岗位是信息管理及知识产权专员，在试用实习期间，根据领导的安排，我曾在公司的研究所里学习工作了一个星期，期间熟悉了药物基本的制作流程，跟随研究人员进出实验室，做些有趣的化学实验，令我意外的是，这些前辈们并没有因为我是一个新手而认为我碍手碍脚的，取而代之的却是悉心的教导和一遍遍的示范。</w:t>
      </w:r>
      <w:r>
        <w:rPr>
          <w:lang w:eastAsia="zh-CN"/>
        </w:rPr>
        <w:br/>
      </w:r>
      <w:r>
        <w:rPr>
          <w:lang w:eastAsia="zh-CN"/>
        </w:rPr>
        <w:t>　　由于考虑到我的专业能力和目前所胜任的岗位的要求上不太相关，公司非常慷慨地给了我一周在__市知识产权服务中心所开办的“__市专利工作者”的公费培训机会，在这短短的一周内，让我从对企业专利以及知识产权方面的知识一无所知彻底蜕变为一个合格的专利工作者，获益匪浅。在此，我真的很感谢公司领导能给我这次学习的机会，今后我一定会把所学的知识和技能全部用到自己的工作中去，为公司做出自己应有的贡献。</w:t>
      </w:r>
      <w:r>
        <w:rPr>
          <w:lang w:eastAsia="zh-CN"/>
        </w:rPr>
        <w:br/>
      </w:r>
      <w:r>
        <w:rPr>
          <w:lang w:eastAsia="zh-CN"/>
        </w:rPr>
        <w:t>　　为了更快的适应公司的生产工艺和节奏进度，领导让我参加了由美欧咨询公司所举办的“cgmp培训”，明白了这次培训的最终目的是要让我公司的产品通过审核认证，在这几天内，我又了解了一些关于硫酸羟氯喹的生产流程和制作工艺。这次培训又让我加大了对公司的了解和认识，非常值得。</w:t>
      </w:r>
      <w:r>
        <w:rPr>
          <w:lang w:eastAsia="zh-CN"/>
        </w:rPr>
        <w:br/>
      </w:r>
      <w:r>
        <w:rPr>
          <w:lang w:eastAsia="zh-CN"/>
        </w:rPr>
        <w:t>　　虽然这些工作是我以前从未接触过的，和我的专业知识相差也较大；但是各部门领导和同事的耐心指导，使我在较短的时间内适应了公司的工作环境，也熟悉了公司的整个操作流程。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经过这两个月，我现在已经能够试着做起专利的分析报告，整理部门内部的各种资料，协助领导，同事进行资料的搜集和分类，从整体上配合公司的运作流程。当然我还有很多不足，处理问题的经验方面有待提高，团队协作能力也需要进一步增强，需要不断继续学习以提高自己业务能力。</w:t>
      </w:r>
      <w:r>
        <w:rPr>
          <w:lang w:eastAsia="zh-CN"/>
        </w:rPr>
        <w:br/>
      </w:r>
      <w:r>
        <w:rPr>
          <w:lang w:eastAsia="zh-CN"/>
        </w:rPr>
        <w:t>　　这是我的第一份工作，这两个月下来我学到了很多，感悟了很多；看到公司的迅速发展，我深深地感到骄傲和自豪，也更加迫切的希望以一名正式员工的身份在这里工作，实现自己的奋斗目标，体现自己的人生价值，和公司一起成长。在此我提出转正申请，恳请领导给我继续锻炼自己、实现理想的机会。我会用谦虚的态度和饱满的热情做好我的本职工作，为公司创造价值，同公司一起展望美好的未来！</w:t>
      </w:r>
      <w:r>
        <w:rPr>
          <w:lang w:eastAsia="zh-CN"/>
        </w:rPr>
        <w:br/>
      </w:r>
      <w:r>
        <w:rPr>
          <w:lang w:eastAsia="zh-CN"/>
        </w:rPr>
        <w:t xml:space="preserve">    最新员工试用期工作总结精选范文 篇12 </w:t>
      </w:r>
      <w:r>
        <w:rPr>
          <w:lang w:eastAsia="zh-CN"/>
        </w:rPr>
        <w:br/>
      </w:r>
      <w:r>
        <w:rPr>
          <w:lang w:eastAsia="zh-CN"/>
        </w:rPr>
        <w:t>　　时间过得真是快，转眼间三个月的试用期已到。在一个花开的季节，我荣幸地踏进了一个欣欣向荣、朝气蓬勃的单位&amp;&amp;广州华南路桥实业有限公司，成为了华南收费干线普通的一员，感谢华南路桥实业有限公司给了我工作的机会，是您&amp;&amp;延伸了我继续展翅的梦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记得刚进到这个公司就要培训，在培训期间分为军训、上理论课、还有下站实习，实习是在新洲站，一进亭内就看到师姐在忙着工作，当时就想着：勤奋地守好自己的工作岗位，那平时的业绩是不错的，我也要尽快学会这些操作。刚开始我都是在入口发卡，如无特殊事件发生时，感觉操作起来很容易上手的，也不会紧张了。当时督导在看着我操作，还不时地给我讲解，还说入口发卡比较少突发事件，在出口收费则比在入口发卡多一些复杂的事件。超时车、行政车、公务车、粤通卡、坏卡、丢卡等的特殊情况该如何处理，自己要熟悉那些操作等等。</w:t>
      </w:r>
      <w:r>
        <w:rPr>
          <w:lang w:eastAsia="zh-CN"/>
        </w:rPr>
        <w:br/>
      </w:r>
      <w:r>
        <w:rPr>
          <w:lang w:eastAsia="zh-CN"/>
        </w:rPr>
        <w:t>　　又过了差不多一个星期，我又去了黄埔收费站，却跟实习不是同一个收费站，又看到了不是很熟悉的同事，令自己的心觉得有点慌。刚开始的第一天是跟着师姐在军警车道发卡，记得那天车流很大，我觉得有点紧张，害怕不小心打到警车，后来在师姐的鼓力下，我开始学着发卡，才发现原来不是那么生疏，就这样发了差不多一个月的卡，我才开始收费，后来的每一天都是自己在收费，但多车时还觉得有点紧张，有好几次都遇到粤通卡没有入口信息，寻问司机入口信息后，还要上报监控室，等待监控主管指示，就需要长一点的时间，这个时候司机会很不耐烦的催促，而我也开始紧张，但是在主管的指导下我也正确的完成的纸券或坏卡的操作，这样的情况是经常会遇到的，后来在遇到这样的情况，我就不会因为司机催促而跟着紧张，因为紧张只会让自己更容易出错，跟着就慢慢习惯了，感觉心里踏实多了。</w:t>
      </w:r>
      <w:r>
        <w:rPr>
          <w:lang w:eastAsia="zh-CN"/>
        </w:rPr>
        <w:br/>
      </w:r>
      <w:r>
        <w:rPr>
          <w:lang w:eastAsia="zh-CN"/>
        </w:rPr>
        <w:t>　　随着时间的流逝，不管在入口还是出口，遇到特殊情况多也积了不少经验，然而对这份工作越来越感兴趣，如果遇到什么特殊情况也能自己解决，所以对自己越来越有信心做好这份工作了。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到了今日为止，我在收费站上班也差不三个月了，在上级和同事的关心和指导下，逐渐对收费站的业务也熟练了，我会向好的方面学习，尽量争取好的成绩，不拖累同事和上级。非常感谢公司给我的机会以及对我的信任，本人借此机会向公司提出转正申请，希望公司能对我的工作态度、能力与表现能够接纳我，同时也在不断地Ji励我在今后的工作中前进与完善自己。</w:t>
      </w:r>
      <w:r>
        <w:rPr>
          <w:lang w:eastAsia="zh-CN"/>
        </w:rPr>
        <w:br/>
      </w:r>
      <w:r>
        <w:rPr>
          <w:lang w:eastAsia="zh-CN"/>
        </w:rPr>
        <w:t xml:space="preserve">    最新员工试用期工作总结精选范文 篇13 </w:t>
      </w:r>
      <w:r>
        <w:rPr>
          <w:lang w:eastAsia="zh-CN"/>
        </w:rPr>
        <w:br/>
      </w:r>
      <w:r>
        <w:rPr>
          <w:lang w:eastAsia="zh-CN"/>
        </w:rPr>
        <w:t>　　一、促销的流程</w:t>
      </w:r>
      <w:r>
        <w:rPr>
          <w:lang w:eastAsia="zh-CN"/>
        </w:rPr>
        <w:br/>
      </w:r>
      <w:r>
        <w:rPr>
          <w:lang w:eastAsia="zh-CN"/>
        </w:rPr>
        <w:t>　　促销工作是一个循序渐进，一环扣一环的工作。我们在促销中的工作安排直接影响着我们促销是否能顺利的进行下去。</w:t>
      </w:r>
      <w:r>
        <w:rPr>
          <w:lang w:eastAsia="zh-CN"/>
        </w:rPr>
        <w:br/>
      </w:r>
      <w:r>
        <w:rPr>
          <w:lang w:eastAsia="zh-CN"/>
        </w:rPr>
        <w:t>　　1、事前的准备是促销的开始，也是基础试用期工作 。促销点的选点尤其重要，什么时间段选择什么地方做促销效果最明显；排点，安排时间，离得比较近的点时间上要错开，不宜同时进行。</w:t>
      </w:r>
      <w:r>
        <w:rPr>
          <w:lang w:eastAsia="zh-CN"/>
        </w:rPr>
        <w:br/>
      </w:r>
      <w:r>
        <w:rPr>
          <w:lang w:eastAsia="zh-CN"/>
        </w:rPr>
        <w:t>　　2、人员安排，人员安排是促销中很重要的一个环节，在安排人员时要合理，人流量较大的地方安排两个或者两个以上的促销员，人流量小的地方安排一个促销员就可以了。</w:t>
      </w:r>
      <w:r>
        <w:rPr>
          <w:lang w:eastAsia="zh-CN"/>
        </w:rPr>
        <w:br/>
      </w:r>
      <w:r>
        <w:rPr>
          <w:lang w:eastAsia="zh-CN"/>
        </w:rPr>
        <w:t>　　3、让老板压货，跟老板打好交道，让老板觉得我们促销是为了他好，为他盈利。</w:t>
      </w:r>
      <w:r>
        <w:rPr>
          <w:lang w:eastAsia="zh-CN"/>
        </w:rPr>
        <w:br/>
      </w:r>
      <w:r>
        <w:rPr>
          <w:lang w:eastAsia="zh-CN"/>
        </w:rPr>
        <w:t>　　4。准备赠品；准备好赠品，并计划好赠品的发放，如何赠送才能更大吸引消费者，但礼品的成本又在我们控制的合理范围之内；赠品的安排量根据也应该根据各个点的不同情况安排，人流量比较多的地方适当安排多点，人流量少的地方安排少一点。</w:t>
      </w:r>
      <w:r>
        <w:rPr>
          <w:lang w:eastAsia="zh-CN"/>
        </w:rPr>
        <w:br/>
      </w:r>
      <w:r>
        <w:rPr>
          <w:lang w:eastAsia="zh-CN"/>
        </w:rPr>
        <w:t>　　5、物料准备，我们做促销肯定会使用很多的必要材料，如：促销桌、kt板、冰贴以及价格牌等，这些东西我们在促销之间就应该安排到位。</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6、产品陈列，堆箱一定要有气势，有吸引力，产品的摆放一定要整齐、美观、大方，给消费者一种美的感觉。</w:t>
      </w:r>
      <w:r>
        <w:rPr>
          <w:lang w:eastAsia="zh-CN"/>
        </w:rPr>
        <w:br/>
      </w:r>
      <w:r>
        <w:rPr>
          <w:lang w:eastAsia="zh-CN"/>
        </w:rPr>
        <w:t>　　7、了解促销点的价格，尽量建议老板使用我们的推广价格，但不能强制性要求。</w:t>
      </w:r>
      <w:r>
        <w:rPr>
          <w:lang w:eastAsia="zh-CN"/>
        </w:rPr>
        <w:br/>
      </w:r>
      <w:r>
        <w:rPr>
          <w:lang w:eastAsia="zh-CN"/>
        </w:rPr>
        <w:t>　　8、观察整个促销点的形象是否做好，没做好的像办法进行整改，及时解决。</w:t>
      </w:r>
      <w:r>
        <w:rPr>
          <w:lang w:eastAsia="zh-CN"/>
        </w:rPr>
        <w:br/>
      </w:r>
      <w:r>
        <w:rPr>
          <w:lang w:eastAsia="zh-CN"/>
        </w:rPr>
        <w:t>　　9、促销工作完成，收拾好东西，整理干净，管理好剩下的赠品，和老板打招呼，离开。</w:t>
      </w:r>
      <w:r>
        <w:rPr>
          <w:lang w:eastAsia="zh-CN"/>
        </w:rPr>
        <w:br/>
      </w:r>
      <w:r>
        <w:rPr>
          <w:lang w:eastAsia="zh-CN"/>
        </w:rPr>
        <w:t>　　二、体会的促销技巧</w:t>
      </w:r>
      <w:r>
        <w:rPr>
          <w:lang w:eastAsia="zh-CN"/>
        </w:rPr>
        <w:br/>
      </w:r>
      <w:r>
        <w:rPr>
          <w:lang w:eastAsia="zh-CN"/>
        </w:rPr>
        <w:t>　　在促销过程中，促销技巧非常重要，是能决定你的销量和产品推广的基石。我们在促销过程中要充分运用各种各样的促销技巧以实现我们的促销目的。</w:t>
      </w:r>
      <w:r>
        <w:rPr>
          <w:lang w:eastAsia="zh-CN"/>
        </w:rPr>
        <w:br/>
      </w:r>
      <w:r>
        <w:rPr>
          <w:lang w:eastAsia="zh-CN"/>
        </w:rPr>
        <w:t>　　1、主动热情，给人一种亲切的感觉。</w:t>
      </w:r>
      <w:r>
        <w:rPr>
          <w:lang w:eastAsia="zh-CN"/>
        </w:rPr>
        <w:br/>
      </w:r>
      <w:r>
        <w:rPr>
          <w:lang w:eastAsia="zh-CN"/>
        </w:rPr>
        <w:t>　　2、促销展台要形象生动化，产品的陈列即要有气势又要整齐美观，更要具有吸引力，能吸引更多的消费者来关注我们的产品，了解我们的产品，购买我们的产品。</w:t>
      </w:r>
      <w:r>
        <w:rPr>
          <w:lang w:eastAsia="zh-CN"/>
        </w:rPr>
        <w:br/>
      </w:r>
      <w:r>
        <w:rPr>
          <w:lang w:eastAsia="zh-CN"/>
        </w:rPr>
        <w:t>　　3、和老板以及同事打好关系，搞好工作气氛，一个良好的工作氛围不仅能使工作顺利的进行下去还能提高工作效率和质量。</w:t>
      </w:r>
      <w:r>
        <w:rPr>
          <w:lang w:eastAsia="zh-CN"/>
        </w:rPr>
        <w:br/>
      </w:r>
      <w:r>
        <w:rPr>
          <w:lang w:eastAsia="zh-CN"/>
        </w:rPr>
        <w:t>　　4、充分了解自己产品信息，能够流利而又通俗易懂的回答消费者对我们产品提出的疑问和问题。</w:t>
      </w:r>
      <w:r>
        <w:rPr>
          <w:lang w:eastAsia="zh-CN"/>
        </w:rPr>
        <w:br/>
      </w:r>
      <w:r>
        <w:rPr>
          <w:lang w:eastAsia="zh-CN"/>
        </w:rPr>
        <w:t>　　三、发现的问题及解决方案</w:t>
      </w:r>
      <w:r>
        <w:rPr>
          <w:lang w:eastAsia="zh-CN"/>
        </w:rPr>
        <w:br/>
      </w:r>
      <w:r>
        <w:rPr>
          <w:lang w:eastAsia="zh-CN"/>
        </w:rPr>
        <w:t>　　1、相邻两个促销点存在价格差别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1"/>
          <w:cols w:space="425"/>
          <w:titlePg w:val="0"/>
          <w:docGrid w:type="lines" w:linePitch="312"/>
        </w:sectPr>
      </w:pPr>
      <w:r>
        <w:rPr>
          <w:lang w:eastAsia="zh-CN"/>
        </w:rPr>
        <w:t>　　解决方案：和老板沟通，分析一下利弊，最后建议老板按照我们的推广价格进行销售，如果实在不行，我们就拿赠品来吸引消费者的注意力。</w:t>
      </w:r>
      <w:r>
        <w:rPr>
          <w:lang w:eastAsia="zh-CN"/>
        </w:rPr>
        <w:br/>
      </w:r>
      <w:r>
        <w:rPr>
          <w:lang w:eastAsia="zh-CN"/>
        </w:rPr>
        <w:t>　　2、遇到其他产品的忠诚消费者</w:t>
      </w:r>
      <w:r>
        <w:rPr>
          <w:lang w:eastAsia="zh-CN"/>
        </w:rPr>
        <w:br/>
      </w:r>
      <w:r>
        <w:rPr>
          <w:lang w:eastAsia="zh-CN"/>
        </w:rPr>
        <w:t>　　解决方案：有的消费者会直接说要劲酒或者其他牌子的产品，我们可以先向他我们产品的优势和好处，并且鼓励他消费我们的产品，让消费者形成一种消费我们产品的心理。</w:t>
      </w:r>
      <w:r>
        <w:rPr>
          <w:lang w:eastAsia="zh-CN"/>
        </w:rPr>
        <w:br/>
      </w:r>
      <w:r>
        <w:rPr>
          <w:lang w:eastAsia="zh-CN"/>
        </w:rPr>
        <w:t xml:space="preserve">    最新员工试用期工作总结精选范文 篇14 </w:t>
      </w:r>
      <w:r>
        <w:rPr>
          <w:lang w:eastAsia="zh-CN"/>
        </w:rPr>
        <w:br/>
      </w:r>
      <w:r>
        <w:rPr>
          <w:lang w:eastAsia="zh-CN"/>
        </w:rPr>
        <w:t>　　一、个人情况简介</w:t>
      </w:r>
      <w:r>
        <w:rPr>
          <w:lang w:eastAsia="zh-CN"/>
        </w:rPr>
        <w:br/>
      </w:r>
      <w:r>
        <w:rPr>
          <w:lang w:eastAsia="zh-CN"/>
        </w:rPr>
        <w:t>　　_年9月&amp;_年7月，在城建高等专科学校房地系就读工程造价专业; _年7月&amp;_年7月，在中铁十九局集团第四工程有限公司从事概预算编审、合同管理、投标经营等工作; __年10月，参加并通过了全国造价工程师执业资格考试。</w:t>
      </w:r>
      <w:r>
        <w:rPr>
          <w:lang w:eastAsia="zh-CN"/>
        </w:rPr>
        <w:br/>
      </w:r>
      <w:r>
        <w:rPr>
          <w:lang w:eastAsia="zh-CN"/>
        </w:rPr>
        <w:t>　　二、主要工作表现及成绩</w:t>
      </w:r>
      <w:r>
        <w:rPr>
          <w:lang w:eastAsia="zh-CN"/>
        </w:rPr>
        <w:br/>
      </w:r>
      <w:r>
        <w:rPr>
          <w:lang w:eastAsia="zh-CN"/>
        </w:rPr>
        <w:t>　　1、严格遵守公司各项规章制度。上班伊始，我认真学习了《维科纲要》、《房产板块员工日常行为规范》、《基本管理制度》、《岗位职能说明书》等各项规章制度，并将其牢记于心，时刻提醒自己要严格遵守公司的各项规章制度，维护公司形象。如坚持每天上班提早到公司，打扫办公室卫生，为同事创造一个干净的工作环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2"/>
          <w:cols w:space="425"/>
          <w:titlePg w:val="0"/>
          <w:docGrid w:type="lines" w:linePitch="312"/>
        </w:sectPr>
      </w:pPr>
      <w:r>
        <w:rPr>
          <w:lang w:eastAsia="zh-CN"/>
        </w:rPr>
        <w:t>　　2、认真学习浙江省概预算编制资料。虽然概预算编制的原理相同，但是《浙江省建筑安装工程定额》与我以前接触较多的公路、铁路工程定额有很大差别。因此，我首先对浙江省概预算编制资料进行了认真系统的学习，并坚持边工作边学习，很快就掌握了其中的要领，已能独立完成领导交给的任务;与此同时，我还利用业余时间学会了使用神机妙算软件编制预算和鲁班软件抽算钢筋，工作效率得到极大提高。在今后的工作中，我将不断的摸索和钻研，把工作做得更加精细、完美。</w:t>
      </w:r>
      <w:r>
        <w:rPr>
          <w:lang w:eastAsia="zh-CN"/>
        </w:rPr>
        <w:br/>
      </w:r>
      <w:r>
        <w:rPr>
          <w:lang w:eastAsia="zh-CN"/>
        </w:rPr>
        <w:t>　　3、维科精华集团股份有限公司敦煌分公司卷绕车间及临时工程决算审核工作进展顺利。卷绕车间及临时工程虽然完工已久，但是有关竣工资料却很不完整，这给决算审核工作带来了很大的困难。我接手这项工作后，一方面积极要求施工单位完善竣工资料，另一方面利用手中现有的资料计算工程数量，核对各项数据。为准确掌握工程情况，保证计算的准确性，我还特意到现场仔细查看。经过我的努力，目前这项工作已取得了较快的进展，工程决算审核所需的大部分资料已收集齐全，卷绕车间的预算已同施工单位核对完毕。</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3"/>
          <w:cols w:space="425"/>
          <w:titlePg w:val="0"/>
          <w:docGrid w:type="lines" w:linePitch="312"/>
        </w:sectPr>
      </w:pPr>
      <w:r>
        <w:rPr>
          <w:lang w:eastAsia="zh-CN"/>
        </w:rPr>
        <w:t>　　4、积极着手华严街5号地块商住楼土建审核工作。从领导安排我负责该工程土建预算审核工作之后，我抓紧时间熟悉施工图纸及相关资料，并多次到施工现场了解情况，使自己在最短的时间内掌握工程的静态和动态情况。为更好地维护公司利益，在决算时取得主动权，我把工程量计算工作提前到了现阶段。经过一段时间紧张有序的工作，目前已完成了地下室部分工程量的计算。此外，我还认真完成了__年12月、__年1月两个月的进度支付预算以及前期发生的工程联系单的审核，其中__年12月核减预算46.1321万元，__年1月核减16.3723万元，得到了部门领导的肯定。</w:t>
      </w:r>
      <w:r>
        <w:rPr>
          <w:lang w:eastAsia="zh-CN"/>
        </w:rPr>
        <w:br/>
      </w:r>
      <w:r>
        <w:rPr>
          <w:lang w:eastAsia="zh-CN"/>
        </w:rPr>
        <w:t>　　5、其他方面： ①积极向领导提出合理化建议，如成本控制、资料管理方面; ②与同事积极探讨造价控制、合同管理、资料管理等内容。通过讨论既增进了同事间的友情，又提高了自身的业务能力; ③主动与同事交流，热情帮助他人;④积极参加公司组织的各项活动，如参加党员学习、新春联欢演出。</w:t>
      </w:r>
      <w:r>
        <w:rPr>
          <w:lang w:eastAsia="zh-CN"/>
        </w:rPr>
        <w:br/>
      </w:r>
      <w:r>
        <w:rPr>
          <w:lang w:eastAsia="zh-CN"/>
        </w:rPr>
        <w:t>　　三、努力的方向</w:t>
      </w:r>
      <w:r>
        <w:rPr>
          <w:lang w:eastAsia="zh-CN"/>
        </w:rPr>
        <w:br/>
      </w:r>
      <w:r>
        <w:rPr>
          <w:lang w:eastAsia="zh-CN"/>
        </w:rPr>
        <w:t>　　1、充分利用通过全国造价工程师执业资格考试的优势及以往的工作经验，积极主动接触各种相关业务，提高自身的实际操作能力，为公司的品牌建设作出自己应有的贡献;</w:t>
      </w:r>
      <w:r>
        <w:rPr>
          <w:lang w:eastAsia="zh-CN"/>
        </w:rPr>
        <w:br/>
      </w:r>
      <w:r>
        <w:rPr>
          <w:lang w:eastAsia="zh-CN"/>
        </w:rPr>
        <w:t>　　2、积极参加自学本科考试，钻研专业技术，提高业务能力和专业水准;</w:t>
      </w:r>
      <w:r>
        <w:rPr>
          <w:lang w:eastAsia="zh-CN"/>
        </w:rPr>
        <w:br/>
      </w:r>
      <w:r>
        <w:rPr>
          <w:lang w:eastAsia="zh-CN"/>
        </w:rPr>
        <w:t>　　3、发挥党员的模范带头作用，争当先进。</w:t>
      </w:r>
      <w:r>
        <w:rPr>
          <w:lang w:eastAsia="zh-CN"/>
        </w:rPr>
        <w:br/>
      </w:r>
      <w:r>
        <w:rPr>
          <w:lang w:eastAsia="zh-CN"/>
        </w:rPr>
        <w:t>　　这几个月以来我感触颇深，希望我以后的路越走越宽广。</w:t>
      </w:r>
      <w:r>
        <w:rPr>
          <w:lang w:eastAsia="zh-CN"/>
        </w:rPr>
        <w:br/>
      </w:r>
      <w:r>
        <w:rPr>
          <w:lang w:eastAsia="zh-CN"/>
        </w:rPr>
        <w:t xml:space="preserve">    最新员工试用期工作总结精选范文 篇15 </w:t>
      </w:r>
      <w:r>
        <w:rPr>
          <w:lang w:eastAsia="zh-CN"/>
        </w:rPr>
        <w:br/>
      </w:r>
      <w:r>
        <w:rPr>
          <w:lang w:eastAsia="zh-CN"/>
        </w:rPr>
        <w:t>　　自2月以来我很荣幸来到作，转眼三个月的试用期过去了，在领导的言传身教、关心培养下，在同事们的支持帮助、密切配合下，我不断加强事业部业务学习，对工作精益求精，较为圆满地完成了自己所承担的各项工作任务，个人职业素质和业务工作能力都取得了一定的进步，为今后的工作和学习打下了良好的基础，现将个人工作学习情况总结如下：</w:t>
      </w:r>
      <w:r>
        <w:rPr>
          <w:lang w:eastAsia="zh-CN"/>
        </w:rPr>
        <w:br/>
      </w:r>
      <w:r>
        <w:rPr>
          <w:lang w:eastAsia="zh-CN"/>
        </w:rPr>
        <w:t>　　一、对公司的认识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4"/>
          <w:cols w:space="425"/>
          <w:titlePg w:val="0"/>
          <w:docGrid w:type="lines" w:linePitch="312"/>
        </w:sectPr>
      </w:pPr>
      <w:r>
        <w:rPr>
          <w:lang w:eastAsia="zh-CN"/>
        </w:rPr>
        <w:t>　　从刚到泰信对于金融事业部的.业务比较陌生，到经过三个月的学习及领导和同事的指导，使我对公司管理结构和事业部等有了较为深刻的认识，对自己所在岗位的工作内容有了大概的了解。公司业务范围主要划分为金融、司法以及智能化等三大领域，下属分公司主要包括湖北分公司、江西分公司、湖南分公司、河南分公司、广西分公司、云南分公司以及分公司等。我们金融事业部技术支持中心主要对分公司技术进行协助支持。</w:t>
      </w:r>
      <w:r>
        <w:rPr>
          <w:lang w:eastAsia="zh-CN"/>
        </w:rPr>
        <w:br/>
      </w:r>
      <w:r>
        <w:rPr>
          <w:lang w:eastAsia="zh-CN"/>
        </w:rPr>
        <w:t>　　二、工作方面</w:t>
      </w:r>
      <w:r>
        <w:rPr>
          <w:lang w:eastAsia="zh-CN"/>
        </w:rPr>
        <w:br/>
      </w:r>
      <w:r>
        <w:rPr>
          <w:lang w:eastAsia="zh-CN"/>
        </w:rPr>
        <w:t>　　入职不久，适逢中标。_分公司因去年才成立不久，技术力量相对薄弱。我被派过去做技术支持，主要负责前端联网前期摸底做方案及预算。我们主要是负责__市的前端改造。通过一个月的时间，我前端网点摸底以及同甲方市分行保卫处领导交流，圆满完成了网点的设计方案及预算，共计900多万。</w:t>
      </w:r>
      <w:r>
        <w:rPr>
          <w:lang w:eastAsia="zh-CN"/>
        </w:rPr>
        <w:br/>
      </w:r>
      <w:r>
        <w:rPr>
          <w:lang w:eastAsia="zh-CN"/>
        </w:rPr>
        <w:t>　　4月下旬网进入到具体实施阶段。我把前期遇到的问题及讯美联网软件商的要求进行了收集整理，写了《前端联网规范流程》。按此流程指导，顺利实施了__区3个样板网点的联网接入工作。</w:t>
      </w:r>
      <w:r>
        <w:rPr>
          <w:lang w:eastAsia="zh-CN"/>
        </w:rPr>
        <w:br/>
      </w:r>
      <w:r>
        <w:rPr>
          <w:lang w:eastAsia="zh-CN"/>
        </w:rPr>
        <w:t>　　金融技术支持中心除了对下属分公司技术支持外还需对中心业务拓展的项目进行支持，4月上旬，金融事业部与浙江捷尚合作在整个金融业推广智能分析系统，我负责湖北农行试点安装调试。经过几天的测试以及与捷尚技术员沟通最终完成了农行ATM智能分析、柜员窗口人脸叠加以及视频质量诊断等系统的试点安装调试工作。</w:t>
      </w:r>
      <w:r>
        <w:rPr>
          <w:lang w:eastAsia="zh-CN"/>
        </w:rPr>
        <w:br/>
      </w:r>
      <w:r>
        <w:rPr>
          <w:lang w:eastAsia="zh-CN"/>
        </w:rPr>
        <w:t>　　三、学习生活方面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5"/>
          <w:cols w:space="425"/>
          <w:titlePg w:val="0"/>
          <w:docGrid w:type="lines" w:linePitch="312"/>
        </w:sectPr>
      </w:pPr>
      <w:r>
        <w:rPr>
          <w:lang w:eastAsia="zh-CN"/>
        </w:rPr>
        <w:t>　　在工作过程中，我深深感到加强自身学习、提高自身素质的紧迫性，一是向书本学习，坚持每天挤出一定的时间不断充实自己，端正态度，改进方法，广泛吸取各种“营养”，积极准备二级建造师的考试。二是向周围的同志学习，工作中我始终保持谦虚谨慎、虚心求教的态度，主动向领导、同事们请教，学习他们任劳任怨、求真务实的工作作风和处理问题的方法；三是向实践学习，把所学的知识运用于实际工作中，在实践中检验所学知识，查找不足，提高自己，防止和克服浅尝辄止、一知半解的倾向。</w:t>
      </w:r>
      <w:r>
        <w:rPr>
          <w:lang w:eastAsia="zh-CN"/>
        </w:rPr>
        <w:br/>
      </w:r>
      <w:r>
        <w:rPr>
          <w:lang w:eastAsia="zh-CN"/>
        </w:rPr>
        <w:t>　　三个月来我在领导和同事们的帮助和支持下取得了一定的成绩，但我深知自己还存在一些缺点和不足，与工作需要和领导要求相比，还有一定差距。一是做事还不够细心，容易造成一些漏洞。二是工作的预见力和前瞻性还不够强。三是工作的灵活性还不够。在今后的工作中，我要努力做到戒骄戒躁，坚定政治信念，加强理论学习，积累经验教训，不断调整自己的思维方式和工作方法，在实践中磨练自己，成为单位需要的优秀人才。</w:t>
      </w:r>
      <w:r>
        <w:rPr>
          <w:lang w:eastAsia="zh-CN"/>
        </w:rPr>
        <w:br/>
      </w:r>
      <w:r>
        <w:rPr>
          <w:lang w:eastAsia="zh-CN"/>
        </w:rPr>
        <w:t xml:space="preserve">    最新员工试用期工作总结精选范文 篇16 </w:t>
      </w:r>
      <w:r>
        <w:rPr>
          <w:lang w:eastAsia="zh-CN"/>
        </w:rPr>
        <w:br/>
      </w:r>
      <w:r>
        <w:rPr>
          <w:lang w:eastAsia="zh-CN"/>
        </w:rPr>
        <w:t>　　尊敬的各位领导，同事：</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6"/>
          <w:cols w:space="425"/>
          <w:titlePg w:val="0"/>
          <w:docGrid w:type="lines" w:linePitch="312"/>
        </w:sectPr>
      </w:pPr>
      <w:r>
        <w:rPr>
          <w:lang w:eastAsia="zh-CN"/>
        </w:rPr>
        <w:t>　　你们好！我是__年__月进入移动的新员工。经过短短2周的新员工培训，我懂得了什么是优秀，什么是爱岗敬业，什么是移动的好员工。两周里，从网络到市场，从人力到财务，那么多优秀的主管熟练地讲述着自己工作中的经验。谈到公司，谈到工作，他们眼睛里闪烁着自信的光芒；谈起未来，谈起我们，他们言语里尽是关照。</w:t>
      </w:r>
      <w:r>
        <w:rPr>
          <w:lang w:eastAsia="zh-CN"/>
        </w:rPr>
        <w:br/>
      </w:r>
      <w:r>
        <w:rPr>
          <w:lang w:eastAsia="zh-CN"/>
        </w:rPr>
        <w:t>　　__年__月__日，星期一，我来到分公司开始实习，实习前公司黄立奎总经理还特意为我们这些新员工组织了见面会，会上把公司总体情况做了介绍并鼓励我们尽快熟悉公司各项业务充分发挥自己的潜能，会后经过人力部门的分配，我到市场部实习。带着些许敬畏和几缕惊慌，我踏进了市场的办公区域。作为一个刚毕业的大学生，我很清楚的知道，眼高手低是我们的通病。所以，在自己动手能力还很弱的情况下，我更乐意从最基本的东西学起、做起，比如发发传真，接接电话什么的。__月__日，实习的第一天，我就在从座位到复印机，从复印机到座位的脚步中度过了。但是我的心很平静，尽管头上一直冒着冷汗，但那是怕耽误师傅们工作的谨慎。</w:t>
      </w:r>
      <w:r>
        <w:rPr>
          <w:lang w:eastAsia="zh-CN"/>
        </w:rPr>
        <w:br/>
      </w:r>
      <w:r>
        <w:rPr>
          <w:lang w:eastAsia="zh-CN"/>
        </w:rPr>
        <w:t>　　从__月__日，也就是实习的第二天到__月中旬，我转到新城区营销中心旗下的中山路营业厅实习，因为这是我们最基层、业务最全面、客户最多的营业厅，在这里实习可以很快掌握最全面的市场业务及公司各项营销方针的执行。营业厅主要业务可以分为九类，即销户、开户、过户、分合户、资费变更、密码修改、一卡双号、国际漫游、补换卡业务；日常工作还有接待重要客户，执行公司新的营销政策等。在营业厅实习这段时间，感触最深的一是执行力问题，二是营业员心理问题，如果把这两个问题解决了基层将会很“畅通”。</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7"/>
          <w:cols w:space="425"/>
          <w:titlePg w:val="0"/>
          <w:docGrid w:type="lines" w:linePitch="312"/>
        </w:sectPr>
      </w:pPr>
      <w:r>
        <w:rPr>
          <w:lang w:eastAsia="zh-CN"/>
        </w:rPr>
        <w:t>　　__月下旬到__年__月，我回到市场部实习。在营业厅主要是学习了如何使用BOSS系统和执行新政策，应该说在中山路营业厅我动手实际操作的机会最多，而且在新城区营销中心还实习了3个多月，学习了各项营销政策的落实及反馈，所以回到市场后业务非常熟悉。6个多月的市场部实习，让我拥有了无数位师傅的关心和关照。</w:t>
      </w:r>
      <w:r>
        <w:rPr>
          <w:lang w:eastAsia="zh-CN"/>
        </w:rPr>
        <w:br/>
      </w:r>
      <w:r>
        <w:rPr>
          <w:lang w:eastAsia="zh-CN"/>
        </w:rPr>
        <w:t>　　首先是李改梅师傅。她工作认真、思想超前，在指导我实习的时候非常有耐心，从她那里我学到很多宣传方面的知识。</w:t>
      </w:r>
      <w:r>
        <w:rPr>
          <w:lang w:eastAsia="zh-CN"/>
        </w:rPr>
        <w:br/>
      </w:r>
      <w:r>
        <w:rPr>
          <w:lang w:eastAsia="zh-CN"/>
        </w:rPr>
        <w:t>　　其次是王保志、武尧斌、吴建东几位师傅。他们几个都很鼓励我大胆地动手操作，不要怕出错。尤其是王保志，他教会了我不少新业务知识。</w:t>
      </w:r>
      <w:r>
        <w:rPr>
          <w:lang w:eastAsia="zh-CN"/>
        </w:rPr>
        <w:br/>
      </w:r>
      <w:r>
        <w:rPr>
          <w:lang w:eastAsia="zh-CN"/>
        </w:rPr>
        <w:t>　　最后是杨旭和刘月英师傅。因为他们营销策划和经营分析一直很忙，所以，我的师傅们每天都要加班，两个人工作认真负责，有点工作狂的味道。在我实习期间，杨旭师傅有空时还经常给我补课，给我系统地讲解营销和经营分析中常出现的问题和解决方法等等，我也很认真的学习。我就是这样一点一点地学习和请教，一步一步地向前走的。本着积极上进的态度，认真、努力地学习，并且理论结合实际，锻炼了自己的动手能力。</w:t>
      </w:r>
      <w:r>
        <w:rPr>
          <w:lang w:eastAsia="zh-CN"/>
        </w:rPr>
        <w:br/>
      </w:r>
      <w:r>
        <w:rPr>
          <w:lang w:eastAsia="zh-CN"/>
        </w:rPr>
        <w:t>　　__年__月初到__月下旬，我到财务部实习，为的是全面了解及掌握公司的财务状况。财务部实习期间，我得到了众多师傅的关心和鼓励，还把以前在学校学习的财务理论和实践相结合，不管做什么都要严格遵守SO和财务法律法规，做到严谨、求实。但是，我也有点小建议，财务部严格遵守财务规章制度的同时应该考虑公司最大的利益，比如：合理控制成本、巧签合同、薪酬的发放、各类政策的规避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8"/>
          <w:cols w:space="425"/>
          <w:titlePg w:val="0"/>
          <w:docGrid w:type="lines" w:linePitch="312"/>
        </w:sectPr>
      </w:pPr>
      <w:r>
        <w:rPr>
          <w:lang w:eastAsia="zh-CN"/>
        </w:rPr>
        <w:t>　　__年__月__日至今，我正式到网络部网优中心工作，从事网络优化工作后我才发现自己的喜好，技术才是我真正喜欢的，随着3G、4G时代的到来，网络质量的优劣将是移动公司在未来市场竞争的核心，没有好的网络一切皆无。网络部下设3个中心：网络优化、运行维护、工程建设。在网优中心王晓霞主任的安排下，我主要是和唐巍师傅负责常规优化测试、全网频率规划、网优专项优化、大型会议活动应急保障、网络选站址审核设计方案及开站后的测试验收等。</w:t>
      </w:r>
      <w:r>
        <w:rPr>
          <w:lang w:eastAsia="zh-CN"/>
        </w:rPr>
        <w:br/>
      </w:r>
      <w:r>
        <w:rPr>
          <w:lang w:eastAsia="zh-CN"/>
        </w:rPr>
        <w:t>　　在做完这些工作后我总结了一下有这么几点比较深刻的体会：</w:t>
      </w:r>
      <w:r>
        <w:rPr>
          <w:lang w:eastAsia="zh-CN"/>
        </w:rPr>
        <w:br/>
      </w:r>
      <w:r>
        <w:rPr>
          <w:lang w:eastAsia="zh-CN"/>
        </w:rPr>
        <w:t>　　第一点：真诚你可以伪装你的面孔你的心，但绝不可以忽略真诚的力量。</w:t>
      </w:r>
      <w:r>
        <w:rPr>
          <w:lang w:eastAsia="zh-CN"/>
        </w:rPr>
        <w:br/>
      </w:r>
      <w:r>
        <w:rPr>
          <w:lang w:eastAsia="zh-CN"/>
        </w:rPr>
        <w:t>　　第二点：沟通要想在短暂的实习时间内，尽可能能多的学一些东西，这就需要跟师傅有很好的沟通，加深彼此的了解。</w:t>
      </w:r>
      <w:r>
        <w:rPr>
          <w:lang w:eastAsia="zh-CN"/>
        </w:rPr>
        <w:br/>
      </w:r>
      <w:r>
        <w:rPr>
          <w:lang w:eastAsia="zh-CN"/>
        </w:rPr>
        <w:t>　　第三点：激情与耐心激情与耐心，就像火与冰，看似两种完全不同的东西，却能碰撞出最美丽的火花。</w:t>
      </w:r>
      <w:r>
        <w:rPr>
          <w:lang w:eastAsia="zh-CN"/>
        </w:rPr>
        <w:br/>
      </w:r>
      <w:r>
        <w:rPr>
          <w:lang w:eastAsia="zh-CN"/>
        </w:rPr>
        <w:t>　　第四点：细心负责和基本的专业素养细心负责是做好每一件事情所必备的基本素质，基本的专业素养是前提。</w:t>
      </w:r>
      <w:r>
        <w:rPr>
          <w:lang w:eastAsia="zh-CN"/>
        </w:rPr>
        <w:br/>
      </w:r>
      <w:r>
        <w:rPr>
          <w:lang w:eastAsia="zh-CN"/>
        </w:rPr>
        <w:t>　　第五点：“主动出击”当你可以选择的时候，把主动权掌握在自己手中。</w:t>
      </w:r>
      <w:r>
        <w:rPr>
          <w:lang w:eastAsia="zh-CN"/>
        </w:rPr>
        <w:br/>
      </w:r>
    </w:p>
    <w:p w:rsidR="001B1F19" w14:textId="27C3F48A">
      <w:pPr>
        <w:rPr>
          <w:rFonts w:hint="eastAsia"/>
          <w:lang w:eastAsia="zh-CN"/>
        </w:rPr>
      </w:pPr>
      <w:r>
        <w:rPr>
          <w:lang w:eastAsia="zh-CN"/>
        </w:rPr>
        <w:t>　　总之，在实习期间除了浅层次地学习了专业技能外，我还感受和体会到了很多技能之外的东西。首先是移动人的敬业和那种生机蓬勃的工作氛围。走进这样的一个集体中，你的心会不由自主地年轻起来，你的脚步会不由自主地跟着大家快起来，而你的工作态度更会变得努力、认真，再认真一些，再努力一点。也许，这就是一个集体的凝聚力，这就是一个企业写在书面之外的“特殊文化”！短期的实习，让我学到了不少东西，自我希望公司能知人善任，同时也期盼着自己能够很好的从起点做起，一步一步扎扎实实地往前走，全心全意为成为一名合格，再到优秀，直至卓越的移动人而努力奋斗！范文仅供参考感谢浏览</w:t>
      </w:r>
      <w:r>
        <w:rPr>
          <w:lang w:eastAsia="zh-CN"/>
        </w:rPr>
        <w:br/>
      </w:r>
      <w:r>
        <w:rPr>
          <w:lang w:eastAsia="zh-CN"/>
        </w:rPr>
        <w:t xml:space="preserve">    最新员工试用期工作总结精选范文 篇17 </w:t>
      </w:r>
      <w:r>
        <w:rPr>
          <w:lang w:eastAsia="zh-CN"/>
        </w:rPr>
        <w:br/>
      </w:r>
      <w:r>
        <w:rPr>
          <w:lang w:eastAsia="zh-CN"/>
        </w:rPr>
        <w:t>　　转眼间，三个月的试用期即将结束了，在这期间感触良多。行业正处于蓬勃发展的阶段，__处于时代的前端，是给了我机会，让我能在这么有前景的行业中工作。</w:t>
      </w:r>
      <w:r>
        <w:rPr>
          <w:lang w:eastAsia="zh-CN"/>
        </w:rPr>
        <w:br/>
      </w:r>
      <w:r>
        <w:rPr>
          <w:lang w:eastAsia="zh-CN"/>
        </w:rPr>
        <w:t>　　通过这段时间的工作，加深了对公司的认识。随着工作的逐步深入，通过对公司规章制度的学习，以及与各部门的接触，使我对公司团结协作，勤奋敬业，艰苦奋斗，诚信可靠，共同发展的企业文化有了更深的认识。我从理论上、实践中和相互的交流中学习，不仅注意学习的方法，更注意培养正确的学习习惯。我从公司各种形式和性质的会议和培训里面，通过大家的交流中学习到很多与做人，做事相关的知识和教训，这是我是在学校里面所不能学习到的。特别是进行了几次的产品培训，现已基本了解公司的产品的工作原理与工艺过程，让我对公司产品和未来发展方向有了更好的把握。</w:t>
      </w:r>
      <w:r>
        <w:rPr>
          <w:lang w:eastAsia="zh-CN"/>
        </w:rPr>
        <w:br/>
      </w:r>
      <w:r>
        <w:rPr>
          <w:lang w:eastAsia="zh-CN"/>
        </w:rPr>
        <w:t>　　根据工作安排及岗位要求，进入公司以来，试用期期间的只要工作有：</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https://d.book118.com/826033002111010055</w:t>
        </w:r>
      </w:hyperlink>
    </w:p>
    <w:p w:rsidR="001B1F19">
      <w:pPr>
        <w:rPr>
          <w:rFonts w:hint="eastAsia"/>
          <w:lang w:eastAsia="zh-CN"/>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603300211101005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