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试用期的年度工作总结范文（30篇）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试用期的年度工作总结范文（精选30篇）</w:t>
      </w:r>
      <w:r>
        <w:rPr>
          <w:lang w:eastAsia="zh-CN"/>
        </w:rPr>
        <w:br/>
      </w:r>
      <w:r>
        <w:rPr>
          <w:lang w:eastAsia="zh-CN"/>
        </w:rPr>
        <w:t xml:space="preserve">    试用期的年度工作总结范文 篇1 </w:t>
      </w:r>
      <w:r>
        <w:rPr>
          <w:lang w:eastAsia="zh-CN"/>
        </w:rPr>
        <w:br/>
      </w:r>
      <w:r>
        <w:rPr>
          <w:lang w:eastAsia="zh-CN"/>
        </w:rPr>
        <w:t>　　依据公司的需要，目前担当文员一职，负责办公室内勤治理工作。本人工作仔细、细心且具有较强的职责心和进取心，勤勉不懈，极富工作热忱;性格开朗，乐于与他人沟通，具有良好和娴熟的沟通技巧，有很强的团队协作本领;职责感强，的确完成领导交付的工作，和公司同事之间能够通力合作，关系相处融洽而和谐，配合各部分负责人胜利地完成各项工作;进取学习新学问、技能，注重自身进展和提高，平常利用放工时间经过培训学习，来提高自我的综合素养，目前正在电大就读专科，以期将来能学以致用，同公司共同进展、提高。</w:t>
      </w:r>
      <w:r>
        <w:rPr>
          <w:lang w:eastAsia="zh-CN"/>
        </w:rPr>
        <w:br/>
      </w:r>
      <w:r>
        <w:rPr>
          <w:lang w:eastAsia="zh-CN"/>
        </w:rPr>
        <w:t>　　两个多月来，我在王总、公司领导和同事们的热心帮忙及关爱下取得了必需的提高，综合看来，我觉得自我还有以下的缺点和不足：</w:t>
      </w:r>
      <w:r>
        <w:rPr>
          <w:lang w:eastAsia="zh-CN"/>
        </w:rPr>
        <w:br/>
      </w:r>
      <w:r>
        <w:rPr>
          <w:lang w:eastAsia="zh-CN"/>
        </w:rPr>
        <w:t>　　一、思想上个人主义较强，任意性较大，显得不虚心与散漫，没做到虚心谨慎，敬重服从;</w:t>
      </w:r>
      <w:r>
        <w:rPr>
          <w:lang w:eastAsia="zh-CN"/>
        </w:rPr>
        <w:br/>
      </w:r>
      <w:r>
        <w:rPr>
          <w:lang w:eastAsia="zh-CN"/>
        </w:rPr>
        <w:t>　　二、有时候办事不够干练，言行举止没注重约束自我;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三、工作主动性发挥的还是不够，对工作的预见性和制造性不够，离领导的要求还有必需的间隔;</w:t>
      </w:r>
      <w:r>
        <w:rPr>
          <w:lang w:eastAsia="zh-CN"/>
        </w:rPr>
        <w:br/>
      </w:r>
      <w:r>
        <w:rPr>
          <w:lang w:eastAsia="zh-CN"/>
        </w:rPr>
        <w:t>　　四、业务学问方面特别是相关法律法规把握的还不够扎实等等。</w:t>
      </w:r>
      <w:r>
        <w:rPr>
          <w:lang w:eastAsia="zh-CN"/>
        </w:rPr>
        <w:br/>
      </w:r>
      <w:r>
        <w:rPr>
          <w:lang w:eastAsia="zh-CN"/>
        </w:rPr>
        <w:t>　　在今后的工作方案和学习方案中，我会进一步严格要求自我，虚心向其他领导、同事学习，我信任靠着自我高度的职责心和自信念，必需能够改正这些缺点，争取在各方面取得更大的提高。依据公司规章制度，试用职员在试用期满两个月合格后，即可被录用成为公司正式员工。所以，我特向公司申请：希看能依据我的工作本领、看法及表现给出合格评价，使我定期转为正式员工，并依据公司的薪金福利情景，从20__年_月起，转正工资调整为1800元月。来到那里工作，我最大的收获莫过于在敬业精神、思想境界，还是在业务素养、工作本领上都得到了很大的提高与提高，也激励我在工作中不断前进与完善。我明白了企业的完善明天要靠大家的努力往制造，信任在全体员工的共同努力下，企业的完善明天更辉煌。</w:t>
      </w:r>
      <w:r>
        <w:rPr>
          <w:lang w:eastAsia="zh-CN"/>
        </w:rPr>
        <w:br/>
      </w:r>
      <w:r>
        <w:rPr>
          <w:lang w:eastAsia="zh-CN"/>
        </w:rPr>
        <w:t xml:space="preserve">    试用期的年度工作总结范文 篇2 </w:t>
      </w:r>
      <w:r>
        <w:rPr>
          <w:lang w:eastAsia="zh-CN"/>
        </w:rPr>
        <w:br/>
      </w:r>
      <w:r>
        <w:rPr>
          <w:lang w:eastAsia="zh-CN"/>
        </w:rPr>
        <w:t>　　转瞬之间我的三个月试用期已经结束，这是我人生中弥足宝贵的经受，也给我留下了深刻的回忆。在这段时间里各位领导赐予了我足够的宽容、支持和帮忙，让我充分感受到了他们“海纳百川”的胸襟，感受到了做工程人“不经受风雨，怎能见彩虹”的豪气，也体会到了工程人作为拓荒者的困难和坚决。在这段时间里，我努力工作，虚心学习，对公司有了比较具体的理解，对工作也得心应手，下头是试用阶段的自我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初来公司之时，虽然我是土木工程专业毕业，可是没有实际性的接触工程这个行业，所以对于施工我也不是非常了解，由于理论上的学问与实际工作中有着很大的差异，所以实习过程中如何实际理解工程的含义，懂得施工的具体步骤，以及留意各种事项，如何与搞工程的各种人员打交道便成为我的当务之急。还有就是我要尽快熟识公司各个岗位，了解公司组织架构、经过一周的工作，我已对上述问题有了大致的了解，开头独立工作。</w:t>
      </w:r>
      <w:r>
        <w:rPr>
          <w:lang w:eastAsia="zh-CN"/>
        </w:rPr>
        <w:br/>
      </w:r>
      <w:r>
        <w:rPr>
          <w:lang w:eastAsia="zh-CN"/>
        </w:rPr>
        <w:t>　　刚到工地，我感到非常的茫然，不知如何下手，从哪里做起。在项目经理和施工主管的指导下，我慢慢的明白了我应当做什么，我能做什么。在此我向各位帮忙我的领导和同事表示真心的感谢。现将我的个人工作总结如下：</w:t>
      </w:r>
      <w:r>
        <w:rPr>
          <w:lang w:eastAsia="zh-CN"/>
        </w:rPr>
        <w:br/>
      </w:r>
      <w:r>
        <w:rPr>
          <w:lang w:eastAsia="zh-CN"/>
        </w:rPr>
        <w:t>　　1、到了那里我认识了全部的的领导和各个施工队的人员，我和他们进取的接触，经过他们我了解了这个工程的大体概况以及各个项目的的情景，我明白了这些项目的具体施工步骤。</w:t>
      </w:r>
      <w:r>
        <w:rPr>
          <w:lang w:eastAsia="zh-CN"/>
        </w:rPr>
        <w:br/>
      </w:r>
      <w:r>
        <w:rPr>
          <w:lang w:eastAsia="zh-CN"/>
        </w:rPr>
        <w:t>　　2、经过我每一天下工地的努力，我了解了在工程施工中应当留意的事项(比如配筋、浇筑混凝土等留意事项)，明白了如何保证施工顺当的进行，如何的能够节约材料等等</w:t>
      </w:r>
      <w:r>
        <w:rPr>
          <w:lang w:eastAsia="zh-CN"/>
        </w:rPr>
        <w:br/>
      </w:r>
      <w:r>
        <w:rPr>
          <w:lang w:eastAsia="zh-CN"/>
        </w:rPr>
        <w:t>　　3、由于平常帮忙做些资料，我熟识了资料员的大体工作程序，工作资料以及培育了认真仔细的工作看法。同时我也接触了预算和结算等方面的学问，我会努力争取能够独立处理这些问题。</w:t>
      </w:r>
      <w:r>
        <w:rPr>
          <w:lang w:eastAsia="zh-CN"/>
        </w:rPr>
        <w:br/>
      </w:r>
      <w:r>
        <w:rPr>
          <w:lang w:eastAsia="zh-CN"/>
        </w:rPr>
        <w:t>　　4、在工地上我不仅仅学到了土建的学问我还经过现场观看、操作对于室内装饰、水电安装等方面的学问也有了必需的了解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5、由于原先做过测量，来到那里我能顺当的操作水准仪和全站仪等仪器，能够独立的为施工队伍算工程量等等。</w:t>
      </w:r>
      <w:r>
        <w:rPr>
          <w:lang w:eastAsia="zh-CN"/>
        </w:rPr>
        <w:br/>
      </w:r>
      <w:r>
        <w:rPr>
          <w:lang w:eastAsia="zh-CN"/>
        </w:rPr>
        <w:t>　　6、其他方面，来到九寨工地我认识了许多伴侣和同事，闲暇之余我就会向他们请教一些和工作相关的学问，虽然有的时候不能得到满足的答案，可是我觉得和他们相处很快乐，假如他们有需要我会尽力帮忙他们。</w:t>
      </w:r>
      <w:r>
        <w:rPr>
          <w:lang w:eastAsia="zh-CN"/>
        </w:rPr>
        <w:br/>
      </w:r>
      <w:r>
        <w:rPr>
          <w:lang w:eastAsia="zh-CN"/>
        </w:rPr>
        <w:t>　　7、在工作中我也存在着很多不足之处，比如有时候后不够主动，由于刚接触这个工程对于一些详情方面处理的也不是很完善，我信任以后我必需会努力做到更好</w:t>
      </w:r>
      <w:r>
        <w:rPr>
          <w:lang w:eastAsia="zh-CN"/>
        </w:rPr>
        <w:br/>
      </w:r>
      <w:r>
        <w:rPr>
          <w:lang w:eastAsia="zh-CN"/>
        </w:rPr>
        <w:t>　　虽然仅有短短的三个月，但学到了许多，感悟了许多，以及对自身一些不足的地方得到了改善与提升，我信任理论加实践必需会让我走向胜利，同时增进了对公司文化的更深了解，看到公司的进展，我深深地感到骄傲和骄傲，也更加迫切的期望以一名正式员工的身份为公司做贡献。</w:t>
      </w:r>
      <w:r>
        <w:rPr>
          <w:lang w:eastAsia="zh-CN"/>
        </w:rPr>
        <w:br/>
      </w:r>
      <w:r>
        <w:rPr>
          <w:lang w:eastAsia="zh-CN"/>
        </w:rPr>
        <w:t xml:space="preserve">    试用期的年度工作总结范文 篇3 </w:t>
      </w:r>
      <w:r>
        <w:rPr>
          <w:lang w:eastAsia="zh-CN"/>
        </w:rPr>
        <w:br/>
      </w:r>
      <w:r>
        <w:rPr>
          <w:lang w:eastAsia="zh-CN"/>
        </w:rPr>
        <w:t>　　一、 以诚实的工作态度，严格要求自己，适应办公室工作特点</w:t>
      </w:r>
      <w:r>
        <w:rPr>
          <w:lang w:eastAsia="zh-CN"/>
        </w:rPr>
        <w:br/>
      </w:r>
      <w:r>
        <w:rPr>
          <w:lang w:eastAsia="zh-CN"/>
        </w:rPr>
        <w:t>　　行政部作为公司主要的后勤工作地点，它的性质也就决定了办公室工作的繁杂性质。但是，行政部的人也相对的比较少，我作为一个新人，能够主动的去帮忙，遇到不懂的就去请教，积极的配合各位前辈，快速高效的完成各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工作中，我努力从每一件事情上进行总结，不断摸索，掌握方法，提高工作效率和工作质量，因为自己还是新人，在为人处事、工作经验等方面经验还不足，在平时工作和生活中，我都能够做到虚心向同事学习、请教，学习他们的长处，反思自己不足，不断提高自己的业务素质。我时刻会提醒自己，要诚恳待人，态度端正，积极想办法，无论大事小事，我都要尽最大能力去做到完美。在平时时刻要求自己，必须遵守劳动纪律、从注意清洁卫生等小事做起，严格要求自己。以不求有功、但求无过信念，来对待所有事情。</w:t>
      </w:r>
      <w:r>
        <w:rPr>
          <w:lang w:eastAsia="zh-CN"/>
        </w:rPr>
        <w:br/>
      </w:r>
      <w:r>
        <w:rPr>
          <w:lang w:eastAsia="zh-CN"/>
        </w:rPr>
        <w:t>　　二、存在的不足</w:t>
      </w:r>
      <w:r>
        <w:rPr>
          <w:lang w:eastAsia="zh-CN"/>
        </w:rPr>
        <w:br/>
      </w:r>
      <w:r>
        <w:rPr>
          <w:lang w:eastAsia="zh-CN"/>
        </w:rPr>
        <w:t>　　1、在本职工作中我还不够认真负责，岗位意识还有待进一步的提高。不能严格要求自己，工作上存在自我放松的情况。由于办公室的工作繁杂，处理事情必须快、精、准。在业务能力方面，我还有很多不足，比如在整理会议纪要时，没有抓住重点，记录不全，不能突出主要内容，给领导的会后工作也带来了不便。</w:t>
      </w:r>
      <w:r>
        <w:rPr>
          <w:lang w:eastAsia="zh-CN"/>
        </w:rPr>
        <w:br/>
      </w:r>
      <w:r>
        <w:rPr>
          <w:lang w:eastAsia="zh-CN"/>
        </w:rPr>
        <w:t>　　2、对工作程序掌握不充分，对公司业务熟悉不全面，对工作缺少前瞻性，致使自己在工作中偶尔会遇到手忙脚乱的情况，甚至会出现一些不该出现的错误。致使对自己有了些许的怀疑和不确定性，对未来也有了些许的灰暗情绪。</w:t>
      </w:r>
      <w:r>
        <w:rPr>
          <w:lang w:eastAsia="zh-CN"/>
        </w:rPr>
        <w:br/>
      </w:r>
      <w:r>
        <w:rPr>
          <w:lang w:eastAsia="zh-CN"/>
        </w:rPr>
        <w:t>　　3、偶有缺少细心，办事不够谨慎，显得有些许毛躁。工作是相对简单但又繁、杂、多，这就要求我必须细心、有良好的专业素质、思路缜密。在这方面，我还不够细心，时有粗心大意、做事草率的情况，有时也会比较毛躁忘记一些事情等等。</w:t>
      </w:r>
      <w:r>
        <w:rPr>
          <w:lang w:eastAsia="zh-CN"/>
        </w:rPr>
        <w:br/>
      </w:r>
      <w:r>
        <w:rPr>
          <w:lang w:eastAsia="zh-CN"/>
        </w:rPr>
        <w:t>　　三、下个月工作及学习计划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1、今后在工作中还需多向领导、同事虚心请教学习，要多与大家进行协调、沟通，从大趋势、大格局中去思考、去谋划、取长补短，提高自身的工作水平。</w:t>
      </w:r>
      <w:r>
        <w:rPr>
          <w:lang w:eastAsia="zh-CN"/>
        </w:rPr>
        <w:br/>
      </w:r>
      <w:r>
        <w:rPr>
          <w:lang w:eastAsia="zh-CN"/>
        </w:rPr>
        <w:t>　　2、必须提高工作质量，要具备强烈的事业心、高度的责任感。在每一件事情做完以后，要进行思考、总结，真正使本职工作有计划、有落实。尤其是要找出工作中的不足，善于自我反省。</w:t>
      </w:r>
      <w:r>
        <w:rPr>
          <w:lang w:eastAsia="zh-CN"/>
        </w:rPr>
        <w:br/>
      </w:r>
      <w:r>
        <w:rPr>
          <w:lang w:eastAsia="zh-CN"/>
        </w:rPr>
        <w:t>　　3、爱岗敬业，勤劳奉献，不能为工作而工作，在日常工作中要主动出击而不是被动应付，要积极主动开展工作，摈弃浮躁等待的心态，善谋实干，肯干事，敢干事，能干事，会干事。</w:t>
      </w:r>
      <w:r>
        <w:rPr>
          <w:lang w:eastAsia="zh-CN"/>
        </w:rPr>
        <w:br/>
      </w:r>
      <w:r>
        <w:rPr>
          <w:lang w:eastAsia="zh-CN"/>
        </w:rPr>
        <w:t>　　4、平时需多注意锻炼自己的听知能力。在日常工作、会议、领导讲话等场合，做到有集中的注意力、灵敏的反应力、深刻的理解力、牢固的记忆力、机智的综合力和精湛的品评力;在办事过程中，做到没有根据的话不说，没有把握的事不做，不轻易许愿，言必行，行必果。</w:t>
      </w:r>
      <w:r>
        <w:rPr>
          <w:lang w:eastAsia="zh-CN"/>
        </w:rPr>
        <w:br/>
      </w:r>
      <w:r>
        <w:rPr>
          <w:lang w:eastAsia="zh-CN"/>
        </w:rPr>
        <w:t>　　5、要注意培养自己的综合素质，把政治理论学习和业务学习结合起来，提高自身的政治素质和业务能力，以便为景区的明天奉献自己的力量，为本职事业做出更大的贡献。</w:t>
      </w:r>
      <w:r>
        <w:rPr>
          <w:lang w:eastAsia="zh-CN"/>
        </w:rPr>
        <w:br/>
      </w:r>
      <w:r>
        <w:rPr>
          <w:lang w:eastAsia="zh-CN"/>
        </w:rPr>
        <w:t xml:space="preserve">    试用期的年度工作总结范文 篇4 </w:t>
      </w:r>
      <w:r>
        <w:rPr>
          <w:lang w:eastAsia="zh-CN"/>
        </w:rPr>
        <w:br/>
      </w:r>
      <w:r>
        <w:rPr>
          <w:lang w:eastAsia="zh-CN"/>
        </w:rPr>
        <w:t>　　我于作文_年_月21号入职公司，成为我们公司的一名试用员工。到今日_年_月_日三个月试用期已满，在试用期届满之际，依据公司的规章制度，现申请转为公司正式员工。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这三个月的工作时间里，我在工作方面有了很大的提高。在入职初期公司给我们新员工支配了一个为期一周的培训，使我在较短的时间内了解公司的背景和日常的工作业务，也熟识了公司项目的操作流程。然后在工作中我也有许多的不足，比如做事还不够熟，处理问题的阅历方面有待提高，要不断连续工作学习以提高自我业务分析本领。所以我在不断要求自我，以提示自我处理各种问题时要更加全面，更加严格，并准时总结阅历教训，尽量弥补工作消失的缺点和不足。在那里我非常感谢领导同事对我工作的包涵和支持，赐予了我很大的信念和士气应对工作中各类考验。在领导同事的支持和自身的努力下，现以已能够适应公司的工作模式，也敢于大胆的理解工作的挑战。而公司也赐予我有足够空间来激发自身的潜力。在工作中也能与公司同事发挥团队合作，相处和谐，一齐努力工作。</w:t>
      </w:r>
      <w:r>
        <w:rPr>
          <w:lang w:eastAsia="zh-CN"/>
        </w:rPr>
        <w:br/>
      </w:r>
      <w:r>
        <w:rPr>
          <w:lang w:eastAsia="zh-CN"/>
        </w:rPr>
        <w:t>　　今基于以上几条缘由，申请转正，望领导批准，让我为公司争取最大的利益。恳请领导给我连续熬炼自我、实现幻想的机会。我会用虚心的看法和饱满的热忱做好我的本职工作，为公司制造价值，同公司一齐展望完善的将来!</w:t>
      </w:r>
      <w:r>
        <w:rPr>
          <w:lang w:eastAsia="zh-CN"/>
        </w:rPr>
        <w:br/>
      </w:r>
      <w:r>
        <w:rPr>
          <w:lang w:eastAsia="zh-CN"/>
        </w:rPr>
        <w:t xml:space="preserve">    试用期的年度工作总结范文 篇5 </w:t>
      </w:r>
      <w:r>
        <w:rPr>
          <w:lang w:eastAsia="zh-CN"/>
        </w:rPr>
        <w:br/>
      </w:r>
      <w:r>
        <w:rPr>
          <w:lang w:eastAsia="zh-CN"/>
        </w:rPr>
        <w:t>　　20__年一晃而过，转眼间已接近尾声。在这段试用期中可以说是有喜也有忧。喜的是和同事们相处中，自己慢慢转变为一个人，自身和工作能力得到提高。忧的是自己还有许多方面有待于提高。记得初到时，我对公司的了解仅仅局限于公司网站的简单，除此之外，便一无所知了。但是，在和同事们的支持和下，我不仅加深了对公司的了解，而且很快就掌握和熟悉本工作的要求及技巧，严格做到按时按量完成产品终端页等页面的制作，保证页面的与效果图的一致性和页面在各个浏览器中的兼容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同时，减少页面中冗余的代码，保证页面的加载速度。此外，注意用户体验问题，站在用户的角度浏览网页，发现问题、解决问题，以提高网站的浏览量。自从担任网页制作以来，虽然在工作中取得了较好的成绩，但也还存在一些不足之处。例如：工作中没有充分领会领导的意图，有时会忽视公司的工作流程等等，这些都是由于工作态度和细节决定的。这些不足都需要在今后的工作中加以改进。</w:t>
      </w:r>
      <w:r>
        <w:rPr>
          <w:lang w:eastAsia="zh-CN"/>
        </w:rPr>
        <w:br/>
      </w:r>
      <w:r>
        <w:rPr>
          <w:lang w:eastAsia="zh-CN"/>
        </w:rPr>
        <w:t>　　在今后的工作中，我将努力提高技术平，克服不足，朝着以下两个方向努力：</w:t>
      </w:r>
      <w:r>
        <w:rPr>
          <w:lang w:eastAsia="zh-CN"/>
        </w:rPr>
        <w:br/>
      </w:r>
      <w:r>
        <w:rPr>
          <w:lang w:eastAsia="zh-CN"/>
        </w:rPr>
        <w:t>　　1、在以后的工作中不断技术知识，通过多看、多学、多问、多练来不断的提高自己的各项技能。</w:t>
      </w:r>
      <w:r>
        <w:rPr>
          <w:lang w:eastAsia="zh-CN"/>
        </w:rPr>
        <w:br/>
      </w:r>
      <w:r>
        <w:rPr>
          <w:lang w:eastAsia="zh-CN"/>
        </w:rPr>
        <w:t>　　2、提高自己解决实际问题的能力，并在工作过程中慢慢克服急躁情绪，积极、热情、细致地的对待每一项工作。</w:t>
      </w:r>
      <w:r>
        <w:rPr>
          <w:lang w:eastAsia="zh-CN"/>
        </w:rPr>
        <w:br/>
      </w:r>
      <w:r>
        <w:rPr>
          <w:lang w:eastAsia="zh-CN"/>
        </w:rPr>
        <w:t>　　短短三个月的时间，我学到了很多的知识，能够得心应手开展工作；在一个和谐的下，开心的工作；可以说都是受益于各位领导的栽培和各位同事的赐教。总的来说，由于本人工作经验不多，能力还有欠缺。虽然能胜任本职工作，但是社会在不断的进步，技术在不断的更新，我还需要更多的磨砺。</w:t>
      </w:r>
      <w:r>
        <w:rPr>
          <w:lang w:eastAsia="zh-CN"/>
        </w:rPr>
        <w:br/>
      </w:r>
      <w:r>
        <w:rPr>
          <w:lang w:eastAsia="zh-CN"/>
        </w:rPr>
        <w:t>　　为此，今后在工作中，我需要进一步增强开拓创新，刻苦钻研新的技术。在上级的正确领导下，努力拼搏，扎实工作，以更好的质量、更高的效率、更扎实的做好本职工作，为我们这个光荣的集体、辉煌的事业做出应有的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试用期的年度工作总结范文 篇6 </w:t>
      </w:r>
      <w:r>
        <w:rPr>
          <w:lang w:eastAsia="zh-CN"/>
        </w:rPr>
        <w:br/>
      </w:r>
      <w:r>
        <w:rPr>
          <w:lang w:eastAsia="zh-CN"/>
        </w:rPr>
        <w:t>　　时光飞逝，转眼间，我在新教师岗位上工作已将近一年。在这关键的一年时间里，我实现了由学生向教师角色的大转变，真正适应了学校的正常教育教学生活，也已融入到了树下小学教师集体的大家庭当中。在学校领导的关心和支持下，我的教学工作已逐渐步入了正轨，并且在教学成长之路上收获一个又一个可喜的进步，教学能力、学习能力和专业水平都得到了明显地提升。在这一年的成长历程中，我收获颇丰，但也存在一定的不足。现将一年以来的工作总结如下：</w:t>
      </w:r>
      <w:r>
        <w:rPr>
          <w:lang w:eastAsia="zh-CN"/>
        </w:rPr>
        <w:br/>
      </w:r>
      <w:r>
        <w:rPr>
          <w:lang w:eastAsia="zh-CN"/>
        </w:rPr>
        <w:t>　　身为一名人民教师的我，现在的工作生活过得紧张忙碌而又不乏充实，受益非浅。尽管在初为人师的教学之路上难免磕磕碰碰，曾为学生的不努力而担忧，抑或是为自己缺乏教学经验，特别是班级管理经验而感到纳闷，曾为学生对自己的辛勤辅导当成是老师的自作多情而懊恼……一切的一切，都还需要我不断地去努力，去学习、研究和探索教学经验和班级管理经验，了解学生，认真备好课，上好课，认真辅导，尽心尽力，以求问心无愧，期许尽早成为一名教学能手直至教学骨干，获得长足的进步，获取宝贵的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担任四年级和五年级以及六年级这三个中高年级的美术教学，同时还兼任学校幼儿班的班主任。对于一位刚踏进教师行列的新老师来说，我面对的是一大堆的未知和茫然。起初，我将它当成是对自我的一次大挑战，尽自己的最大努力去尝试，不断去适应和探索，同时还向老教师请教经验。一路下来，我觉得兼顾三个年级的美术教学，很多时候觉得力不从心，六年级的学生两级分化严重，学习好的同学比较自觉和勤奋，但另一方面，基础比较差的学生也比较多，无心向学、懒惰成性，上课喜欢讲话，搞小动作，让我变成在三个年级两边转，两头忙，一来要管理好幼儿班，整理琐碎的班级事务管理，应对幼儿的好动和纪律管理，还要负责对高年级差生及时的辅导，有时真的感到很累。此时自己也会用阿q的精神来自我安慰和调节：要是自己有分身术就好了！自我认为，面对这一局面，讲究方法非常重要，时间和多种因素也要充分考虑在内，尽管有些因素是无法把握和控制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教学工作总结上，我努力钻研教材，写教案，认真备课等。在研究教材方面，对于课程的教学重难点，起初把握不是很精当，但在老教师的指导帮助下，通过对教师教学用书的反复研读和学习，我逐步对教学重难点的把握有了一定的领悟。在教学工作中，读懂、读透教材非常重要，这一直是我的指导老师对我的谆谆教导。只有把教材吃透，理解消化了，教学的效果和质量才能得到保证和提升。从教育的角度看，美术课程是一门对学生的发展具有重要促进作用的课程。然而由于各种原因，目前人们对美术课程的重视还远远没有达到应有的程度。美术课在中小学课程中，依然处于弱势地位。认清这一点，有助于我制定切合实际的美术教学标准。理想的美术课程应该尽量使每个学生积极参与美术学习，并且促使每个学生在各自的基础上获得不同程度的发展，因此我想方设法去调动学生的学习积极性，倡导愉快教学，让学生在课堂学习中获得乐趣。遵循着这一教育理念，我一直在努力着。在课堂教学中，注重灵活地选择教学方法，并注意围绕教学目标来开展教学活动，注重培养学生的课前预习、课后复习良好学习习惯。本着“一课一评，在评中求反思，在反思中求提升”原则，我都会认真听取其他听课老师提出的宝贵意见和建议，认真反思并改进。自己也认为，只有善于进行教学反思才能使自己成长得更快。在班主任个人工作计划中，我因为缺乏班级管理经验，同时又是幼儿的班主任，所以感到甚是吃力，多亏了学校领导和各位老师的帮助和指导。但面对着一班小家伙，我有时候还真是感到束手无策，一大堆繁琐的事情等着我去操心，一大堆繁琐的工作等着我去身体力行，一大堆班级小矛盾等着我去处理。对于班级的有效管理，在我向其他老师取经的过程中，我懂得了要当好一名班主任，要有信心、耐心和爱心，这三心在班级后进生的转化工作中表现得极为重要。当班主任给我的最大感触就是深刻体会到了“爱心”和“责任”的力量。对于幼儿小朋友，他们有的才刚刚入学，面对陌生的大集体，或许有许多的不适应，我更要认真地给予引导和鼓励。</w:t>
      </w:r>
      <w:r>
        <w:rPr>
          <w:lang w:eastAsia="zh-CN"/>
        </w:rPr>
        <w:br/>
      </w:r>
      <w:r>
        <w:rPr>
          <w:lang w:eastAsia="zh-CN"/>
        </w:rPr>
        <w:t>　　在这里，我特别要感谢何文琴老师给我的鼓励和帮助，她毫不保留地将她十几年来的班级管理经验传授给我，让我懂得了班级课堂教学常规管理在班级管理中的重要性，于是我根据她的经验作法来常抓学生的常规工作，在她的课堂教学中，我发现她的课堂教学常规管理做得非常好，尤其是她的身体语言，一个手势，一个简单的动作，一个表情，一个眼神，无不在传递着某一种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试用期的年度工作总结范文 篇7 </w:t>
      </w:r>
      <w:r>
        <w:rPr>
          <w:lang w:eastAsia="zh-CN"/>
        </w:rPr>
        <w:br/>
      </w:r>
      <w:r>
        <w:rPr>
          <w:lang w:eastAsia="zh-CN"/>
        </w:rPr>
        <w:t>　　任务播种</w:t>
      </w:r>
      <w:r>
        <w:rPr>
          <w:lang w:eastAsia="zh-CN"/>
        </w:rPr>
        <w:br/>
      </w:r>
      <w:r>
        <w:rPr>
          <w:lang w:eastAsia="zh-CN"/>
        </w:rPr>
        <w:t>　　一、任务敏感度有所进步，可以较主动地向指导报告请示任务进度与后果;</w:t>
      </w:r>
      <w:r>
        <w:rPr>
          <w:lang w:eastAsia="zh-CN"/>
        </w:rPr>
        <w:br/>
      </w:r>
      <w:r>
        <w:rPr>
          <w:lang w:eastAsia="zh-CN"/>
        </w:rPr>
        <w:t>　　二、任务顺应力逐渐加强，对于前期布置的任务，现已经随心所欲。</w:t>
      </w:r>
      <w:r>
        <w:rPr>
          <w:lang w:eastAsia="zh-CN"/>
        </w:rPr>
        <w:br/>
      </w:r>
      <w:r>
        <w:rPr>
          <w:lang w:eastAsia="zh-CN"/>
        </w:rPr>
        <w:t>　　任务缺乏</w:t>
      </w:r>
      <w:r>
        <w:rPr>
          <w:lang w:eastAsia="zh-CN"/>
        </w:rPr>
        <w:br/>
      </w:r>
      <w:r>
        <w:rPr>
          <w:lang w:eastAsia="zh-CN"/>
        </w:rPr>
        <w:t>　　任务仔细度仍有所完善。</w:t>
      </w:r>
      <w:r>
        <w:rPr>
          <w:lang w:eastAsia="zh-CN"/>
        </w:rPr>
        <w:br/>
      </w:r>
      <w:r>
        <w:rPr>
          <w:lang w:eastAsia="zh-CN"/>
        </w:rPr>
        <w:t>　　此后任务标的目的</w:t>
      </w:r>
      <w:r>
        <w:rPr>
          <w:lang w:eastAsia="zh-CN"/>
        </w:rPr>
        <w:br/>
      </w:r>
      <w:r>
        <w:rPr>
          <w:lang w:eastAsia="zh-CN"/>
        </w:rPr>
        <w:t>　　一、积极进步效劳品质，办事敏捷，无效率，仔细没有出过失。效劳立场要杰出，欢迎主人要不时积聚经历，要给主人留下杰出印象。接德律风时，也要不时进步用语本领;奇妙的问答主人。只管即便让每个客户称心。</w:t>
      </w:r>
      <w:r>
        <w:rPr>
          <w:lang w:eastAsia="zh-CN"/>
        </w:rPr>
        <w:br/>
      </w:r>
      <w:r>
        <w:rPr>
          <w:lang w:eastAsia="zh-CN"/>
        </w:rPr>
        <w:t>　　二、增强礼节常识进修。如专业工夫仔细进修礼节常识，大众干系学。</w:t>
      </w:r>
      <w:r>
        <w:rPr>
          <w:lang w:eastAsia="zh-CN"/>
        </w:rPr>
        <w:br/>
      </w:r>
      <w:r>
        <w:rPr>
          <w:lang w:eastAsia="zh-CN"/>
        </w:rPr>
        <w:t>　　三、不时充电，天天都应用任务空闲工夫进修人力资本，夺取下半年将企业人力资本办理师证书考上去。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以上是我的团体任务总结，固然有了必定的提高以及成果，但正在一些方面还存正在着缺乏。任务确实也不敷饱以及，时有没有晓得该干甚么的觉得，但这统统的统统置信也会跟着下半年的积极进修考据及不时理论而逝往。最初，感激指导可以供给给我这份任务的时机和对于我任务的撑持与一定，使我无机会以及大师配合进步、配合提高;感激每一位共事正在这半年来对于我任务的热忱协助以及悉心照顾。固然我另有良多经历上的缺乏以及才能上的完善，但我置信，功在不舍，只需咱们相互多份了解、多份相同，加之本人的没有懈积极，置信事件所公司今天会更好!</w:t>
      </w:r>
      <w:r>
        <w:rPr>
          <w:lang w:eastAsia="zh-CN"/>
        </w:rPr>
        <w:br/>
      </w:r>
      <w:r>
        <w:rPr>
          <w:lang w:eastAsia="zh-CN"/>
        </w:rPr>
        <w:t xml:space="preserve">    试用期的年度工作总结范文 篇8 </w:t>
      </w:r>
      <w:r>
        <w:rPr>
          <w:lang w:eastAsia="zh-CN"/>
        </w:rPr>
        <w:br/>
      </w:r>
      <w:r>
        <w:rPr>
          <w:lang w:eastAsia="zh-CN"/>
        </w:rPr>
        <w:t>　　我于__年8月9日成为公司的试用员工，到这天3个月试用期已满，根据公司的规章制度，现申请转为公司正式员工。</w:t>
      </w:r>
      <w:r>
        <w:rPr>
          <w:lang w:eastAsia="zh-CN"/>
        </w:rPr>
        <w:br/>
      </w:r>
      <w:r>
        <w:rPr>
          <w:lang w:eastAsia="zh-CN"/>
        </w:rPr>
        <w:t>　　时光飞逝，转眼间我在公司工作已经三个多月了，回想起当初面试的场景还历历在目，从进公司的第一天起我就告诉自我要好好工作，在如今大学生就业难的状况下我十分真诚的感谢公司给我这次工作机会，我倍感珍惜。</w:t>
      </w:r>
      <w:r>
        <w:rPr>
          <w:lang w:eastAsia="zh-CN"/>
        </w:rPr>
        <w:br/>
      </w:r>
      <w:r>
        <w:rPr>
          <w:lang w:eastAsia="zh-CN"/>
        </w:rPr>
        <w:t>　　作为一名刚参加工作应届毕业生，初来公司，以前很担心不知该怎样与人共处，该如何做好工作;但是公司宽松融洽的工作氛围、团结向上的企业文化，让我很快完成了从普通职员向高效职员的转变。</w:t>
      </w:r>
      <w:r>
        <w:rPr>
          <w:lang w:eastAsia="zh-CN"/>
        </w:rPr>
        <w:br/>
      </w:r>
      <w:r>
        <w:rPr>
          <w:lang w:eastAsia="zh-CN"/>
        </w:rPr>
        <w:t>　　在公司经过两周的前期学习后我在八月二十四号出差进入云南项目组进行普尔三台合一的项目现场实施在前期的20天内，我和梅工先后完成思茅、澜沧、孟连、西蒙、墨江、宁洱、镇沅、景东八个地方的硬件安装工作，后在思茅在秦文的耐心教导下后配合刘文新先后完成思茅的九县一区中的8个县的三台合一开通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在十一月十一号我被调到昭通三台合一的项目进行项目实施的工作，到这天配合项目经理卢波先后完成昭通市朝阳区、大关县、彝良县的三台合一开通工作。</w:t>
      </w:r>
      <w:r>
        <w:rPr>
          <w:lang w:eastAsia="zh-CN"/>
        </w:rPr>
        <w:br/>
      </w:r>
      <w:r>
        <w:rPr>
          <w:lang w:eastAsia="zh-CN"/>
        </w:rPr>
        <w:t>　　虽然我在校期间成绩优异年年都能拿到二等以上奖学金，开始自认为自我专业知识学的还不错，然而到工作当中才明白自我以前学的都是皮毛，关于网络通信数据库软硬件都是如此到如今我能基本熟练掌握三台合一软硬件的知识十分感谢我的同事和领导对我的照顾和帮忙，在这三个月中项目经理卢波先生对我细心的教导和对我犯错的包容，同事刘文新对我的帮忙我都感恩在心，还有公司明白我们刚毕业没什么钱在资金上解决我们后顾之忧，感谢在公司的领导和同事对我们的关心。</w:t>
      </w:r>
      <w:r>
        <w:rPr>
          <w:lang w:eastAsia="zh-CN"/>
        </w:rPr>
        <w:br/>
      </w:r>
      <w:r>
        <w:rPr>
          <w:lang w:eastAsia="zh-CN"/>
        </w:rPr>
        <w:t>　　此刻说说我在试用期期间存在的问题和不足的地方：首先我对自我最不满意的地方就是有时候做事不是太细心，个人觉得自我学习潜力还是蛮强的但是从小到大好像就是有点做事不太细心，所以有时候因为这个让项目经理生气，我明白我我错了，前事不忘后事之师所以我对自我的没遇到问题错一次能够原谅，但我决不会在相同的错误上犯两次以上。还有我开始有点不敢和客户沟通但经过三个月的工作后我觉得自我进步很大，和客户沟通没多大问题，但可能因为自我的经验和阅历还不是很丰富，有时候遇到突然的问题不太明白怎样办，但我明白只要自我用心做事，没有解决不了的困难，虚心的向同事领导请教，怀着感恩的心对待周围的人我觉得我会做的更好的，我会加油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觉得我们公司的和部门的管理都很健全，同事相处也很和谐，对于公司在管理中的看法和推荐作为一个初入职场的菜鸟来说真的没什么看法，我有点个人的小小想法觉得想说一下，当然想法可能是错误的第一我觉得虽然我们公司的软件做的十分完美，但是我觉得在我们去每一个项目前公司开发部就应依照合同给我们一份测试过的完整三台合一软件，这样我们到现场才不会浪费那么多的人力和物力，比如我们刚到昭通的时候有用从辽宁拿来的版本，有用从普洱拿来的版本导致走了些弯路。</w:t>
      </w:r>
      <w:r>
        <w:rPr>
          <w:lang w:eastAsia="zh-CN"/>
        </w:rPr>
        <w:br/>
      </w:r>
      <w:r>
        <w:rPr>
          <w:lang w:eastAsia="zh-CN"/>
        </w:rPr>
        <w:t>　　第二个小问题就是我们面试的时候我们都说我能够适应长期出差，也不怕吃苦。我明白我们项目部要经常出差。我觉得我们项目管理部能够更人性化一些，因为我们出差没有周末假期也要加班我明白这是正常的也是务必的，但我觉得我们就应有个制度比如在外出差三个月能够回深圳调休一周再继续战斗。我们都是人可能在外飘久了身心会感到疲惫，如果更加人性化的话我想我们的工作热情会更高的。</w:t>
      </w:r>
      <w:r>
        <w:rPr>
          <w:lang w:eastAsia="zh-CN"/>
        </w:rPr>
        <w:br/>
      </w:r>
      <w:r>
        <w:rPr>
          <w:lang w:eastAsia="zh-CN"/>
        </w:rPr>
        <w:t>　　这是我的第一份工作，这三个月来我学到了很多，感悟了很多;看到公司的迅速发展，我深深地感到骄傲和自豪，也更加迫切的期望以一名正式员工的身份在那里工作，实现自我的奋斗目标，体现自我的人生价值，和公司一齐成长。</w:t>
      </w:r>
      <w:r>
        <w:rPr>
          <w:lang w:eastAsia="zh-CN"/>
        </w:rPr>
        <w:br/>
      </w:r>
      <w:r>
        <w:rPr>
          <w:lang w:eastAsia="zh-CN"/>
        </w:rPr>
        <w:t>　　在此我提出转正申请，恳请领导给我继续锻炼自我、实现理想的机会。我会用谦虚的态度和饱满的热情做好我的本职工作，为公司创造价值，同公司一齐展望完美的未来!</w:t>
      </w:r>
      <w:r>
        <w:rPr>
          <w:lang w:eastAsia="zh-CN"/>
        </w:rPr>
        <w:br/>
      </w:r>
      <w:r>
        <w:rPr>
          <w:lang w:eastAsia="zh-CN"/>
        </w:rPr>
        <w:t xml:space="preserve">    试用期的年度工作总结范文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20__年_月_日，我应聘成为_公司的一员，任职业务部业务内勤。经过两个月的工作实践，从一开始对公司业务完全不懂，到现在开始慢慢熟悉公司的业务，公司的产品等等，个人也在跟随着公司慢慢成长。</w:t>
      </w:r>
      <w:r>
        <w:rPr>
          <w:lang w:eastAsia="zh-CN"/>
        </w:rPr>
        <w:br/>
      </w:r>
      <w:r>
        <w:rPr>
          <w:lang w:eastAsia="zh-CN"/>
        </w:rPr>
        <w:t>　　作为公司业务部业务内勤，主要负责对整个业务部的工作开展进行工作支持和工作配合，以及协助业务部经理做好业务部日常事务，这两月工作简单总结如下：</w:t>
      </w:r>
      <w:r>
        <w:rPr>
          <w:lang w:eastAsia="zh-CN"/>
        </w:rPr>
        <w:br/>
      </w:r>
      <w:r>
        <w:rPr>
          <w:lang w:eastAsia="zh-CN"/>
        </w:rPr>
        <w:t>　　1、协助业务人员建立客户信息资料汇总表。</w:t>
      </w:r>
      <w:r>
        <w:rPr>
          <w:lang w:eastAsia="zh-CN"/>
        </w:rPr>
        <w:br/>
      </w:r>
      <w:r>
        <w:rPr>
          <w:lang w:eastAsia="zh-CN"/>
        </w:rPr>
        <w:t>　　2、负责业务相关资料的信息收集。</w:t>
      </w:r>
      <w:r>
        <w:rPr>
          <w:lang w:eastAsia="zh-CN"/>
        </w:rPr>
        <w:br/>
      </w:r>
      <w:r>
        <w:rPr>
          <w:lang w:eastAsia="zh-CN"/>
        </w:rPr>
        <w:t>　　3、协助业务经理整理业务部各种资料。</w:t>
      </w:r>
      <w:r>
        <w:rPr>
          <w:lang w:eastAsia="zh-CN"/>
        </w:rPr>
        <w:br/>
      </w:r>
      <w:r>
        <w:rPr>
          <w:lang w:eastAsia="zh-CN"/>
        </w:rPr>
        <w:t>　　4、编制业务部业务成本统计表单等。</w:t>
      </w:r>
      <w:r>
        <w:rPr>
          <w:lang w:eastAsia="zh-CN"/>
        </w:rPr>
        <w:br/>
      </w:r>
      <w:r>
        <w:rPr>
          <w:lang w:eastAsia="zh-CN"/>
        </w:rPr>
        <w:t>　　在这两个月工作中，我工作认真、努力，性格开朗，和同事相处融洽，责任感强，基本完成领导交付的工作。当然，在工作中也出现了一些问题，在公司领导的督促下，基本能及时改正。</w:t>
      </w:r>
      <w:r>
        <w:rPr>
          <w:lang w:eastAsia="zh-CN"/>
        </w:rPr>
        <w:br/>
      </w:r>
      <w:r>
        <w:rPr>
          <w:lang w:eastAsia="zh-CN"/>
        </w:rPr>
        <w:t>　　公司主要从事方面的业务，现在公司正处于发展时期，业务开拓是公司发展的关键，公司全体工作人员都应为这个目标而奋斗。公司的工作氛围比较轻松，大家相处起来就像是一家人一样融洽和睦，工作起来也特别有激情有干劲。</w:t>
      </w:r>
      <w:r>
        <w:rPr>
          <w:lang w:eastAsia="zh-CN"/>
        </w:rPr>
        <w:br/>
      </w:r>
      <w:r>
        <w:rPr>
          <w:lang w:eastAsia="zh-CN"/>
        </w:rPr>
        <w:t>　　在今后的工作中，我会根据自己的优缺点不断进行学习，努力发扬自己的优点，不断学习改进自己的缺点，提高自己的工作能力，充实自己。严格要求自己，在作好本职工作的同时，积极团结同事，不断的学习与积累，不断的自我完善，使工作能够更快、更好的完成。我相信我一定会做好工作，为公司贡献自己的一份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试用期的年度工作总结范文 篇10 </w:t>
      </w:r>
      <w:r>
        <w:rPr>
          <w:lang w:eastAsia="zh-CN"/>
        </w:rPr>
        <w:br/>
      </w:r>
      <w:r>
        <w:rPr>
          <w:lang w:eastAsia="zh-CN"/>
        </w:rPr>
        <w:t>　　我叫__，男，__年12月出生，原籍__市__镇__村。__年7月毕业于聊城师范学院历史系，大专学历，同年分配到章丘市第四中学工作，任历史教师。1997年借调到市第一中学，__年1月正式调入，任历史教师，并担任班主任。__年通过自学考试获大学本科文凭。__年11月参加全县公开选拔领导干部考试，__年1月被任命为市文化体育局副局长，试用期一年，__年8月正式到任。</w:t>
      </w:r>
      <w:r>
        <w:rPr>
          <w:lang w:eastAsia="zh-CN"/>
        </w:rPr>
        <w:br/>
      </w:r>
      <w:r>
        <w:rPr>
          <w:lang w:eastAsia="zh-CN"/>
        </w:rPr>
        <w:t>　　到文体局后，局领导安排我分管业务工作。在领导和同志们的帮助下，我很快熟悉了环境，适应了新的工作岗位，总结起来我有以下工作特点：</w:t>
      </w:r>
      <w:r>
        <w:rPr>
          <w:lang w:eastAsia="zh-CN"/>
        </w:rPr>
        <w:br/>
      </w:r>
      <w:r>
        <w:rPr>
          <w:lang w:eastAsia="zh-CN"/>
        </w:rPr>
        <w:t>　　1、政治立场坚定，能够坚决维护党的领导和执行党的方针、路线、政策。平时认真学习马列主义、毛泽东思想、邓小平理论和“三个代表”重要思想，努力提高自己的政治觉悟和思想水平，时刻以领导干部的标准严格要求自己，即使在八小时以外也不放松对自己的要求。</w:t>
      </w:r>
      <w:r>
        <w:rPr>
          <w:lang w:eastAsia="zh-CN"/>
        </w:rPr>
        <w:br/>
      </w:r>
      <w:r>
        <w:rPr>
          <w:lang w:eastAsia="zh-CN"/>
        </w:rPr>
        <w:t>　　2、工作勤勤恳恳，任劳任怨。在工作中时刻牢记“为人民服务”的宗旨，吃苦在前，享受在后，不怕苦、不怕累，坚决完成上级交给的任务。文化工作比较特殊，文艺演出和各项活动常在节假日和晚上进行，每当这种时候，我总是主动放弃休息时间，全身心投入到工作中。__年正月十五放焰火，我没有和家人团聚，而是冒着零下10度的严寒，顶着凛冽的寒风在现场忙碌了一天，直到焰火晚会顺利结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3、善于给主要领导出谋划策，排忧解难，当好助手。在创建山东省社会文化先进县的工作中，提出了一系列建议，取得了良好效果，获得了领导的称赞。</w:t>
      </w:r>
      <w:r>
        <w:rPr>
          <w:lang w:eastAsia="zh-CN"/>
        </w:rPr>
        <w:br/>
      </w:r>
      <w:r>
        <w:rPr>
          <w:lang w:eastAsia="zh-CN"/>
        </w:rPr>
        <w:t>　　4、善于学习，适应性强，能够迅速熟悉环境和工作。来文体局后，我积极学习有关方针、政策和法律法规，主动向有经验的老同志学习和询问，力争尽快掌握文化工作的特点。经过不懈努力，终于在不长的时间内熟悉了所分管的工作。</w:t>
      </w:r>
      <w:r>
        <w:rPr>
          <w:lang w:eastAsia="zh-CN"/>
        </w:rPr>
        <w:br/>
      </w:r>
      <w:r>
        <w:rPr>
          <w:lang w:eastAsia="zh-CN"/>
        </w:rPr>
        <w:t>　　自到文体局工作以来，在领导的关怀和同志们的帮助下，我发扬忘我拼搏的精神，取得了一定的成绩，现汇报</w:t>
      </w:r>
      <w:r>
        <w:rPr>
          <w:lang w:eastAsia="zh-CN"/>
        </w:rPr>
        <w:br/>
      </w:r>
      <w:r>
        <w:rPr>
          <w:lang w:eastAsia="zh-CN"/>
        </w:rPr>
        <w:t>　　1、__年夏季，组织了历时三个月的消夏文化活动，有20多个单位参加，规模大、档次高、效果佳，成为我县群众文化的一个亮点，为全县人民提供了一个休闲、娱乐的好去处，对提高城市文化品位，活跃群众文化生活发挥了重要作用。</w:t>
      </w:r>
      <w:r>
        <w:rPr>
          <w:lang w:eastAsia="zh-CN"/>
        </w:rPr>
        <w:br/>
      </w:r>
      <w:r>
        <w:rPr>
          <w:lang w:eastAsia="zh-CN"/>
        </w:rPr>
        <w:t>　　2、__年12月，参与了创建山东省社会文化先进县活动，负责申报材料的整理工作。在时间紧、任务重的情况下，加班加点，努力工作，以出色的成绩确保了创建工作的最终成功。</w:t>
      </w:r>
      <w:r>
        <w:rPr>
          <w:lang w:eastAsia="zh-CN"/>
        </w:rPr>
        <w:br/>
      </w:r>
      <w:r>
        <w:rPr>
          <w:lang w:eastAsia="zh-CN"/>
        </w:rPr>
        <w:t>　　3、__年春节期间，参与组织了一系列文化活动，并获圆满成功。春节活动是我县文化活动的重头戏，是送给全市人民的一份精神大餐。我主动放弃了节假日，参与组织了民舞民乐表演、焰火晚会、戏剧演出等活动，受到人民群众和县领导的一致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4、我还参与组织了一系列重大文艺演出和书画展、摄影展。__年10月在省文化馆组织了“新山东，新风貌系列文化展示活动—高唐县发展成就摄影艺术展”，充分展现了我县形象。还组织了“元旦”和“十一”文艺晚会，“程辛木书画展”等，大大丰富了群众的精神文化生活。</w:t>
      </w:r>
      <w:r>
        <w:rPr>
          <w:lang w:eastAsia="zh-CN"/>
        </w:rPr>
        <w:br/>
      </w:r>
      <w:r>
        <w:rPr>
          <w:lang w:eastAsia="zh-CN"/>
        </w:rPr>
        <w:t>　　5、积极参加了市里和县里组织的送文化下乡活动，组织文化馆和图书馆人员送文化下乡、送图书下乡，并作好</w:t>
      </w:r>
      <w:r>
        <w:rPr>
          <w:lang w:eastAsia="zh-CN"/>
        </w:rPr>
        <w:br/>
      </w:r>
      <w:r>
        <w:rPr>
          <w:lang w:eastAsia="zh-CN"/>
        </w:rPr>
        <w:t>　　对农村的文化指导和培训工作，受到农民群众的热烈欢迎，并且获得市县的表彰。</w:t>
      </w:r>
      <w:r>
        <w:rPr>
          <w:lang w:eastAsia="zh-CN"/>
        </w:rPr>
        <w:br/>
      </w:r>
      <w:r>
        <w:rPr>
          <w:lang w:eastAsia="zh-CN"/>
        </w:rPr>
        <w:t>　　一年以来，我本人在工作中取得了一定的成绩，得到了领导和同志们的认可，但是也存在着许多缺点和不足。首先，在工作中主动向领导汇报、请示的多，相对来说，为领导出主意、想办法的时候还是较少。其次，有时调研不够，有些情况了解的不够细、不够实，掌握的材料不够充分，有时给工作带来了一定的影响。另外还有工作经验不足，有时有急于求成的情绪等一些其他问题。</w:t>
      </w:r>
      <w:r>
        <w:rPr>
          <w:lang w:eastAsia="zh-CN"/>
        </w:rPr>
        <w:br/>
      </w:r>
      <w:r>
        <w:rPr>
          <w:lang w:eastAsia="zh-CN"/>
        </w:rPr>
        <w:t>　　在今后的工作中，我一定会扬长避短，克服不足，尽快成长。首先要继续学习理论知识和党的政策，不断提高自己的政治觉悟和思想水平。二是继续提高自己的业务能力，做文化工作的行家里手。三是不断通过实践锻炼自己的胆识与魄力，提高自己解决实际问题的能力，并在实践中克服急躁情绪。总之，我一定会更加严格的要求自己，发奋工作，积极进取，把工作做的更好，为我县的发展做出自己最大的贡献。</w:t>
      </w:r>
      <w:r>
        <w:rPr>
          <w:lang w:eastAsia="zh-CN"/>
        </w:rPr>
        <w:br/>
      </w:r>
      <w:r>
        <w:rPr>
          <w:lang w:eastAsia="zh-CN"/>
        </w:rPr>
        <w:t xml:space="preserve">    试用期的年度工作总结范文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房地产是一个充满挑战、机遇与压力并存的空间，因为每天都有不同的面孔出现在我们的售楼部，这就要求我们要有较强的责任意识、服务意识及较高的品德素质修养和职业道德情操。</w:t>
      </w:r>
      <w:r>
        <w:rPr>
          <w:lang w:eastAsia="zh-CN"/>
        </w:rPr>
        <w:br/>
      </w:r>
      <w:r>
        <w:rPr>
          <w:lang w:eastAsia="zh-CN"/>
        </w:rPr>
        <w:t>　　售楼看似简单，但做好也不容易。人与人之间的沟通其实是一门很大的学问，从事销售工作5年来我学到了很多的东西。除了把房子卖出去后，还要完成后续的几项工作：签定购房合同——收集资料办理银行按揭——房子竣工后，通知客户办理交房手续；带领客户验房，如有问题马上通知工程部整改。在这几个环节中，都会有或多或少的遇到一些问题。所以我必须很有耐心的跟客户进行沟通，时刻保持热情的微笑，把客户当作自己的朋友，拉近与客户的距离，让客户有种备受关注的感觉，很多问题就自然解决了。从事销售工作几年来，在公司领导的正确指导下，我不断加强业务知识的学习，不断从实践中总结经验，取得了较好的销售成绩。</w:t>
      </w:r>
      <w:r>
        <w:rPr>
          <w:lang w:eastAsia="zh-CN"/>
        </w:rPr>
        <w:br/>
      </w:r>
      <w:r>
        <w:rPr>
          <w:lang w:eastAsia="zh-CN"/>
        </w:rPr>
        <w:t>　　1.坚持不懈，不放弃任何一个客户，在销售中针对客户提出的各种各样的疑问，要耐心聆听，不放弃对客户解释的机会，使客户对我们更加信任。往往希望就在于多一次沟通，多打一个电话，同时坚持不懈的学习房地产专业相关知识，让自己过硬的专业素养从心的打动客户。</w:t>
      </w:r>
      <w:r>
        <w:rPr>
          <w:lang w:eastAsia="zh-CN"/>
        </w:rPr>
        <w:br/>
      </w:r>
      <w:r>
        <w:rPr>
          <w:lang w:eastAsia="zh-CN"/>
        </w:rPr>
        <w:t>　　2.学会聆听，把握时机，我认为一个好的销售臵业顾问应该是个好听众，通过聆听来了解客户的各方面信息，不能以貌取人，不应当轻易以自己的经验来判断客户“一看客户感觉这客户不会买房”“这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客户太刁，没诚意”，导致一些客户流失，应该通过客户的言行举止来判断他们潜在的想法，从而掌握客户真实信息，把握买房者的心理，在适当时机，一针见血的，点中要害，直至成交。</w:t>
      </w:r>
      <w:r>
        <w:rPr>
          <w:lang w:eastAsia="zh-CN"/>
        </w:rPr>
        <w:br/>
      </w:r>
      <w:r>
        <w:rPr>
          <w:lang w:eastAsia="zh-CN"/>
        </w:rPr>
        <w:t>　　3、对工作保持长久的热情和积极性，辛勤的工作造就优秀的员工，我深信着这一点。因此自从我进入公司的那一刻起，就应该一直保持认真的工作态度和积极向上的进取心，无论做任何细小的事情都应该努力做到最好，推销自己的产品首先必须要先充分的熟悉自己的产品，喜爱自己的产品，保持热情，热诚的对待客户；脚踏实地的跟进客户，使不可能变成可能、使可能变成现实，点点滴滴的积累才能造就优秀的业绩。同时维护好所积累的老客户的关系，因为他们是对我们认真的工作和热情的态度都抱以肯定的，又为我带来了更多的潜在客户，致使我们的工作成绩能更上一层楼。</w:t>
      </w:r>
      <w:r>
        <w:rPr>
          <w:lang w:eastAsia="zh-CN"/>
        </w:rPr>
        <w:br/>
      </w:r>
      <w:r>
        <w:rPr>
          <w:lang w:eastAsia="zh-CN"/>
        </w:rPr>
        <w:t>　　4、保持良好的心态，每个人都有过状态不好的时候，积极、乐观的销售员会将此归结为个人能力、经验的不完善，把此时作为必经的磨练的过程，而消极、悲观的销售员则归咎于机遇和运气，总是抱怨、等待，然后放弃！我觉得一个好的销售臵业顾问一定要及时的调整自己的状态和心情，以一个积极的，饱满的精神状态来迎接自己的工作，从而获得更多的收获。</w:t>
      </w:r>
      <w:r>
        <w:rPr>
          <w:lang w:eastAsia="zh-CN"/>
        </w:rPr>
        <w:br/>
      </w:r>
      <w:r>
        <w:rPr>
          <w:lang w:eastAsia="zh-CN"/>
        </w:rPr>
        <w:t>　　在今后我要不断的学习和总结，不断的进步，不断的来提升自己。</w:t>
      </w:r>
      <w:r>
        <w:rPr>
          <w:lang w:eastAsia="zh-CN"/>
        </w:rPr>
        <w:br/>
      </w:r>
      <w:r>
        <w:rPr>
          <w:lang w:eastAsia="zh-CN"/>
        </w:rPr>
        <w:t xml:space="preserve">    试用期的年度工作总结范文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是销售部门的一名普通员工，刚到房产时，a同志对房地产方面的知识不是很精通，对于新环境、新事物比较某很快了解到公司的性质及其房地产市场。作为销售部中的一员，a同志深深觉到自己身肩重任。作为企业的门面，企业的窗口，自己的一言一行也同时代表了一个企业的形象。所以更要提高自身的素质，高标准的要求自己。在高素质的基础上更要加强自己的专业知识和专业技能。此外，还要广泛了解整个房地产市场的动态，走在市场的前沿。经过这段时间的磨练，a同志已成为一名合格的销售人员，并且努力做好自己的本职工作。</w:t>
      </w:r>
      <w:r>
        <w:rPr>
          <w:lang w:eastAsia="zh-CN"/>
        </w:rPr>
        <w:br/>
      </w:r>
      <w:r>
        <w:rPr>
          <w:lang w:eastAsia="zh-CN"/>
        </w:rPr>
        <w:t>　　房地产市场的起伏动荡，公司于__年与公司进行合资，共同完成销售工作。在这段时间，a同志积极配合某公司的员工，以销售为目的，在公司领导的指导下，完成经营价格的制定，在春节前策划完成了广告宣传，为_月份的销售高潮奠定了基础。最后以_个月完成合同额某万元的好成绩而告终。经过这次企业的洗礼，某同志从中得到了不少专业知识，使自己各方面都所有提高。</w:t>
      </w:r>
      <w:r>
        <w:rPr>
          <w:lang w:eastAsia="zh-CN"/>
        </w:rPr>
        <w:br/>
      </w:r>
      <w:r>
        <w:rPr>
          <w:lang w:eastAsia="zh-CN"/>
        </w:rPr>
        <w:t>　　__年下旬公司与__公司合作，这又是公司的一次重大变革和质的飞跃。在此期间主要是针对房屋的销售。经过之前销售部对房屋执行内部认购等手段的铺垫制造出某火爆场面。在销售部，某同志担任销售内业及会计两种职务。面对工作量的增加以及销售工作的系统化和正规化，工作显得繁重和其中。在开盘之际，该同志基本上每天都要加班加点完成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经过_个月时间的熟悉和了解，a同志立刻进入角色并且娴熟的完成了自己的本职工作。由于房款数额巨大，在收款的.过程中该同志做到谨慎认真，现已收取了上千万的房款，每一笔帐目都相得益彰，无一差错。此外在此销售过程中每月的工作总结和每周例会，a同志不断总结自己的工作经验，及时找出弊端并及早改善。销售部在短短的_个月的时间将_期房屋全部清盘，而且_期余房也一并售罄，这其中与某同志和其他销售部成员的努力是分不开的。</w:t>
      </w:r>
      <w:r>
        <w:rPr>
          <w:lang w:eastAsia="zh-CN"/>
        </w:rPr>
        <w:br/>
      </w:r>
      <w:r>
        <w:rPr>
          <w:lang w:eastAsia="zh-CN"/>
        </w:rPr>
        <w:t>　　__年这一年是有意义的、有价值的、有收获的。公司在每一名员工的努力下，在新的一年中将会有新的突破，新的气象，能够在日益激烈的市场竞争中，占有一席之地。</w:t>
      </w:r>
      <w:r>
        <w:rPr>
          <w:lang w:eastAsia="zh-CN"/>
        </w:rPr>
        <w:br/>
      </w:r>
      <w:r>
        <w:rPr>
          <w:lang w:eastAsia="zh-CN"/>
        </w:rPr>
        <w:t xml:space="preserve">    试用期的年度工作总结范文 篇13 </w:t>
      </w:r>
      <w:r>
        <w:rPr>
          <w:lang w:eastAsia="zh-CN"/>
        </w:rPr>
        <w:br/>
      </w:r>
      <w:r>
        <w:rPr>
          <w:lang w:eastAsia="zh-CN"/>
        </w:rPr>
        <w:t>　　一、岗位工作职责及流程</w:t>
      </w:r>
      <w:r>
        <w:rPr>
          <w:lang w:eastAsia="zh-CN"/>
        </w:rPr>
        <w:br/>
      </w:r>
      <w:r>
        <w:rPr>
          <w:lang w:eastAsia="zh-CN"/>
        </w:rPr>
        <w:t>　　岗位工作职责：</w:t>
      </w:r>
      <w:r>
        <w:rPr>
          <w:lang w:eastAsia="zh-CN"/>
        </w:rPr>
        <w:br/>
      </w:r>
      <w:r>
        <w:rPr>
          <w:lang w:eastAsia="zh-CN"/>
        </w:rPr>
        <w:t>　　1、在教研室主任的.组织下开展教研工作，参与教研室的各项工作。</w:t>
      </w:r>
      <w:r>
        <w:rPr>
          <w:lang w:eastAsia="zh-CN"/>
        </w:rPr>
        <w:br/>
      </w:r>
      <w:r>
        <w:rPr>
          <w:lang w:eastAsia="zh-CN"/>
        </w:rPr>
        <w:t>　　2、深入教学一线，完成规定的教学任务，关注、掌握教学动态。</w:t>
      </w:r>
      <w:r>
        <w:rPr>
          <w:lang w:eastAsia="zh-CN"/>
        </w:rPr>
        <w:br/>
      </w:r>
      <w:r>
        <w:rPr>
          <w:lang w:eastAsia="zh-CN"/>
        </w:rPr>
        <w:t>　　3、严格执行国家教育方针，按照学院要求做好教学工作认真备课，做好课件，确保在真正上课的时候可以得心应手。</w:t>
      </w:r>
      <w:r>
        <w:rPr>
          <w:lang w:eastAsia="zh-CN"/>
        </w:rPr>
        <w:br/>
      </w:r>
      <w:r>
        <w:rPr>
          <w:lang w:eastAsia="zh-CN"/>
        </w:rPr>
        <w:t>　　4、在日常教学工作时，配合其他的班主任和老师严格要求学生遵守《学生手册》上的各项规章制度。</w:t>
      </w:r>
      <w:r>
        <w:rPr>
          <w:lang w:eastAsia="zh-CN"/>
        </w:rPr>
        <w:br/>
      </w:r>
      <w:r>
        <w:rPr>
          <w:lang w:eastAsia="zh-CN"/>
        </w:rPr>
        <w:t>　　5、以身立教，恪守师法，为人师表。关心和爱护学生，力争差生转优，优生更优。</w:t>
      </w:r>
      <w:r>
        <w:rPr>
          <w:lang w:eastAsia="zh-CN"/>
        </w:rPr>
        <w:br/>
      </w:r>
      <w:r>
        <w:rPr>
          <w:lang w:eastAsia="zh-CN"/>
        </w:rPr>
        <w:t>　　6、教育学生明确学习目的，端正学习态度，养成良好的生活习惯，树立正确的人生观。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7、要求抽出一定的时间与学生交流，从而进一步了解学生的思想态度等各项情况。</w:t>
      </w:r>
      <w:r>
        <w:rPr>
          <w:lang w:eastAsia="zh-CN"/>
        </w:rPr>
        <w:br/>
      </w:r>
      <w:r>
        <w:rPr>
          <w:lang w:eastAsia="zh-CN"/>
        </w:rPr>
        <w:t>　　8、认真负责完成院安排的值班工作，即时开门，锁门及检查校园的情况。</w:t>
      </w:r>
      <w:r>
        <w:rPr>
          <w:lang w:eastAsia="zh-CN"/>
        </w:rPr>
        <w:br/>
      </w:r>
      <w:r>
        <w:rPr>
          <w:lang w:eastAsia="zh-CN"/>
        </w:rPr>
        <w:t>　　9、完成上级领导交办的其他工作。</w:t>
      </w:r>
      <w:r>
        <w:rPr>
          <w:lang w:eastAsia="zh-CN"/>
        </w:rPr>
        <w:br/>
      </w:r>
      <w:r>
        <w:rPr>
          <w:lang w:eastAsia="zh-CN"/>
        </w:rPr>
        <w:t>　　岗位工作流程：</w:t>
      </w:r>
      <w:r>
        <w:rPr>
          <w:lang w:eastAsia="zh-CN"/>
        </w:rPr>
        <w:br/>
      </w:r>
      <w:r>
        <w:rPr>
          <w:lang w:eastAsia="zh-CN"/>
        </w:rPr>
        <w:t>　　（一）每天：</w:t>
      </w:r>
      <w:r>
        <w:rPr>
          <w:lang w:eastAsia="zh-CN"/>
        </w:rPr>
        <w:br/>
      </w:r>
      <w:r>
        <w:rPr>
          <w:lang w:eastAsia="zh-CN"/>
        </w:rPr>
        <w:t>　　1、早晨提前二十分钟左右到校做好听课前的准备。</w:t>
      </w:r>
      <w:r>
        <w:rPr>
          <w:lang w:eastAsia="zh-CN"/>
        </w:rPr>
        <w:br/>
      </w:r>
      <w:r>
        <w:rPr>
          <w:lang w:eastAsia="zh-CN"/>
        </w:rPr>
        <w:t>　　2、听课期间，认真学习其他老师的讲课思路及流程，做到知识点的细化，通俗化，达到教书育人的目的。</w:t>
      </w:r>
      <w:r>
        <w:rPr>
          <w:lang w:eastAsia="zh-CN"/>
        </w:rPr>
        <w:br/>
      </w:r>
      <w:r>
        <w:rPr>
          <w:lang w:eastAsia="zh-CN"/>
        </w:rPr>
        <w:t>　　3、课间学生活动：关注学生课间活动情况，通过课间时间与学生交流，听听学生的心声，并提醒学生不要大声喧闹、追逐、打闹以及其他不良行为，确保学生课间活动安全。</w:t>
      </w:r>
      <w:r>
        <w:rPr>
          <w:lang w:eastAsia="zh-CN"/>
        </w:rPr>
        <w:br/>
      </w:r>
      <w:r>
        <w:rPr>
          <w:lang w:eastAsia="zh-CN"/>
        </w:rPr>
        <w:t>　　4、下午上课前：提前10—20分钟到办公室，准备好下午要做的工作，把早上听过的课进行认真的分析并努力转化为自己的东西。</w:t>
      </w:r>
      <w:r>
        <w:rPr>
          <w:lang w:eastAsia="zh-CN"/>
        </w:rPr>
        <w:br/>
      </w:r>
      <w:r>
        <w:rPr>
          <w:lang w:eastAsia="zh-CN"/>
        </w:rPr>
        <w:t>　　5、没听课的时间里主要用来备课和处理其他事务。</w:t>
      </w:r>
      <w:r>
        <w:rPr>
          <w:lang w:eastAsia="zh-CN"/>
        </w:rPr>
        <w:br/>
      </w:r>
      <w:r>
        <w:rPr>
          <w:lang w:eastAsia="zh-CN"/>
        </w:rPr>
        <w:t>　　6、轮到值班日，早晨即时做好交接工作，中午巡视校园，中午放学检查教学学区并关好相关教学设备，锁好门窗，下午在一点半左右打开教室为下午教学做好准备，晚放学以后关好相关教学设备并锁好门窗。</w:t>
      </w:r>
      <w:r>
        <w:rPr>
          <w:lang w:eastAsia="zh-CN"/>
        </w:rPr>
        <w:br/>
      </w:r>
      <w:r>
        <w:rPr>
          <w:lang w:eastAsia="zh-CN"/>
        </w:rPr>
        <w:t>　　（二）每周：</w:t>
      </w:r>
      <w:r>
        <w:rPr>
          <w:lang w:eastAsia="zh-CN"/>
        </w:rPr>
        <w:br/>
      </w:r>
      <w:r>
        <w:rPr>
          <w:lang w:eastAsia="zh-CN"/>
        </w:rPr>
        <w:t>　　1、参加每周工作例会汇报上周工作存在的问题及困难，听取本周工作安排及要求。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2、认真做好一周的教学总结。</w:t>
      </w:r>
      <w:r>
        <w:rPr>
          <w:lang w:eastAsia="zh-CN"/>
        </w:rPr>
        <w:br/>
      </w:r>
      <w:r>
        <w:rPr>
          <w:lang w:eastAsia="zh-CN"/>
        </w:rPr>
        <w:t>　　（三）每月：</w:t>
      </w:r>
      <w:r>
        <w:rPr>
          <w:lang w:eastAsia="zh-CN"/>
        </w:rPr>
        <w:br/>
      </w:r>
      <w:r>
        <w:rPr>
          <w:lang w:eastAsia="zh-CN"/>
        </w:rPr>
        <w:t>　　月度工作总结计划：对本月工作进行总结，下月工作进行整体规划。</w:t>
      </w:r>
      <w:r>
        <w:rPr>
          <w:lang w:eastAsia="zh-CN"/>
        </w:rPr>
        <w:br/>
      </w:r>
      <w:r>
        <w:rPr>
          <w:lang w:eastAsia="zh-CN"/>
        </w:rPr>
        <w:t>　　二、试用期主要工作内容</w:t>
      </w:r>
      <w:r>
        <w:rPr>
          <w:lang w:eastAsia="zh-CN"/>
        </w:rPr>
        <w:br/>
      </w:r>
      <w:r>
        <w:rPr>
          <w:lang w:eastAsia="zh-CN"/>
        </w:rPr>
        <w:t>　　试用期时我调到了招生前台，是从6月_日至9月_日这期间我在招生前台进行招生工作，下面就谈谈具体做法和体会：</w:t>
      </w:r>
      <w:r>
        <w:rPr>
          <w:lang w:eastAsia="zh-CN"/>
        </w:rPr>
        <w:br/>
      </w:r>
      <w:r>
        <w:rPr>
          <w:lang w:eastAsia="zh-CN"/>
        </w:rPr>
        <w:t>　　1、在招生前台工作时，最重要的是沟通，我要考虑的是用什么样的语言可以打动家长和学生，跟他们聊起来，让他们信任我，这是我来招生前台第一件要做的工作。</w:t>
      </w:r>
      <w:r>
        <w:rPr>
          <w:lang w:eastAsia="zh-CN"/>
        </w:rPr>
        <w:br/>
      </w:r>
      <w:r>
        <w:rPr>
          <w:lang w:eastAsia="zh-CN"/>
        </w:rPr>
        <w:t>　　2、怎么要才能提高工作效率。我每天都会提前二十分钟到校，首先翻开值班日志看看有哪些事情需要做，其次打开电脑把企业QQ，RT_，以及报名咨询QQ全部登陆上。紧接着把前台的卫生打扫一下，准备好学生报名时所需要的报名信息表，以及学费的票据等。</w:t>
      </w:r>
      <w:r>
        <w:rPr>
          <w:lang w:eastAsia="zh-CN"/>
        </w:rPr>
        <w:br/>
      </w:r>
      <w:r>
        <w:rPr>
          <w:lang w:eastAsia="zh-CN"/>
        </w:rPr>
        <w:t>　　3、学生和家长来校参观时，首先把学生和家长带到接待室，把学校的宣传片播放给大家看一下，紧接着带大家去参观一下校园，在参观的时候我们可以跟家长和学生聊一聊，侧面的了解一下家长对学校的初次印象以及学生对哪些专业比较感兴趣，了解了这些以后，我们才可以继续进行下一步的说服工作。</w:t>
      </w:r>
      <w:r>
        <w:rPr>
          <w:lang w:eastAsia="zh-CN"/>
        </w:rPr>
        <w:br/>
      </w:r>
      <w:r>
        <w:rPr>
          <w:lang w:eastAsia="zh-CN"/>
        </w:rPr>
        <w:t>　　4、在跟家长交谈时，我判断了解到家长最关心的就是三件事：</w:t>
      </w:r>
      <w:r>
        <w:rPr>
          <w:lang w:eastAsia="zh-CN"/>
        </w:rPr>
        <w:br/>
      </w:r>
      <w:r>
        <w:rPr>
          <w:lang w:eastAsia="zh-CN"/>
        </w:rPr>
        <w:t>　　⑴学生毕业以后的就业问题；</w:t>
      </w:r>
      <w:r>
        <w:rPr>
          <w:lang w:eastAsia="zh-CN"/>
        </w:rPr>
        <w:br/>
      </w:r>
      <w:r>
        <w:rPr>
          <w:lang w:eastAsia="zh-CN"/>
        </w:rPr>
        <w:t>　　⑵学生在学校的安全问题；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⑶学生学费、住宿和伙食问题。</w:t>
      </w:r>
      <w:r>
        <w:rPr>
          <w:lang w:eastAsia="zh-CN"/>
        </w:rPr>
        <w:br/>
      </w:r>
      <w:r>
        <w:rPr>
          <w:lang w:eastAsia="zh-CN"/>
        </w:rPr>
        <w:t>　　通过判断我在做学生工作的时候我会就这三件事进行详细的讲述，让学生和家长尽快的决定报名。</w:t>
      </w:r>
      <w:r>
        <w:rPr>
          <w:lang w:eastAsia="zh-CN"/>
        </w:rPr>
        <w:br/>
      </w:r>
      <w:r>
        <w:rPr>
          <w:lang w:eastAsia="zh-CN"/>
        </w:rPr>
        <w:t>　　5、每天下午5点以后，要进行电话回访。回访时首先了解的内容有两种：</w:t>
      </w:r>
      <w:r>
        <w:rPr>
          <w:lang w:eastAsia="zh-CN"/>
        </w:rPr>
        <w:br/>
      </w:r>
      <w:r>
        <w:rPr>
          <w:lang w:eastAsia="zh-CN"/>
        </w:rPr>
        <w:t>　　⑴问其学生毕业以后有没有选择好一所理想的学校，如果学生说已经选择好了，我们可以试着去说服他，让他来校参观并把我校与他校进行比较一下，尽可能的让他接受我校。</w:t>
      </w:r>
      <w:r>
        <w:rPr>
          <w:lang w:eastAsia="zh-CN"/>
        </w:rPr>
        <w:br/>
      </w:r>
      <w:r>
        <w:rPr>
          <w:lang w:eastAsia="zh-CN"/>
        </w:rPr>
        <w:t>　　⑵问其学生毕业后有没有选择一所理想的学校，如果对方答案是没有选择好，我们第一件要做的事就是了解学生现在有没有想继续读书的想法，第二了解他对什么专业感兴趣并推荐专业，第三尽最大努力让其来校参观，如果他愿意来校参观，说明我已经成功了80%了。</w:t>
      </w:r>
      <w:r>
        <w:rPr>
          <w:lang w:eastAsia="zh-CN"/>
        </w:rPr>
        <w:br/>
      </w:r>
      <w:r>
        <w:rPr>
          <w:lang w:eastAsia="zh-CN"/>
        </w:rPr>
        <w:t>　　6、把每天报名的人数做一次总结，对于一天收取的学费进行整理并及时的交到财务，在下班之前到接待室把接待室的卫生打扫一下，并在值班日志上记录好今天一天所做的事以及明天一天需要做的事情。</w:t>
      </w:r>
      <w:r>
        <w:rPr>
          <w:lang w:eastAsia="zh-CN"/>
        </w:rPr>
        <w:br/>
      </w:r>
      <w:r>
        <w:rPr>
          <w:lang w:eastAsia="zh-CN"/>
        </w:rPr>
        <w:t>　　近七个月的工作与学习，我觉得自己成熟了许多，我已渐渐学会了如何将自己融入到学习和工作中。在此期间我也深深感受到了函院这个大家庭带给我的快乐与温暖，她教会了许许多多的东西，教我工作，教我学习，教我做人，使我懂得如何才能成为函院这个大家庭中合格的—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三、主要工作业绩</w:t>
      </w:r>
      <w:r>
        <w:rPr>
          <w:lang w:eastAsia="zh-CN"/>
        </w:rPr>
        <w:br/>
      </w:r>
      <w:r>
        <w:rPr>
          <w:lang w:eastAsia="zh-CN"/>
        </w:rPr>
        <w:t>　　1、按时按质按量完成上级领导布置的各项工作任务。</w:t>
      </w:r>
      <w:r>
        <w:rPr>
          <w:lang w:eastAsia="zh-CN"/>
        </w:rPr>
        <w:br/>
      </w:r>
      <w:r>
        <w:rPr>
          <w:lang w:eastAsia="zh-CN"/>
        </w:rPr>
        <w:t>　　2、积极展开招生工作，加大招生宣传，并成功的招到一名学生。</w:t>
      </w:r>
      <w:r>
        <w:rPr>
          <w:lang w:eastAsia="zh-CN"/>
        </w:rPr>
        <w:br/>
      </w:r>
      <w:r>
        <w:rPr>
          <w:lang w:eastAsia="zh-CN"/>
        </w:rPr>
        <w:t>　　3、配合其他老师完成招生工作，说服家长和学生让其报名。</w:t>
      </w:r>
      <w:r>
        <w:rPr>
          <w:lang w:eastAsia="zh-CN"/>
        </w:rPr>
        <w:br/>
      </w:r>
      <w:r>
        <w:rPr>
          <w:lang w:eastAsia="zh-CN"/>
        </w:rPr>
        <w:t>　　4、给已报名的学生和留宿的家长安排好住宿。</w:t>
      </w:r>
      <w:r>
        <w:rPr>
          <w:lang w:eastAsia="zh-CN"/>
        </w:rPr>
        <w:br/>
      </w:r>
      <w:r>
        <w:rPr>
          <w:lang w:eastAsia="zh-CN"/>
        </w:rPr>
        <w:t>　　5、对于电话邀约的学生，我会到火车站接应，以免被其他学校接走。</w:t>
      </w:r>
      <w:r>
        <w:rPr>
          <w:lang w:eastAsia="zh-CN"/>
        </w:rPr>
        <w:br/>
      </w:r>
      <w:r>
        <w:rPr>
          <w:lang w:eastAsia="zh-CN"/>
        </w:rPr>
        <w:t>　　6、参与南校区值班工作，为校区管理尽心尽力。</w:t>
      </w:r>
      <w:r>
        <w:rPr>
          <w:lang w:eastAsia="zh-CN"/>
        </w:rPr>
        <w:br/>
      </w:r>
      <w:r>
        <w:rPr>
          <w:lang w:eastAsia="zh-CN"/>
        </w:rPr>
        <w:t>　　7、认真听取老教师课程，现已经完成从听到讲的转变。</w:t>
      </w:r>
      <w:r>
        <w:rPr>
          <w:lang w:eastAsia="zh-CN"/>
        </w:rPr>
        <w:br/>
      </w:r>
      <w:r>
        <w:rPr>
          <w:lang w:eastAsia="zh-CN"/>
        </w:rPr>
        <w:t>　　8、完成了教务处和学管处布置的其他工作任务。</w:t>
      </w:r>
      <w:r>
        <w:rPr>
          <w:lang w:eastAsia="zh-CN"/>
        </w:rPr>
        <w:br/>
      </w:r>
      <w:r>
        <w:rPr>
          <w:lang w:eastAsia="zh-CN"/>
        </w:rPr>
        <w:t>　　四、工作中存在的问题</w:t>
      </w:r>
      <w:r>
        <w:rPr>
          <w:lang w:eastAsia="zh-CN"/>
        </w:rPr>
        <w:br/>
      </w:r>
      <w:r>
        <w:rPr>
          <w:lang w:eastAsia="zh-CN"/>
        </w:rPr>
        <w:t>　　三个月的工作，让我认识到自己的一些不足，因刚刚大学毕业比如说有些工作经验不足，工作方法欠缺等等。在以后的工作中，我将虚心请教领导及同事，不断在实践中学习和锻炼，力争做优秀教师</w:t>
      </w:r>
      <w:r>
        <w:rPr>
          <w:lang w:eastAsia="zh-CN"/>
        </w:rPr>
        <w:br/>
      </w:r>
      <w:r>
        <w:rPr>
          <w:lang w:eastAsia="zh-CN"/>
        </w:rPr>
        <w:t>　　五、工作改进的建议</w:t>
      </w:r>
      <w:r>
        <w:rPr>
          <w:lang w:eastAsia="zh-CN"/>
        </w:rPr>
        <w:br/>
      </w:r>
      <w:r>
        <w:rPr>
          <w:lang w:eastAsia="zh-CN"/>
        </w:rPr>
        <w:t>　　在以后的工作中，做好教学工作，从点滴开始：</w:t>
      </w:r>
      <w:r>
        <w:rPr>
          <w:lang w:eastAsia="zh-CN"/>
        </w:rPr>
        <w:br/>
      </w:r>
      <w:r>
        <w:rPr>
          <w:lang w:eastAsia="zh-CN"/>
        </w:rPr>
        <w:t>　　1、是继续听老教师的课程，从他们身上学习教学经验和教学方法，改变自己的教学观念和教学方法；</w:t>
      </w:r>
      <w:r>
        <w:rPr>
          <w:lang w:eastAsia="zh-CN"/>
        </w:rPr>
        <w:br/>
      </w:r>
      <w:r>
        <w:rPr>
          <w:lang w:eastAsia="zh-CN"/>
        </w:rPr>
        <w:t>　　2、在自己教学过程中不断总结经验，提高教学质量。从经验中总结出方法，多和学生沟通，成为学生课下的朋友，课上的老师，和学生打成一片，才能实现学生的自我管理。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3、积极投入学校的招生工作，以“函院是我家”的心态认真开展招生工作，为学校的发展而努力。</w:t>
      </w:r>
      <w:r>
        <w:rPr>
          <w:lang w:eastAsia="zh-CN"/>
        </w:rPr>
        <w:br/>
      </w:r>
      <w:r>
        <w:rPr>
          <w:lang w:eastAsia="zh-CN"/>
        </w:rPr>
        <w:t>　　看到学院的迅速发展，我深深地感到骄傲和自豪，也更加迫切的希望以一名正式员工的身份在这里工作，实现自己的奋斗目标，体现自己的人生价值，和学院一起成长。在此我提出转正申请，恳请领导给我继续锻炼自己、实现理想的机会。在今后的工作中，我—定会怀着对工作高度的责任心，积极进取，认真学习，取长补短，和同事门精诚团结，用信心、品德、才华和勤奋与学院共度风雨，为学院美好的明天奋斗！</w:t>
      </w:r>
      <w:r>
        <w:rPr>
          <w:lang w:eastAsia="zh-CN"/>
        </w:rPr>
        <w:br/>
      </w:r>
      <w:r>
        <w:rPr>
          <w:lang w:eastAsia="zh-CN"/>
        </w:rPr>
        <w:t xml:space="preserve">    试用期的年度工作总结范文 篇14 </w:t>
      </w:r>
      <w:r>
        <w:rPr>
          <w:lang w:eastAsia="zh-CN"/>
        </w:rPr>
        <w:br/>
      </w:r>
      <w:r>
        <w:rPr>
          <w:lang w:eastAsia="zh-CN"/>
        </w:rPr>
        <w:t>　　20__年10月27日，我荣幸成为公司的一员，在财务部担任会计一职，到现在，我已经加入这个家庭整整两个多月了。在这一个月的时间里，我对公司的架构、管理、运行模式及业务有了进一步的了解。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虽然我已经不是刚出社会的应届毕业生，尽管我已经有了近3年的会计工作经历，但是，面对这从未接触过的行业，心里总有点忐忑。在原工作单位，我主要从事代理记账及审计咨询工作，涉及的基本是制造业与商贸企业的税务账处理、税务筹划及企业与各政府部门之间的沟通等工作，而不涉及一个企业内部的日常财务工作，对企业的内账及其管理认知比较少，因此，面对新的行业，面对新的工作职能，尽管入职前有对相关行业的会计制度与政策进行咨询与了解，但心里总有不踏实，感觉无从下手，害怕会做不好工作。而当我加入公司，公司宽松融洽的工作氛围，让我放松了原来紧绷的情绪，很快适应了新的工作环境。</w:t>
      </w:r>
      <w:r>
        <w:rPr>
          <w:lang w:eastAsia="zh-CN"/>
        </w:rPr>
        <w:br/>
      </w:r>
      <w:r>
        <w:rPr>
          <w:lang w:eastAsia="zh-CN"/>
        </w:rPr>
        <w:t>　　在这短短几个月的工作时间里，我感受良多。</w:t>
      </w:r>
      <w:r>
        <w:rPr>
          <w:lang w:eastAsia="zh-CN"/>
        </w:rPr>
        <w:br/>
      </w:r>
      <w:r>
        <w:rPr>
          <w:lang w:eastAsia="zh-CN"/>
        </w:rPr>
        <w:t>　　首先，在人际交往方面。公司虽然人员不多，并且基本都是新入职，但是每个人都相处融洽，组成一个融洽、和谐的集体。</w:t>
      </w:r>
      <w:r>
        <w:rPr>
          <w:lang w:eastAsia="zh-CN"/>
        </w:rPr>
        <w:br/>
      </w:r>
      <w:r>
        <w:rPr>
          <w:lang w:eastAsia="zh-CN"/>
        </w:rPr>
        <w:t>　　其次，工作方面，得到一定的锻炼与提升：</w:t>
      </w:r>
      <w:r>
        <w:rPr>
          <w:lang w:eastAsia="zh-CN"/>
        </w:rPr>
        <w:br/>
      </w:r>
      <w:r>
        <w:rPr>
          <w:lang w:eastAsia="zh-CN"/>
        </w:rPr>
        <w:t>　　1、得益于之前的工作，由于对e_cel工作表的常用函数运用尚算熟练，让我在计算公司产品收益及设计相关文件表格时能事半功倍。尽管刚开始时，由于不熟悉业务，在计算产品收益时在数据组合上往往有些手忙脚乱，但最后总算能把握好规律，顺利完成该项工作，并且经过资料的搜集与测试，顺利把借款明细表按要求设计出来。</w:t>
      </w:r>
      <w:r>
        <w:rPr>
          <w:lang w:eastAsia="zh-CN"/>
        </w:rPr>
        <w:br/>
      </w:r>
      <w:r>
        <w:rPr>
          <w:lang w:eastAsia="zh-CN"/>
        </w:rPr>
        <w:t>　　2、由于我兼顾着公司日常费用支出与报销的工作，因此在费用单据规范化及报销管理上有了深一步了解。报销单据原则上只接受发票报销，在确实无法取得发票的情况下，允许收据报销，但必须说明情况。报销时必须经过领导审核通过，财务才给予报销。费用单据的规范化，及报销管理制度的订立，是加强公司的单据管理及成本费用控制的重要环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由于公司是刚起步，办公系统及财务系统尚未配置到位，因此，查找筛选合适的办公系统及财务系统是我前期工作的一部分，而在对软件的初步了解及与软件供应商的洽谈过程中，更能发现自身谈判能力的不足，而每次洽谈过程中总助鲜明的立场及简洁有力的理据，伶俐的口才，都让我佩服不已。这是非常值得学习的对象!</w:t>
      </w:r>
      <w:r>
        <w:rPr>
          <w:lang w:eastAsia="zh-CN"/>
        </w:rPr>
        <w:br/>
      </w:r>
      <w:r>
        <w:rPr>
          <w:lang w:eastAsia="zh-CN"/>
        </w:rPr>
        <w:t>　　4、在这个月的中后期，公司业务开始初步发展，服务费收入及相应的业务支出交替发生，在每笔放款项目达成时，能对每笔放款项目的服务费及查勘费及时登记，并与跟进每个放款项目的客服专员顺利完成对接，做好业务的登记。</w:t>
      </w:r>
      <w:r>
        <w:rPr>
          <w:lang w:eastAsia="zh-CN"/>
        </w:rPr>
        <w:br/>
      </w:r>
      <w:r>
        <w:rPr>
          <w:lang w:eastAsia="zh-CN"/>
        </w:rPr>
        <w:t>　　当然，在这一个月的工作中，也体现了我的不足之处，作为一名企业会计，我的工作独立性尚且不够。在前一份工作中，我更多的是处于执行者的地位，是命令的接收者，只需要把负责的客户相应的财务数据及指标定期对上级领导反映，以便领导掌握代理客户的基本情况，并且根据领导的指示执行相应的操作，而不需要在管理层面上对每一项操作思考。因此工作依赖性较强。而在这新的岗位，在执行职责的同时，更多的需要对每一操作是否合理进行思考，真正参与到企业的基层管理中。因此，在工作中更需要较强的的独立性。另外，在首次服务费收入进账时，由于跟领导、客服人员的沟通接洽不足，在中间的转账、登记及联系客户对接方面出现了小差错，万幸最后得以及时纠正了，而这也为以后的工作树立了前车之鉴。</w:t>
      </w:r>
      <w:r>
        <w:rPr>
          <w:lang w:eastAsia="zh-CN"/>
        </w:rPr>
        <w:br/>
      </w:r>
      <w:r>
        <w:rPr>
          <w:lang w:eastAsia="zh-CN"/>
        </w:rPr>
        <w:t>　　虽然我加入公司只有短短的一个月，但我确实学到了很多，也体会了很多;尽管在这新的行业中，我的专业技能尚算生疏，但我一定会不断的学习，时刻关注最新的财会政策，努力提升我的专业技能，积累处理问题的经验，尽我的全力做好我的我的本职工作，体现自己的价值，和公司一起成长，与公司一起展望美好的未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试用期的年度工作总结范文 篇15 </w:t>
      </w:r>
      <w:r>
        <w:rPr>
          <w:lang w:eastAsia="zh-CN"/>
        </w:rPr>
        <w:br/>
      </w:r>
      <w:r>
        <w:rPr>
          <w:lang w:eastAsia="zh-CN"/>
        </w:rPr>
        <w:t>　　1、工作质量、成绩、效益和贡献。</w:t>
      </w:r>
      <w:r>
        <w:rPr>
          <w:lang w:eastAsia="zh-CN"/>
        </w:rPr>
        <w:br/>
      </w:r>
      <w:r>
        <w:rPr>
          <w:lang w:eastAsia="zh-CN"/>
        </w:rPr>
        <w:t>　　在开展工作之前做好个人工作计划，有主次的先后及时的完成各项工作，达到预期的效果，保质保量的完成工作，工作效率高，同时在工作中吸取经验，使工作水平不断的进步，为公司及部门工作做出了应有的贡献。</w:t>
      </w:r>
      <w:r>
        <w:rPr>
          <w:lang w:eastAsia="zh-CN"/>
        </w:rPr>
        <w:br/>
      </w:r>
      <w:r>
        <w:rPr>
          <w:lang w:eastAsia="zh-CN"/>
        </w:rPr>
        <w:t>　　总结两个月的工作，尽管有了一定的进步和成绩，但在一些方面还存在着不足。比如对行政方面的知识缺乏，卫生清洁工作做的还不够细心，监督工作没有做到位，缺少与同事沟通，未能反馈员工的意见，会议记录不详细考勤统计不够细心，做事缺少主动。还有其他工作也存在很多的不足。这都有待于在今后的工作中加以改进。在往后的工作中我将认真学习各项政策规章制度及管理技能，努力自我完善，希望能为公司的发展做出更大的贡献。</w:t>
      </w:r>
      <w:r>
        <w:rPr>
          <w:lang w:eastAsia="zh-CN"/>
        </w:rPr>
        <w:br/>
      </w:r>
      <w:r>
        <w:rPr>
          <w:lang w:eastAsia="zh-CN"/>
        </w:rPr>
        <w:t>　　2、专业知识、工作能力和具体工作。</w:t>
      </w:r>
      <w:r>
        <w:rPr>
          <w:lang w:eastAsia="zh-CN"/>
        </w:rPr>
        <w:br/>
      </w:r>
      <w:r>
        <w:rPr>
          <w:lang w:eastAsia="zh-CN"/>
        </w:rPr>
        <w:t>　　公司行政助理的主要是协助行政经理做好行政工作。我认为行政工作比较琐碎，每天都面临着大量的、琐碎的、不起眼的事务，而这些事务又是必不可少的。在短时间内熟悉了本职的工作，明确了工作的程序、方向，提高了工作能力，在具体的工作中形成了一个清晰的工作思路，能够顺利的开展和完成本职工作。</w:t>
      </w:r>
      <w:r>
        <w:rPr>
          <w:lang w:eastAsia="zh-CN"/>
        </w:rPr>
        <w:br/>
      </w:r>
      <w:r>
        <w:rPr>
          <w:lang w:eastAsia="zh-CN"/>
        </w:rPr>
        <w:t>　　在这两个月中，我本着“把工作做的更好”的目标，积极的完成了以下本职工作</w:t>
      </w:r>
      <w:r>
        <w:rPr>
          <w:lang w:eastAsia="zh-CN"/>
        </w:rPr>
        <w:br/>
      </w:r>
      <w:r>
        <w:rPr>
          <w:lang w:eastAsia="zh-CN"/>
        </w:rPr>
        <w:t>　　(1)办公明细等电子文档的更新和调整，以方便自己开展工作；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(2)工作区域的卫生管理及执行；</w:t>
      </w:r>
      <w:r>
        <w:rPr>
          <w:lang w:eastAsia="zh-CN"/>
        </w:rPr>
        <w:br/>
      </w:r>
      <w:r>
        <w:rPr>
          <w:lang w:eastAsia="zh-CN"/>
        </w:rPr>
        <w:t>　　(3)协助行政经理做好了各类文件、通知的修改、公布、下发等工作，并按具体整理的文件类别整理好放入文件夹内，以便查阅；</w:t>
      </w:r>
      <w:r>
        <w:rPr>
          <w:lang w:eastAsia="zh-CN"/>
        </w:rPr>
        <w:br/>
      </w:r>
      <w:r>
        <w:rPr>
          <w:lang w:eastAsia="zh-CN"/>
        </w:rPr>
        <w:t>　　(4)公司车辆的违章及用车情况的管理；</w:t>
      </w:r>
      <w:r>
        <w:rPr>
          <w:lang w:eastAsia="zh-CN"/>
        </w:rPr>
        <w:br/>
      </w:r>
      <w:r>
        <w:rPr>
          <w:lang w:eastAsia="zh-CN"/>
        </w:rPr>
        <w:t>　　(5)协助好行政经理做好公司的人事工作：招聘，新员工入职的手续及物品发放工作，和各项安排；分类整理公司人员请假、辞职、工作方面的资料，便于人员的合理安排及月末的考勤工作；</w:t>
      </w:r>
      <w:r>
        <w:rPr>
          <w:lang w:eastAsia="zh-CN"/>
        </w:rPr>
        <w:br/>
      </w:r>
      <w:r>
        <w:rPr>
          <w:lang w:eastAsia="zh-CN"/>
        </w:rPr>
        <w:t>　　(6)每星期对考勤进行统计、公布，每月准时上缴员工考勤情况；</w:t>
      </w:r>
      <w:r>
        <w:rPr>
          <w:lang w:eastAsia="zh-CN"/>
        </w:rPr>
        <w:br/>
      </w:r>
      <w:r>
        <w:rPr>
          <w:lang w:eastAsia="zh-CN"/>
        </w:rPr>
        <w:t>　　(7)办公耗材及办公室及后勤用品的申购以及领取工作；</w:t>
      </w:r>
      <w:r>
        <w:rPr>
          <w:lang w:eastAsia="zh-CN"/>
        </w:rPr>
        <w:br/>
      </w:r>
      <w:r>
        <w:rPr>
          <w:lang w:eastAsia="zh-CN"/>
        </w:rPr>
        <w:t>　　(8)后勤工作的管理，员工宿舍的监查，定期对黑板报的更换；</w:t>
      </w:r>
      <w:r>
        <w:rPr>
          <w:lang w:eastAsia="zh-CN"/>
        </w:rPr>
        <w:br/>
      </w:r>
      <w:r>
        <w:rPr>
          <w:lang w:eastAsia="zh-CN"/>
        </w:rPr>
        <w:t>　　(9)认真地做好公司领导及行政经理交办的其它工作。</w:t>
      </w:r>
      <w:r>
        <w:rPr>
          <w:lang w:eastAsia="zh-CN"/>
        </w:rPr>
        <w:br/>
      </w:r>
      <w:r>
        <w:rPr>
          <w:lang w:eastAsia="zh-CN"/>
        </w:rPr>
        <w:t>　　3、需要学习并实践的工作，总结</w:t>
      </w:r>
      <w:r>
        <w:rPr>
          <w:lang w:eastAsia="zh-CN"/>
        </w:rPr>
        <w:br/>
      </w:r>
      <w:r>
        <w:rPr>
          <w:lang w:eastAsia="zh-CN"/>
        </w:rPr>
        <w:t>　　(1)加强学习行政管理各项工作的管理流程并具有实际操作经验；</w:t>
      </w:r>
      <w:r>
        <w:rPr>
          <w:lang w:eastAsia="zh-CN"/>
        </w:rPr>
        <w:br/>
      </w:r>
      <w:r>
        <w:rPr>
          <w:lang w:eastAsia="zh-CN"/>
        </w:rPr>
        <w:t>　　(2)网上人员的招聘、筛选及面试通知等工作；</w:t>
      </w:r>
      <w:r>
        <w:rPr>
          <w:lang w:eastAsia="zh-CN"/>
        </w:rPr>
        <w:br/>
      </w:r>
      <w:r>
        <w:rPr>
          <w:lang w:eastAsia="zh-CN"/>
        </w:rPr>
        <w:t>　　(3)加强文字功底；</w:t>
      </w:r>
      <w:r>
        <w:rPr>
          <w:lang w:eastAsia="zh-CN"/>
        </w:rPr>
        <w:br/>
      </w:r>
      <w:r>
        <w:rPr>
          <w:lang w:eastAsia="zh-CN"/>
        </w:rPr>
        <w:t>　　(4)加强其他公司所要求的能力要求等。</w:t>
      </w:r>
      <w:r>
        <w:rPr>
          <w:lang w:eastAsia="zh-CN"/>
        </w:rPr>
        <w:br/>
      </w:r>
      <w:r>
        <w:rPr>
          <w:lang w:eastAsia="zh-CN"/>
        </w:rPr>
        <w:t>　　4、工作态度。</w:t>
      </w:r>
      <w:r>
        <w:rPr>
          <w:lang w:eastAsia="zh-CN"/>
        </w:rPr>
        <w:br/>
      </w:r>
      <w:r>
        <w:rPr>
          <w:lang w:eastAsia="zh-CN"/>
        </w:rPr>
        <w:t>　　认真遵守劳动纪律，有效利用工作时间，坚守岗位，保证工作能按时完成。在这两个月的工作学习中，我也有一些自己的看法和建议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(1)建议将行政部和财务部划分清楚，我建议将属于行政部的工作跟财务部明细分清，后勤方面的管理混乱，管理模式跟之前没有行政部差不多。</w:t>
      </w:r>
      <w:r>
        <w:rPr>
          <w:lang w:eastAsia="zh-CN"/>
        </w:rPr>
        <w:br/>
      </w:r>
      <w:r>
        <w:rPr>
          <w:lang w:eastAsia="zh-CN"/>
        </w:rPr>
        <w:t>　　(2)建议取消员工在本单位服务不足一年的扣该员工1-2个月的工资的规定(压力越大弹力越大)，建议确定培训费用，规定分几个月逐月从员工工资中扣押一部分作为培训费用，在本单位服务一年以上返还，不足一年的就当作赔偿本单位的培训费用。</w:t>
      </w:r>
      <w:r>
        <w:rPr>
          <w:lang w:eastAsia="zh-CN"/>
        </w:rPr>
        <w:br/>
      </w:r>
      <w:r>
        <w:rPr>
          <w:lang w:eastAsia="zh-CN"/>
        </w:rPr>
        <w:t>　　(3)建议增加员工福利，车间计件，虽然上不封顶但人的能力有限，想留住老员工就得肯下资本，除了正常工资外，还要提供一些福利待遇。一个企业就好比一个金字塔，金字塔的大小跟稳固就得看员工。</w:t>
      </w:r>
      <w:r>
        <w:rPr>
          <w:lang w:eastAsia="zh-CN"/>
        </w:rPr>
        <w:br/>
      </w:r>
      <w:r>
        <w:rPr>
          <w:lang w:eastAsia="zh-CN"/>
        </w:rPr>
        <w:t xml:space="preserve">    试用期的年度工作总结范文 篇16 </w:t>
      </w:r>
      <w:r>
        <w:rPr>
          <w:lang w:eastAsia="zh-CN"/>
        </w:rPr>
        <w:br/>
      </w:r>
    </w:p>
    <w:p w:rsidR="001B1F19" w14:textId="27C3F48A">
      <w:pPr>
        <w:rPr>
          <w:rFonts w:hint="eastAsia"/>
          <w:lang w:eastAsia="zh-CN"/>
        </w:rPr>
      </w:pPr>
      <w:r>
        <w:rPr>
          <w:lang w:eastAsia="zh-CN"/>
        </w:rPr>
        <w:t>　　我在20__年_月_日成为广东达安工程项目管理有限公司的试用员工，至今3个月试用期已满，现申请转为公司正式员工。刚来公司，曾经很担心不知该怎么把工作做好，但是公司融洽的工作氛围、团结向上的企业文化，领导不厌其烦的教导，让我很快上手。在试用期间，我先负责铁通宽带项目工作了一段时间，之后负责移动南部分公司综合v项目的支撑工作，这些部门的业务是我以前从未接触过的，和我的专业知识相差也较大；但是各部门领导和同事的耐心指导，使我在较短的时间内适应了公司的工作环境，也熟悉了负责项目的操作流程，在工作中，我认真及时做好领导布置的每一项任务，同时主动为领导分析工作上的事；专业和非专业上不懂的问题虚心向同事学习请教，不断提高充实自己，希望能尽早独当一面，为公司做出更大的贡献。当然，初入职场，难免出现一些小差小错需领导指正；这些经历也让我不断成熟，在处理各种问题时考虑得更全面，杜绝类似失误的发生。在此，我要特地感谢部门的领导和同事的入职指引和帮助。</w:t>
      </w:r>
      <w:r>
        <w:rPr>
          <w:lang w:eastAsia="zh-CN"/>
        </w:rPr>
        <w:br/>
      </w:r>
      <w:r>
        <w:rPr>
          <w:lang w:eastAsia="zh-CN"/>
        </w:rPr>
        <w:t>　　经过这3个月，严格遵守公司规章制度，并参加了室内覆盖专业89分、管线专业93分、传输设备专业90分三项专业考试，均已经通过，现在已经能够独立处理工程管理，进度的跟踪，投诉的处理以及协调工作，从整体上掌握共作流程。当然我还有很多不足，处理问题的经验方面有待提高，需要不断继续学习以提高自己能力。我会用谦虚的态度和饱满的热情做好我的本职工作，同公司一起展望美好的未来！</w:t>
      </w:r>
      <w:r>
        <w:rPr>
          <w:lang w:eastAsia="zh-CN"/>
        </w:rPr>
        <w:br/>
      </w:r>
      <w:r>
        <w:rPr>
          <w:lang w:eastAsia="zh-CN"/>
        </w:rPr>
        <w:t>　　总结人：肖锡燃</w:t>
      </w:r>
      <w:r>
        <w:rPr>
          <w:lang w:eastAsia="zh-CN"/>
        </w:rPr>
        <w:br/>
      </w:r>
      <w:r>
        <w:rPr>
          <w:lang w:eastAsia="zh-CN"/>
        </w:rPr>
        <w:t>　　日期：20__-8-10</w:t>
      </w:r>
      <w:r>
        <w:rPr>
          <w:lang w:eastAsia="zh-CN"/>
        </w:rPr>
        <w:br/>
      </w:r>
      <w:r>
        <w:rPr>
          <w:lang w:eastAsia="zh-CN"/>
        </w:rPr>
        <w:t xml:space="preserve">    试用期的年度工作总结范文 篇17 </w:t>
      </w:r>
      <w:r>
        <w:rPr>
          <w:lang w:eastAsia="zh-CN"/>
        </w:rPr>
        <w:br/>
      </w:r>
      <w:r>
        <w:rPr>
          <w:lang w:eastAsia="zh-CN"/>
        </w:rPr>
        <w:t>　　三个月的试用期转眼就过去了。这段我人生中弥足珍贵的经历，给我留下了精彩而美好的回忆。在这段时间里您们给予了我足够的宽容、支持和帮助，在对您们肃然起敬的同时，也为我有机会成为三鼎的一份子而惊喜万分。</w:t>
      </w:r>
      <w:r>
        <w:rPr>
          <w:lang w:eastAsia="zh-CN"/>
        </w:rPr>
        <w:br/>
      </w:r>
      <w:r>
        <w:rPr>
          <w:lang w:eastAsia="zh-CN"/>
        </w:rPr>
        <w:t>　　这段时间，在领导和同事们的关怀和指导下，我通过不懈努力，各方面均取得一定的进步，现将我的试用期工作情况做如下汇报：</w:t>
      </w:r>
      <w:r>
        <w:rPr>
          <w:lang w:eastAsia="zh-CN"/>
        </w:rPr>
        <w:br/>
      </w:r>
      <w:r>
        <w:rPr>
          <w:lang w:eastAsia="zh-CN"/>
        </w:rPr>
        <w:t>　　我是__年_月_日入职，我的试用期工作大致可以分为三个阶段。</w:t>
      </w:r>
      <w:r>
        <w:rPr>
          <w:lang w:eastAsia="zh-CN"/>
        </w:rPr>
        <w:br/>
      </w:r>
      <w:r>
        <w:rPr>
          <w:lang w:eastAsia="zh-CN"/>
        </w:rPr>
        <w:t>　　第一阶段：适应阶段</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https://d.book118.com/826214204105010101</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26214204105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