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安全生产述职报告（19篇）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安全生产述职报告 1 </w:t>
      </w:r>
      <w:r>
        <w:rPr>
          <w:lang w:eastAsia="zh-CN"/>
        </w:rPr>
        <w:br/>
      </w:r>
      <w:r>
        <w:rPr>
          <w:lang w:eastAsia="zh-CN"/>
        </w:rPr>
        <w:t>各位领导、同志们：</w:t>
      </w:r>
      <w:r>
        <w:rPr>
          <w:lang w:eastAsia="zh-CN"/>
        </w:rPr>
        <w:br/>
      </w:r>
      <w:r>
        <w:rPr>
          <w:lang w:eastAsia="zh-CN"/>
        </w:rPr>
        <w:t>　　本人是__镇安全生产第一责任人，现向大家对过去一年的安全生产工作情况述职如下，请予以审议。</w:t>
      </w:r>
      <w:r>
        <w:rPr>
          <w:lang w:eastAsia="zh-CN"/>
        </w:rPr>
        <w:br/>
      </w:r>
      <w:r>
        <w:rPr>
          <w:lang w:eastAsia="zh-CN"/>
        </w:rPr>
        <w:t>　　过去的一年，本人在县委、县政府的正确领导下，在上级有关部门的大力支持下，积极履行职责，按照“三个代表”重要思想的要求，认真贯彻落实党中央、国务院及省、市、县关于安全生产工作的一系列重要指示和重大部署，紧紧围绕促进经济发展和确保社会稳定的大局，着力抓好安全生产各项工作的落实，有效遏制了各类重特大事故的发生，使我镇的经济持续、健康、高速发展。20__年我镇的安全生产形势良好，我主要抓了如下几项工作：</w:t>
      </w:r>
      <w:r>
        <w:rPr>
          <w:lang w:eastAsia="zh-CN"/>
        </w:rPr>
        <w:br/>
      </w:r>
      <w:r>
        <w:rPr>
          <w:lang w:eastAsia="zh-CN"/>
        </w:rPr>
        <w:t>　　一、抓领导，落实安全生产责任制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安全生产工作是否抓好，责任制是否落实，关键在于领导。为此，我首先抓好领导这一关，成立由自己为安全生产第一责任人的领导小组，成员由党政办、农办、海管站、交管所、公安派出所、工商所等部门组成，具体负责全镇的安全生产工作，做到责任到人，措施到位；其次，抓责任制的落实，年初，镇政府与各村（居）签订了安全生产责任书、森林防火责任书、道路交通安全责任书，将安全生产责任制的签订工作逐级延伸，逐级落实，形成一级抓一级、一级对一级负责，安全生产工作齐抓共管的局面。要求各单位把安全生产工作摆上议事日程，把责任制落到实处。最后，抓安全事故行政责任追究制的.落实。一直以来我们把此项工作列入责任制考核范围。要求村（居）对辖区内发生的安全生产隐患做全方面的摸查排查工作，按照“谁主管，谁负责”的原则，真正做好安全生产工作。在全镇干部职工的共同努力下，一年来，由于领导到位，责任落实，措施得力，没有发生安全生产事故。</w:t>
      </w:r>
      <w:r>
        <w:rPr>
          <w:lang w:eastAsia="zh-CN"/>
        </w:rPr>
        <w:br/>
      </w:r>
      <w:r>
        <w:rPr>
          <w:lang w:eastAsia="zh-CN"/>
        </w:rPr>
        <w:t>　　二、抓检查，消除安全事故隐患</w:t>
      </w:r>
      <w:r>
        <w:rPr>
          <w:lang w:eastAsia="zh-CN"/>
        </w:rPr>
        <w:br/>
      </w:r>
      <w:r>
        <w:rPr>
          <w:lang w:eastAsia="zh-CN"/>
        </w:rPr>
        <w:t>　　抓好安全生产工作，检查是保障。20__年全镇共进行了__次安全生产大检查，检查“三小”场所__家，共发出整改通知书__份。在安全生产检查中，做到“三个结合”：一是检查与整改隐患相结合；二是检查与责任追究相结合；三是检查与建立长效机制相结合。一年来，我们主要抓好如下几项检查：</w:t>
      </w:r>
      <w:r>
        <w:rPr>
          <w:lang w:eastAsia="zh-CN"/>
        </w:rPr>
        <w:br/>
      </w:r>
      <w:r>
        <w:rPr>
          <w:lang w:eastAsia="zh-CN"/>
        </w:rPr>
        <w:t>　　（一）抓渔业安全工作，实现渔业生产与安全双赢。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安全是渔业生存发展的保障，关系到国家、集体财产和人民生命安全。针对部分渔业生产者安全意识淡薄的现象，镇委、镇政府高度重视，一方面加强宣传教育和培训，一年来，组织了__期渔业生产者的培训，共__人次，从思想上提高渔业生产者的安全意识并提高了他们应对紧急情况的技能。另一方面不断进行检查督促、严格处理。要求生产渔船做到安全设备合格、齐全，人员安全生产综合素质合格，真正做到安全第一，生产第二，使渔业生产在安全稳定中取得的发展。</w:t>
      </w:r>
      <w:r>
        <w:rPr>
          <w:lang w:eastAsia="zh-CN"/>
        </w:rPr>
        <w:br/>
      </w:r>
      <w:r>
        <w:rPr>
          <w:lang w:eastAsia="zh-CN"/>
        </w:rPr>
        <w:t>　　（二）突破液化石油气销售市场整顿难关，消除事故隐患。</w:t>
      </w:r>
      <w:r>
        <w:rPr>
          <w:lang w:eastAsia="zh-CN"/>
        </w:rPr>
        <w:br/>
      </w:r>
      <w:r>
        <w:rPr>
          <w:lang w:eastAsia="zh-CN"/>
        </w:rPr>
        <w:t>　　近年来，由于人民生活水平的提高，使用煤气越来越多，造成液化石油气销售点混乱的状况，针对此种情况，镇委、镇政府真抓实干，多次召开有关领导负责人会议，探讨整治方案，由县经贸局牵头，公安派出所、工商、质检部门等密切配合，各司其职，通力合作，采取强有力措施，坚决取缔了一批无牌、无证非法经营的地下销售点，对一批带病运作的不合格钢瓶也被责令停止使用。通过整治，使我镇的液化石油气销售市场管理得到了规范，确保液化石油气销售的安全。</w:t>
      </w:r>
      <w:r>
        <w:rPr>
          <w:lang w:eastAsia="zh-CN"/>
        </w:rPr>
        <w:br/>
      </w:r>
      <w:r>
        <w:rPr>
          <w:lang w:eastAsia="zh-CN"/>
        </w:rPr>
        <w:t>　　（三）抓好公共场所和建筑业的专项整治，避大型伤亡事故的发生。</w:t>
      </w:r>
      <w:r>
        <w:rPr>
          <w:lang w:eastAsia="zh-CN"/>
        </w:rPr>
        <w:br/>
      </w:r>
      <w:r>
        <w:rPr>
          <w:lang w:eastAsia="zh-CN"/>
        </w:rPr>
        <w:t>　　20__年的__月份和__月份，镇政府抽调了党政办、城建办、社事办、文化站、工会、供电、公安派出所等部门对我镇学校、幼儿园、景区景点、出租屋和公共聚集场所、全镇建筑物逐一检查。通过认真检查，及时完善了消防责任制和各项消防设施，整顿了一部分违章建筑及乱搭棚、架等现象，有效地防止了大型伤亡事故的发生。</w:t>
      </w:r>
      <w:r>
        <w:rPr>
          <w:lang w:eastAsia="zh-CN"/>
        </w:rPr>
        <w:br/>
      </w:r>
      <w:r>
        <w:rPr>
          <w:lang w:eastAsia="zh-CN"/>
        </w:rPr>
        <w:t>　　三、抓宣传，提高全民安全意识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做好安全生产工作，抓安全教育是前提，因此我把学习、宣传、贯彻《广东省安全生产条例》及相关安全知识作为抓好安全生产工作的一项重要任务来抓。开展了多种多样，切实有效的安全生产宣传教育活动，通过张贴横幅、标语和印制安全宣传单、出动宣传车、举办安全生产知识咨询、利用电视广播宣传安全知识等方式进行宣传，通过广泛深入，声</w:t>
      </w:r>
      <w:r>
        <w:rPr>
          <w:lang w:eastAsia="zh-CN"/>
        </w:rPr>
        <w:br/>
      </w:r>
      <w:r>
        <w:rPr>
          <w:lang w:eastAsia="zh-CN"/>
        </w:rPr>
        <w:t>　　势浩大的社会宣传活动，有效调动广大人民群众参与安全生产活动，使“安全为了生产，生产必须安全”深入人心，有效地提高了全民安全意识。20__年共出动安车__辆次。播放安全广告__次，悬挂横幅__条，张贴标语__条，印发宣传资料__份。</w:t>
      </w:r>
      <w:r>
        <w:rPr>
          <w:lang w:eastAsia="zh-CN"/>
        </w:rPr>
        <w:br/>
      </w:r>
      <w:r>
        <w:rPr>
          <w:lang w:eastAsia="zh-CN"/>
        </w:rPr>
        <w:t>　　安全生产工作只有起点，没有终点。新的一年，我将一如既往的认真贯彻执行上级指示精神，紧抓安全生产工作不松懈，加大对安全生产的管理力度，为__经济发展及各项事业的开展保驾护航，努力把我镇建设成为政治稳定、社会安定、治安平稳的和谐乡镇。以上是我的20__年安全生产述职报告，请领导和同志们批评指正！谢谢大家。</w:t>
      </w:r>
      <w:r>
        <w:rPr>
          <w:lang w:eastAsia="zh-CN"/>
        </w:rPr>
        <w:br/>
      </w:r>
      <w:r>
        <w:rPr>
          <w:lang w:eastAsia="zh-CN"/>
        </w:rPr>
        <w:t>　　安全生产述职报告 2</w:t>
      </w:r>
      <w:r>
        <w:rPr>
          <w:lang w:eastAsia="zh-CN"/>
        </w:rPr>
        <w:br/>
      </w:r>
      <w:r>
        <w:rPr>
          <w:lang w:eastAsia="zh-CN"/>
        </w:rPr>
        <w:t>　　20__年，我开发区坚持以科学发展观为指导，以贯彻落实《安全生产法》和有关法律法规为主线，认真落实县政府县安委办的工作要求，坚持安全发展，紧紧围绕“安全生产年”这条主线，坚持“安全第一、预防为主、综合治理的方针”，落实安全责任，健全监管体系，深化专项整治，强化依法监管，全区安全生产形势稳步好转，为实现企业迅速发展提供了安全保障。现将工作情况汇报如下：</w:t>
      </w:r>
      <w:r>
        <w:rPr>
          <w:lang w:eastAsia="zh-CN"/>
        </w:rPr>
        <w:br/>
      </w:r>
      <w:r>
        <w:rPr>
          <w:lang w:eastAsia="zh-CN"/>
        </w:rPr>
        <w:t>　　一、加强领导，强化管理，保证安全生产工作落到实处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开发区按照县安委办要求，与企业层层签订了安全生产责任状，建立健全安全生产责任机制，并定期不定期组织严格考核，督促企业依法配备专兼职安全生产管理人员，做到安全生产有人抓，有人管，全面落实安全生产责任制。同时，调整充实了开发区安全生产工作领导小组，并专门召开安全生产工作会议，认真学习安全生产法规政策和上级文件精神，研究布署今年的工作计划，做到以下十条：</w:t>
      </w:r>
      <w:r>
        <w:rPr>
          <w:lang w:eastAsia="zh-CN"/>
        </w:rPr>
        <w:br/>
      </w:r>
      <w:r>
        <w:rPr>
          <w:lang w:eastAsia="zh-CN"/>
        </w:rPr>
        <w:t>　　1、每季度至少召开一次安全生产专题会议，研究部署防范重特大安全事故工作。每季度至少开展一次安全大检查。</w:t>
      </w:r>
      <w:r>
        <w:rPr>
          <w:lang w:eastAsia="zh-CN"/>
        </w:rPr>
        <w:br/>
      </w:r>
      <w:r>
        <w:rPr>
          <w:lang w:eastAsia="zh-CN"/>
        </w:rPr>
        <w:t>　　2、按要求参加县政府和县安办组织召开的各类安全生产会议，及时向安全生产监管部门报送安全生产信息动态，及时向县政府和县安办报告安全生产中存在的重大问题。每半年向各级政府和安委会组织报送一次安全生产工作总结。</w:t>
      </w:r>
      <w:r>
        <w:rPr>
          <w:lang w:eastAsia="zh-CN"/>
        </w:rPr>
        <w:br/>
      </w:r>
      <w:r>
        <w:rPr>
          <w:lang w:eastAsia="zh-CN"/>
        </w:rPr>
        <w:t>　　3、深入开展本部门职责范围内的安全生产专项整治，把安全生产专项整治与依法落实生产经营单位安全生产保障制度以及建立长效机制结合起来，及时反馈整治工作信息。</w:t>
      </w:r>
      <w:r>
        <w:rPr>
          <w:lang w:eastAsia="zh-CN"/>
        </w:rPr>
        <w:br/>
      </w:r>
      <w:r>
        <w:rPr>
          <w:lang w:eastAsia="zh-CN"/>
        </w:rPr>
        <w:t>　　4、认真排查开发区事故隐患和重大危险源并及时采取有效措施处理;积极配合政府有关部门开展安全检查;依照有关规定对县政府及县安委办要求的事项及时落实并做好反馈;对各企业综合检查发现的安全隐患要按照各自职责，限期整改，并做好反馈。</w:t>
      </w:r>
      <w:r>
        <w:rPr>
          <w:lang w:eastAsia="zh-CN"/>
        </w:rPr>
        <w:br/>
      </w:r>
      <w:r>
        <w:rPr>
          <w:lang w:eastAsia="zh-CN"/>
        </w:rPr>
        <w:t>　　5、要求企业不断改善安全生产条件，为劳动者提供符合国家规定的劳务卫生条件和劳动防护用品。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6、配合县安委办组织加强对已取得行政许可的单位和个人的生产安全监督管理。</w:t>
      </w:r>
      <w:r>
        <w:rPr>
          <w:lang w:eastAsia="zh-CN"/>
        </w:rPr>
        <w:br/>
      </w:r>
      <w:r>
        <w:rPr>
          <w:lang w:eastAsia="zh-CN"/>
        </w:rPr>
        <w:t>　　7、依法开展安全生产监督监察行政执法工作，按照职责依法对安全生产违法行为进行处罚，做到严格、公正、文明执法。</w:t>
      </w:r>
      <w:r>
        <w:rPr>
          <w:lang w:eastAsia="zh-CN"/>
        </w:rPr>
        <w:br/>
      </w:r>
      <w:r>
        <w:rPr>
          <w:lang w:eastAsia="zh-CN"/>
        </w:rPr>
        <w:t>　　8、按照规定组织或协助事故调查处理工作。做好事故统计、分析工作，并定期向安全生产综合监管部门报送事故统计报表安全履职报告。</w:t>
      </w:r>
      <w:r>
        <w:rPr>
          <w:lang w:eastAsia="zh-CN"/>
        </w:rPr>
        <w:br/>
      </w:r>
      <w:r>
        <w:rPr>
          <w:lang w:eastAsia="zh-CN"/>
        </w:rPr>
        <w:t>　　9、根据本单位的职责和实际情况制定相应的机关管理规章制度，加强管理和节假日值班值日工作，预防突发性事件发生。</w:t>
      </w:r>
      <w:r>
        <w:rPr>
          <w:lang w:eastAsia="zh-CN"/>
        </w:rPr>
        <w:br/>
      </w:r>
      <w:r>
        <w:rPr>
          <w:lang w:eastAsia="zh-CN"/>
        </w:rPr>
        <w:t>　　二、大力宣传，营造氛围，强化安全生产意识</w:t>
      </w:r>
      <w:r>
        <w:rPr>
          <w:lang w:eastAsia="zh-CN"/>
        </w:rPr>
        <w:br/>
      </w:r>
      <w:r>
        <w:rPr>
          <w:lang w:eastAsia="zh-CN"/>
        </w:rPr>
        <w:t>　　开发区以“安全生产月”为契机，集中宣传相关安全生产法律法规，组织企业负责人、安全管理人员和从业人员依法进行生产培训。通过“安全生产月”各项活动，普及安全法律法规和安全知识，着力强化安全责任意识，提高安全素质，促进安全生产各项要素落实到位，推动开发区安全生产状况的稳定好转。</w:t>
      </w:r>
      <w:r>
        <w:rPr>
          <w:lang w:eastAsia="zh-CN"/>
        </w:rPr>
        <w:br/>
      </w:r>
      <w:r>
        <w:rPr>
          <w:lang w:eastAsia="zh-CN"/>
        </w:rPr>
        <w:t>　　三、加强防范，周密部署，做好重大节假日安全生产工作</w:t>
      </w:r>
      <w:r>
        <w:rPr>
          <w:lang w:eastAsia="zh-CN"/>
        </w:rPr>
        <w:br/>
      </w:r>
      <w:r>
        <w:rPr>
          <w:lang w:eastAsia="zh-CN"/>
        </w:rPr>
        <w:t>　　我开发区及时将县安委办的'有关加强节日安全的通知传达下发各村及企业。并及时召开安全生产工作领导小组会议，精心部署安排，加强组织领导，全力做好节前节后各项安全保障工作。严格节日值班、值日和领导带班制度，确保节日期间安全生产工作协调有序，预防重特大事故的发生。</w:t>
      </w:r>
      <w:r>
        <w:rPr>
          <w:lang w:eastAsia="zh-CN"/>
        </w:rPr>
        <w:br/>
      </w:r>
      <w:r>
        <w:rPr>
          <w:lang w:eastAsia="zh-CN"/>
        </w:rPr>
        <w:t>　　四、突出重点，强加防范，加大隐患排查力度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我开发区研究制定了关于隐患排查治理的实施方案，认真组织有关部门重点排查有可能存在隐患的企业，并严格采取有效措施限期整改，及时消除安全隐患。</w:t>
      </w:r>
      <w:r>
        <w:rPr>
          <w:lang w:eastAsia="zh-CN"/>
        </w:rPr>
        <w:br/>
      </w:r>
      <w:r>
        <w:rPr>
          <w:lang w:eastAsia="zh-CN"/>
        </w:rPr>
        <w:t>　　安全生产述职报告 3</w:t>
      </w:r>
      <w:r>
        <w:rPr>
          <w:lang w:eastAsia="zh-CN"/>
        </w:rPr>
        <w:br/>
      </w:r>
      <w:r>
        <w:rPr>
          <w:lang w:eastAsia="zh-CN"/>
        </w:rPr>
        <w:t>　　安全是电力行业生产的基础，“安全为了生产，生产务必安全”也是每个人耳熟能详的口号。由此可见安全生产的重要性，而作为生产一线的运行人员，则肩负着重要使命。作为一名运行值长，在职期间是电厂安全生产的第一职责人，我深感职责的重大。一年来，在上级领导的关怀和兄弟部门及班组的支持下，班组未发生不安全状况，圆满完成了全年的安全目标。</w:t>
      </w:r>
      <w:r>
        <w:rPr>
          <w:lang w:eastAsia="zh-CN"/>
        </w:rPr>
        <w:br/>
      </w:r>
      <w:r>
        <w:rPr>
          <w:lang w:eastAsia="zh-CN"/>
        </w:rPr>
        <w:t>　　一、安全生产的工作目标落实状况</w:t>
      </w:r>
      <w:r>
        <w:rPr>
          <w:lang w:eastAsia="zh-CN"/>
        </w:rPr>
        <w:br/>
      </w:r>
      <w:r>
        <w:rPr>
          <w:lang w:eastAsia="zh-CN"/>
        </w:rPr>
        <w:t>　　每年一月，就制定安全生产目标，部门与班组之间签定《安全生产职责书》，然后再分解安全生产目标到个人，由值长与值班员之间再签定《安全生产职责书》，做到下级对上级负责，人人都明确知道自己的安全生产目标和职责。同时班组每个人都签定了《告别违章承诺书》，从思想上也保证了我们在以后的工作中，杜绝违章，保证安全生产。</w:t>
      </w:r>
      <w:r>
        <w:rPr>
          <w:lang w:eastAsia="zh-CN"/>
        </w:rPr>
        <w:br/>
      </w:r>
      <w:r>
        <w:rPr>
          <w:lang w:eastAsia="zh-CN"/>
        </w:rPr>
        <w:t>　　二、安全生产管理程序是否规范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调度规程》、《运行规程》、《运行值守制度》、《两票三制管理制度》、《应急处理及ON—CALL现场管理标准》是我们工作的主要依据，在实际工作中，我们都能较好的按照这些制度来执行，但也有一些不足之处，如梯调与值守之间接发令不够规范等，我们将在今后的.工作中加以改善。针对操作票、工作票、巡回检查等工作，运行部分别制成《运行操作控制流程图》、《工作票控制流程图》、《紧站运行巡回检查流程图》，悬挂于值班现场，以提醒大家时刻牢记、处处遵守。同时定期开展安全活动，学习事故快报和安全简报，吸取电力系统中发生的事故的教训；每年举行运规和安规的考试，认真开展每年的春、冬季安全大检查及防汛等各专项安全大检查，对不足之处及时进行整改。因此在安全生产管理上，我们是做的比较全面的，职工在实际工作中也是执行的较好的。</w:t>
      </w:r>
      <w:r>
        <w:rPr>
          <w:lang w:eastAsia="zh-CN"/>
        </w:rPr>
        <w:br/>
      </w:r>
      <w:r>
        <w:rPr>
          <w:lang w:eastAsia="zh-CN"/>
        </w:rPr>
        <w:t>　　三、安全生产的薄弱环节</w:t>
      </w:r>
      <w:r>
        <w:rPr>
          <w:lang w:eastAsia="zh-CN"/>
        </w:rPr>
        <w:br/>
      </w:r>
      <w:r>
        <w:rPr>
          <w:lang w:eastAsia="zh-CN"/>
        </w:rPr>
        <w:t>　　运行人员工作职责心还需要加强，检讨书格式梯调人员监盘还不够严，虽说目前误发信号仍很多，在客观上给我们的监盘工作带来了极大的不便，造成了我们在思想上的麻痹，但我们还是要从自身去查找原因，对信号认真分析，不放过任何可疑信号。</w:t>
      </w:r>
      <w:r>
        <w:rPr>
          <w:lang w:eastAsia="zh-CN"/>
        </w:rPr>
        <w:br/>
      </w:r>
      <w:r>
        <w:rPr>
          <w:lang w:eastAsia="zh-CN"/>
        </w:rPr>
        <w:t>　　近几年设备改造步伐快。新设备上马投运快，对新设备的性能、原理、特点、运行注意事项、事故处理原则等的真正掌握运行人员需要有一个过程，因此造成目前设备先投运然后人员逐步适应的局面，不能满足先掌握后投运的要求。同时，设备改造后运行现场的图纸未能及时更改，一些辅助设备的改造或异动程序不规范，也给运行安全生产工作埋下隐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保证安全生产与上级领导一贯来重视是分不开的，同时也与生产上的每一位职工的发奋是分不开的，俗话说“上下齐心，其力断金”，坚信只要我们共同发奋，我厂的安全生产必须能再上一个台阶。</w:t>
      </w:r>
      <w:r>
        <w:rPr>
          <w:lang w:eastAsia="zh-CN"/>
        </w:rPr>
        <w:br/>
      </w:r>
      <w:r>
        <w:rPr>
          <w:lang w:eastAsia="zh-CN"/>
        </w:rPr>
        <w:t>　　安全生产述职报告 4</w:t>
      </w:r>
      <w:r>
        <w:rPr>
          <w:lang w:eastAsia="zh-CN"/>
        </w:rPr>
        <w:br/>
      </w:r>
      <w:r>
        <w:rPr>
          <w:lang w:eastAsia="zh-CN"/>
        </w:rPr>
        <w:t>各位领导、同志们：</w:t>
      </w:r>
      <w:r>
        <w:rPr>
          <w:lang w:eastAsia="zh-CN"/>
        </w:rPr>
        <w:br/>
      </w:r>
      <w:r>
        <w:rPr>
          <w:lang w:eastAsia="zh-CN"/>
        </w:rPr>
        <w:t>　　首先，非常感谢各位领导、企业家和各界代表在百忙中参加对我们执法监察工作的评议，我局安全生产监察队主要职责是负责全县范围内安全生产违法行为的查处和参与生产安全事故的调查处理。近年来，我们围绕县委“赶超发展，争先进位”的大局，坚持以保障全县经济社会安全发展为目标，以保障人民生命财产安全，促进企业安全发展为主要任务。在各镇（区）政府和企业的大力支持和帮助下，安全生产监管监察工作取得了一定的成效，20__年，监察队被县委表彰为“文明单位”。我们的主要工作是：</w:t>
      </w:r>
      <w:r>
        <w:rPr>
          <w:lang w:eastAsia="zh-CN"/>
        </w:rPr>
        <w:br/>
      </w:r>
      <w:r>
        <w:rPr>
          <w:lang w:eastAsia="zh-CN"/>
        </w:rPr>
        <w:t>　　一、 以服务企业发展为目标，转变监管执法理念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安全生产监管执法的目的是预防生产安全事故的发生，保障人民群众生命财产安全，针对我国安全生产监管执法起步较晚，企业对安全法规了解不够全面，本地企业安全生产设施投入相对不足的现状，为了促进全县企业安全发展，我们把监管执法的主要方向放在宣传、教育和帮助企业不断排查安全隐患，帮助制定整改措施，注重协助企业完善各项安全生产制度上，为了帮助企业解决安全生产技术方面的困难，我们还遴选了全县38名安全生产专家，成立专家组，帮助企业排查、整改安全隐患，定期开展“安全生产专家园区行”和安全生产宣传“进企业、进工地、进农村、进社区、进校园”等活动，不断推进全县各界对安全生产知识的`了解和安全生产管理水平的提升。一年多来，共排查企业324家，排查安全隐患3434条，消除了数十起可能发生的较大事故，减少了伤亡事故，避免了近千万元的经济损失。同时，我们还通过宝应电视台、《宝应日报》向企业和社会公开承诺，在执法查处中坚持做到“三不罚”，即安全隐患已整改不处罚，轻微违规不处罚，首次违规不处罚（但伤亡事故除外）。</w:t>
      </w:r>
      <w:r>
        <w:rPr>
          <w:lang w:eastAsia="zh-CN"/>
        </w:rPr>
        <w:br/>
      </w:r>
      <w:r>
        <w:rPr>
          <w:lang w:eastAsia="zh-CN"/>
        </w:rPr>
        <w:t>　　二、 注重重点安全服务，提升安全发展基础</w:t>
      </w:r>
      <w:r>
        <w:rPr>
          <w:lang w:eastAsia="zh-CN"/>
        </w:rPr>
        <w:br/>
      </w:r>
      <w:r>
        <w:rPr>
          <w:lang w:eastAsia="zh-CN"/>
        </w:rPr>
        <w:t>　　全县各类生产经营单位数千家，而安监局全部监管工作人员只有十多名，执法大队仅有3名同志，面对面广量大的监管执法任务，我们在努力做好广泛宣传、全面监管的同时，注重突出重点企业、重大工程项目、重点区域（场所）、部位的安全服务，对企业的新建、改建、扩建工程以及项目的落户，设计审查，过程监控，竣工验收等方面开展全过程安全跟踪服务，对全县40强重点企业和宝应大道、区域供水、城区临街市容整治、安大公路、宝应三桥、西气东输、亚细亚改造工程等进行全过程安全服务，帮助检查安全隐患，落实安全措施，协调建设矛盾等，为全县重点企业和重大工程（项目）的安全实施提供了保障。</w:t>
      </w:r>
      <w:r>
        <w:rPr>
          <w:lang w:eastAsia="zh-CN"/>
        </w:rPr>
        <w:br/>
      </w:r>
      <w:r>
        <w:rPr>
          <w:lang w:eastAsia="zh-CN"/>
        </w:rPr>
        <w:t>　　三、以保障稳定和谐为宗旨，全心全意履行职责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安全工作一年365天，每天24小时，无处不在，无时不有；没有最好，只有更好；没有终点，只有起点。安全涉及各行业和千家万户，社会各界休假之日，也是我们安全防范的关键时段，我们始终坚持把元旦、春节、五一、国庆等重要节日和冬季冰冻雨雪天气，夏季高温、雷电、防汛抗旱时期等重要时段作为我们安全执法检查和防范的关键，做到每逢节日不休息，重要时段不离岗，确保关键时期不出事。同时，近年来，随着全县经济发展、企业增加，社会各界安全意识的逐步提高，各类事故举报也逐渐增多，因生产安全事故的矛盾纠纷也频频发生，对此，我们做到案件、举报件件有结论，查处件件有答复，对伤亡事故当事人与企业的纠纷，我们尽最大的努力，协调各方，妥善处理，为企业营造一个稳定和谐的生产经营环境，为职工、群众争取合理合法的权益。</w:t>
      </w:r>
      <w:r>
        <w:rPr>
          <w:lang w:eastAsia="zh-CN"/>
        </w:rPr>
        <w:br/>
      </w:r>
      <w:r>
        <w:rPr>
          <w:lang w:eastAsia="zh-CN"/>
        </w:rPr>
        <w:t>　　四、注重安全执法效果，不断探索执法创新</w:t>
      </w:r>
      <w:r>
        <w:rPr>
          <w:lang w:eastAsia="zh-CN"/>
        </w:rPr>
        <w:br/>
      </w:r>
      <w:r>
        <w:rPr>
          <w:lang w:eastAsia="zh-CN"/>
        </w:rPr>
        <w:t>　　近年来，根据县委、县政府的要求，我们在依法行政，廉洁、公正执法的基础上，努力寻求执法监管的有效途径。开展了预先告知式执法检查，部门、镇（区）联动式执法检查，坚持说理式行政处罚，得到企业的理解与支持，把安全生产保障措施的落实放在行政处罚之上。一年多来，共实施行政处罚61起，有142起在督促整改后未实施行政处罚，未实施行政处罚的占应处罚案件的70%，未实施一家停产停业，为推动企业自觉注重安全生产，提升安全生产水平起到了一定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由于我们安全生产执法监察机构还比较年轻，执法监察工作还存在诸多缺陷，特别在办事方法、讲话艺术上缺乏经验，我们将在今后的工作中认真改进，加强与企业及社会各界同志的交流与沟通，把保障企业安全生产，推动全县安全稳定和谐，保障全县经济和社会发展作为执法监察工作的第一责任，真诚欢迎各位领导、企业家和各界代表给以监督，同时，恳请在座诸位对我们的工作提出意见和建议，进一步批评、关心、爱护我大队，使我大队在监管执法过程中，不断成长进步，为全县安全生产作出更大的贡献！</w:t>
      </w:r>
      <w:r>
        <w:rPr>
          <w:lang w:eastAsia="zh-CN"/>
        </w:rPr>
        <w:br/>
      </w:r>
      <w:r>
        <w:rPr>
          <w:lang w:eastAsia="zh-CN"/>
        </w:rPr>
        <w:t>　　安全生产述职报告 5</w:t>
      </w:r>
      <w:r>
        <w:rPr>
          <w:lang w:eastAsia="zh-CN"/>
        </w:rPr>
        <w:br/>
      </w:r>
      <w:r>
        <w:rPr>
          <w:lang w:eastAsia="zh-CN"/>
        </w:rPr>
        <w:t>　　安宜水务站在镇党委、政府的正确领导和大力支持下，认真贯彻县委、县政府创建群众满意基层站所文件精神，以服务经济为中心，深入开展创建活动，有力地促进了水利各项工作的协调发展。回顾近年来的创建工作，主要有以下几点体会。</w:t>
      </w:r>
      <w:r>
        <w:rPr>
          <w:lang w:eastAsia="zh-CN"/>
        </w:rPr>
        <w:br/>
      </w:r>
      <w:r>
        <w:rPr>
          <w:lang w:eastAsia="zh-CN"/>
        </w:rPr>
        <w:t>　　一、实行政务公开，强化民主管理</w:t>
      </w:r>
      <w:r>
        <w:rPr>
          <w:lang w:eastAsia="zh-CN"/>
        </w:rPr>
        <w:br/>
      </w:r>
      <w:r>
        <w:rPr>
          <w:lang w:eastAsia="zh-CN"/>
        </w:rPr>
        <w:t>　　为促进依法行政、从严治政、强化监督，实现单位“廉洁、勤政、务实、高效”， 我们在创建工作中，把转变单位工作作风作为创建工作的切入点和突破口，建立和完善了首问负责、责任追究、监督反馈、限时办结等制度，推进了行风建设，实行政务公开，坚持“事务向职工公开，政务向社会公开”的'原则，严格规范办事程序，自觉接受社会监督</w:t>
      </w:r>
      <w:r>
        <w:rPr>
          <w:lang w:eastAsia="zh-CN"/>
        </w:rPr>
        <w:br/>
      </w:r>
      <w:r>
        <w:rPr>
          <w:lang w:eastAsia="zh-CN"/>
        </w:rPr>
        <w:t>　　二、为民办实事，促进创建工作有序推进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创建工作中我们能联系水利行业实际，提供优质服务，将创建工作密切联系到人民群众的切身利益上。一是围绕防大汛、抗大旱确保人民生命财产的安全。今年申报了小型水利重点县项目，向国家争取无偿资金400多万元（新建80泵站4站60泵站4座）的基础上，南闸村油菜基地项目顺利实施，争取国家发改委的无偿资金158万元，用于配套建设。下半年将在沿河南片实施的“千亿斤粮食产能规划田间工程”，国家投资800万元，地方配套200万元，用于新建高标准粮田6000公顷，实现渠系硬质化，农田林网化，有效地改变生产条件。在服务发展环境方面，投资5万多元，对原沿河集镇实施活水冲污工程，有效地改变集镇的水环境。二是结合新农村建设，全面开展村庄河塘整治，今年疏浚河道16条，18公里。争取国家无偿资金近50多万元。</w:t>
      </w:r>
      <w:r>
        <w:rPr>
          <w:lang w:eastAsia="zh-CN"/>
        </w:rPr>
        <w:br/>
      </w:r>
      <w:r>
        <w:rPr>
          <w:lang w:eastAsia="zh-CN"/>
        </w:rPr>
        <w:t>　　三、服务大局，增加了集体的积累</w:t>
      </w:r>
      <w:r>
        <w:rPr>
          <w:lang w:eastAsia="zh-CN"/>
        </w:rPr>
        <w:br/>
      </w:r>
      <w:r>
        <w:rPr>
          <w:lang w:eastAsia="zh-CN"/>
        </w:rPr>
        <w:t>　　围绕更好地服务大局，增加集体积累，增添发展后劲，减轻政府负担。近年来，我们积极向上争取资金，争取项目，增加集体积累。只有增加集体的积累才能更好地为人民服务，在平时的工作中我能带领全站干部、职工，以创建为抓手，以服务社会为己任，充分发挥后勤参谋的作用，想群众之所想，急群众之所急，无论是防汛、防旱还是其它工作，以“从我做起，对我监督”为标准，身先士卒、严于律己。</w:t>
      </w:r>
      <w:r>
        <w:rPr>
          <w:lang w:eastAsia="zh-CN"/>
        </w:rPr>
        <w:br/>
      </w:r>
      <w:r>
        <w:rPr>
          <w:lang w:eastAsia="zh-CN"/>
        </w:rPr>
        <w:t>　　近年来通过创建工作的扎实开展，促进了经济效益和社会效益的双丰收。自20__年以来，连续8年均获得省、市水利部门的表彰和奖励。07年—08、09年－10年被市委、市政府命名为“文明单位”，有望今年省级“文明单位”通过验收。面对取得的成绩，我们不骄不躁，把过去的成绩作为新的起点，再接再厉，踏实工作，以一流的服务，取得一流的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宝应县环境监察队是县环保局直属单位，现有工作人员14人，主要承担全县污染源及其污染防治设施日常监管，排污申报和收费，环境应急和自动监控管理，水源地保护，环境信访和污染事故处理，生态环境监察等工作。</w:t>
      </w:r>
      <w:r>
        <w:rPr>
          <w:lang w:eastAsia="zh-CN"/>
        </w:rPr>
        <w:br/>
      </w:r>
      <w:r>
        <w:rPr>
          <w:lang w:eastAsia="zh-CN"/>
        </w:rPr>
        <w:t>　　安全生产述职报告 6</w:t>
      </w:r>
      <w:r>
        <w:rPr>
          <w:lang w:eastAsia="zh-CN"/>
        </w:rPr>
        <w:br/>
      </w:r>
      <w:r>
        <w:rPr>
          <w:lang w:eastAsia="zh-CN"/>
        </w:rPr>
        <w:t>　　今年以来，本人在县委、县政府的正确领导下，在上级有关部门的大力支持下，积极履行职责，按照“三个代表”重要思想的要求，认真贯彻落实党中央、国务院及省、市、县关于安全生产工作的一系列重要指示和重大部署，紧紧围绕促进经济发展和确保社会稳定的大局，着力抓好安全生产各项工作的落实，有效遏制了各类重特大事故的发生。这两年我镇的安全生产形势良好。在安全生产工作方面，我主要抓了如下几项工作：</w:t>
      </w:r>
      <w:r>
        <w:rPr>
          <w:lang w:eastAsia="zh-CN"/>
        </w:rPr>
        <w:br/>
      </w:r>
      <w:r>
        <w:rPr>
          <w:lang w:eastAsia="zh-CN"/>
        </w:rPr>
        <w:t>　　（一）高度重视安全生产工作，列入党政议事日程</w:t>
      </w:r>
      <w:r>
        <w:rPr>
          <w:lang w:eastAsia="zh-CN"/>
        </w:rPr>
        <w:br/>
      </w:r>
      <w:r>
        <w:rPr>
          <w:lang w:eastAsia="zh-CN"/>
        </w:rPr>
        <w:t>　　我镇对安全生产工作高度重视，将其列入党政议事日程，并制定了详细的安全生产工作规划。在上级领导的指导帮助下，全力搞好我镇的安全生产工作，保安全，促发展。</w:t>
      </w:r>
      <w:r>
        <w:rPr>
          <w:lang w:eastAsia="zh-CN"/>
        </w:rPr>
        <w:br/>
      </w:r>
      <w:r>
        <w:rPr>
          <w:lang w:eastAsia="zh-CN"/>
        </w:rPr>
        <w:t>　　（二）抓领导，落实安全生产责任制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安全生产工作是否抓好，责任制是否落实，关键在于领导。为此，我首先抓好领导这一关，并成立由党委委员为安全生产直接责任人的领导小组，成员由党政办、综治办、农办、派出所等部门组成，具体负责全镇的安全生产工作，做到责任到人，措施到位；其次抓责任制的落实，镇政府与各村主任、部门单位、小水电负责人签订了安全生产和防火责任书，将安全生产责任制的签订工作逐级延伸，逐级落实，形成一级抓一级、一级对一级负责，安全生产工作齐抓共管的`局面。同时要求各单位、各村、小水电把安全生产工作摆上议事日程，把责任制落到实处。最后还抓了安全事故行政责任追究制的落实，一直以来我们把此项工作列入责任制考核范围。要求各单位对辖区内发生安全事故总数和死亡人数具体负责，按照“谁主管，谁负责”的原则，对由于发生重大事故而处理不当的，追究责任。在全镇机关人员的共同努力下，本年度，由于领导到位，责任落实，措施得力，没有发生重特大安全生产事故。</w:t>
      </w:r>
      <w:r>
        <w:rPr>
          <w:lang w:eastAsia="zh-CN"/>
        </w:rPr>
        <w:br/>
      </w:r>
      <w:r>
        <w:rPr>
          <w:lang w:eastAsia="zh-CN"/>
        </w:rPr>
        <w:t>　　（三）重视安全生产管理机构和队伍建设</w:t>
      </w:r>
      <w:r>
        <w:rPr>
          <w:lang w:eastAsia="zh-CN"/>
        </w:rPr>
        <w:br/>
      </w:r>
      <w:r>
        <w:rPr>
          <w:lang w:eastAsia="zh-CN"/>
        </w:rPr>
        <w:t>　　在经费紧张的情况下，我镇仍然挤出资金充实安全生产办公室经费和宣传教育费用，有效地促进了安全生产各项工作的开展。</w:t>
      </w:r>
      <w:r>
        <w:rPr>
          <w:lang w:eastAsia="zh-CN"/>
        </w:rPr>
        <w:br/>
      </w:r>
      <w:r>
        <w:rPr>
          <w:lang w:eastAsia="zh-CN"/>
        </w:rPr>
        <w:t>　　（四）抓检查，消除安全事故隐患</w:t>
      </w:r>
      <w:r>
        <w:rPr>
          <w:lang w:eastAsia="zh-CN"/>
        </w:rPr>
        <w:br/>
      </w:r>
      <w:r>
        <w:rPr>
          <w:lang w:eastAsia="zh-CN"/>
        </w:rPr>
        <w:t>　　抓好安全生产工作，检查是保障。本年度共进行了3次安全生产大检查，在安全生产检查中，做到“三个结合”：一是检查与整改隐患相结合；二是检查与责任追究相结合；三是检查与建立长效机制相结合。我们主要抓好如下几项检查：</w:t>
      </w:r>
      <w:r>
        <w:rPr>
          <w:lang w:eastAsia="zh-CN"/>
        </w:rPr>
        <w:br/>
      </w:r>
      <w:r>
        <w:rPr>
          <w:lang w:eastAsia="zh-CN"/>
        </w:rPr>
        <w:t>　　1、抓小水电安全工作，实现效益与安全双赢。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针对部分企业职工存在安全意识淡薄的现象。镇高度重视，在每年召开经济工作会议时都对安全生产工作要求进行明确，同时加强宣传教育和培训，通过以会代培的形式对相关负责人进行安全生产培训，从思想上提高人员的安全意识并提高了他们应对紧急情况的技能，另一方面不断进行检查督促、严格处理。要求企业做到安全设备合格、齐全，电线线路整齐、过关，安全通道畅通无阻，人员安全生产综合素质合格。</w:t>
      </w:r>
      <w:r>
        <w:rPr>
          <w:lang w:eastAsia="zh-CN"/>
        </w:rPr>
        <w:br/>
      </w:r>
      <w:r>
        <w:rPr>
          <w:lang w:eastAsia="zh-CN"/>
        </w:rPr>
        <w:t>　　2、以“清剿火患”行动为契机，做好消防安全工作，对全镇各单位、村、小水电做好消防隐患排查工作。经检查，无发现消防隐患存在。</w:t>
      </w:r>
      <w:r>
        <w:rPr>
          <w:lang w:eastAsia="zh-CN"/>
        </w:rPr>
        <w:br/>
      </w:r>
      <w:r>
        <w:rPr>
          <w:lang w:eastAsia="zh-CN"/>
        </w:rPr>
        <w:t>　　（五）抓宣传，提高全民安全意识</w:t>
      </w:r>
      <w:r>
        <w:rPr>
          <w:lang w:eastAsia="zh-CN"/>
        </w:rPr>
        <w:br/>
      </w:r>
      <w:r>
        <w:rPr>
          <w:lang w:eastAsia="zh-CN"/>
        </w:rPr>
        <w:t>　　做好安全生产工作，抓安全教育是前提，因此我把学习、宣传、贯彻《广东省安全生产条例》及相关安全知识作为抓好安全生产工作的一项重要任务来抓。开展了多种多样，切实有效的安全生产宣传教育活动，如采用张贴横幅、标语和印制安全宣传单、出动宣传车、举办安全生产知识咨询等方式进行宣传，通过广泛深入，声势浩大的社会宣传活动，有效调动广大人民群众参与安全生产活动，使“安全为了生产，生产必须安全”深入人心，有效地提高了全民安全意识。共出动宣传车2辆次，悬挂横幅条10条，张贴标语条100张，印发宣传资料500份。</w:t>
      </w:r>
      <w:r>
        <w:rPr>
          <w:lang w:eastAsia="zh-CN"/>
        </w:rPr>
        <w:br/>
      </w:r>
      <w:r>
        <w:rPr>
          <w:lang w:eastAsia="zh-CN"/>
        </w:rPr>
        <w:t>　　1、存在的主要问题</w:t>
      </w:r>
      <w:r>
        <w:rPr>
          <w:lang w:eastAsia="zh-CN"/>
        </w:rPr>
        <w:br/>
      </w:r>
      <w:r>
        <w:rPr>
          <w:lang w:eastAsia="zh-CN"/>
        </w:rPr>
        <w:t>　　在我镇安全生产工作取得显著成绩的同时，我们也清醒地看到，我们工作也仍然存在许多困难和问题：</w:t>
      </w:r>
      <w:r>
        <w:rPr>
          <w:lang w:eastAsia="zh-CN"/>
        </w:rPr>
        <w:br/>
      </w:r>
      <w:r>
        <w:rPr>
          <w:lang w:eastAsia="zh-CN"/>
        </w:rPr>
        <w:t>　　（一）安全生产检查队伍和制度不够健全。</w:t>
      </w:r>
      <w:r>
        <w:rPr>
          <w:lang w:eastAsia="zh-CN"/>
        </w:rPr>
        <w:br/>
      </w:r>
      <w:r>
        <w:rPr>
          <w:lang w:eastAsia="zh-CN"/>
        </w:rPr>
        <w:t>　　（二）部分员工的安全生产意识较为淡薄，职业技能低下，</w:t>
      </w:r>
      <w:r>
        <w:rPr>
          <w:lang w:eastAsia="zh-CN"/>
        </w:rPr>
        <w:br/>
      </w:r>
      <w:r>
        <w:rPr>
          <w:lang w:eastAsia="zh-CN"/>
        </w:rPr>
        <w:t>　　在工作过程中自我保护能力很差，违章作业、盲目蛮干现象常有发生。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（三）经费不足，经常性安全生产检查工作开展得不够，安全隐患整改查处力度不够，缺乏强有力的手段。</w:t>
      </w:r>
      <w:r>
        <w:rPr>
          <w:lang w:eastAsia="zh-CN"/>
        </w:rPr>
        <w:br/>
      </w:r>
      <w:r>
        <w:rPr>
          <w:lang w:eastAsia="zh-CN"/>
        </w:rPr>
        <w:t>　　2、今后努力方向</w:t>
      </w:r>
      <w:r>
        <w:rPr>
          <w:lang w:eastAsia="zh-CN"/>
        </w:rPr>
        <w:br/>
      </w:r>
      <w:r>
        <w:rPr>
          <w:lang w:eastAsia="zh-CN"/>
        </w:rPr>
        <w:t>　　（一）进一步落实完善安全生产工作责任制。各村委会、各单位、包括月光小学都要按镇政府的要求，继续签订安全生产责任书，确保安全生产责任制落到实处。</w:t>
      </w:r>
      <w:r>
        <w:rPr>
          <w:lang w:eastAsia="zh-CN"/>
        </w:rPr>
        <w:br/>
      </w:r>
      <w:r>
        <w:rPr>
          <w:lang w:eastAsia="zh-CN"/>
        </w:rPr>
        <w:t>　　（二）加大安全生产宣传力度，提高全民安全生产意识。安全生产是事关人民群众生命财产安全的大事，也是维护社会稳定的一件大事。实现安全生产的根本好转，关键在于提高全民的安全文化素质，强化人们的自我保护意识。我们要按照上级要求，认真宣传和贯彻落实党和国家关于安全生产的各项方针政策，抓好各项安全整治措施的落实。</w:t>
      </w:r>
      <w:r>
        <w:rPr>
          <w:lang w:eastAsia="zh-CN"/>
        </w:rPr>
        <w:br/>
      </w:r>
      <w:r>
        <w:rPr>
          <w:lang w:eastAsia="zh-CN"/>
        </w:rPr>
        <w:t>　　（三）根据谁主管，谁负责的原则，抓好各类安全生产检查工作。各职能部门要切实履行责任，各司其职，各负其责，通力合作，做好各项专项检查工作。特别要加强对小水电、森林防火的专项整治。</w:t>
      </w:r>
      <w:r>
        <w:rPr>
          <w:lang w:eastAsia="zh-CN"/>
        </w:rPr>
        <w:br/>
      </w:r>
      <w:r>
        <w:rPr>
          <w:lang w:eastAsia="zh-CN"/>
        </w:rPr>
        <w:t>　　安全生产述职报告 7</w:t>
      </w:r>
      <w:r>
        <w:rPr>
          <w:lang w:eastAsia="zh-CN"/>
        </w:rPr>
        <w:br/>
      </w:r>
      <w:r>
        <w:rPr>
          <w:lang w:eastAsia="zh-CN"/>
        </w:rPr>
        <w:t>　　学校安全工作是一项长期、艰巨、复杂的系统工程，确保师生安全是学校工作的一个重要内容，安全工作责任重于泰山。针对我校的实际情况，学校认真组织全体教师研究本学期安全工作的思路后，继续围绕把学校办成无事故、无安全隐患的办学目标，坚持预防为主、防治结合、加强教育、群防群治的原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根据上级的通知精神，在全校范围开展内容丰富、形式多样的安全教育活动，我们积极进取，牢固树立安全意识，真抓实干，开创我校安全工作新局面。</w:t>
      </w:r>
      <w:r>
        <w:rPr>
          <w:lang w:eastAsia="zh-CN"/>
        </w:rPr>
        <w:br/>
      </w:r>
      <w:r>
        <w:rPr>
          <w:lang w:eastAsia="zh-CN"/>
        </w:rPr>
        <w:t>　　一、高度重视，提高认识。</w:t>
      </w:r>
      <w:r>
        <w:rPr>
          <w:lang w:eastAsia="zh-CN"/>
        </w:rPr>
        <w:br/>
      </w:r>
      <w:r>
        <w:rPr>
          <w:lang w:eastAsia="zh-CN"/>
        </w:rPr>
        <w:t>　　我校按照上级通知精神，领导高度重视，召开班子和教师会议，将安全工作放在学校工作的首位，并组织学习和贯彻安全教育活动的内容和要求，部署制订学校安全生产活动的工作和方案，做到统一思想，统一行动，落实各项工作要求，使师生进一步明确安全教育活动的'重要意义和工作要求，并围绕“以人为本、安全第一”这一主题，在师生中开展关爱生命，关注安全教育活动，增强师生安全防范意识。</w:t>
      </w:r>
      <w:r>
        <w:rPr>
          <w:lang w:eastAsia="zh-CN"/>
        </w:rPr>
        <w:br/>
      </w:r>
      <w:r>
        <w:rPr>
          <w:lang w:eastAsia="zh-CN"/>
        </w:rPr>
        <w:t>　　二、强化安全管理，落实安全责任。</w:t>
      </w:r>
      <w:r>
        <w:rPr>
          <w:lang w:eastAsia="zh-CN"/>
        </w:rPr>
        <w:br/>
      </w:r>
      <w:r>
        <w:rPr>
          <w:lang w:eastAsia="zh-CN"/>
        </w:rPr>
        <w:t>　　为使安全工作做到实处，学校坚持强化内部管理，建立健全安全工作责任制。校长负安全工作全责，__主任具体负责安全管理工作，各班主任负责班级学生安全工作，确保安全管理工作的有效落实。学校重视安全教育经费的投入，安装两个灭火器在教学楼上，并在楼上订上安全出口通道的标志，在校门口订上车辆行驶警示牌。</w:t>
      </w:r>
      <w:r>
        <w:rPr>
          <w:lang w:eastAsia="zh-CN"/>
        </w:rPr>
        <w:br/>
      </w:r>
      <w:r>
        <w:rPr>
          <w:lang w:eastAsia="zh-CN"/>
        </w:rPr>
        <w:t>　　三、加强专项检查整治，消除安全隐患。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为确保师生生命和学校财产的安全，坚持在“查”、“改”字上下功夫。负责安全工作管理的领导要经常组织小组人员对学校基础设施、设备、建筑物、门窗、食品卫生、水源、电源、校园周边环境、交通等进行检查，发现安全隐患时，及时提出整改意见，掌握安全教育动态，对出现的重大安全隐患问题作出决策。本学期，我校修填崩塌的校道十五米，整修校内的部分用电线路，使我校能及时消除安全隐患，确保了师生生命和财产的安全。</w:t>
      </w:r>
      <w:r>
        <w:rPr>
          <w:lang w:eastAsia="zh-CN"/>
        </w:rPr>
        <w:br/>
      </w:r>
      <w:r>
        <w:rPr>
          <w:lang w:eastAsia="zh-CN"/>
        </w:rPr>
        <w:t>　　四、加强学生安全教育，提高自我保护意识和能力。</w:t>
      </w:r>
      <w:r>
        <w:rPr>
          <w:lang w:eastAsia="zh-CN"/>
        </w:rPr>
        <w:br/>
      </w:r>
      <w:r>
        <w:rPr>
          <w:lang w:eastAsia="zh-CN"/>
        </w:rPr>
        <w:t>　　为使学生提高安全意识和自保能力，学校注意在“防”字上下功夫。学校经常利用升旗礼后的讲话、主题班会、思想品德课、板报，组织学生观看安全知识和自护自救视频片等形式对学生进行安全知识教育，主要对防火灾、防交通事故、防溺水、防拐防骗、防中毒等安全知识和自护自救进行教育，增强学生的安全意识和自我保护能力。</w:t>
      </w:r>
      <w:r>
        <w:rPr>
          <w:lang w:eastAsia="zh-CN"/>
        </w:rPr>
        <w:br/>
      </w:r>
      <w:r>
        <w:rPr>
          <w:lang w:eastAsia="zh-CN"/>
        </w:rPr>
        <w:t>　　在每次的教师会上，领导都要重复强调安全教育工作。同时注意加强家庭和社会安全教育联系，形成共同关心学生安全和健康成长的良好氛围。</w:t>
      </w:r>
      <w:r>
        <w:rPr>
          <w:lang w:eastAsia="zh-CN"/>
        </w:rPr>
        <w:br/>
      </w:r>
      <w:r>
        <w:rPr>
          <w:lang w:eastAsia="zh-CN"/>
        </w:rPr>
        <w:t>　　在安全教育活动中，由于领导重视，机构健全，责任到位，管理制度落实措施得力，安全工作成效显著。一学期来，我校没有出现过安全事故。</w:t>
      </w:r>
      <w:r>
        <w:rPr>
          <w:lang w:eastAsia="zh-CN"/>
        </w:rPr>
        <w:br/>
      </w:r>
      <w:r>
        <w:rPr>
          <w:lang w:eastAsia="zh-CN"/>
        </w:rPr>
        <w:t>　　我校决心继续坚持“以人为本，安全第一”的安全思想观念，坚持不懈抓好安全教育和管理工作，确保师生生命和财产的安全。</w:t>
      </w:r>
      <w:r>
        <w:rPr>
          <w:lang w:eastAsia="zh-CN"/>
        </w:rPr>
        <w:br/>
      </w:r>
      <w:r>
        <w:rPr>
          <w:lang w:eastAsia="zh-CN"/>
        </w:rPr>
        <w:t>　　安全生产述职报告 8</w:t>
      </w:r>
      <w:r>
        <w:rPr>
          <w:lang w:eastAsia="zh-CN"/>
        </w:rPr>
        <w:br/>
      </w:r>
      <w:r>
        <w:rPr>
          <w:lang w:eastAsia="zh-CN"/>
        </w:rPr>
        <w:t>　　根据仁兴街道创建最安全生产活动的精神，我们天桥社区认真落实科学发展观，坚决贯彻“群众利益无小事”的工作方针，深入开展社区安全生产工作，加强安全、防火和食品安全及交通安全等知识宣传防范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根据我社区的实际情况特总结如下：</w:t>
      </w:r>
      <w:r>
        <w:rPr>
          <w:lang w:eastAsia="zh-CN"/>
        </w:rPr>
        <w:br/>
      </w:r>
      <w:r>
        <w:rPr>
          <w:lang w:eastAsia="zh-CN"/>
        </w:rPr>
        <w:t>　　一、加强领导，健全组织，明确责任，措施到位</w:t>
      </w:r>
      <w:r>
        <w:rPr>
          <w:lang w:eastAsia="zh-CN"/>
        </w:rPr>
        <w:br/>
      </w:r>
      <w:r>
        <w:rPr>
          <w:lang w:eastAsia="zh-CN"/>
        </w:rPr>
        <w:t>　　随着政府工作重心下移，社区居委会工作事宜日益增加。虽然社区日常工作繁杂，但我社区一直将安全工作放到最重要的位置，社区明确社区居委会一把手对安全生产总负责，由社区主任专门负责这项工作，一级抓一级，层层落实，做到明确分工、责任到人。社区安全生产工作按照年初制定的工作目标和工作计划逐步开展，使安全生产工作有条不紊地得到开展。同时还签订了安全生产责任书，将责任落实到各楼道小组长，在组织网络上实行了从上到下一条龙的管理体制，使安全生产工作“有人抓、有人问、有人管”。</w:t>
      </w:r>
      <w:r>
        <w:rPr>
          <w:lang w:eastAsia="zh-CN"/>
        </w:rPr>
        <w:br/>
      </w:r>
      <w:r>
        <w:rPr>
          <w:lang w:eastAsia="zh-CN"/>
        </w:rPr>
        <w:t>　　二、加强宣传教育，提高居民对安全防火的自我防范认识</w:t>
      </w:r>
      <w:r>
        <w:rPr>
          <w:lang w:eastAsia="zh-CN"/>
        </w:rPr>
        <w:br/>
      </w:r>
      <w:r>
        <w:rPr>
          <w:lang w:eastAsia="zh-CN"/>
        </w:rPr>
        <w:t>　　搞好社区安全生产，创建安全社区，必须让广大居民群众积极参与。我社区充分利用各种会议组织居民群众学习宣传有关安全生产及防火知识，增强居民自我管理、自我防范的知识。同时利用黑板报、宣传画廊、横幅、标语等宣传道路交通安全和食品安全等相关居民生活的安全常识。对社区内5122户居民我们还发放安全常识小册子和食品安全知识宣传册，今年我们共出安全方面的专题栏4期、张贴宣传画展24张、横幅3条、标语16次。</w:t>
      </w:r>
      <w:r>
        <w:rPr>
          <w:lang w:eastAsia="zh-CN"/>
        </w:rPr>
        <w:br/>
      </w:r>
      <w:r>
        <w:rPr>
          <w:lang w:eastAsia="zh-CN"/>
        </w:rPr>
        <w:t>　　三、落实制度，强化管理，切实做好社区安全生产工作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我社区在安全生产工作中，在做好日常工作的同时落实各种制度，强化管理。平时我们社区居委会干部经常查看社区安全情况，对社区出租房和重点户进行专项安全隐患检查，对租住户进行安全知识的宣传和教育，并向他们提出了安全隐患的整改意见书，签订安全生产承诺书。对重点部位浴室、送煤气户定期进行检查，发现问题坚决按照“三不放过”的原则进行整改解决。对食品安全工作，居委按照上级要求，对辖区内的`食品、药品安全进行调查摸底，重点是饮食行业、小饭店进行登记摸底，做好宣传工作，大力宣传食品安全工作的重要性。交通安全根据交警队的意见，做好宣传等工作，并积极参加上级组织的多种培训和其它活动。</w:t>
      </w:r>
      <w:r>
        <w:rPr>
          <w:lang w:eastAsia="zh-CN"/>
        </w:rPr>
        <w:br/>
      </w:r>
      <w:r>
        <w:rPr>
          <w:lang w:eastAsia="zh-CN"/>
        </w:rPr>
        <w:t>　　社区在安全消防、食品安全、交通安全等工作上，居委干部齐心协力、居民群众全力参与，社区上下对安全生产工作水平有很大的提高，社区安全生产管理制度更为完善，安全防火管理人员力量进一步得到加强，居民的安全生产意识得到明显增强。在安全防火、食品安全、交通安全取得了一定的成绩，无发生事故。在今后的工作中，我社区将一如既往地开展好社区安全生产工作，严格按照建设最安全社区，创建最安全社区的目标，扎扎实实地开展社区安全生产工作，为居民创造一个安全、文明、祥和的社区环境，同时为创建国家一流度假区添砖加瓦。</w:t>
      </w:r>
      <w:r>
        <w:rPr>
          <w:lang w:eastAsia="zh-CN"/>
        </w:rPr>
        <w:br/>
      </w:r>
      <w:r>
        <w:rPr>
          <w:lang w:eastAsia="zh-CN"/>
        </w:rPr>
        <w:t>　　安全生产述职报告 9</w:t>
      </w:r>
      <w:r>
        <w:rPr>
          <w:lang w:eastAsia="zh-CN"/>
        </w:rPr>
        <w:br/>
      </w:r>
      <w:r>
        <w:rPr>
          <w:lang w:eastAsia="zh-CN"/>
        </w:rPr>
        <w:t>　　今年以来，区民政安全生产专业委员会紧紧围绕省、市、区相关文件和会议精神，着力加强民政安全生产工作。现将有关情况汇报如下：</w:t>
      </w:r>
      <w:r>
        <w:rPr>
          <w:lang w:eastAsia="zh-CN"/>
        </w:rPr>
        <w:br/>
      </w:r>
      <w:r>
        <w:rPr>
          <w:lang w:eastAsia="zh-CN"/>
        </w:rPr>
        <w:t>　　上半年工作情况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一）组织领导到位。一是专委会第一主任万犁昌同志带队检查民政福利机构，多次听取民政安全生产专题汇报并对工作进行安排和指导。区民政局党组多次专题研究安全生产工作，进行风险研判和工作安排。二是先后印发职责和工作制度、工作计划、应急预案等多个文件，完善工作制度。三是建立联系册和QQ工作群，明确成员单位分管领导和联系人，主动与市民政专委会对接，建立横向联动上下互动的联系制度。</w:t>
      </w:r>
      <w:r>
        <w:rPr>
          <w:lang w:eastAsia="zh-CN"/>
        </w:rPr>
        <w:br/>
      </w:r>
      <w:r>
        <w:rPr>
          <w:lang w:eastAsia="zh-CN"/>
        </w:rPr>
        <w:t>　　（二）责任落实到位。一是组成专班开展安全生产主体责任专项检查，督促民政福利机构建立健全安全生产责任、制度、应急救援等体系，落实安全生产主体责任。二是制定《生产经营单位安全生产法定责任重点内容告知清单》并发放至所有民政福利机构负责人，督促民政福利机构负责人自觉履行主体责任。三是开展民政福利机构普查建档工作，建立监管对象数据库，为安全生产监管服务。</w:t>
      </w:r>
      <w:r>
        <w:rPr>
          <w:lang w:eastAsia="zh-CN"/>
        </w:rPr>
        <w:br/>
      </w:r>
      <w:r>
        <w:rPr>
          <w:lang w:eastAsia="zh-CN"/>
        </w:rPr>
        <w:t>　　（三）教育培训到位。一是组织系统工作人员、民政福利机构负责人等100多人参加食药、消防安全知识培训和消防演练，提高食药、消防意识，增强应急处置能力。二是开展民政安全生产宣传教育活动，全区民政福利机构开展应急演练16场，安全讲座21场，文艺演出4场，安全展览2场，群发安全短信130条，制作宣传展板27块，播放公益广告20次，放映警示教育片17场，发放宣传资料183份，媒体宣传报道5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四）监督检查到位。一是专委会先后开展五次安全生产集中检查和联合执法，对全区18家民政福利机构进行突击检查，及时发现安全生产隐患。二是建立民政安全生产检查、巡查和报告制度，各福利院开展安全"日巡查"和"日报告"，大力营造安全工作人人有责的良好氛围。</w:t>
      </w:r>
      <w:r>
        <w:rPr>
          <w:lang w:eastAsia="zh-CN"/>
        </w:rPr>
        <w:br/>
      </w:r>
      <w:r>
        <w:rPr>
          <w:lang w:eastAsia="zh-CN"/>
        </w:rPr>
        <w:t>　　（五）隐患整治到位。一是根据执法检查情况，专委会先后印发两次情况通报至各乡镇政府、小溪塔街道办事处和试验区管委会，督促乡镇政府狠抓问题隐患整改落实。二是整合多方资金，补助7家农村福利院298.5万元，帮助其建设改造微型消防站、自动喷淋系统等安全设施，推进平安工程，夯实安全生产基础。</w:t>
      </w:r>
      <w:r>
        <w:rPr>
          <w:lang w:eastAsia="zh-CN"/>
        </w:rPr>
        <w:br/>
      </w:r>
      <w:r>
        <w:rPr>
          <w:lang w:eastAsia="zh-CN"/>
        </w:rPr>
        <w:t>　　存在的.主要问题</w:t>
      </w:r>
      <w:r>
        <w:rPr>
          <w:lang w:eastAsia="zh-CN"/>
        </w:rPr>
        <w:br/>
      </w:r>
      <w:r>
        <w:rPr>
          <w:lang w:eastAsia="zh-CN"/>
        </w:rPr>
        <w:t>　　总体上各民政福利机构对安全生产比较重视，安全设施设备和制度基本配备到位，安全管理责任基本落实。但仍存在制度落实和工作细节有待加强，档案资料整理不够规范，食品留样不够规范等问题。</w:t>
      </w:r>
      <w:r>
        <w:rPr>
          <w:lang w:eastAsia="zh-CN"/>
        </w:rPr>
        <w:br/>
      </w:r>
      <w:r>
        <w:rPr>
          <w:lang w:eastAsia="zh-CN"/>
        </w:rPr>
        <w:t>　　下步工作打算</w:t>
      </w:r>
      <w:r>
        <w:rPr>
          <w:lang w:eastAsia="zh-CN"/>
        </w:rPr>
        <w:br/>
      </w:r>
      <w:r>
        <w:rPr>
          <w:lang w:eastAsia="zh-CN"/>
        </w:rPr>
        <w:t>　　下一步，区民政专委会将继续做好以下几项工作：一是进一步强化安全责任，将主体责任、监管责任、岗位责任等细化到具体人，确保责任落实落地；二是进一步落实隐患整改，坚持"零容忍"的原则，督促指导民政福利机构及时整改到位；三是进一步加强联合检查，继续落实检查、巡查和报告制度，一查隐患整改情况，二查发现隐患，彻底消除安全隐患，确保民政福利机构安全。</w:t>
      </w:r>
      <w:r>
        <w:rPr>
          <w:lang w:eastAsia="zh-CN"/>
        </w:rPr>
        <w:br/>
      </w:r>
      <w:r>
        <w:rPr>
          <w:lang w:eastAsia="zh-CN"/>
        </w:rPr>
        <w:t>　　安全生产述职报告 10</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作为学校安全工作的直接责任人，通过不断的学习，深刻认识到学校安全工作是学校教育工作的重要内容，一要确保师生人身的安全，二要保障学校财产的安全。为了把学校安全工作做得更好，一年来，主要做好如下工作：</w:t>
      </w:r>
      <w:r>
        <w:rPr>
          <w:lang w:eastAsia="zh-CN"/>
        </w:rPr>
        <w:br/>
      </w:r>
      <w:r>
        <w:rPr>
          <w:lang w:eastAsia="zh-CN"/>
        </w:rPr>
        <w:t>　　一、以身作则，严于律己</w:t>
      </w:r>
      <w:r>
        <w:rPr>
          <w:lang w:eastAsia="zh-CN"/>
        </w:rPr>
        <w:br/>
      </w:r>
      <w:r>
        <w:rPr>
          <w:lang w:eastAsia="zh-CN"/>
        </w:rPr>
        <w:t>　　一年来，我听从安排，分管学校安全工作。正是由于这份分管工作的特殊性，我积极学习，善于学习，主动学习，熟悉业务，精通业务，钻研业务，要求教职工做到的，我先做到;要求师生学习的，我先学习。时刻身体力行，率先垂范。处处以一名共产党员的身份严格要求自己。安全工作可谓十分繁忙，凭着对事业的忠心，对工作的忠诚，对师生的负责，埋头苦干，巧干勤干，尽职尽责，确保了学校平安、师生安全。</w:t>
      </w:r>
      <w:r>
        <w:rPr>
          <w:lang w:eastAsia="zh-CN"/>
        </w:rPr>
        <w:br/>
      </w:r>
      <w:r>
        <w:rPr>
          <w:lang w:eastAsia="zh-CN"/>
        </w:rPr>
        <w:t>　　二、制度保证，措施到位</w:t>
      </w:r>
      <w:r>
        <w:rPr>
          <w:lang w:eastAsia="zh-CN"/>
        </w:rPr>
        <w:br/>
      </w:r>
      <w:r>
        <w:rPr>
          <w:lang w:eastAsia="zh-CN"/>
        </w:rPr>
        <w:t>　　1、建立安全保卫工作责任制和责任追究制。</w:t>
      </w:r>
      <w:r>
        <w:rPr>
          <w:lang w:eastAsia="zh-CN"/>
        </w:rPr>
        <w:br/>
      </w:r>
      <w:r>
        <w:rPr>
          <w:lang w:eastAsia="zh-CN"/>
        </w:rPr>
        <w:t>　　学校制订了《九年义务教育学校安全工作管理规定》、《事故责任追究制度》、《值班制度》、《学校安全工作考核细则》等各类安全工作预案和安全管理制度。并添置了各类安全标示牌和警示牌。在管理中严格实行“校长负责总责，分管领导具体抓”的管理机制。学校将安全管理目标层层分解落实，明确责任领导，责任部门和责任人，自上而下构筑起“分级管理、分层负责”的责任体系。</w:t>
      </w:r>
      <w:r>
        <w:rPr>
          <w:lang w:eastAsia="zh-CN"/>
        </w:rPr>
        <w:br/>
      </w:r>
      <w:r>
        <w:rPr>
          <w:lang w:eastAsia="zh-CN"/>
        </w:rPr>
        <w:t>　　2、不留安全管理真空地带。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学校校长与教导主任、总务主任、班主任层层签订安全责任书。按照“横向到边，纵向到底”的要求，学校消除了安全管理的“真空地带”。上课时任课教师核实班级出勤人数，并负责课堂安全;课间、午休，值班教师负责课间巡查，负责学生课间活动的安全管理，严格实行“上下楼梯靠右行”制度，杜绝事故发生。</w:t>
      </w:r>
      <w:r>
        <w:rPr>
          <w:lang w:eastAsia="zh-CN"/>
        </w:rPr>
        <w:br/>
      </w:r>
      <w:r>
        <w:rPr>
          <w:lang w:eastAsia="zh-CN"/>
        </w:rPr>
        <w:t>　　3、建立安全台帐。</w:t>
      </w:r>
      <w:r>
        <w:rPr>
          <w:lang w:eastAsia="zh-CN"/>
        </w:rPr>
        <w:br/>
      </w:r>
      <w:r>
        <w:rPr>
          <w:lang w:eastAsia="zh-CN"/>
        </w:rPr>
        <w:t>　　建立了学校安全隐患台帐，落实了责任，有效地杜绝了事故的发生。</w:t>
      </w:r>
      <w:r>
        <w:rPr>
          <w:lang w:eastAsia="zh-CN"/>
        </w:rPr>
        <w:br/>
      </w:r>
      <w:r>
        <w:rPr>
          <w:lang w:eastAsia="zh-CN"/>
        </w:rPr>
        <w:t>　　4、校内严管与校外监管相结合。</w:t>
      </w:r>
      <w:r>
        <w:rPr>
          <w:lang w:eastAsia="zh-CN"/>
        </w:rPr>
        <w:br/>
      </w:r>
      <w:r>
        <w:rPr>
          <w:lang w:eastAsia="zh-CN"/>
        </w:rPr>
        <w:t>　　班主任必须登记学生的家庭电话号码，或家庭就近的电话号码，以保证通讯随时畅通，对不明原因缺席的学生，学校迅速采取各种措施与家长(或监护人)取得联系，杜绝学生脱离监管。</w:t>
      </w:r>
      <w:r>
        <w:rPr>
          <w:lang w:eastAsia="zh-CN"/>
        </w:rPr>
        <w:br/>
      </w:r>
      <w:r>
        <w:rPr>
          <w:lang w:eastAsia="zh-CN"/>
        </w:rPr>
        <w:t>　　三、加强教育，促进自护</w:t>
      </w:r>
      <w:r>
        <w:rPr>
          <w:lang w:eastAsia="zh-CN"/>
        </w:rPr>
        <w:br/>
      </w:r>
      <w:r>
        <w:rPr>
          <w:lang w:eastAsia="zh-CN"/>
        </w:rPr>
        <w:t>　　要确保安全，根本在于提高安全意识、自我防范和自护自救能力，抓好安全教育，是学校安全工作的基础。我们以安全教育为重点，经常性地对学生开展安全教育，特别是抓好交通、大型活动等的安全教育。</w:t>
      </w:r>
      <w:r>
        <w:rPr>
          <w:lang w:eastAsia="zh-CN"/>
        </w:rPr>
        <w:br/>
      </w:r>
      <w:r>
        <w:rPr>
          <w:lang w:eastAsia="zh-CN"/>
        </w:rPr>
        <w:t>　　1、有针对性地开展教育工作。</w:t>
      </w:r>
      <w:r>
        <w:rPr>
          <w:lang w:eastAsia="zh-CN"/>
        </w:rPr>
        <w:br/>
      </w:r>
      <w:r>
        <w:rPr>
          <w:lang w:eastAsia="zh-CN"/>
        </w:rPr>
        <w:t>　　学校安全教育以"创平安校园"为主题，学校组织学习安全教育工作文件，对校内易发事故类型、重点部位保护、工作薄弱环节、各类人员安全意识与安全技能等方面，开展深入全面的'大检查，消除隐患，有针对地扎实地开展教育和防范工作。</w:t>
      </w:r>
      <w:r>
        <w:rPr>
          <w:lang w:eastAsia="zh-CN"/>
        </w:rPr>
        <w:br/>
      </w:r>
      <w:r>
        <w:rPr>
          <w:lang w:eastAsia="zh-CN"/>
        </w:rPr>
        <w:t>　　2、以活动促教育，提高学生安全意识。</w:t>
      </w:r>
      <w:r>
        <w:rPr>
          <w:lang w:eastAsia="zh-CN"/>
        </w:rPr>
        <w:br/>
      </w:r>
    </w:p>
    <w:p w:rsidR="001B1F19" w14:textId="27C3F48A">
      <w:pPr>
        <w:rPr>
          <w:rFonts w:hint="eastAsia"/>
          <w:lang w:eastAsia="zh-CN"/>
        </w:rPr>
      </w:pPr>
      <w:r>
        <w:rPr>
          <w:lang w:eastAsia="zh-CN"/>
        </w:rPr>
        <w:t>　　利用班会、团队活动、活动课、学科渗透等途径，通过讲解、演示和训练，对学生开展安全预防教育，使学生接受比较系统的防溺水、防交通事故、防触电、防食物中毒、防病、防体育运动伤害、防火、防骗、防煤气中毒等安全知识和技能教育。还利用黑板报、展板等宣传工具开展丰富多彩的安全教育。本学年举行了防火逃生演练活动并聘请派出所干警对全体师生进行了法制教育。通过这些活动全面提高广大学生的安全意识、安全防范能力和自我保护能力。</w:t>
      </w:r>
      <w:r>
        <w:rPr>
          <w:lang w:eastAsia="zh-CN"/>
        </w:rPr>
        <w:br/>
      </w:r>
      <w:r>
        <w:rPr>
          <w:lang w:eastAsia="zh-CN"/>
        </w:rPr>
        <w:t>　　四、加强检查，及时排险</w:t>
      </w:r>
      <w:r>
        <w:rPr>
          <w:lang w:eastAsia="zh-CN"/>
        </w:rPr>
        <w:br/>
      </w:r>
      <w:r>
        <w:rPr>
          <w:lang w:eastAsia="zh-CN"/>
        </w:rPr>
        <w:t>　　1、每期开学前，学校对校舍进行全面的安全检查。</w:t>
      </w:r>
      <w:r>
        <w:rPr>
          <w:lang w:eastAsia="zh-CN"/>
        </w:rPr>
        <w:br/>
      </w:r>
      <w:r>
        <w:rPr>
          <w:lang w:eastAsia="zh-CN"/>
        </w:rPr>
        <w:t>　　同时，积极配合卫生部门对学校食堂、饮水卫生进行检查。通过这些措施，有效地消除了安全隐患，杜绝了安全事故的发生。</w:t>
      </w:r>
      <w:r>
        <w:rPr>
          <w:lang w:eastAsia="zh-CN"/>
        </w:rPr>
        <w:br/>
      </w:r>
      <w:r>
        <w:rPr>
          <w:lang w:eastAsia="zh-CN"/>
        </w:rPr>
        <w:t>　　2、加强安全管理，完善管理机制。</w:t>
      </w:r>
      <w:r>
        <w:rPr>
          <w:lang w:eastAsia="zh-CN"/>
        </w:rPr>
        <w:br/>
      </w:r>
      <w:r>
        <w:rPr>
          <w:lang w:eastAsia="zh-CN"/>
        </w:rPr>
        <w:t>　　校园安全工作是学校各项工作的重中之重，我始终牢固树立“安全第一”的思想，居安思危，做到警钟长鸣，常抓不懈。通过落实和完善各种规章制度，进行严格的系统管理，做到：人员进出严格把关;学校24小时有人值班;每月对学校的安全设施进行检查;学校各项管理措施严格到位;学校安全知识宣传长期坚持。同时加强与校外力量的合作，确保了学校无重大安全事故的发生。</w:t>
      </w:r>
      <w:r>
        <w:rPr>
          <w:lang w:eastAsia="zh-CN"/>
        </w:rPr>
        <w:br/>
      </w:r>
      <w:r>
        <w:rPr>
          <w:lang w:eastAsia="zh-CN"/>
        </w:rPr>
        <w:t>　　由于加强和完善了安全管理制度，经常查找容易发生问题的隐患，及时做好预防措施，有地方政府和社会的支持，多年来都未发现在安全保卫工作中出现责任事故。</w:t>
      </w:r>
      <w:r>
        <w:rPr>
          <w:lang w:eastAsia="zh-CN"/>
        </w:rPr>
        <w:br/>
      </w:r>
      <w:r>
        <w:rPr>
          <w:lang w:eastAsia="zh-CN"/>
        </w:rPr>
        <w:t>　　今后，我决心继续努力，把安全工作做得更好。</w:t>
      </w:r>
      <w:r>
        <w:rPr>
          <w:lang w:eastAsia="zh-CN"/>
        </w:rPr>
        <w:br/>
      </w:r>
      <w:r>
        <w:rPr>
          <w:lang w:eastAsia="zh-CN"/>
        </w:rPr>
        <w:t>　　安全生产述职报告 11</w:t>
      </w:r>
      <w:r>
        <w:rPr>
          <w:lang w:eastAsia="zh-CN"/>
        </w:rPr>
        <w:br/>
      </w:r>
      <w:r>
        <w:rPr>
          <w:lang w:eastAsia="zh-CN"/>
        </w:rPr>
        <w:t>　　一、提高认识，加强领导，完善安全生产工作措施</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https://d.book118.com/827164154165006040</w:t>
        </w:r>
      </w:hyperlink>
    </w:p>
    <w:p w:rsidR="001B1F19">
      <w:pPr>
        <w:rPr>
          <w:rFonts w:hint="eastAsia"/>
          <w:lang w:eastAsia="zh-CN"/>
        </w:rPr>
      </w:pPr>
    </w:p>
    <w:sectPr>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2716415416500604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