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《飘》读书心得体会范文（33篇）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《飘》读书心得体会范文（精选33篇）</w:t>
      </w:r>
      <w:r>
        <w:rPr>
          <w:lang w:eastAsia="zh-CN"/>
        </w:rPr>
        <w:br/>
      </w:r>
      <w:r>
        <w:rPr>
          <w:lang w:eastAsia="zh-CN"/>
        </w:rPr>
        <w:t xml:space="preserve">    《飘》读书心得体会范文 篇1 </w:t>
      </w:r>
      <w:r>
        <w:rPr>
          <w:lang w:eastAsia="zh-CN"/>
        </w:rPr>
        <w:br/>
      </w:r>
      <w:r>
        <w:rPr>
          <w:lang w:eastAsia="zh-CN"/>
        </w:rPr>
        <w:t>　　这是一部有关战争的小说，但作者玛格丽特没有把着眼点放在战场上。除了亚特兰大失陷前五角场上躺满伤病员那悲壮的一幕外，其他战争场景并没有花费作者过多的笔墨。作为第一部从南方女性角度来叙述美国内战的小说，玛格丽特着重描写了留在后方家里的妇女饱受战乱之苦的体验和感受，从战争伊始对战争怀有崇敬心理、对战争全然的支持，到因战争而带来的失去亲人的痛苦、不得不屈服于失败的命运以及战后立志重建家园的艰辛历程。战争失败了，有的人因此而意志消沉，失去了原有的斗志，无法调整好自己的心态，面对战后支离破碎的生活。反之，另外一些人则克服了失败的心理，凛然面对严酷的现实，成了生活中不畏困难、重新前进在生活旅途上的强者。</w:t>
      </w:r>
      <w:r>
        <w:rPr>
          <w:lang w:eastAsia="zh-CN"/>
        </w:rPr>
        <w:br/>
      </w:r>
      <w:r>
        <w:rPr>
          <w:lang w:eastAsia="zh-CN"/>
        </w:rPr>
        <w:t>　　《飘》的主题思想很多，写乱世中佳人的命运，写飘然而逝的美国南方文化。主人公的思想和情感深受美国南北战争的影响。战争改变了女人们，她们在战火和硝烟中守护着自己的土地，她们勇敢，坚强，不屈服，因为Tomorrow is another day。</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关于人生的善与恶，我不敢妄加评论，因为，毕竟我走的人生路还不及三分之一。二十多岁的我，想法也许是很幼稚的。平心而论我也有点同情郝思嘉，对于其不择手段式的自私钻营，或许那些是她不得已而为之的权宜之计，都是为了生存。不过静静想想也确实如此，在郝思嘉所处的那个动荡变革的时代，一个弱女子根本无法养活一个家庭、一帮朋友也保不住父亲留下的陶乐。郝思嘉通过用斤斤计较的赚来的钱，通过各种残酷手段，换得了自己的新生，换得了朋友家族的新生。</w:t>
      </w:r>
      <w:r>
        <w:rPr>
          <w:lang w:eastAsia="zh-CN"/>
        </w:rPr>
        <w:br/>
      </w:r>
      <w:r>
        <w:rPr>
          <w:lang w:eastAsia="zh-CN"/>
        </w:rPr>
        <w:t xml:space="preserve">    《飘》读书心得体会范文 篇2 </w:t>
      </w:r>
      <w:r>
        <w:rPr>
          <w:lang w:eastAsia="zh-CN"/>
        </w:rPr>
        <w:br/>
      </w:r>
      <w:r>
        <w:rPr>
          <w:lang w:eastAsia="zh-CN"/>
        </w:rPr>
        <w:t>　　美国女作家玛格丽特·米切尔的长篇小说《飘》于1936年问世，该书取材于美国南北战争及战后南方重建时期，全文故事以亚特兰大为核心展开，书中十二橡树的烤肉宴会、亚特兰大的义卖会、杰拉尔德的葬礼等等描述展现出当时南方社会风貌，书中还大量地描绘战争期间病员缺医少药、伤亡惨重的悲惨景象。主人公思嘉在此时代背景下，从生活优越的富家小姐变成了寡妇，战争使她面对饥饿、贫困。她捧着脚下肥沃的土壤决心要重新开辟自己的新家园，面对北佬强盗的大肆掠抢她毫不退缩，显露出父系爱尔兰人的强悍。</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前两次的婚姻并非思嘉真正想要的，而白瑞德对她的爱意始终未变。终于在不顾亲友的反对与劝阻下，她和白瑞德结了婚。白瑞德对他们的孩子邦尼倾注了全部心血与关怀，但思嘉对艾希礼仍然旧情不忘。直至媚兰去世后，艾希礼像小孩子一样比以往时候更加害怕。思嘉终于明白她对艾希礼的感情只是因为他没有像其他男人一样迷上自己。这时她才知道一直以来她爱的是白瑞德，白瑞德的存在仿佛让她重新看到了生存的希望。但一切都已经晚了，白瑞德对思嘉很失望，决定离家出走。全文结束语是思嘉自言自语的一段话：明天，我会想出办法把他搞回来。不管怎么说，明天又是另一天了。</w:t>
      </w:r>
      <w:r>
        <w:rPr>
          <w:lang w:eastAsia="zh-CN"/>
        </w:rPr>
        <w:br/>
      </w:r>
      <w:r>
        <w:rPr>
          <w:lang w:eastAsia="zh-CN"/>
        </w:rPr>
        <w:t>　　全文一方面展现出主人公思嘉坚强勇敢的顽强精神，她们家族的人从来不知道失败的精神。即使在失败面前她仍然昂起头来藐视一切困难，另一方面也正是这种争强好胜、缺乏对事物的冷静分析、盲目追求不适合自己的东西的缺点，致使她到最后一刻才明白爱她的人是谁。但白瑞德终于结束这场感情独角戏中走了，全文结局可谓是一个悲剧。从书中看人生，我们也能汲取到一些人生经验。回首过往，每个人不免都有一些未被自己珍视的亲人、朋友、或是一段经历。当我们身处当下时应该理性对待周围值得珍惜的一切，时光一去不返，只有真正意识到错失了对自己好的人时，只能怅然一叹。留给自己遗憾，也带给他人伤害，除了后悔别无所剩。珍惜现有一切美好！</w:t>
      </w:r>
      <w:r>
        <w:rPr>
          <w:lang w:eastAsia="zh-CN"/>
        </w:rPr>
        <w:br/>
      </w:r>
      <w:r>
        <w:rPr>
          <w:lang w:eastAsia="zh-CN"/>
        </w:rPr>
        <w:t xml:space="preserve">    《飘》读书心得体会范文 篇3 </w:t>
      </w:r>
      <w:r>
        <w:rPr>
          <w:lang w:eastAsia="zh-CN"/>
        </w:rPr>
        <w:br/>
      </w:r>
      <w:r>
        <w:rPr>
          <w:lang w:eastAsia="zh-CN"/>
        </w:rPr>
        <w:t>　　《飘》是我在中专时读过的一本好书，现在再看，感觉是如此的不同。《飘》是美国著名女作家玛格丽特.米歇尔创作的一部具有浪漫主义色彩、反映南北战争题材的小说。讲述的是一个以美国南北战争为背景的爱情故事。我开始对书中的主人公思嘉的勇敢坚强，瑞特的机智果断，和媚兰的外柔内刚都有所感染，并被他们深深地吸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而对女主人公思嘉丽这个人物，我很为她而深感惋惜，自己一直在追求爱情，可是却没有发现自己深爱的人和深爱自己的人就在身边。当她明白一切时已经为时已晚，虽然Tomorrowis anotherday，但毕竟明天还没到来，也许自己现在所拥有的才是最珍贵的。但在第二部，思嘉丽的命运之神在帮助她，给了她和瑞特第二个孩子猫咪，一个聪明可爱的女孩。她们回到了父亲的家乡奥尔兰，在那里她们快乐的生活，猫咪很顽皮常常被大孩子欺负，说她没有爸爸。</w:t>
      </w:r>
      <w:r>
        <w:rPr>
          <w:lang w:eastAsia="zh-CN"/>
        </w:rPr>
        <w:br/>
      </w:r>
      <w:r>
        <w:rPr>
          <w:lang w:eastAsia="zh-CN"/>
        </w:rPr>
        <w:t>　　在一次偶然的机会瑞特也来到了奥尔兰，并且遇到了思嘉丽，在一次意外中他见到了自己的女儿，他们在起义的混乱中顺利的逃脱了，一个幸福的家庭重新走道了一起。但他们喜欢旅行，他们开始了快乐的生活。读完了整本书，我也摘出了自己最喜爱的两句话：“美貌并不能使人高尚，衣着也不能使人尊贵。”——警告贪慕虚荣的'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我向来不是那样的人，不能耐心地拾起一些碎片，把它们黏合在一起，然后对自己说这个修补好了的东西跟新的一模一样。一样东西破碎了就是破碎了——我宁愿记住它最好时的模样，而不想把它修补好，然后终生看着那些碎了的地方。”一遍匆匆的略读，并不能体味多少真谛，也许，等你再读几遍时，会有更多的收获吧。《飘》绝对是部值得再三品味的好书，文字优美，情节跌荡起伏、扣人心弦，虽然其中由于作者的主观因素，对于美国南北战争的评价并不客观和全面，但以文学角度来说，这绝对是一部绝世佳作，值得一看。</w:t>
      </w:r>
      <w:r>
        <w:rPr>
          <w:lang w:eastAsia="zh-CN"/>
        </w:rPr>
        <w:br/>
      </w:r>
      <w:r>
        <w:rPr>
          <w:lang w:eastAsia="zh-CN"/>
        </w:rPr>
        <w:t xml:space="preserve">    《飘》读书心得体会范文 篇4 </w:t>
      </w:r>
      <w:r>
        <w:rPr>
          <w:lang w:eastAsia="zh-CN"/>
        </w:rPr>
        <w:br/>
      </w:r>
      <w:r>
        <w:rPr>
          <w:lang w:eastAsia="zh-CN"/>
        </w:rPr>
        <w:t>　　《飘》是我最喜欢看的书之一，它是由美国作家玛格丽特·米切尔女士生平唯一的一本长篇小说。</w:t>
      </w:r>
      <w:r>
        <w:rPr>
          <w:lang w:eastAsia="zh-CN"/>
        </w:rPr>
        <w:br/>
      </w:r>
      <w:r>
        <w:rPr>
          <w:lang w:eastAsia="zh-CN"/>
        </w:rPr>
        <w:t>　　故事发生在美国南北战争前后，佐治亚县塔拉庄园里的大小姐斯佳丽。奥哈拉是小说的女主人公。与体弱多病、多愁善感的《红楼梦》里面的主人公林黛玉完全不同，这位在塔拉红土地上成长起来的女人精力旺盛、大胆叛逆，她浑身上下都焕发出生命的活力。我喜欢斯佳丽，不仅因为她不矫情，更是因为她在塔拉庄园危在旦夕的时候，用她那娇嫩的双手和稚嫩的双肩撑起了整个庄园，帮助庄园渡过了难关。可是，一连串的打击接踵而来，先是母亲埃伦去世，接着父亲杰拉尔德去世，作文后来，与瑞特的第一个女儿波妮。巴特勒也因为跨栏时扭断脖子而不幸去世，这么一连串的打击并没有使斯佳丽整天沉浸在悲伤之中，因为她始终坚信着：明天又是新的一天!她在整个故事中都是一个充满生气、充满斗志的人。我最欣赏的便是她这句“明天又是新的一天”。这种不轻易放弃、坚强、无惧无畏的精神是最值得我学习和借鉴的。所以，每当我遇到困难，心情不佳时便会告诉自己：明天又是新的一天。</w:t>
      </w:r>
      <w:r>
        <w:rPr>
          <w:lang w:eastAsia="zh-CN"/>
        </w:rPr>
        <w:br/>
      </w:r>
      <w:r>
        <w:rPr>
          <w:lang w:eastAsia="zh-CN"/>
        </w:rPr>
        <w:t>　　慢慢合上书本，脑海里细细品味书中的场景，带给我的感觉依旧是那么坚定与执着。一遍匆匆的略读，并不能体会多少真谛，也许，等我再读几遍时，会有更多的收获吧!</w:t>
      </w:r>
      <w:r>
        <w:rPr>
          <w:lang w:eastAsia="zh-CN"/>
        </w:rPr>
        <w:br/>
      </w:r>
      <w:r>
        <w:rPr>
          <w:lang w:eastAsia="zh-CN"/>
        </w:rPr>
        <w:t xml:space="preserve">    《飘》读书心得体会范文 篇5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初读《飘》，觉得作者不知道在讲些什么，只知故事是从一场宴会开始。后来，再次读了一遍，或许是成长了，便读出了整个故事的曲折、复杂。</w:t>
      </w:r>
      <w:r>
        <w:rPr>
          <w:lang w:eastAsia="zh-CN"/>
        </w:rPr>
        <w:br/>
      </w:r>
      <w:r>
        <w:rPr>
          <w:lang w:eastAsia="zh-CN"/>
        </w:rPr>
        <w:t>　　纵观全文，我觉得，最喜欢的人物还是思嘉，尽管她任性狡黠、残忍贪婪，但同时在她身上表现出的还有她的娇艳美丽、精明能干。她不像当时的妇女们，她们那么拘谨，又是那么迂腐，而思嘉不同，她是只活泼又不受束缚的鸟儿，在那样一个昏暗的社会自由自在翱翔。当她错误地给艾希礼套上自己精心编制的“礼服”时，她的爱便错了;当她不明白自己的情感，消耗尽瑞德的爱时，她又再次错了。好在，思嘉很坚强，当她两次犯错时，她想起父亲的话：“世上唯有土地与明天同在。”她正面自己的情感，不再迷茫、犹豫，她相信明天，明天她就能把握住爱。主人公思嘉便是那么一个有些孩子气，却又坚强，拥有希望的人。</w:t>
      </w:r>
      <w:r>
        <w:rPr>
          <w:lang w:eastAsia="zh-CN"/>
        </w:rPr>
        <w:br/>
      </w:r>
      <w:r>
        <w:rPr>
          <w:lang w:eastAsia="zh-CN"/>
        </w:rPr>
        <w:t>　　就像艾希礼所说，媚兰是那样脆弱胆小，而思嘉却是那么勇敢。虽然思嘉在爱情上失败了，但是她的生活，她的努力，显而易见得成功。当艾希礼把媚兰托付给思嘉时，尽管心里很不满，但她还是遵守自己的诺言，细心地照顾媚兰。在战争期间，人人都过得很困难，思嘉却靠着自己的努力养活了媚兰还有自己的一家人，虽然很多是靠欺骗弗兰克得来的。或许，有人认为她真是狡猾，手段卑劣，但我却不能认同，思嘉这样做，完全是为了救所有的人，她不能让父亲的家业毁于一旦。思嘉是那么努力，她执着、勇敢地保护着所有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与媚兰相比，思嘉真算不上一个良家妇女，但就是这样一个人才更显得真实，更令人感同身受。媚兰太完美，完美到不可能，所以她只能算是一种美好形象的代表而已，这便是我喜欢思嘉的理由，她才是一个正真活着的、有血有肉的人。于媚兰，思嘉刚开始的情感只有嫉妒与厌恶，但最终媚兰的宽大胸怀让她明白了她是喜欢和依赖着媚兰的，毕竟，媚兰一直在背后默默地帮助她。思嘉其实也拥有一颗宽容天下的心，战争期间，她以宽容容下了媚兰。正是这样一颗宽容的心，保护了媚兰，也让思嘉看清了自己。</w:t>
      </w:r>
      <w:r>
        <w:rPr>
          <w:lang w:eastAsia="zh-CN"/>
        </w:rPr>
        <w:br/>
      </w:r>
      <w:r>
        <w:rPr>
          <w:lang w:eastAsia="zh-CN"/>
        </w:rPr>
        <w:t>　　《飘》的篇章是华丽的，它塑造了思嘉这样一个有着自己灵魂，又丰富多彩的人物。让我从思嘉身上认识了她的坚强、任信、努力、执着、勇敢与宽容。全文也因此人物，增添了不少的意趣。</w:t>
      </w:r>
      <w:r>
        <w:rPr>
          <w:lang w:eastAsia="zh-CN"/>
        </w:rPr>
        <w:br/>
      </w:r>
      <w:r>
        <w:rPr>
          <w:lang w:eastAsia="zh-CN"/>
        </w:rPr>
        <w:t xml:space="preserve">    《飘》读书心得体会范文 篇6 </w:t>
      </w:r>
      <w:r>
        <w:rPr>
          <w:lang w:eastAsia="zh-CN"/>
        </w:rPr>
        <w:br/>
      </w:r>
      <w:r>
        <w:rPr>
          <w:lang w:eastAsia="zh-CN"/>
        </w:rPr>
        <w:t>　　花了一个月的时间看完了它，很惭愧自己像老牛走路似的看书速度，却也不敢恭维自己看得有多精。读完后，心里有股淡淡的惆怅感觉，朦胧中，总觉得自己身上依稀有思嘉的身影。读完《飘》，它确实给了我很大的震撼，更唤起我对过去的懊悔。同时，对书中的描述的人生、友情、爱情，我也感触颇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关于人生的善与恶，我不敢妄加评论，因为，毕竟我走的人生路还不及三分之一。十六岁的我，想法也许是很幼稚的。《飘》中女主人公思嘉·奥哈拉并不是传统观念的好女人，她有着迷人的外貌、聪慧的头脑、坚强的内心、果敢的行为。同时，她也骄傲、贪婪、虚荣、追求实际，甚至曾经有过为了达到目的而不择手段，她渴望爱情，不顾一切世俗观念，勇敢地追求自己的爱。但当感情和现实利益相冲突时，她毅然将经济需求放在首位。如果说我佩服思嘉，那我更衷情于瑞德，因为我也同样的崇高自由，他的豪放不羁，他的现实，他的勇敢，都传神地说明了他在乱世社会中成长的一个人才，是在乱世生存与发展的强者，强者应适应任何一个社会，这也成了一个亘古不变的道理。在经济社会中对精神的取舍，在面对新生事物时，是适应还是回避？思索过后，相信我们会有更多的启发！</w:t>
      </w:r>
      <w:r>
        <w:rPr>
          <w:lang w:eastAsia="zh-CN"/>
        </w:rPr>
        <w:br/>
      </w:r>
      <w:r>
        <w:rPr>
          <w:lang w:eastAsia="zh-CN"/>
        </w:rPr>
        <w:t>　　谈到友情，虽然在《飘》中，作者并没有极力去描写友情，但媚兰对朋友的这份友情仍然是让我羡慕不已。记得桑费有句话：“朋友有三种：爱你的朋友、恨你的朋友、忘记你的朋友。”我想媚兰就是那种爱思嘉的朋友。她对思嘉感恩、感激，甚至为了她可以去死，她的真心在临死前终于让思嘉明白她是她唯一的真正朋友。在人的一生当中，谁能没有朋友？有几个真正的朋友便成了人一生最珍贵的东西。对待朋友，最好也是最真的办法——那就是真心！</w:t>
      </w:r>
      <w:r>
        <w:rPr>
          <w:lang w:eastAsia="zh-CN"/>
        </w:rPr>
        <w:br/>
      </w:r>
      <w:r>
        <w:rPr>
          <w:lang w:eastAsia="zh-CN"/>
        </w:rPr>
        <w:t>　　读完了整本书，我也摘出了最喜爱的两句话：</w:t>
      </w:r>
      <w:r>
        <w:rPr>
          <w:lang w:eastAsia="zh-CN"/>
        </w:rPr>
        <w:br/>
      </w:r>
      <w:r>
        <w:rPr>
          <w:lang w:eastAsia="zh-CN"/>
        </w:rPr>
        <w:t>　　“美貌并不能使人高尚，衣着也不能使人尊贵。”——警告贪慕虚荣的人。</w:t>
      </w:r>
      <w:r>
        <w:rPr>
          <w:lang w:eastAsia="zh-CN"/>
        </w:rPr>
        <w:br/>
      </w:r>
      <w:r>
        <w:rPr>
          <w:lang w:eastAsia="zh-CN"/>
        </w:rPr>
        <w:t>　　“我向来不是那样的人，不能耐心地拾起一些碎片，把他们黏合在一起，然后对自己说这个修补好了的东西跟新的一模一样，一样东西破碎了就是破碎了一一我宁愿记住它最好时的模样，而不想把它修补好，然后终生看着那些碎了的地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一遍匆匆的略读，并不能体味多少真谛，也许，等我再读几遍时，会有更多的收获吧。</w:t>
      </w:r>
      <w:r>
        <w:rPr>
          <w:lang w:eastAsia="zh-CN"/>
        </w:rPr>
        <w:br/>
      </w:r>
      <w:r>
        <w:rPr>
          <w:lang w:eastAsia="zh-CN"/>
        </w:rPr>
        <w:t xml:space="preserve">    《飘》读书心得体会范文 篇7 </w:t>
      </w:r>
      <w:r>
        <w:rPr>
          <w:lang w:eastAsia="zh-CN"/>
        </w:rPr>
        <w:br/>
      </w:r>
      <w:r>
        <w:rPr>
          <w:lang w:eastAsia="zh-CN"/>
        </w:rPr>
        <w:t>　　一本《鲁滨逊飘流记》让我们认识了主人公—鲁滨逊。鲁滨逊是个坚毅的人，他说：“我的脾气是只要决心做一件事情，不成功决不放手的”。</w:t>
      </w:r>
      <w:r>
        <w:rPr>
          <w:lang w:eastAsia="zh-CN"/>
        </w:rPr>
        <w:br/>
      </w:r>
      <w:r>
        <w:rPr>
          <w:lang w:eastAsia="zh-CN"/>
        </w:rPr>
        <w:t>　　鲁滨逊没有助手，工具不全、缺乏经验，所以做任何事情都要花很大的劳力，费好长的时间，他做的事情有很多都是白费力，没有成功，但他从来不灰心失望，他总结了失败的经验又重新开始，最后，他终于成了富有的人，他有船用，有面包吃，有陶器用，有种植园，有牧场、有两所大房子。这些事没有一件不是费了很多力气，克服许多困难得来的。他对任何事情都不灰心，因此也就不厌劳动。鲁滨逊就是这样与自己进行斗争，从而改变了自己的处境。</w:t>
      </w:r>
      <w:r>
        <w:rPr>
          <w:lang w:eastAsia="zh-CN"/>
        </w:rPr>
        <w:br/>
      </w:r>
      <w:r>
        <w:rPr>
          <w:lang w:eastAsia="zh-CN"/>
        </w:rPr>
        <w:t>　　鲁滨逊还认为不管穷人或富人都有”同样的能力、同样的理性、同样的感情、同样的善意和责任感、同样的嫉恶如仇的心理，同样知道感恩图报、诚恳待人，同样能相互为善，所有的人都是平等的，权力也是平等的，所有都是平等的。</w:t>
      </w:r>
      <w:r>
        <w:rPr>
          <w:lang w:eastAsia="zh-CN"/>
        </w:rPr>
        <w:br/>
      </w:r>
      <w:r>
        <w:rPr>
          <w:lang w:eastAsia="zh-CN"/>
        </w:rPr>
        <w:t>　　我们做任何一件事情都可能遇到困难，有些甚至看起来都是不可克服的，但是我们必须要经得起考验，要像鲁滨逊一样有坚强的毅力，失败乃成功之母，一份耕耘，一份收获！</w:t>
      </w:r>
      <w:r>
        <w:rPr>
          <w:lang w:eastAsia="zh-CN"/>
        </w:rPr>
        <w:br/>
      </w:r>
      <w:r>
        <w:rPr>
          <w:lang w:eastAsia="zh-CN"/>
        </w:rPr>
        <w:t xml:space="preserve">    《飘》读书心得体会范文 篇8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读书笔记还是要坚持写下去，选了十年前读过的《飘》。已经过去很久了，很多细节模糊了，斯嘉丽倔强的脸庞仿佛还在眼前。这本书从图书馆借的，记得当时上下册找到的不是同一个出版社，译名有些差别，不影响读起来一气呵成。还特地看了电影，很长很老的电影，然而全程无尿点，一个镜头都舍不得错过。</w:t>
      </w:r>
      <w:r>
        <w:rPr>
          <w:lang w:eastAsia="zh-CN"/>
        </w:rPr>
        <w:br/>
      </w:r>
      <w:r>
        <w:rPr>
          <w:lang w:eastAsia="zh-CN"/>
        </w:rPr>
        <w:t>　　斯嘉丽不是传统意义上的好女人。她漂亮迷人，争强好胜。为了面子，匆忙嫁给一个不爱的人，没多久就成了寡妇。为了保住塔拉庄园，抢了妹妹的未婚夫。对妄念割舍不下，差点沦为第三者。很多人爱她，因为足够真实、永不妥协、充满魅力。</w:t>
      </w:r>
      <w:r>
        <w:rPr>
          <w:lang w:eastAsia="zh-CN"/>
        </w:rPr>
        <w:br/>
      </w:r>
      <w:r>
        <w:rPr>
          <w:lang w:eastAsia="zh-CN"/>
        </w:rPr>
        <w:t>　　这么久过去了，书中有两点一如当初打动我。一个是老奥哈拉对土地的热爱；另一个是斯嘉丽犹如小草一样强大的生命力。</w:t>
      </w:r>
      <w:r>
        <w:rPr>
          <w:lang w:eastAsia="zh-CN"/>
        </w:rPr>
        <w:br/>
      </w:r>
      <w:r>
        <w:rPr>
          <w:lang w:eastAsia="zh-CN"/>
        </w:rPr>
        <w:t>　　作为一个农村长大的80后，记忆深处是田野的浪漫，村落小房子的温馨。我们接触到的是大自然最真实的一面，春天鲜花和香草，夏天繁星和汗水，秋天果实和月亮，冬天冰雪和寒冷。如果没有土地，一切将不复存在。钢筋水泥，也要建立在土地之上。而土地的柔软，能够孕育生命的特性，也让它浑厚惹人爱。因为在土地里打过滚，因为亲眼见过土地里怎样长出庄稼和果实，特别理解老奥哈拉对土地的热爱，自己也一样热爱土地，热爱家园。</w:t>
      </w:r>
      <w:r>
        <w:rPr>
          <w:lang w:eastAsia="zh-CN"/>
        </w:rPr>
        <w:br/>
      </w:r>
      <w:r>
        <w:rPr>
          <w:lang w:eastAsia="zh-CN"/>
        </w:rPr>
        <w:t>　　斯嘉丽强大的生命力，让我深深着迷。作为农场主的大女儿，在战争前她养尊处优。战争后经历了一系列悲欢离合，她都没有放弃生活的希望。永远充满动力，勇往直前。如果活着，就活得漂亮一点。如果还有一点点希望，就朝着希望走过去。如果没有希望，就拼命找到希望，只要还活着。</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以前以为人生最大的痛苦是没有钱，等后来发现还有更痛苦的事情，是有钱都没有办法解决的。“愿你有好运气，如果没有，愿你在不幸中学会慈悲；愿你被很多人爱，如果没有，愿你在寂寞中学会宽容。”不管命运如何待你，都能够姿态优美，从容面对。</w:t>
      </w:r>
      <w:r>
        <w:rPr>
          <w:lang w:eastAsia="zh-CN"/>
        </w:rPr>
        <w:br/>
      </w:r>
      <w:r>
        <w:rPr>
          <w:lang w:eastAsia="zh-CN"/>
        </w:rPr>
        <w:t xml:space="preserve">    《飘》读书心得体会范文 篇9 </w:t>
      </w:r>
      <w:r>
        <w:rPr>
          <w:lang w:eastAsia="zh-CN"/>
        </w:rPr>
        <w:br/>
      </w:r>
      <w:r>
        <w:rPr>
          <w:lang w:eastAsia="zh-CN"/>
        </w:rPr>
        <w:t>　　《飘》这本书，在小学时已经读过了，当时只是看到了男女主角之间的感情纠葛，起起落落的心情，让人沉浸在其中，时隔许久，再次翻阅，别有一番风味。</w:t>
      </w:r>
      <w:r>
        <w:rPr>
          <w:lang w:eastAsia="zh-CN"/>
        </w:rPr>
        <w:br/>
      </w:r>
      <w:r>
        <w:rPr>
          <w:lang w:eastAsia="zh-CN"/>
        </w:rPr>
        <w:t>　　这本书一经出版便立刻成为畅销书，更使他流芳百世的是根据本小说改编的电影《乱世佳人》，一举获得10项奥斯卡大奖。甚至有许多人首先是从电影《乱世佳人》开始，然后才注意到小说原著。</w:t>
      </w:r>
      <w:r>
        <w:rPr>
          <w:lang w:eastAsia="zh-CN"/>
        </w:rPr>
        <w:br/>
      </w:r>
      <w:r>
        <w:rPr>
          <w:lang w:eastAsia="zh-CN"/>
        </w:rPr>
        <w:t>　　本书作者是美国女作家玛格丽特·米切尔，以南北战争时期南方社会为背景，讲述了斯嘉丽的三次婚姻，谱写了一部壮美动人的爱情史诗。她首先完成的是小说的最后一章，然后返回来写前面的章节，但她始终没有按事件发生的先后顺序写，而是想到哪里就写到哪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佐治亚州种植园的农场主女儿斯嘉丽为了夺回自己的心上人卫希礼，不惜嫁给一个自己根本不爱的男人—查理。婚后一周，查理参军，不到两个月，就在军中病故。斯嘉丽就这样当了寡妇。1864年，亚特兰大市被北军包围，在被战火摧毁的家园中，斯嘉丽为了给家人筹钱，不惜勾引亲妹妹的未婚夫甘弗兰，同他结了婚。不料甘弗兰在一次动乱中身亡，于是斯嘉丽又一次成为了寡妇。此时，白瑞德向斯嘉丽求婚，两人虽然过着奢侈豪华的生活，但斯嘉丽心中仍念念不忘卫希礼。她的三次婚姻没有一次出于真心，她把爱情和婚姻作为交易。</w:t>
      </w:r>
      <w:r>
        <w:rPr>
          <w:lang w:eastAsia="zh-CN"/>
        </w:rPr>
        <w:br/>
      </w:r>
      <w:r>
        <w:rPr>
          <w:lang w:eastAsia="zh-CN"/>
        </w:rPr>
        <w:t>　　经历重重困难后，她才明白卫希礼的软弱无能，倒是白瑞德才是自己值得去爱的人。可是当她明白这个道理的时候，白瑞德已经离她而去。但她决心无论如何也要把白瑞德找回来。她对她所爱过的两个男人哪一个都不了解，因此到头来两个都失掉了。现在她才恍惚认识到，假如她当初了解艾希礼，她是绝不会爱他的：而假如她了解了瑞德，她就无论如何不会失掉他了。于是她陷入了绝望的迷惘之中，不知这世界上究竟有没有一个人是她真正了解的。年仅28岁的她依旧美丽动人，但早已看透世态炎凉的她早已不是战争爆发前那个骄纵的大小姐了。</w:t>
      </w:r>
      <w:r>
        <w:rPr>
          <w:lang w:eastAsia="zh-CN"/>
        </w:rPr>
        <w:br/>
      </w:r>
      <w:r>
        <w:rPr>
          <w:lang w:eastAsia="zh-CN"/>
        </w:rPr>
        <w:t>　　战争爆发前，她不过是个富家小姐，战争爆发后，她一点点的失去了家庭、财富，她独自一人承受着失去亲人的伤痛，她没有钱没有粮食，北军还不时地来洗劫这个城市。在最困难的时刻，她一个人用她柔弱的肩膀扛起2了整个家，蜕变成一个顽强坚韧的女人。</w:t>
      </w:r>
      <w:r>
        <w:rPr>
          <w:lang w:eastAsia="zh-CN"/>
        </w:rPr>
        <w:br/>
      </w:r>
      <w:r>
        <w:rPr>
          <w:lang w:eastAsia="zh-CN"/>
        </w:rPr>
        <w:t>　　我特别喜欢书中斯嘉丽说的一段文字：“成熟的小麦一遇到风就容易被吹到，因为小麦是干燥的，不会随着风而折倒。而荞麦不然，因为荞麦成熟时，枝干里仍有水分，风一来，它就顺势低头了，风去了，它也就顺势抬起头来了。我们遇到风暴、困难时，都会认为不可避免，所以一点也不怨天尤人，只是工作者，微笑着，等待着我们的好日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生活永远不会像我们想象的那样糟，无论好的时候还是糟的时候，都一定要坚强。就像斯嘉丽说的那样：“After all,Tomorrow isanother day,毕竟，明天又是新的一天了。”</w:t>
      </w:r>
      <w:r>
        <w:rPr>
          <w:lang w:eastAsia="zh-CN"/>
        </w:rPr>
        <w:br/>
      </w:r>
      <w:r>
        <w:rPr>
          <w:lang w:eastAsia="zh-CN"/>
        </w:rPr>
        <w:t xml:space="preserve">    《飘》读书心得体会范文 篇10 </w:t>
      </w:r>
      <w:r>
        <w:rPr>
          <w:lang w:eastAsia="zh-CN"/>
        </w:rPr>
        <w:br/>
      </w:r>
      <w:r>
        <w:rPr>
          <w:lang w:eastAsia="zh-CN"/>
        </w:rPr>
        <w:t>　　《飘》这部作品吸引我的地方是那一幅幅乡间美景展现在我的眼前，豪华的乡间宴会、惬意的乡间幸福生活，多么的令人心驰神往，然而上帝总是那么残忍。经过与北方的战争之后，南方意料之中的失败了，由幸福到瞬间的的沉沦，由曾经的辉煌到如今的的穷困潦倒。我们不禁感慨幸福到底是什么东西？为什么会消失得那么快，快得那么残忍，总在不经意间偷偷地离开了你。然后，消失在茫茫的人海中，只有那可怜的不堪一击的微弱的灯光照耀着你前去寻找。</w:t>
      </w:r>
      <w:r>
        <w:rPr>
          <w:lang w:eastAsia="zh-CN"/>
        </w:rPr>
        <w:br/>
      </w:r>
      <w:r>
        <w:rPr>
          <w:lang w:eastAsia="zh-CN"/>
        </w:rPr>
        <w:t>　　美丽活泼、天真烂漫、无忧无虑的女主人公—斯佳丽雪白的肌肤，双眉是两道惹眼的斜线，绿色的眼睛，像猫一样诱惑，穿着新做的裙子十分动人美丽。年轻、富有、精力充沛而无所事事的汤家两兄弟在向她争宠，她却盘算着如何跟自己中意的卫希礼私奔。</w:t>
      </w:r>
      <w:r>
        <w:rPr>
          <w:lang w:eastAsia="zh-CN"/>
        </w:rPr>
        <w:br/>
      </w:r>
      <w:r>
        <w:rPr>
          <w:lang w:eastAsia="zh-CN"/>
        </w:rPr>
        <w:t>　　也许是出于对爱情的坚持，她变成了一个随心所欲、贪图享乐的少妇。也许是在南北战争的残酷的时代背景下，她的生活又发生了一次转折，变成了一个精明强悍、敢作敢为，同时又吝啬贪婪、斤斤计较的当家人。她身上还表现出一种不畏艰难、艰苦创业的惊人毅力。她在建设家园、管理家庭方面表现出特殊的才能，她做出的成绩，令后来回到塔罗的彭慧儿和卫希礼这两个男人自愧不如。</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她本质上是个小女孩即使在战后历经磨难瑞特把注意力转移到邦尼身上。后来对钱十分渴求心理学上称为追求安全感。战争之苦让她没有安全感，所以她总会做身处迷雾的梦，而最后她才发现瑞特是她梦中的谜底。但，那时瑞特已经对她失望透顶了。</w:t>
      </w:r>
      <w:r>
        <w:rPr>
          <w:lang w:eastAsia="zh-CN"/>
        </w:rPr>
        <w:br/>
      </w:r>
      <w:r>
        <w:rPr>
          <w:lang w:eastAsia="zh-CN"/>
        </w:rPr>
        <w:t>　　失去了才懂得珍惜，我很可怜这个女人，却不能对她的一些做法苟同。在那个时代，她能够坚强的活下来，确实不易，然而爱情决不是一个人可以任意挥霍的资本！ 当爱情就在你身边的时候，记得要认清、要珍惜、要呵护！</w:t>
      </w:r>
      <w:r>
        <w:rPr>
          <w:lang w:eastAsia="zh-CN"/>
        </w:rPr>
        <w:br/>
      </w:r>
      <w:r>
        <w:rPr>
          <w:lang w:eastAsia="zh-CN"/>
        </w:rPr>
        <w:t xml:space="preserve">    《飘》读书心得体会范文 篇11 </w:t>
      </w:r>
      <w:r>
        <w:rPr>
          <w:lang w:eastAsia="zh-CN"/>
        </w:rPr>
        <w:br/>
      </w:r>
      <w:r>
        <w:rPr>
          <w:lang w:eastAsia="zh-CN"/>
        </w:rPr>
        <w:t>　　Afterall,tomorrowisanotherday!(毕竟，明天又是另外一天了!)</w:t>
      </w:r>
      <w:r>
        <w:rPr>
          <w:lang w:eastAsia="zh-CN"/>
        </w:rPr>
        <w:br/>
      </w:r>
      <w:r>
        <w:rPr>
          <w:lang w:eastAsia="zh-CN"/>
        </w:rPr>
        <w:t>　　——题记</w:t>
      </w:r>
      <w:r>
        <w:rPr>
          <w:lang w:eastAsia="zh-CN"/>
        </w:rPr>
        <w:br/>
      </w:r>
      <w:r>
        <w:rPr>
          <w:lang w:eastAsia="zh-CN"/>
        </w:rPr>
        <w:t>　　“所有随风而逝的都是属于昨天的，所有历经风雨留下来的才是面向未来的。”人生一世，如草木一秋，常言道浮生若梦，似乎生活就是一出悲剧。《飘》记述了美国南北战争，描写了19世纪中叶美国南方由黑人奴隶制向资本主义制度进化的痛苦蜕变过程。但其主题无关战争，作者无意做历史的论道者。其主题是爱，是爱对了的青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刚开始看这本书的时候，我不太喜欢甚至有点反感女主人公郝思嘉，“若要征服命运，只要有漂亮的衣服和洁白的皮肤作为武器就够了”，虽然“她那对沉甸甸的耳坠子吊在长长的金链上，从整整齐齐网着的鬈发中垂下来，在褐色眼睛近旁摇摆着，这对眼睛像冬天树叶中波光皎洁的湖水，两片褐色的叶子从宁静的湖水中闪映出来”，但她的思想与见识却很肤浅。然而后来，我对她的认识却发生了翻天覆地的变化。她的坚忍，她的勇敢，在乱世中表现得淋漓尽致。原来那个十六岁的姑娘只会担心穿哪条裙子显得更妩媚，现在却带着一群毫无力量的人穿过几英里的战地;开枪杀死一个北佬士兵并且心安理得地搜他的口袋、背包找钱财与食物;披着母亲的丝绒窗帘，配着公鸡的尾羽，试图去征服白瑞德以挽救塔拉;为了锯木厂夺走妹妹的未婚夫弗兰克;以二十块钱安慰自己的良心雇用犯事黑奴;表面上与北佬交往甚欢……</w:t>
      </w:r>
      <w:r>
        <w:rPr>
          <w:lang w:eastAsia="zh-CN"/>
        </w:rPr>
        <w:br/>
      </w:r>
      <w:r>
        <w:rPr>
          <w:lang w:eastAsia="zh-CN"/>
        </w:rPr>
        <w:t>　　是的，他和白瑞德一样“贪得无厌”、“无所顾忌”、不在乎所谓的名誉与信仰。但更让人惋惜且敬佩的是，没有谁真正理解郝思嘉，并且能够驾驭思嘉，包括白瑞德。“思嘉是我曾经的梦想，然而在现实面前谁都不能‘享有’”。不敢用“苍凉的手势”定义思嘉的年华，她是不屑于别人对她的同情的。相较于“青春”、“成长”这样单薄明媚的字眼，我觉得用“史诗”来形容她的经历更为贴切。</w:t>
      </w:r>
      <w:r>
        <w:rPr>
          <w:lang w:eastAsia="zh-CN"/>
        </w:rPr>
        <w:br/>
      </w:r>
      <w:r>
        <w:rPr>
          <w:lang w:eastAsia="zh-CN"/>
        </w:rPr>
        <w:t>　　“无论怎样，明天又是新的一天!”郝思嘉深深地感染了我。她让我知道，真正的乐观并不是表现为相信生活是一帆风顺的，而是明确知道生活中有许多挫折与阻碍时，仍然可以直视它，并且竭尽全力走出困境甚至爬出困境。郝思嘉也会像很多人一样抱怨、感伤，但不同的是，大多数人会从此一蹶不振，而郝思嘉会重新振作起来，更加坚强地面对一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作为一名高中生，我们更加要发扬这种乐观主义精神，我们有“拨开风尘的眼睛”，我们有“看透岁月篇章的瞳孔”，无论我们在追逐梦想的过程中会遇到迷途的惆怅还是失败的痛苦，但我们仍然应坚信未来会给我们肯定。曾经我在追梦时也有过彷徨与挣扎，但当我回首时，却会意外地莞尔一笑，那些曾经看起来很痛苦的经历，在时光的氧化下，都会变成我们的故事，它们未尝不是岁月布施给我们的小惊喜呢?我们都喜欢阳光微风、静水清涟，但不妨偶尔也带着镣铐在雨中狂跑，相信那时云卷云舒、花开花落在你的心中自会有一番新的构建。</w:t>
      </w:r>
      <w:r>
        <w:rPr>
          <w:lang w:eastAsia="zh-CN"/>
        </w:rPr>
        <w:br/>
      </w:r>
      <w:r>
        <w:rPr>
          <w:lang w:eastAsia="zh-CN"/>
        </w:rPr>
        <w:t>　　“我相信开怀大笑是燃烧卡路里最棒的方式。我相信身处逆境时，更要坚强。我相信快乐的女孩就是最美的女孩。我相信明天会是全新的开始，而奇迹终会发生。”也许你不一定有能做自己的自由，但你必须要有敢做自己的勇气。希望我们都是有故事的人，都有一个美好的明天。</w:t>
      </w:r>
      <w:r>
        <w:rPr>
          <w:lang w:eastAsia="zh-CN"/>
        </w:rPr>
        <w:br/>
      </w:r>
      <w:r>
        <w:rPr>
          <w:lang w:eastAsia="zh-CN"/>
        </w:rPr>
        <w:t xml:space="preserve">    《飘》读书心得体会范文 篇12 </w:t>
      </w:r>
      <w:r>
        <w:rPr>
          <w:lang w:eastAsia="zh-CN"/>
        </w:rPr>
        <w:br/>
      </w:r>
      <w:r>
        <w:rPr>
          <w:lang w:eastAsia="zh-CN"/>
        </w:rPr>
        <w:t>　　棉花随风飘落，燃烧少年的心。使真情溶化成音符，倾诉遥远的祝福，为明天献出虔诚的祈祷。“明天又是另外一天了。”这是《飘》的女主人公郝思嘉在碰到困难时屡试不爽的法宝。这也是我读完这本书感受最深的一句话：确实，对于人生而言，明天永远是新的起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作为纷繁复杂的社会一员，人的性格绝对不是单一的。既没有绝对的好人，也没有全然的坏人。人只能是个多面体，人的性格也只能是多种性格特点的总和。思嘉遗传了父亲粗旷、脾气暴躁的性格，但自小受到母亲的良好家教和道德观念的教诲。所以，她的性格是个矛盾的统一体。正因这点，造就了她敢爱敢恨，认定自己的目标便勇往直前、不择手段的性格特点。她从不退缩，因为“明天又是另外一天了”。是的，明天又是另外一天，这是一个多好的借口，又是一个多么合适的理由。她认定了这点，所以能一直往自己的目标奔去。</w:t>
      </w:r>
      <w:r>
        <w:rPr>
          <w:lang w:eastAsia="zh-CN"/>
        </w:rPr>
        <w:br/>
      </w:r>
      <w:r>
        <w:rPr>
          <w:lang w:eastAsia="zh-CN"/>
        </w:rPr>
        <w:t>　　思嘉的大半生是为爱而迷惑，因为迷惑而做了很多错事。其实她爱的并不是艾希礼，而是自己内心塑造的一个完美形象。艾希礼越是拒绝她，她心中的那个形象就越完美。哎，这应证了中国的一句话：得不到的就是最好的。等到最后她才发现：原来她一直钟爱的艾希礼并不爱她。因错误的迷恋，她错过了身边真正的幸福。</w:t>
      </w:r>
      <w:r>
        <w:rPr>
          <w:lang w:eastAsia="zh-CN"/>
        </w:rPr>
        <w:br/>
      </w:r>
      <w:r>
        <w:rPr>
          <w:lang w:eastAsia="zh-CN"/>
        </w:rPr>
        <w:t>　　值得欣慰的是：在她彻底失去艾希礼、失去女儿、瑞德也已离她而去之后，她明白她的爱情世界里没有什么是为时已晚的，于是她抛开心灵上的创伤与悔恨，并且相信自己一定能挽回瑞德的心。无论如何，这是一种在困境面前表现出来的正能量，这是一个人追求目标途中能够发挥出巨力的关键。如果更多的人对爱情都能有这种乐观自信的态度，那么更多的爱情悲剧就不会发生了吧。毕竟，明天又是另外一天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是啊，今天即将过去，不管有过什么成绩，一切都属于过去。而明天，将会是另外一天了！只有把每一个明天当做新的起点，为实现自己的目标更加努力奋斗的人才算得上是智者。对于一名高考后备生而言，这样具有哲理性的话多有力量！</w:t>
      </w:r>
      <w:r>
        <w:rPr>
          <w:lang w:eastAsia="zh-CN"/>
        </w:rPr>
        <w:br/>
      </w:r>
      <w:r>
        <w:rPr>
          <w:lang w:eastAsia="zh-CN"/>
        </w:rPr>
        <w:t xml:space="preserve">    《飘》读书心得体会范文 篇13 </w:t>
      </w:r>
      <w:r>
        <w:rPr>
          <w:lang w:eastAsia="zh-CN"/>
        </w:rPr>
        <w:br/>
      </w:r>
      <w:r>
        <w:rPr>
          <w:lang w:eastAsia="zh-CN"/>
        </w:rPr>
        <w:t>　　我喜欢《飘》这本书，女主角斯佳丽的坚强，对梦想的追求，瑞德的机智果断，媚兰的温柔。看完这本书，我陷入了沉思，久久不能自拔。</w:t>
      </w:r>
      <w:r>
        <w:rPr>
          <w:lang w:eastAsia="zh-CN"/>
        </w:rPr>
        <w:br/>
      </w:r>
      <w:r>
        <w:rPr>
          <w:lang w:eastAsia="zh-CN"/>
        </w:rPr>
        <w:t>　　斯佳丽是个性，也是矛盾的。我敬佩她，敬佩她的力量，敬佩她对土地的奉献，热爱她的家乡，敬佩她在任何环境下坚强的生存，敬佩她不顾谣言自己创业的能力。她有几个灵魂：他的母亲是一个很有能力很温柔的典型淑女，她最崇拜她。然而，我母亲为了救人，死于伤寒。另一个是她喜欢了十几年的人——阿希礼。对阿什莉的爱是极其执着的，这让她在逆境中挺身而出。还有一个是梅兰妮。在共同奋斗的岁月里，他们已经融入了彼此的生活。</w:t>
      </w:r>
      <w:r>
        <w:rPr>
          <w:lang w:eastAsia="zh-CN"/>
        </w:rPr>
        <w:br/>
      </w:r>
      <w:r>
        <w:rPr>
          <w:lang w:eastAsia="zh-CN"/>
        </w:rPr>
        <w:t>　　“明天是新的一天，明天一切都会好的，明天又是新的一天”，这是斯佳丽一生中一直对自己说的一句话。我最佩服的是她的那句“明天又是新的一天。”。这说明她总是充满希望，充满斗志，从不放弃，从不绝望。这种精神令人感动，值得学习。所以，每当遇到困难，心情不好的时候，我都会告诉自己：“明天又是新的一天。”，突然觉得很安慰。</w:t>
      </w:r>
      <w:r>
        <w:rPr>
          <w:lang w:eastAsia="zh-CN"/>
        </w:rPr>
        <w:br/>
      </w:r>
    </w:p>
    <w:p w:rsidR="001B1F19" w14:textId="27C3F48A">
      <w:pPr>
        <w:rPr>
          <w:rFonts w:hint="eastAsia"/>
          <w:lang w:eastAsia="zh-CN"/>
        </w:rPr>
      </w:pPr>
      <w:r>
        <w:rPr>
          <w:lang w:eastAsia="zh-CN"/>
        </w:rPr>
        <w:t>　　整本书里，另一个喜欢的角色是瑞特。他勇敢而执着，他能如此深爱斯佳丽十几年。他想保护斯佳丽，宠爱斯佳丽，照顾斯佳丽，让她对一切都感觉良好，但斯佳丽拒绝了。他说永恒的爱会被打磨，他的爱会被斯佳丽、艾希礼和斯佳丽愚蠢的固执打磨。他的心死了。当女儿离开他时，他的心再也没有回来。他说他从来没有耐心把自己剪好的裤子缝好，然后告诉自己这跟新的一样，欺骗自己。断了就断了，再也回不去了。即使修好了，上面还是会有裂缝，已经不是原来的了。</w:t>
      </w:r>
      <w:r>
        <w:rPr>
          <w:lang w:eastAsia="zh-CN"/>
        </w:rPr>
        <w:br/>
      </w:r>
      <w:r>
        <w:rPr>
          <w:lang w:eastAsia="zh-CN"/>
        </w:rPr>
        <w:t>　　《飘》是一本值得人们反复品味的好书。它展现了一群乐观、勇敢、坚强的人物，背景是内战。我们的影子或多或少的存在于这些人物身上，我们也和他们有过类似的情况。书中展现的精神安慰着我，激励着我，让我乐观地看待明天。</w:t>
      </w:r>
      <w:r>
        <w:rPr>
          <w:lang w:eastAsia="zh-CN"/>
        </w:rPr>
        <w:br/>
      </w:r>
      <w:r>
        <w:rPr>
          <w:lang w:eastAsia="zh-CN"/>
        </w:rPr>
        <w:t xml:space="preserve">    《飘》读书心得体会范文 篇14 </w:t>
      </w:r>
      <w:r>
        <w:rPr>
          <w:lang w:eastAsia="zh-CN"/>
        </w:rPr>
        <w:br/>
      </w:r>
      <w:r>
        <w:rPr>
          <w:lang w:eastAsia="zh-CN"/>
        </w:rPr>
        <w:t>　　依稀记得第一次知道《飘》这部作品是我在上高一的时候，看着同学拿着那么厚的一本书在看，我不由的傻了眼，被那么厚的书给吓到了，但当我被告知说这本书的内容很丰富，很有哲理的时候，我却又不由自主的捧起它，细细的阅读了好久好久</w:t>
      </w:r>
      <w:r>
        <w:rPr>
          <w:lang w:eastAsia="zh-CN"/>
        </w:rPr>
        <w:br/>
      </w:r>
      <w:r>
        <w:rPr>
          <w:lang w:eastAsia="zh-CN"/>
        </w:rPr>
        <w:t>　　《飘》是美国作家玛格丽特?米切尔的作品，是一部具有浪漫主义色彩、反映南北战争题材的小说。这本小说所塑造的人物颇多，人物的形象也非常丰富，每个不同的角色给人精神上的鼓励也不同，正如主人公斯佳丽身上表现出来的叛逆精神和艰苦创业、自强不息的精神，一直令我们每位读者为之倾心。</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https://d.book118.com/828010062044006036</w:t>
        </w:r>
      </w:hyperlink>
    </w:p>
    <w:p w:rsidR="001B1F19">
      <w:pPr>
        <w:rPr>
          <w:rFonts w:hint="eastAsia"/>
          <w:lang w:eastAsia="zh-CN"/>
        </w:rPr>
      </w:pPr>
    </w:p>
    <w:sectPr>
      <w:type w:val="nextPage"/>
      <w:pgSz w:w="11906" w:h="16838"/>
      <w:pgMar w:top="1440" w:right="1800" w:bottom="1440" w:left="1800" w:header="851" w:footer="992" w:gutter="0"/>
      <w:pgNumType w:start="1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28010062044006036"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