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安全文明出行演讲稿（35篇）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安全文明出行演讲稿（精选35篇）</w:t>
      </w:r>
      <w:r>
        <w:rPr>
          <w:lang w:eastAsia="zh-CN"/>
        </w:rPr>
        <w:br/>
      </w:r>
      <w:r>
        <w:rPr>
          <w:lang w:eastAsia="zh-CN"/>
        </w:rPr>
        <w:t xml:space="preserve">    安全文明出行演讲稿 篇1 </w:t>
      </w:r>
      <w:r>
        <w:rPr>
          <w:lang w:eastAsia="zh-CN"/>
        </w:rPr>
        <w:br/>
      </w:r>
      <w:r>
        <w:rPr>
          <w:lang w:eastAsia="zh-CN"/>
        </w:rPr>
        <w:t>　　敬爱的教师，亲爱的同学：</w:t>
      </w:r>
      <w:r>
        <w:rPr>
          <w:lang w:eastAsia="zh-CN"/>
        </w:rPr>
        <w:br/>
      </w:r>
      <w:r>
        <w:rPr>
          <w:lang w:eastAsia="zh-CN"/>
        </w:rPr>
        <w:t>　　大家好：</w:t>
      </w:r>
      <w:r>
        <w:rPr>
          <w:lang w:eastAsia="zh-CN"/>
        </w:rPr>
        <w:br/>
      </w:r>
      <w:r>
        <w:rPr>
          <w:lang w:eastAsia="zh-CN"/>
        </w:rPr>
        <w:t>　　生命，那是自然会给人类去雕琢的宝石。文明交通，时刻都应该提醒我们遵守交通规则，注意交通文明。作为一名小学生，更应该现在学起、从小事做起。文明交通，珍爱生命。</w:t>
      </w:r>
      <w:r>
        <w:rPr>
          <w:lang w:eastAsia="zh-CN"/>
        </w:rPr>
        <w:br/>
      </w:r>
      <w:r>
        <w:rPr>
          <w:lang w:eastAsia="zh-CN"/>
        </w:rPr>
        <w:t>　　有一次，我和妈妈在路边散步时，就亲眼目睹到一位叔叔因闯红灯而失去了宝贵的生命。那是在十字路口，大家看见红灯亮着，都自觉地等待着。可有一位叔叔偏偏不耐烦，就急匆匆地冲了过去，他不但左冲右撞，而且也没走在斑马线上。</w:t>
      </w:r>
      <w:r>
        <w:rPr>
          <w:lang w:eastAsia="zh-CN"/>
        </w:rPr>
        <w:br/>
      </w:r>
      <w:r>
        <w:rPr>
          <w:lang w:eastAsia="zh-CN"/>
        </w:rPr>
        <w:t>　　就在他刚走出一半时，远处一辆大货车飞快地驰骋过来了。说时迟，那时快。尽管大货车的驾驶员叔叔看到了乱穿马路的叔叔，但是已迟了。随着刺耳的急刹车声音，闯红灯的叔叔倒在了地上，顿时血流满地……路上的好心人立即打“120”求救，经医疗人员判断，那位叔叔的脊椎、腿部粉碎性骨折，将终身残疾，伴随他的将永远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一个不文明的习惯就让一个人失去了宝贵的生命，本让一个幸福美满的家庭造成现在的惨壮。</w:t>
      </w:r>
      <w:r>
        <w:rPr>
          <w:lang w:eastAsia="zh-CN"/>
        </w:rPr>
        <w:br/>
      </w:r>
      <w:r>
        <w:rPr>
          <w:lang w:eastAsia="zh-CN"/>
        </w:rPr>
        <w:t>　　人的生命是短暂的，而我们应该好好珍惜这宝贵的生命。为了图一时之快，以生命作为代价，那是很不值得的。因此，应该从中吸取教训，以此为戒。每一个人都应自觉行文明路，做文明人，骑文明车。只要我们车让车，人让人，车让人，人让车，让出一份文明，让出一份安全，让出一份通畅……为了身边爱我们的人，为了我们家中的幸福，为了社会的安定，为了交通的安全，更为了美好的明天，请珍爱生命，文明交通！</w:t>
      </w:r>
      <w:r>
        <w:rPr>
          <w:lang w:eastAsia="zh-CN"/>
        </w:rPr>
        <w:br/>
      </w:r>
      <w:r>
        <w:rPr>
          <w:lang w:eastAsia="zh-CN"/>
        </w:rPr>
        <w:t xml:space="preserve">    安全文明出行演讲稿 篇2 </w:t>
      </w:r>
      <w:r>
        <w:rPr>
          <w:lang w:eastAsia="zh-CN"/>
        </w:rPr>
        <w:br/>
      </w:r>
      <w:r>
        <w:rPr>
          <w:lang w:eastAsia="zh-CN"/>
        </w:rPr>
        <w:t>　　亲爱的老师，同学们：</w:t>
      </w:r>
      <w:r>
        <w:rPr>
          <w:lang w:eastAsia="zh-CN"/>
        </w:rPr>
        <w:br/>
      </w:r>
      <w:r>
        <w:rPr>
          <w:lang w:eastAsia="zh-CN"/>
        </w:rPr>
        <w:t>　　大家好!</w:t>
      </w:r>
      <w:r>
        <w:rPr>
          <w:lang w:eastAsia="zh-CN"/>
        </w:rPr>
        <w:br/>
      </w:r>
      <w:r>
        <w:rPr>
          <w:lang w:eastAsia="zh-CN"/>
        </w:rPr>
        <w:t>　　随着社会的飞速发展，人们生活水平的逐步提高，汽车已经成为人们日常生活中密不可分的一部分，再带给我们方便的同时也暗藏危险。随着交通事故的不断发生，一个个鲜活的生命消失在飞驰的车轮下，一个个幸福美满的家庭转眼被拆散，一个个相亲相爱的.人生死分离……人们为此付出了惨痛的代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交通事故时时刻刻都都会发生，它就像颗威力十足的炸药，一时大意，这颗埋伏在我们生活中的炸药就会爆炸，炸的家庭破碎，炸得人心悲苦。我曾在路边目睹过这样一个惊心动魄的场面；一个青春美丽的少女走在一个男生前面，这是一个有着瀑布般长发的少女，精致的面容，浑然天成。身着一条漂亮的白纱裙，娓娓走来，犹如一朵盛开的雪莲花。而这个美丽的少女正准备过马路。这时绿灯灭了，红灯亮了，男孩子立刻停在马路边上，耐心等待着绿灯。而少女看到绿灯灭后秀气的眉毛拧在了一齐，却加快了脚步向前冲去。说时迟，那时快，一辆汽车如火箭一般像少女驶来，司机惊恐地瞪大了双眼，紧踩刹车。但“砰”的一声，少女撞飞在半空，如濒临枯萎的雪莲想要释放一生的美丽，但却抵可是命运的安排，只得残败凋零。少女躺在冰冷的地上，鲜血染红了她的白纱裙。是那么刺眼，那么的令人眩目。她如睡着了一般，那么的安静、平和，但却永远也不会醒来……</w:t>
      </w:r>
      <w:r>
        <w:rPr>
          <w:lang w:eastAsia="zh-CN"/>
        </w:rPr>
        <w:br/>
      </w:r>
      <w:r>
        <w:rPr>
          <w:lang w:eastAsia="zh-CN"/>
        </w:rPr>
        <w:t>　　看到这个画面，同学是否想过：当我们一齐肩并肩出去游玩时；当我们在马</w:t>
      </w:r>
      <w:r>
        <w:rPr>
          <w:lang w:eastAsia="zh-CN"/>
        </w:rPr>
        <w:br/>
      </w:r>
      <w:r>
        <w:rPr>
          <w:lang w:eastAsia="zh-CN"/>
        </w:rPr>
        <w:t>　　路上嬉戏打闹时；当我们横穿马路时；当我们翻越栏杆时；这样做可能造成什么结果？安全对我们来说太重要了，尤其对我们学生来说，只要稍微不太注意，后果不堪设想！让我们牢记，生命有了珍爱更加安全，生命有了珍爱才更加灿烂，让我们珍爱生命，为自我齐声喝彩！</w:t>
      </w:r>
      <w:r>
        <w:rPr>
          <w:lang w:eastAsia="zh-CN"/>
        </w:rPr>
        <w:br/>
      </w:r>
      <w:r>
        <w:rPr>
          <w:lang w:eastAsia="zh-CN"/>
        </w:rPr>
        <w:t>　　每一个人的生命都仅有一次，有了生命的存在才会成就我们一个个五彩的梦。生命不会失而复得，所以我们就应当倍加珍惜，让安全与我们同行，让生命在斑马线上延续吧！</w:t>
      </w:r>
      <w:r>
        <w:rPr>
          <w:lang w:eastAsia="zh-CN"/>
        </w:rPr>
        <w:br/>
      </w:r>
      <w:r>
        <w:rPr>
          <w:lang w:eastAsia="zh-CN"/>
        </w:rPr>
        <w:t xml:space="preserve">    安全文明出行演讲稿 篇3 </w:t>
      </w:r>
      <w:r>
        <w:rPr>
          <w:lang w:eastAsia="zh-CN"/>
        </w:rPr>
        <w:br/>
      </w:r>
      <w:r>
        <w:rPr>
          <w:lang w:eastAsia="zh-CN"/>
        </w:rPr>
        <w:t>　　亲爱的老师和同学们：</w:t>
      </w:r>
      <w:r>
        <w:rPr>
          <w:lang w:eastAsia="zh-CN"/>
        </w:rPr>
        <w:br/>
      </w:r>
      <w:r>
        <w:rPr>
          <w:lang w:eastAsia="zh-CN"/>
        </w:rPr>
        <w:t>　　大家好！我今天演讲的题目是《交通安全伴我行》。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交通与人们的生活息息相关。自古以来，人们就重视交通。今天，从骑马坐船到发明汽车、火车和飞机，交通正以惊人的速度发展。</w:t>
      </w:r>
      <w:r>
        <w:rPr>
          <w:lang w:eastAsia="zh-CN"/>
        </w:rPr>
        <w:br/>
      </w:r>
      <w:r>
        <w:rPr>
          <w:lang w:eastAsia="zh-CN"/>
        </w:rPr>
        <w:t>　　虽然现代社会的生活节奏大大加快，人员流动和物资运输不断增加，大量车辆投入使用，给我们带来了便利，但同时也出现了许多问题。比如交通事故频发。现代交通给我们带来了很多麻烦。</w:t>
      </w:r>
      <w:r>
        <w:rPr>
          <w:lang w:eastAsia="zh-CN"/>
        </w:rPr>
        <w:br/>
      </w:r>
      <w:r>
        <w:rPr>
          <w:lang w:eastAsia="zh-CN"/>
        </w:rPr>
        <w:t>　　自从第一辆车问世以来，已经有4000多万人惨死在车下。据统计，1950年至20__年，我国道路交通事故500多万起，死亡100多万人，直接经济损失高达100多亿元。交通的发展也给我们带来了一些麻烦。但是随着科技的发展，这些现代交通疾病正在得到解决，比如夜光高速公路：天一黑，高速公路就像一条延伸到深夜的灯带，司机不需要用灯光照明，可以避免灯光刺激司机的眼睛，减少交通事故。</w:t>
      </w:r>
      <w:r>
        <w:rPr>
          <w:lang w:eastAsia="zh-CN"/>
        </w:rPr>
        <w:br/>
      </w:r>
      <w:r>
        <w:rPr>
          <w:lang w:eastAsia="zh-CN"/>
        </w:rPr>
        <w:t>　　作为当代小学生，必须严格遵守交通规则，坚决不在12岁以下的道路上骑车；走路时，走在路的右边。上学放学的路上，不要和同学追逐打闹。过马路时，坚持斑马线，红灯、绿灯、黄灯坚决停车。</w:t>
      </w:r>
      <w:r>
        <w:rPr>
          <w:lang w:eastAsia="zh-CN"/>
        </w:rPr>
        <w:br/>
      </w:r>
      <w:r>
        <w:rPr>
          <w:lang w:eastAsia="zh-CN"/>
        </w:rPr>
        <w:t xml:space="preserve">    安全文明出行演讲稿 篇4 </w:t>
      </w:r>
      <w:r>
        <w:rPr>
          <w:lang w:eastAsia="zh-CN"/>
        </w:rPr>
        <w:br/>
      </w:r>
      <w:r>
        <w:rPr>
          <w:lang w:eastAsia="zh-CN"/>
        </w:rPr>
        <w:t>　　尊敬的老师，亲爱的同学：</w:t>
      </w:r>
      <w:r>
        <w:rPr>
          <w:lang w:eastAsia="zh-CN"/>
        </w:rPr>
        <w:br/>
      </w:r>
      <w:r>
        <w:rPr>
          <w:lang w:eastAsia="zh-CN"/>
        </w:rPr>
        <w:t>　　大家下午好：</w:t>
      </w:r>
      <w:r>
        <w:rPr>
          <w:lang w:eastAsia="zh-CN"/>
        </w:rPr>
        <w:br/>
      </w:r>
      <w:r>
        <w:rPr>
          <w:lang w:eastAsia="zh-CN"/>
        </w:rPr>
        <w:t>　　文明，是生活中我们应该知道的道德。文明是什么？文明是你撞到别人的一声“对不起”，文明是你遵守交通文明的规则，文明是你在别人需要座位时的让座……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交通事故是多么的可怕，就在那一霎之间，你条宝贵的生命就被交通事故夺走了，现在的车越来越多，道路越来越挤，如果你不遵守交通安全，你那宝贵的生命就这样丢失了，你有没有想过你出了事故，你的家人会受到多大的.打击吗？你的爸爸妈妈失去了一个孩子，有多么伤心吗？这些你都知道吗？每年，有多少交通事故发生？有多少人失去了亲人？有多少美好的家庭被破坏？这些都是交通事故引起的，如果人人都遵守交通事故，就不会有那么多的交通事故发生了。</w:t>
      </w:r>
      <w:r>
        <w:rPr>
          <w:lang w:eastAsia="zh-CN"/>
        </w:rPr>
        <w:br/>
      </w:r>
      <w:r>
        <w:rPr>
          <w:lang w:eastAsia="zh-CN"/>
        </w:rPr>
        <w:t>　　我在国庆节回老家时，在高速公路上，有多次的塞车，一塞，就是十几分钟，我下车走到前面看，被这样的场面震惊了：一辆车的车头撞在了前一辆车的车尾，两辆车已经冒烟了，还有一个小女孩在哭。这样的场面我不忍心看下去了，那个小女孩是多么的可怜啊！如果没有交通事故发生，那么这个小女孩就不会失去爸爸妈妈了！</w:t>
      </w:r>
      <w:r>
        <w:rPr>
          <w:lang w:eastAsia="zh-CN"/>
        </w:rPr>
        <w:br/>
      </w:r>
      <w:r>
        <w:rPr>
          <w:lang w:eastAsia="zh-CN"/>
        </w:rPr>
        <w:t>　　因此，我们作为一个合格的小公民，就因该做好宣传工作，进一步增强人民的交通安全意识，养成良好的交通文明习惯，努力宣传“车让车，让出一份秩序；人让人，让出一份友爱；车让人，让出一份文明；人让车，让出一份安全”，如果我们都遵守交通规则，我相信一定会避免交通事故发生。</w:t>
      </w:r>
      <w:r>
        <w:rPr>
          <w:lang w:eastAsia="zh-CN"/>
        </w:rPr>
        <w:br/>
      </w:r>
      <w:r>
        <w:rPr>
          <w:lang w:eastAsia="zh-CN"/>
        </w:rPr>
        <w:t>　　朋友们，让我们从“文明行走，文明行车，文明开车，不闯红灯”做起，努力创造“走文明路，开文明车，行文明车，建文明城”，这会让我们的世界变得更美好！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xml:space="preserve">    安全文明出行演讲稿 篇5 </w:t>
      </w:r>
      <w:r>
        <w:rPr>
          <w:lang w:eastAsia="zh-CN"/>
        </w:rPr>
        <w:br/>
      </w:r>
      <w:r>
        <w:rPr>
          <w:lang w:eastAsia="zh-CN"/>
        </w:rPr>
        <w:t>　　敬爱的教师，亲爱的同学：</w:t>
      </w:r>
      <w:r>
        <w:rPr>
          <w:lang w:eastAsia="zh-CN"/>
        </w:rPr>
        <w:br/>
      </w:r>
      <w:r>
        <w:rPr>
          <w:lang w:eastAsia="zh-CN"/>
        </w:rPr>
        <w:t>　　大家好：</w:t>
      </w:r>
      <w:r>
        <w:rPr>
          <w:lang w:eastAsia="zh-CN"/>
        </w:rPr>
        <w:br/>
      </w:r>
      <w:r>
        <w:rPr>
          <w:lang w:eastAsia="zh-CN"/>
        </w:rPr>
        <w:t>　　同学们人的生命是宝贵的，请好好地珍惜它。因为生命关系到每个人家庭的幸福。为了你我的生命安全，我再一次提醒你们：“生命是宝贵的，一但失去它，生活将会变成一片黑暗！”</w:t>
      </w:r>
      <w:r>
        <w:rPr>
          <w:lang w:eastAsia="zh-CN"/>
        </w:rPr>
        <w:br/>
      </w:r>
      <w:r>
        <w:rPr>
          <w:lang w:eastAsia="zh-CN"/>
        </w:rPr>
        <w:t>　　随着生活水平的不断提高，自行车、电动车、摩托车、汽车已经慢慢的进入了我们的身边，但同时危险也在慢慢的逼近我们。同时死亡的脚步也在一点一点的向我们移动。同学们你们看，一次又一次的车祸发生了，它无情的吞噬着人类的生命，它在吞噬着人类生命的过程中同时也让许多的家庭支离破碎。同学们，你们想过吗？当你们闯红灯时、当你们和你们的小伙伴们在马路上追逐打闹时，死神已经在向你们招手了。所以我想再一次呼吁：“安全出行，文明出行！”</w:t>
      </w:r>
      <w:r>
        <w:rPr>
          <w:lang w:eastAsia="zh-CN"/>
        </w:rPr>
        <w:br/>
      </w:r>
      <w:r>
        <w:rPr>
          <w:lang w:eastAsia="zh-CN"/>
        </w:rPr>
        <w:t>　　同学们，出行安全不仅关系到了自己的生命和健康，同时也关系到了别人的生命。所以同学们遵守交通法规是我们每一个人都应尽的责任和义务，我相信只要我们每一个人都严格遵守交通法规，我们的社会就会向文明的社会迈进一大步，而且只有我们的社会文明了我们的出行才会更加安全。但是在现实的生活中，个别同学和家长对遵守交通法规的意识很薄弱，所以导致了许多交通事故发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同学们，我倡议：1、驾乘二轮摩托车时要带好安全头盔，并系好安全带。2、不闯红灯。3、乘车时不扒到车窗上面，以免发生事故。4、停车时不要越过停车线。5、不要骑车逆行。6、在乘长途汽车时，一定要忍住瞌睡，因为在睡眠时如果司机急刹车，就会给你带来危险。7、步行时要走在人行道内。8、不要横穿马路。9、开车前不喝酒……</w:t>
      </w:r>
      <w:r>
        <w:rPr>
          <w:lang w:eastAsia="zh-CN"/>
        </w:rPr>
        <w:br/>
      </w:r>
      <w:r>
        <w:rPr>
          <w:lang w:eastAsia="zh-CN"/>
        </w:rPr>
        <w:t>　　同学们，让我们都来安全的出行、文明的出行吧！只有这样我们的生命才不会受到危险！同学们，你们一定要记住：“安全出行，文明出行！”这四个字，因为只有这样我们的家园才会更加美好、更加和谐！</w:t>
      </w:r>
      <w:r>
        <w:rPr>
          <w:lang w:eastAsia="zh-CN"/>
        </w:rPr>
        <w:br/>
      </w:r>
      <w:r>
        <w:rPr>
          <w:lang w:eastAsia="zh-CN"/>
        </w:rPr>
        <w:t xml:space="preserve">    安全文明出行演讲稿 篇6 </w:t>
      </w:r>
      <w:r>
        <w:rPr>
          <w:lang w:eastAsia="zh-CN"/>
        </w:rPr>
        <w:br/>
      </w:r>
      <w:r>
        <w:rPr>
          <w:lang w:eastAsia="zh-CN"/>
        </w:rPr>
        <w:t>　　尊敬的各位领导、各位朋友们：</w:t>
      </w:r>
      <w:r>
        <w:rPr>
          <w:lang w:eastAsia="zh-CN"/>
        </w:rPr>
        <w:br/>
      </w:r>
      <w:r>
        <w:rPr>
          <w:lang w:eastAsia="zh-CN"/>
        </w:rPr>
        <w:t>　　大家上午好!</w:t>
      </w:r>
      <w:r>
        <w:rPr>
          <w:lang w:eastAsia="zh-CN"/>
        </w:rPr>
        <w:br/>
      </w:r>
      <w:r>
        <w:rPr>
          <w:lang w:eastAsia="zh-CN"/>
        </w:rPr>
        <w:t>　　我是驾校一名普通的员工，至工作以来，我目睹了成千上万名驾驶学员经过驾校大熔炉的厉练之后，投身于社会主义建设事业，我也目睹了在通往乡镇的公路上车辆川流不息，在城市的街道上车水马龙的繁忙景象!</w:t>
      </w:r>
      <w:r>
        <w:rPr>
          <w:lang w:eastAsia="zh-CN"/>
        </w:rPr>
        <w:br/>
      </w:r>
      <w:r>
        <w:rPr>
          <w:lang w:eastAsia="zh-CN"/>
        </w:rPr>
        <w:t>　　然而，发达的交通条件在给我们带来方便与快捷的同时，同时也给我们稳定的社会环境带来了不和谐的音符：这繁荣的背后，驾驶人不文明的行为给我们的生活带来了拥堵;给我们的经济发展带来了障碍;甚至给我们生命安全带来了威胁。所以在这里，我要呼吁：文明&amp;&amp;美好生活需要你!文明?&amp;&amp;社会发展需要你!文明&amp;&amp;人类生存更需要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几十年前，我们的驾驶人，靠的是传、帮、带，称之谓以师带徒。随着社会的不断进步，驾校应运而生，学员人数之多，涉面之广是世界上哪一所学校都无法相比的。在以师带徒的年代，师付教，徒弟学，没有资料，不成规模，如今我们的教材更加系统，管理更加规范，教学更加科学。但是，社会需要的，不仅仅是只会开车的机器人，而是需要每一个驾驶人都能遵章守纪，都能品德高尚，都能文明开车。播下一个动作，收获一个习惯;培养一个良好的习惯，得到的是文明和进步。我们的教练，不仅仅是技术上的教练员，更是学员品德和文明的指导员。</w:t>
      </w:r>
      <w:r>
        <w:rPr>
          <w:lang w:eastAsia="zh-CN"/>
        </w:rPr>
        <w:br/>
      </w:r>
      <w:r>
        <w:rPr>
          <w:lang w:eastAsia="zh-CN"/>
        </w:rPr>
        <w:t>　　汽车是人类文明时代的产物，可在我们现实生活中，经常可以看到一些不文明的驾驶人：有的，乱停乱放逆向行驶;有的，超速行驶，抢道闯红灯;有的竟目无法纪，酒后驾车!就是那么不经意的闪念之间，悲剧一次又一次的上演了。当车轮行驶在生命的边缘，我们该如何面对?事实告诉我们，无视文明行车就意味着无视生命。我们希望文明之花常开，我们希望生活之树常青;我们更希望生命之河长流。</w:t>
      </w:r>
      <w:r>
        <w:rPr>
          <w:lang w:eastAsia="zh-CN"/>
        </w:rPr>
        <w:br/>
      </w:r>
      <w:r>
        <w:rPr>
          <w:lang w:eastAsia="zh-CN"/>
        </w:rPr>
        <w:t>　　面对一起起因为不文明而引起的恶性事故，面对一具具冰凉的尸体，面对一个个破碎的家庭，难道我们还不能接受不文明对于生命的警告吗?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师说》里有句话说得好：师者，所以传道授业解惑也。对我们驾校、教练来说，授业就是传授驾驶技术，而传道就是传授道德，传授文明。虽然，以上说的多起交通事故，与我们没有直接的因果关系，但是，如果肇事者在学车的期间，教练能把传道作为重点课目，学校能把文明行车作为重点教学内容，那么，不文明的驾驶行为，就会大大减少，因不文明开车而发生的交通事故就有可能避免。</w:t>
      </w:r>
      <w:r>
        <w:rPr>
          <w:lang w:eastAsia="zh-CN"/>
        </w:rPr>
        <w:br/>
      </w:r>
      <w:r>
        <w:rPr>
          <w:lang w:eastAsia="zh-CN"/>
        </w:rPr>
        <w:t>　　记得上小学的第一天，我母亲对我说过一句话，虽然这句话，我到工作以后才真正理解它的涵义。她说：孩子，你上学了，妈不在你身边，万事都要让着点。一句普普通通的话，却蕴含着一个母亲对孩子的真爱，蕴含着文明做人的大道理。作为驾驶人，我们处在当今这么复杂的交通环境中，难道不也应该让着点吗?你抢道了，我停一停，您先行;你超车了，我慢一慢，您先走;你不关大灯，我关一关，您先请;遇到老人，我停一停：大爷大娘，您慢点走;遇到小孩，我慢一慢：孩子，当心点其实文明离我们很近。有时候文明就是一秒钟;有时候文明只有一米远;有时候文明就是一抬脚，有时候文明就是一转向这些浅显的道理，文明的举措，也许每个人都懂得，但是要真正做到，往往不尽人意。我们驾校，我们的教练，是否能把这么简单而明白的道理，能再重复的教导和告诫呢?能让我们的学员脑海里留下深刻的烙印，那么，我们的交通会更加畅通，我们的生活更加美好，我们的社会会更加和谐!</w:t>
      </w:r>
      <w:r>
        <w:rPr>
          <w:lang w:eastAsia="zh-CN"/>
        </w:rPr>
        <w:br/>
      </w:r>
      <w:r>
        <w:rPr>
          <w:lang w:eastAsia="zh-CN"/>
        </w:rPr>
        <w:t>　　自古以来，孔子的儒家学说传播了几千年，陶渊明那采菊东篱下的田园生活，影响了我们上百代人;为什么我们就不能用文明铸成一座珠穆朗玛峰让世人敬仰呢?为什么我们就不能用文明汇成一条长江惠及后人呢?为什么我们就不能使我们的驾校成为文明之花绽放的家园呢?如果说，文明是社会进步的标致，那么，我们驾校就是文明的窗口，就是文明的摇篮，就是文明的长江源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驾校的同胞们!让我们携起手来，争做文明的教练，培养文明的学员，创建文明的驾校。让我们的驾校都插上文明的翅膀吧!</w:t>
      </w:r>
      <w:r>
        <w:rPr>
          <w:lang w:eastAsia="zh-CN"/>
        </w:rPr>
        <w:br/>
      </w:r>
      <w:r>
        <w:rPr>
          <w:lang w:eastAsia="zh-CN"/>
        </w:rPr>
        <w:t>　　我的演讲完毕，谢谢大家!</w:t>
      </w:r>
      <w:r>
        <w:rPr>
          <w:lang w:eastAsia="zh-CN"/>
        </w:rPr>
        <w:br/>
      </w:r>
      <w:r>
        <w:rPr>
          <w:lang w:eastAsia="zh-CN"/>
        </w:rPr>
        <w:t xml:space="preserve">    安全文明出行演讲稿 篇7 </w:t>
      </w:r>
      <w:r>
        <w:rPr>
          <w:lang w:eastAsia="zh-CN"/>
        </w:rPr>
        <w:br/>
      </w:r>
      <w:r>
        <w:rPr>
          <w:lang w:eastAsia="zh-CN"/>
        </w:rPr>
        <w:t>　　同学们，你们知道交通事故报警电话是122吗?你们知道每年的12月2日是我国交通安全日吗?国家确定12月2日为全国交通安全日，主要考虑数字122作为我国道路交通事故报警电话，于1994年开通并投入使用，群众对此认知度高，方便记忆和宣传;同时考虑每年12月2日我国已进入冬季，是交通事故多发期，在此时间节点组织开展全国范围的道路交通安全主题宣传活动，有利于预防道路交通事故，保证广大民众出行安全。国家设立全国交通安全日，主旨是为了提高全民交通法制意识、安全意识和公德意识，为了促进全社会共同创造安全、畅通、文明、和谐的道路交通环境。</w:t>
      </w:r>
      <w:r>
        <w:rPr>
          <w:lang w:eastAsia="zh-CN"/>
        </w:rPr>
        <w:br/>
      </w:r>
      <w:r>
        <w:rPr>
          <w:lang w:eastAsia="zh-CN"/>
        </w:rPr>
        <w:t>　　按粗略的统计，进入21世纪以来，我国每年因道路交通事故造成死亡的人数都在十万左右，中小学生的比例接近15%。</w:t>
      </w:r>
      <w:r>
        <w:rPr>
          <w:lang w:eastAsia="zh-CN"/>
        </w:rPr>
        <w:br/>
      </w:r>
      <w:r>
        <w:rPr>
          <w:lang w:eastAsia="zh-CN"/>
        </w:rPr>
        <w:t>　　就在前几天，11月22日，中午12点30分，辽宁省建昌第二小学门前发生重大交通事故，目前已造成5人死亡、18人受伤……</w:t>
      </w:r>
      <w:r>
        <w:rPr>
          <w:lang w:eastAsia="zh-CN"/>
        </w:rPr>
        <w:br/>
      </w:r>
      <w:r>
        <w:rPr>
          <w:lang w:eastAsia="zh-CN"/>
        </w:rPr>
        <w:t>　　随着经济的日益发展,我们的城市已变得越来越美丽,马路上车辆熙熙攘攘、川流不息。然而由于有些人交通安全意识的淡薄,车水马龙之中就重复上演了一幕幕不可挽回的悲剧。当你看到一个个鲜活的生命消失于车轮之下,当你发现一阵阵欢声笑语湮没在尖锐的汽笛声中,当你面对那些触目惊心的场景时,能不感到痛心疾首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同学们，交通安全不是口号里的气壮山河，也不是故事里的哀婉悲痛，而是我们日常活动中的一言一行，是我们严格遵守交规的一丝不苟，是我们珍视文明、珍爱生命、守护幸福的责任与担当。遵法守规,就是尊重生命,尊重自我，当我们能做到这一切的时候,我们的社会便向文明的彼岸又靠近了一步。重视交通安全,是我们每个人的义务,更是我们每个人的责任。</w:t>
      </w:r>
      <w:r>
        <w:rPr>
          <w:lang w:eastAsia="zh-CN"/>
        </w:rPr>
        <w:br/>
      </w:r>
      <w:r>
        <w:rPr>
          <w:lang w:eastAsia="zh-CN"/>
        </w:rPr>
        <w:t>　　同学们:请切记，千里之行，要慎于足下。上学路上，请你早出门5分钟，行文明路，不要那么匆匆忙忙;过马路时，请你多一份谦让和耐心，不闯红灯、不为贪图一时之快，横穿马路;放学出校门，请你不要和同学追逐、勾肩搭背、嬉戏着过马路;雨雪天气，请你做好防寒保暖，提早出门，骑车不打伞，防滑、防摔;行走的你，请不要边走边看手机;骑车的你，请摘掉耳机;坐车的你，请告诉我们的家长，遵守交通法规、文明驾驶，不要把车停靠在校门口，请为我们的校园让出一条敞亮的安全通道。</w:t>
      </w:r>
      <w:r>
        <w:rPr>
          <w:lang w:eastAsia="zh-CN"/>
        </w:rPr>
        <w:br/>
      </w:r>
      <w:r>
        <w:rPr>
          <w:lang w:eastAsia="zh-CN"/>
        </w:rPr>
        <w:t>　　同学们：请牢记，礼让三先，才能路畅人安。人的生命一生一次，重视安全一生一世。人让车，让出一片真情和秩序;车让人，让出一片安全和理解。让我们携手文明，摒弃交通陋习，远离伤痛。愿天朗风清，阳光正好，平安每一天。</w:t>
      </w:r>
      <w:r>
        <w:rPr>
          <w:lang w:eastAsia="zh-CN"/>
        </w:rPr>
        <w:br/>
      </w:r>
      <w:r>
        <w:rPr>
          <w:lang w:eastAsia="zh-CN"/>
        </w:rPr>
        <w:t xml:space="preserve">    安全文明出行演讲稿 篇8 </w:t>
      </w:r>
      <w:r>
        <w:rPr>
          <w:lang w:eastAsia="zh-CN"/>
        </w:rPr>
        <w:br/>
      </w:r>
      <w:r>
        <w:rPr>
          <w:lang w:eastAsia="zh-CN"/>
        </w:rPr>
        <w:t>　　尊敬的老师、亲爱的同学们：</w:t>
      </w:r>
      <w:r>
        <w:rPr>
          <w:lang w:eastAsia="zh-CN"/>
        </w:rPr>
        <w:br/>
      </w:r>
      <w:r>
        <w:rPr>
          <w:lang w:eastAsia="zh-CN"/>
        </w:rPr>
        <w:t>　　你们好！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有这么一个学校：一阵清脆的放学铃声过后，校门口总会出现车水马龙的绿色大道，摩肩接踵的来往行人，构成了一幅繁荣热闹的七彩放学回家图卷；人流中，总会有一双大家都熟悉的眼睛，胸前佩挂着“值日”的胸牌，关注着从学校门口进出的每一个行人，每一辆车；也总会在这目光的关注里，每位学生都会井然有序地离开，每辆车也会缓慢排队离开校门；在这目光的关注里，每位来接送孩子的家长也总能找到自己的车位，按时按地捎上自己的“掌上明珠”，平平安安地离校回家。</w:t>
      </w:r>
      <w:r>
        <w:rPr>
          <w:lang w:eastAsia="zh-CN"/>
        </w:rPr>
        <w:br/>
      </w:r>
      <w:r>
        <w:rPr>
          <w:lang w:eastAsia="zh-CN"/>
        </w:rPr>
        <w:t>　　安全是一种美，安全的美体现于维系安全的行为过程之中；安全是一种情，安全的情是一种美好的感觉状态；安全是一种理，安全的理是一个社会、一个国家、一个民族用安全文化对生活方式的理性表达；安全是一种法；安全的法是文明的体系，责任的体现，安全，就像空气，与我们的生活、工作息息相关；安全，犹如阳光，我们无法承受失去它的痛苦。安全，它维系着我们每一个人。</w:t>
      </w:r>
      <w:r>
        <w:rPr>
          <w:lang w:eastAsia="zh-CN"/>
        </w:rPr>
        <w:br/>
      </w:r>
      <w:r>
        <w:rPr>
          <w:lang w:eastAsia="zh-CN"/>
        </w:rPr>
        <w:t>　　望着此情此景，让人不得不感叹：人让车，让出一片温情，让出一片和谐；车人让，让出一片安全，让出一片理解。在这个校门口，在这个世界上，只有人与车互相谦让，才会尽可能地避免交通事故的发生，减少伤亡的.人数，珍爱宝贵的生命。《钢铁是怎样炼成的》中保尔有一句肺腑之言：“人最宝贵的是生命，生命对于每一个人只有一次。”的确，每个人的生命都是非常珍贵的，不仅源于它来之不易，更为重要的生命之花只绽放一次，我们的大千世界就是因为有了千万朵生命花才会变得多姿多彩，异常美丽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而今科学技术突飞猛进，公路已被加宽了很多，道路两旁也新增了人行道。可令人遗憾的是，在不同的地方，“黑色幽灵”时时侵害着人的身体，吞噬着人的生命。我们班的一位同学就曾经走过一段黑暗、悲痛的岁月。他，家中并不富裕，可他和他的爸爸妈妈一起生活得快乐而温馨。每天上学，能与父亲呵护的眼神依依作别，傍晚放学回家，又能回到家中投入父亲宽大的胸怀里。然而一场噩耗打破了这原本平静的生活。那天，他回家已不见那双足以让人倍受呵护的眼神，不见昔日那宽大有力的臂膀。只见母亲悲痛欲绝的红肿眼神，只闻撕心裂肺的哭泣。原来他父亲在骑摩托车去上班的路上，被一辆违规行驶的汽车撞倒在地，瞬间，鲜血染后了轮胎，在血泊中生命之花凋零了。他几乎傻了，他扑在爸爸的尸体上不断哀求：“爸爸快醒醒！我要爸爸！我要爸爸……”他多么希望这场交通事故没有发生，渴望爸爸能够醒来，像平常一样听到爸爸亲切的话语……从此，他那一直幸福圆满的家庭被死神撕碎了，这位“黑色幽灵”无情地蹂躏了一朵含苞欲放的花蕾的身心，折断了一对完美之翼，又使一处天空失去了鲜艳的色彩，也使一方土地失去了甜美的欢笑和歌声。岁月，虽给他带去了同学们友好的安慰，老师们的鼓励和学校领导的资助，可带不走留在他心头永久的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交通如同一把双刃剑。我们上学、放学，大人上班、出门、买菜都要交通，而偏偏也是交通，夺走了千万人的性命，使千万人的家庭破碎。有些人在酒后驾车，因神志不清，撞倒了人；有些人并没有完全掌握车的性能，也没有驾照，却擅自开车，结果把自己送上了死亡线；又有些人超速行驶，因来不及刹车，撞上了建筑物。不遵守交通规则，为此付出的代价是非常惨重的。</w:t>
      </w:r>
      <w:r>
        <w:rPr>
          <w:lang w:eastAsia="zh-CN"/>
        </w:rPr>
        <w:br/>
      </w:r>
      <w:r>
        <w:rPr>
          <w:lang w:eastAsia="zh-CN"/>
        </w:rPr>
        <w:t>　　在几年前，我有幸目睹了蚂蚁搬食的情景，给我震撼很大：数以万计的蚂蚁把一只刚死不久的蚱蜢分成几段，在几只大头蚂蚁的指挥下，从食物到蚂蚁洞穴一字形排开，几米开外。可它们有条不紊，不拥不挤，途中它们总会互相谦让，规规矩矩地照自己的路线前行。蚂蚁尚且如此，更何况我们人乎？！</w:t>
      </w:r>
      <w:r>
        <w:rPr>
          <w:lang w:eastAsia="zh-CN"/>
        </w:rPr>
        <w:br/>
      </w:r>
      <w:r>
        <w:rPr>
          <w:lang w:eastAsia="zh-CN"/>
        </w:rPr>
        <w:t>　　如今，人们生活富裕了，路上的车辆越来越多，马路越来越拥挤。在交通中有你，有我，也有他，只有我们共同参与，交通才能做到文明。在此，我要唤醒那些不重视生命的人们，珍惜生命，热爱不会重来的生命。同时，我们也要牢牢地记住：没有红灯的约束，就没有绿灯的通行。为了你、我、他的安全和生命，让我们行动起来，自觉地去遵守交通法规，永远做文明交通的宣传者和实践者。让交通法规在我们心中生根，让我们的人生道路更安全有序，让我们社会主义阳光大道更顺畅，祖国更和谐吧！</w:t>
      </w:r>
      <w:r>
        <w:rPr>
          <w:lang w:eastAsia="zh-CN"/>
        </w:rPr>
        <w:br/>
      </w:r>
      <w:r>
        <w:rPr>
          <w:lang w:eastAsia="zh-CN"/>
        </w:rPr>
        <w:t xml:space="preserve">    安全文明出行演讲稿 篇9 </w:t>
      </w:r>
      <w:r>
        <w:rPr>
          <w:lang w:eastAsia="zh-CN"/>
        </w:rPr>
        <w:br/>
      </w:r>
      <w:r>
        <w:rPr>
          <w:lang w:eastAsia="zh-CN"/>
        </w:rPr>
        <w:t>　　随着现代社会经济的迅猛发展，交通运输业也有蓬勃发展之势，各种各样便捷的交通工具大量的进入了寻常百姓家，各种交通工具遍地开花，路上车水马龙的繁荣景象比比皆是。但是，当我们看到它给我们带来便利的同时，也要看到其中潜伏的安全隐患。所以，倡导文明交通，平安出行势在必行，交通安全意识就应倍受关注，成为社会安全的焦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曾经看过这样一则报道，在我国，全国范围内，每六分钟就会有一人死于车轮底下。多么可怕的数据啊!这绝对不是危言耸听!!交通事故就像一个隐形的杀手，潜伏在马路上，等待着一些违法乱章的不安分子的出现。随时都可能夺走他们的性命。由此看来，遵守交通规则，文明驾驶有多么重要。所以，为了我们自身的安全，也为了他人的人身安全，我们应该注重文明交通，对自己负责，对他人负责。</w:t>
      </w:r>
      <w:r>
        <w:rPr>
          <w:lang w:eastAsia="zh-CN"/>
        </w:rPr>
        <w:br/>
      </w:r>
      <w:r>
        <w:rPr>
          <w:lang w:eastAsia="zh-CN"/>
        </w:rPr>
        <w:t>　　文明交通也是构建文明社会的一个重要的保障，而市民的文明素质则是构建文明交通的软肋。俗话说：红灯停，绿灯行，但往往在现实中很多人都把持不住自己，使闯红灯这一现象层出不穷，屡见不鲜。更可怕的是有些市民似乎养成了闯红灯的习惯，对红绿灯的变化一概视而不见，见缝插针，本着走自己的路，让红灯一边亮去吧的心理，让交通陷入了一片混乱，让交通事故有机可乘。同时也有一些图省事的市民，不顾自身的安危，可谓奋不顾身,随意在车流中穿梭，让斑马线随着车流远去，在他们心目中，他们认为只要多个心眼，多注意些，冒一下险也无大碍。他们的这种勇敢的表现似乎认为交通规则只限于车辆，而不限于他们，毕竟违反交通规则的车辆会被罚款、扣分、扣留驾驶证......而对行人却无可奈何。可是，你错了，要是你仍心存这种侥幸的念头，哪天付出的就是鲜血乃至生命的代价。因此作为新一代的主流，我们更应该要呼吁大家珍爱生命，文明交通，平安出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作为一名小学生，我们更应该身体力行，以身作则，用实际行动参与和谐交通环境的建设，在日常生活中严格要求自己遵守交通法规，避免交通事故的发生。同时也应加强宣传遵守交通法则的重要性，倡导勿酒后驾驶，限速行驶,开车是一件频繁而单调的事，容不得疏忽，请不要拿生命开玩笑，否则飞旋的车轮会毫不留情地吞噬每一个脆弱生命。</w:t>
      </w:r>
      <w:r>
        <w:rPr>
          <w:lang w:eastAsia="zh-CN"/>
        </w:rPr>
        <w:br/>
      </w:r>
      <w:r>
        <w:rPr>
          <w:lang w:eastAsia="zh-CN"/>
        </w:rPr>
        <w:t>　　交通的现状，犹如一面镜子，它折射出每一个出行者的文明素质水平，倡导文明交通，平安出行，最主要还是需要靠我们每个人自觉来遵守，我们都应本着宁等一分，不争一秒的原则，共同营造和谐的平安路线!</w:t>
      </w:r>
      <w:r>
        <w:rPr>
          <w:lang w:eastAsia="zh-CN"/>
        </w:rPr>
        <w:br/>
      </w:r>
      <w:r>
        <w:rPr>
          <w:lang w:eastAsia="zh-CN"/>
        </w:rPr>
        <w:t xml:space="preserve">    安全文明出行演讲稿 篇10 </w:t>
      </w:r>
      <w:r>
        <w:rPr>
          <w:lang w:eastAsia="zh-CN"/>
        </w:rPr>
        <w:br/>
      </w:r>
      <w:r>
        <w:rPr>
          <w:lang w:eastAsia="zh-CN"/>
        </w:rPr>
        <w:t>　　孩子是社会未来的接班人，他们能否健康成长，关系到民族的兴衰和社会的进步。育人不仅要进行智力教育，还要进行道德、纪律教育。十年树木，百年树人，交通安全宣传教育工作从幼儿学生抓起，使学生从小就接受交通安全知识教育，达到自己教育自己，自己管理自己</w:t>
      </w:r>
      <w:r>
        <w:rPr>
          <w:lang w:eastAsia="zh-CN"/>
        </w:rPr>
        <w:br/>
      </w:r>
      <w:r>
        <w:rPr>
          <w:lang w:eastAsia="zh-CN"/>
        </w:rPr>
        <w:t>　　我们每天都要出门，去上学、上班、买菜等等。当我们走在马路上，交通安全是很重要的。有些人问大热天不系安全带行不行?卖瓜农用车咋不让上高速?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有关人员解释：热天上高速也必须系安全带?一些咨询的司机说大热天上高速系安全带更热，能不能不系?据统计，发生交通事故后，前排司乘人员如系安全带可有效减少70%的伤亡。安全带是为车辆发生意外后专门保护前排乘坐人的生命免受伤害而设计的，能有效地保护前排乘坐人避免二次碰撞。目前天气炎热，一些人在行车时图一时凉快不系安全带，实际上是对自己的生命不负责任。</w:t>
      </w:r>
      <w:r>
        <w:rPr>
          <w:lang w:eastAsia="zh-CN"/>
        </w:rPr>
        <w:br/>
      </w:r>
      <w:r>
        <w:rPr>
          <w:lang w:eastAsia="zh-CN"/>
        </w:rPr>
        <w:t>　　卖瓜农用车为啥不让上高速?据《高速公路交通管理办法》第四条明确规定，行人、非机动车、拖拉机、农用运输车、电瓶车、轮式专用机械车、全挂牵引车以及设计最高时速低于70公里的机动车辆，不得进入高速公路。农用运输车、两轮摩托车因安全系数低，防护措施差，极易酿成恶性交通事故，所以不能在高速公路上行驶。</w:t>
      </w:r>
      <w:r>
        <w:rPr>
          <w:lang w:eastAsia="zh-CN"/>
        </w:rPr>
        <w:br/>
      </w:r>
      <w:r>
        <w:rPr>
          <w:lang w:eastAsia="zh-CN"/>
        </w:rPr>
        <w:t>　　孩子是社会未来的接班人，他们能否健康成长，关系到民族的兴衰和社会的进步。育人不仅要进行智力教育，还要进行道德、纪律教育。十年树木，百年树人，交通安全宣传教育工作从幼儿学生抓起，使学生从小就接受交通安全知识教育，达到自己教育自己，自己管理自己，养成自觉遵守交通法规的良好习惯，是能达到一代人和一个社会的良好秩序的百年大计。</w:t>
      </w:r>
      <w:r>
        <w:rPr>
          <w:lang w:eastAsia="zh-CN"/>
        </w:rPr>
        <w:br/>
      </w:r>
      <w:r>
        <w:rPr>
          <w:lang w:eastAsia="zh-CN"/>
        </w:rPr>
        <w:t>　　新学期一开始，为确保学校师生上放学的道路交通安全，维护校园的教学、生活秩序，与学校一道一方面加强对校园内交通安全教育和管理，另一方面加大学校绿色通道的建设和学校周边交通环境的整治。以进一步增强中小学生交通安全意识，提高他们的自防自护能力，遏制交通事故的发生。据了解，每年因各种事故，数以万计天真无邪的儿童少年死于非命，而因交通意识缺乏和淡薄引发的交通伤亡事故，在中小学生伤亡事故中占有较大的比例。中小学生的交通安全牵涉到千万个家庭的幸福，需要交警、学校、家庭和社会共同负责，齐抓共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交通法规规定，做到行车安全必须具备两个最基本的条件：一是无牌无证的车辆不能上路，二是年满18岁并考取了相关驾照才有资格驾驶车辆。然而，交警在上路巡逻执勤时发现，有相当部分的车辆三证不齐，一些还不符合法定年龄的学生也骑车上街。看来，学生交通安全教育问题任重道远，如何让中小学生平平安安上学，高高兴兴回家呢?</w:t>
      </w:r>
      <w:r>
        <w:rPr>
          <w:lang w:eastAsia="zh-CN"/>
        </w:rPr>
        <w:br/>
      </w:r>
      <w:r>
        <w:rPr>
          <w:lang w:eastAsia="zh-CN"/>
        </w:rPr>
        <w:t>　　我建议定期或不定期选派民警或教师劝导员在交通复杂的学校门口或路口维持上、放学高峰的交通秩序，保障绿色通道安全畅通。同时 将交通安全教育和管理列入学校管理的内容，每所中小学平时就必须按照验收考评标准抓工作，并将交通安全教育纳入素质教育督导评估的内容之一。建议小学生上放学实行排路队和戴小黄帽的方法，把同路、同方向的学生编排成队，由教师护送过马路，保证学生走路安全;在组织学生外出集体活动或组织春、秋游时，严格规范审批手续，把好审批关，坚决制止病车、超载车运送学生，保证学校师生的交通安全。同时，加强了对学校及周边交通环境的整治，坚决取缔校园门口摆摊设点、占道为市等妨碍学校师生通行的违章行为。为广大师生创造了一个良好的交通环境。</w:t>
      </w:r>
      <w:r>
        <w:rPr>
          <w:lang w:eastAsia="zh-CN"/>
        </w:rPr>
        <w:br/>
      </w:r>
      <w:r>
        <w:rPr>
          <w:lang w:eastAsia="zh-CN"/>
        </w:rPr>
        <w:t xml:space="preserve">    安全文明出行演讲稿 篇11 </w:t>
      </w:r>
      <w:r>
        <w:rPr>
          <w:lang w:eastAsia="zh-CN"/>
        </w:rPr>
        <w:br/>
      </w:r>
      <w:r>
        <w:rPr>
          <w:lang w:eastAsia="zh-CN"/>
        </w:rPr>
        <w:t>　　每次坐我妈的车，她总是一遍又一遍的对我说“开车小心慢点”“吵架的车不能开，可以放手”“你开车态度好，不能着急”……久而久之，我耳朵都起老茧了，这些话就不管了。然而，当我经历了一些事情，我改变了对这些话的理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周六中午，我妈带我去外婆家吃饭。当我们开车到小学附近时，后面一辆车不停地按喇叭。妈妈说后面的车要超车，我们就让路。说完，她放慢车速，向右倾斜。</w:t>
      </w:r>
      <w:r>
        <w:rPr>
          <w:lang w:eastAsia="zh-CN"/>
        </w:rPr>
        <w:br/>
      </w:r>
      <w:r>
        <w:rPr>
          <w:lang w:eastAsia="zh-CN"/>
        </w:rPr>
        <w:t>　　我们刚刚走近一点，一辆白色的汽车从我们身边呼啸而过。这时，前面路口有一辆黑色的车，想在大路上行驶。刚刚在路上开到了车的前面，白色的车来不及避开，就开上来迎接黑色的车。只听到“咚”的一声，前面两辆车相撞了。白色的车因为速度快而失控。它在我们车前急刹车横穿马路，在路右边的路基下行驶，然后撞到电线杆才停下来。</w:t>
      </w:r>
      <w:r>
        <w:rPr>
          <w:lang w:eastAsia="zh-CN"/>
        </w:rPr>
        <w:br/>
      </w:r>
      <w:r>
        <w:rPr>
          <w:lang w:eastAsia="zh-CN"/>
        </w:rPr>
        <w:t>　　我们快速靠边，然后我们看着白色的车。前引擎盖已经被砸碎，司机座位上的安全气囊已经被打开，司机被卡在了司机座位上，动弹不得。</w:t>
      </w:r>
      <w:r>
        <w:rPr>
          <w:lang w:eastAsia="zh-CN"/>
        </w:rPr>
        <w:br/>
      </w:r>
      <w:r>
        <w:rPr>
          <w:lang w:eastAsia="zh-CN"/>
        </w:rPr>
        <w:t>　　看到这一幕，我不禁心头一紧，心怦怦直跳。如果我们刚才没有让开，如果我们刚才没有减速，如果.一想到这些，我就感到害怕。</w:t>
      </w:r>
      <w:r>
        <w:rPr>
          <w:lang w:eastAsia="zh-CN"/>
        </w:rPr>
        <w:br/>
      </w:r>
      <w:r>
        <w:rPr>
          <w:lang w:eastAsia="zh-CN"/>
        </w:rPr>
        <w:t>　　母亲重新发动汽车说：“刚才发生的事情太可怕了。每次开车都给你讲一些安全驾驶的事情。首先，我警告你。第二，我提醒自己开车要小心。我们每个人都只有一次生命，安全文明驾驶对自己、对他人、对社会负责。”。</w:t>
      </w:r>
      <w:r>
        <w:rPr>
          <w:lang w:eastAsia="zh-CN"/>
        </w:rPr>
        <w:br/>
      </w:r>
      <w:r>
        <w:rPr>
          <w:lang w:eastAsia="zh-CN"/>
        </w:rPr>
        <w:t xml:space="preserve">    安全文明出行演讲稿 篇12 </w:t>
      </w:r>
      <w:r>
        <w:rPr>
          <w:lang w:eastAsia="zh-CN"/>
        </w:rPr>
        <w:br/>
      </w:r>
      <w:r>
        <w:rPr>
          <w:lang w:eastAsia="zh-CN"/>
        </w:rPr>
        <w:t>　　各位老师、同学：</w:t>
      </w:r>
      <w:r>
        <w:rPr>
          <w:lang w:eastAsia="zh-CN"/>
        </w:rPr>
        <w:br/>
      </w:r>
      <w:r>
        <w:rPr>
          <w:lang w:eastAsia="zh-CN"/>
        </w:rPr>
        <w:t>　　大家早上好!我是来自高二二班的韩平蘅，今天我国旗下演讲的题目是《摒弃交通陋习，安全文明出行》。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每年的4月30日是全国交通安全反思日，是我国为唤醒人们关注交通事故正在夺取大量生命而设定的。在我国，重特大交通事故频发，已成为国人生命安全的主要威胁之一。据公安部通报，20__年我国交通事故造成的死亡人数约3.6万人，这个人数已经不亚于甚至是超过一场惨烈战争死亡的人数了。</w:t>
      </w:r>
      <w:r>
        <w:rPr>
          <w:lang w:eastAsia="zh-CN"/>
        </w:rPr>
        <w:br/>
      </w:r>
      <w:r>
        <w:rPr>
          <w:lang w:eastAsia="zh-CN"/>
        </w:rPr>
        <w:t>　　随着经济的日益发展，马路上车辆川流不息的景象随处可见。然而由于有些人交通安全意识的淡薄，在车水马龙中上演了一幕幕不可挽回的悲剧。当你看到一个个鲜活的生命消失于车轮之下，当你发现一阵阵欢声笑语湮没在尖锐的汽笛声中，当你面对那些触目惊心的场景时，能不感到痛心疾首吗?我们看到了血的事实，经受了血的教训，那一个个离我们远去的生命，留给我们的都是心灵上的创伤和对离去者无尽的痛惜。</w:t>
      </w:r>
      <w:r>
        <w:rPr>
          <w:lang w:eastAsia="zh-CN"/>
        </w:rPr>
        <w:br/>
      </w:r>
      <w:r>
        <w:rPr>
          <w:lang w:eastAsia="zh-CN"/>
        </w:rPr>
        <w:t>　　人的生命是最为宝贵的，因为每个人只有一次。重视交通安全，是我们每个人的义务，更是我们每位同学的责任。在此，我倡议大家，从我做起，树立校园交通安全文明新风，认真做到以下几点：</w:t>
      </w:r>
      <w:r>
        <w:rPr>
          <w:lang w:eastAsia="zh-CN"/>
        </w:rPr>
        <w:br/>
      </w:r>
      <w:r>
        <w:rPr>
          <w:lang w:eastAsia="zh-CN"/>
        </w:rPr>
        <w:t>　　一、认真学习交通安全法律法规，遵守交通规则，加强安全意识，树立交通安全文明公德。</w:t>
      </w:r>
      <w:r>
        <w:rPr>
          <w:lang w:eastAsia="zh-CN"/>
        </w:rPr>
        <w:br/>
      </w:r>
      <w:r>
        <w:rPr>
          <w:lang w:eastAsia="zh-CN"/>
        </w:rPr>
        <w:t>　　二、过马路要走人行横道，不翻越道路隔离护栏，绝不图一时之快横穿马路。</w:t>
      </w:r>
      <w:r>
        <w:rPr>
          <w:lang w:eastAsia="zh-CN"/>
        </w:rPr>
        <w:br/>
      </w:r>
      <w:r>
        <w:rPr>
          <w:lang w:eastAsia="zh-CN"/>
        </w:rPr>
        <w:t>　　三、当我们行走于车辆往来密集的马路时，绝不头戴耳机，更不与同学嬉戏打闹。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四、不乘坐超载车辆，不乘坐无牌、无证、无营运资格的各种车辆，不搭乘车况不好的车辆。不将头部和肢体伸出车窗外，自觉遵守乘车纪律。</w:t>
      </w:r>
      <w:r>
        <w:rPr>
          <w:lang w:eastAsia="zh-CN"/>
        </w:rPr>
        <w:br/>
      </w:r>
      <w:r>
        <w:rPr>
          <w:lang w:eastAsia="zh-CN"/>
        </w:rPr>
        <w:t>　　心中若无安全，平安哪会轻易驻留!同学们，为了个人的安全，为了家庭的幸福，请绷紧“安全”这根弦，让我们真正做到“安全在我心中，生命在我手中”。</w:t>
      </w:r>
      <w:r>
        <w:rPr>
          <w:lang w:eastAsia="zh-CN"/>
        </w:rPr>
        <w:br/>
      </w:r>
      <w:r>
        <w:rPr>
          <w:lang w:eastAsia="zh-CN"/>
        </w:rPr>
        <w:t>　　我的演讲到此结束，谢谢大家!</w:t>
      </w:r>
      <w:r>
        <w:rPr>
          <w:lang w:eastAsia="zh-CN"/>
        </w:rPr>
        <w:br/>
      </w:r>
      <w:r>
        <w:rPr>
          <w:lang w:eastAsia="zh-CN"/>
        </w:rPr>
        <w:t xml:space="preserve">    安全文明出行演讲稿 篇13 </w:t>
      </w:r>
      <w:r>
        <w:rPr>
          <w:lang w:eastAsia="zh-CN"/>
        </w:rPr>
        <w:br/>
      </w:r>
      <w:r>
        <w:rPr>
          <w:lang w:eastAsia="zh-CN"/>
        </w:rPr>
        <w:t>　　尊敬的老师，亲爱的同学：</w:t>
      </w:r>
      <w:r>
        <w:rPr>
          <w:lang w:eastAsia="zh-CN"/>
        </w:rPr>
        <w:br/>
      </w:r>
      <w:r>
        <w:rPr>
          <w:lang w:eastAsia="zh-CN"/>
        </w:rPr>
        <w:t>　　大家下午好：</w:t>
      </w:r>
      <w:r>
        <w:rPr>
          <w:lang w:eastAsia="zh-CN"/>
        </w:rPr>
        <w:br/>
      </w:r>
      <w:r>
        <w:rPr>
          <w:lang w:eastAsia="zh-CN"/>
        </w:rPr>
        <w:t>　　文明是一直被大家热议的话题，国家一直提倡文明出行，讲究礼仪，尊老爱幼等等，这些都是为了祖国的文明而建设的。凡是以小见大，只有我们每个人都以身作则的讲究文明国家也就文明了、富强了。</w:t>
      </w:r>
      <w:r>
        <w:rPr>
          <w:lang w:eastAsia="zh-CN"/>
        </w:rPr>
        <w:br/>
      </w:r>
      <w:r>
        <w:rPr>
          <w:lang w:eastAsia="zh-CN"/>
        </w:rPr>
        <w:t>　　文明出行是社会的基本特征，文明更是美丽中国的标志，文明出行更是让城市更美好的标志。要实现美丽中国，实现中华民族的永续发展，建设美好的城市生活，就不应该少了文明，尤其是在当下不能少了文明出行。</w:t>
      </w:r>
      <w:r>
        <w:rPr>
          <w:lang w:eastAsia="zh-CN"/>
        </w:rPr>
        <w:br/>
      </w:r>
      <w:r>
        <w:rPr>
          <w:lang w:eastAsia="zh-CN"/>
        </w:rPr>
        <w:t>　　其实，文明出行不仅仅关乎自己的文明，更关乎社会安全，每个人的生命安全。可不是，在“全国首个交通安全日”上有一组数据，更说明了文明出行的重要性。从今年1至10月份，上海因闯红灯肇事导致涉及人员伤亡的道路交通事故共243起，造成56人死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这似乎让人觉得文明出行更是一场梦，只能是一种梦想，不是现实，结果红灯继续闯，文明出行离我们的生活更有点远。关于闯红灯，文明出行的引发的安全事故，更让一些人掀起了争论，有人觉得文明出行，责任在于机动车辆，有志愿者认为“我从来不闯红灯，但有些车就是不让行人，就算是我们绿灯，他们同样要穿过来，我们只能停下让车，毕竟生命是宝贵的。</w:t>
      </w:r>
      <w:r>
        <w:rPr>
          <w:lang w:eastAsia="zh-CN"/>
        </w:rPr>
        <w:br/>
      </w:r>
      <w:r>
        <w:rPr>
          <w:lang w:eastAsia="zh-CN"/>
        </w:rPr>
        <w:t xml:space="preserve">    安全文明出行演讲稿 篇14 </w:t>
      </w:r>
      <w:r>
        <w:rPr>
          <w:lang w:eastAsia="zh-CN"/>
        </w:rPr>
        <w:br/>
      </w:r>
      <w:r>
        <w:rPr>
          <w:lang w:eastAsia="zh-CN"/>
        </w:rPr>
        <w:t>　　亲爱的老师，同学们：</w:t>
      </w:r>
      <w:r>
        <w:rPr>
          <w:lang w:eastAsia="zh-CN"/>
        </w:rPr>
        <w:br/>
      </w:r>
      <w:r>
        <w:rPr>
          <w:lang w:eastAsia="zh-CN"/>
        </w:rPr>
        <w:t>　　大家好!</w:t>
      </w:r>
      <w:r>
        <w:rPr>
          <w:lang w:eastAsia="zh-CN"/>
        </w:rPr>
        <w:br/>
      </w:r>
      <w:r>
        <w:rPr>
          <w:lang w:eastAsia="zh-CN"/>
        </w:rPr>
        <w:t>　　我演讲的题目是"安全与我们同行"。</w:t>
      </w:r>
      <w:r>
        <w:rPr>
          <w:lang w:eastAsia="zh-CN"/>
        </w:rPr>
        <w:br/>
      </w:r>
      <w:r>
        <w:rPr>
          <w:lang w:eastAsia="zh-CN"/>
        </w:rPr>
        <w:t>　　如果有人问:"滚滚红尘中，你最需要的是什么?是金钱美女，还是功名利禄"如果让我来回答，我就是:我最需要的是安全!</w:t>
      </w:r>
      <w:r>
        <w:rPr>
          <w:lang w:eastAsia="zh-CN"/>
        </w:rPr>
        <w:br/>
      </w:r>
      <w:r>
        <w:rPr>
          <w:lang w:eastAsia="zh-CN"/>
        </w:rPr>
        <w:t>　　"孩子，绕过前面的石子"，这是母亲在我蹒跚学步时的指点。</w:t>
      </w:r>
      <w:r>
        <w:rPr>
          <w:lang w:eastAsia="zh-CN"/>
        </w:rPr>
        <w:br/>
      </w:r>
      <w:r>
        <w:rPr>
          <w:lang w:eastAsia="zh-CN"/>
        </w:rPr>
        <w:t>　　"当心路上的汽车呀"，这是你父亲在我飞车上学时身后的叮咛。</w:t>
      </w:r>
      <w:r>
        <w:rPr>
          <w:lang w:eastAsia="zh-CN"/>
        </w:rPr>
        <w:br/>
      </w:r>
      <w:r>
        <w:rPr>
          <w:lang w:eastAsia="zh-CN"/>
        </w:rPr>
        <w:t>　　"隐患险于明火，防范胜于救灾，安全重于泰山"，这是此刻，我和我的同事们每一天上班时恪守的信念。</w:t>
      </w:r>
      <w:r>
        <w:rPr>
          <w:lang w:eastAsia="zh-CN"/>
        </w:rPr>
        <w:br/>
      </w:r>
      <w:r>
        <w:rPr>
          <w:lang w:eastAsia="zh-CN"/>
        </w:rPr>
        <w:t>　　在人生的旅途上，安全与我们同行!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的确，当我们离开母亲的.搀扶，摇摇晃晃地行走在人生道路上以后，我们一向依靠着"安全"这个拐杖。没有它，我们可能会摔跤;没有它，我们可能走可是风风雨雨;没有它，我们更不可能到达人生辉煌的顶峰。谁若忽视安全，谁就将付出惨重的代价。职工同志们，当我们工作的时候请多想想家中需要照顾的父母，温柔的妻子和可爱的孩子吧!请多想想由于图一时方便不按安全规程工作而命丧黄泉的于松江，沈宠红他们吧!想想他们的家人看着冰冷的尸体而痛不欲生的凄惨一幕吧!</w:t>
      </w:r>
      <w:r>
        <w:rPr>
          <w:lang w:eastAsia="zh-CN"/>
        </w:rPr>
        <w:br/>
      </w:r>
      <w:r>
        <w:rPr>
          <w:lang w:eastAsia="zh-CN"/>
        </w:rPr>
        <w:t>　　安全知识的贫乏，安全意识的淡薄总是能让我们听到一次次血的教训，让我们看到一幕幕人间惨剧。可是有了安全知识，强化了安全意识，往往也会使我们逢凶化吉，遇难呈祥。</w:t>
      </w:r>
      <w:r>
        <w:rPr>
          <w:lang w:eastAsia="zh-CN"/>
        </w:rPr>
        <w:br/>
      </w:r>
      <w:r>
        <w:rPr>
          <w:lang w:eastAsia="zh-CN"/>
        </w:rPr>
        <w:t>　　记得那是九九年七月份的一天，在我市一家建筑公司下属的租凭公司，唐佩力和孙兆勇正准备回家吃午饭，突然接到通知:某轮机厂正在打混凝士的25呈吨塔吊出现故障，急需抢修。他们顾不上吃饭，以最快的速度来到工地上，顶着似火的骄阳爬上了高达25米的旋转平台，在不足一平方米的作业面上，拆卸着电机。电佩力师傅一手拿着撬棍，一手抱着电机，熟练而认真地工作着。而就在电机即将撬出的一刹那，由于用力过猛，身子往后一斜，随着一声尖叫，唐师傅从平台上滑了下来——</w:t>
      </w:r>
      <w:r>
        <w:rPr>
          <w:lang w:eastAsia="zh-CN"/>
        </w:rPr>
        <w:br/>
      </w:r>
      <w:r>
        <w:rPr>
          <w:lang w:eastAsia="zh-CN"/>
        </w:rPr>
        <w:t>　　塔吊下的人们都惊呆了，空气似乎也凝固了，唐佩力身旁的孙兆勇更是吓得目瞪口呆，不敢再往下看这即将发生的惨剧。而此时，唐佩力已经被早已挂好的安全带拉住了，悬在了半空中，在同志们的帮忙下安然无恙地回到了地面。</w:t>
      </w:r>
      <w:r>
        <w:rPr>
          <w:lang w:eastAsia="zh-CN"/>
        </w:rPr>
        <w:br/>
      </w:r>
      <w:r>
        <w:rPr>
          <w:lang w:eastAsia="zh-CN"/>
        </w:rPr>
        <w:t>　　就这样，一根小小的安全带留住了生命，留住了幸福，留住了欢笑，留住了人世间完美的一切——应对如此大的馈赠，我们又有什么理由不自觉遵守安全操作规程呢</w:t>
      </w:r>
      <w:r>
        <w:rPr>
          <w:lang w:eastAsia="zh-CN"/>
        </w:rPr>
        <w:br/>
      </w:r>
      <w:r>
        <w:rPr>
          <w:lang w:eastAsia="zh-CN"/>
        </w:rPr>
        <w:t>　　"严是爱，松是害"，如果对违章的职工心慈手软，不敢大胆管理，那就等于害了他们，有句话说的好:"宁愿天天听到职工的埋怨声，也不愿有一天听到出事后职工家属的哭声!"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一撇一捺的"人"字，其实就代表了支撑天地的脊梁，寓意着做一个人就必须担负起使他人幸福，使自我也幸福的事业。"我相信，仅有那些以往或正在致力于献身建筑安全这项伟大事业的人们，才会有那么一种冲动，一种自豪，一种喜悦，一种活力，如大海翻腾，如群山呼啸，如岩浆喷发，如涓涓溪水……</w:t>
      </w:r>
      <w:r>
        <w:rPr>
          <w:lang w:eastAsia="zh-CN"/>
        </w:rPr>
        <w:br/>
      </w:r>
      <w:r>
        <w:rPr>
          <w:lang w:eastAsia="zh-CN"/>
        </w:rPr>
        <w:t>　　让我们一齐记住:安全警钟长鸣，安全与我同行!</w:t>
      </w:r>
      <w:r>
        <w:rPr>
          <w:lang w:eastAsia="zh-CN"/>
        </w:rPr>
        <w:br/>
      </w:r>
      <w:r>
        <w:rPr>
          <w:lang w:eastAsia="zh-CN"/>
        </w:rPr>
        <w:t>　　我的演讲完了，多谢大家!</w:t>
      </w:r>
      <w:r>
        <w:rPr>
          <w:lang w:eastAsia="zh-CN"/>
        </w:rPr>
        <w:br/>
      </w:r>
      <w:r>
        <w:rPr>
          <w:lang w:eastAsia="zh-CN"/>
        </w:rPr>
        <w:t xml:space="preserve">    安全文明出行演讲稿 篇15 </w:t>
      </w:r>
      <w:r>
        <w:rPr>
          <w:lang w:eastAsia="zh-CN"/>
        </w:rPr>
        <w:br/>
      </w:r>
      <w:r>
        <w:rPr>
          <w:lang w:eastAsia="zh-CN"/>
        </w:rPr>
        <w:t>　　尊敬的老师，亲爱的同学们：</w:t>
      </w:r>
      <w:r>
        <w:rPr>
          <w:lang w:eastAsia="zh-CN"/>
        </w:rPr>
        <w:br/>
      </w:r>
      <w:r>
        <w:rPr>
          <w:lang w:eastAsia="zh-CN"/>
        </w:rPr>
        <w:t>　　大家好!</w:t>
      </w:r>
      <w:r>
        <w:rPr>
          <w:lang w:eastAsia="zh-CN"/>
        </w:rPr>
        <w:br/>
      </w:r>
      <w:r>
        <w:rPr>
          <w:lang w:eastAsia="zh-CN"/>
        </w:rPr>
        <w:t>　　今天我演讲的题目是《关爱生命，文明出行》。</w:t>
      </w:r>
      <w:r>
        <w:rPr>
          <w:lang w:eastAsia="zh-CN"/>
        </w:rPr>
        <w:br/>
      </w:r>
      <w:r>
        <w:rPr>
          <w:lang w:eastAsia="zh-CN"/>
        </w:rPr>
        <w:t>　　生命是美丽的，也是脆弱的，生命的意义不在于长短而在于它精彩与否，把握住每一个瞬间，让生命如同璀璨的星群，发光发亮保护自己的生命是每一个人的天职，唯有活着才谈得上如何让生命更精彩。</w:t>
      </w:r>
      <w:r>
        <w:rPr>
          <w:lang w:eastAsia="zh-CN"/>
        </w:rPr>
        <w:br/>
      </w:r>
      <w:r>
        <w:rPr>
          <w:lang w:eastAsia="zh-CN"/>
        </w:rPr>
        <w:t>　　每个人只有一次生命，丢失了就无法挽回。关爱生命，文明出行，如今已是越来越重要的话题，现在，随着城市发展、人口增加，出行问题也越来越严重!在这忙碌</w:t>
      </w:r>
      <w:r>
        <w:rPr>
          <w:lang w:eastAsia="zh-CN"/>
        </w:rPr>
        <w:t xml:space="preserve"> 的街道上，在这欢歌笑语中，隐藏着一个多么可怕的魔鬼，你知道吗&amp;&amp;交通隐患!现如今，减少交通隐患成了迫在眉睫的一项任务!</w:t>
      </w:r>
      <w:r>
        <w:rPr>
          <w:lang w:eastAsia="zh-CN"/>
        </w:rPr>
        <w:t xml:space="preserve"> 随着经济的发展，马路上的车辆川流不息，车水马龙的马路上随时都有可能上演一幕幕惨剧，一个个鲜活的生命就消失在车轮之下，一阵阵欢声笑语埋没在刺耳的喇</w:t>
      </w:r>
    </w:p>
    <w:p w:rsidR="001B1F19" w14:textId="27C3F48A">
      <w:pPr>
        <w:rPr>
          <w:rFonts w:hint="eastAsia"/>
          <w:lang w:eastAsia="zh-CN"/>
        </w:rPr>
      </w:pPr>
      <w:r>
        <w:rPr>
          <w:lang w:eastAsia="zh-CN"/>
        </w:rPr>
        <w:t xml:space="preserve"> 叭声中，唯独剩下的是人类的痛惜!导致这悲剧发生的重要原因就是人们缺乏自我保护意识和</w:t>
      </w:r>
      <w:r>
        <w:rPr>
          <w:lang w:eastAsia="zh-CN"/>
        </w:rPr>
        <w:t xml:space="preserve"> 交通安全知识，若是人们再多些这种意识，那么类似的交通事故就可以避免发生，甚至不再发生。</w:t>
      </w:r>
      <w:r>
        <w:rPr>
          <w:lang w:eastAsia="zh-CN"/>
        </w:rPr>
        <w:br/>
      </w:r>
      <w:r>
        <w:rPr>
          <w:lang w:eastAsia="zh-CN"/>
        </w:rPr>
        <w:t>　　亲爱的同学们，当你潇洒地骑自行车上街时;当你开心地和伙伴们在马路上嬉笑打闹时;当你为了刺激翻越护栏时;你是否想过，这样做可能的结果是什么?也许你觉得没什么，但是这对我们学生来说，如有稍稍侥幸，后果将不堪设想!人最宝贵的、是生命，生命对于每个人来说只有一次。然而就在现实生活中，许多人因一时疏忽，而酿成了一场场马路悲剧。</w:t>
      </w:r>
      <w:r>
        <w:rPr>
          <w:lang w:eastAsia="zh-CN"/>
        </w:rPr>
        <w:br/>
      </w:r>
      <w:r>
        <w:rPr>
          <w:lang w:eastAsia="zh-CN"/>
        </w:rPr>
        <w:t>　　安全很重要，那怎样才能够安全出行呢?</w:t>
      </w:r>
      <w:r>
        <w:rPr>
          <w:lang w:eastAsia="zh-CN"/>
        </w:rPr>
        <w:br/>
      </w:r>
      <w:r>
        <w:rPr>
          <w:lang w:eastAsia="zh-CN"/>
        </w:rPr>
        <w:t>　　据统计，在20__年，全国共发生道路交通事故265204起，造成73484人死亡、304919人受伤，直接造成财产损失10.1亿元。在每年中小学生的伤亡事故中，车祸造成的原因是第一位的。为什么会有这么惊人的数字呢?原因就是很多未成年人的安全意识还不够强烈，不拿生命当回事。那么多未成年人的生命就葬送在车轮之下，一个个失去的生命，难道还不足以让我们痛心吗?难道不足以让我们得到血的教训吗?那一个个触目惊心的数字，难道不在告知人们生命的 可贵，不在昭示着人们注意安全，文明出行的重要么?</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https://d.book118.com/828042076006006037</w:t>
        </w:r>
      </w:hyperlink>
    </w:p>
    <w:p w:rsidR="001B1F19">
      <w:pPr>
        <w:rPr>
          <w:rFonts w:hint="eastAsia"/>
          <w:lang w:eastAsia="zh-CN"/>
        </w:rPr>
      </w:pPr>
    </w:p>
    <w:sectPr>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28042076006006037"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