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爱的教育读后心得（33篇）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爱的教育读后心得（精选33篇）</w:t>
      </w:r>
      <w:r>
        <w:rPr>
          <w:lang w:eastAsia="zh-CN"/>
        </w:rPr>
        <w:br/>
      </w:r>
      <w:r>
        <w:rPr>
          <w:lang w:eastAsia="zh-CN"/>
        </w:rPr>
        <w:t xml:space="preserve">    爱的教育读后心得 篇1 </w:t>
      </w:r>
      <w:r>
        <w:rPr>
          <w:lang w:eastAsia="zh-CN"/>
        </w:rPr>
        <w:br/>
      </w:r>
      <w:r>
        <w:rPr>
          <w:lang w:eastAsia="zh-CN"/>
        </w:rPr>
        <w:t>　　《爱的教育》是一部小说，也是一部巨著，是意大利的作家埃·德·阿米琪斯写的，是他的代表作，原名《心》。是以一个小学四年级学生安利柯的口吻来写的。《爱的教育》引导我们自己去关注、欣赏、品味、思考生活，让我们用爱心与作者对话。</w:t>
      </w:r>
      <w:r>
        <w:rPr>
          <w:lang w:eastAsia="zh-CN"/>
        </w:rPr>
        <w:br/>
      </w:r>
      <w:r>
        <w:rPr>
          <w:lang w:eastAsia="zh-CN"/>
        </w:rPr>
        <w:t>　　埃·德·阿米琪斯不但写出了爱与被爱的感受，还把一个个人物写得栩栩如生：纯真善良的安利柯，爱保护弱小的卡隆，品学兼优的代洛西，学习用功的泼来可西，待人友善的克莱谛，爱读书的斯带地……</w:t>
      </w:r>
      <w:r>
        <w:rPr>
          <w:lang w:eastAsia="zh-CN"/>
        </w:rPr>
        <w:br/>
      </w:r>
      <w:r>
        <w:rPr>
          <w:lang w:eastAsia="zh-CN"/>
        </w:rPr>
        <w:t>　　其中我最喜欢的一篇日记就是《爸爸的教诲》了。是爸爸告诉“我”在一生中，可能会遇到各种各样的苦难，而其中最痛苦的一件事就是失去妈妈，妈妈对我们的爱，是世界上最无私的爱，亲人之间的爱，是人世间所有感情中最神圣的感情。</w:t>
      </w:r>
      <w:r>
        <w:rPr>
          <w:lang w:eastAsia="zh-CN"/>
        </w:rPr>
        <w:br/>
      </w:r>
      <w:r>
        <w:rPr>
          <w:lang w:eastAsia="zh-CN"/>
        </w:rPr>
        <w:t>　　这本书让我明白了：爱是一种感受，是一种信仰，是一种追求，是永远无法用文字来形容的，但我知道，拥有爱的人，并付出爱，就能真正体会到爱与被爱的滋味，因为人生必定是充实而无憾的。</w:t>
      </w:r>
      <w:r>
        <w:rPr>
          <w:lang w:eastAsia="zh-CN"/>
        </w:rPr>
        <w:br/>
      </w:r>
      <w:r>
        <w:rPr>
          <w:lang w:eastAsia="zh-CN"/>
        </w:rPr>
        <w:t xml:space="preserve">    爱的教育读后心得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《爱的教育》是十九世纪意大利作家德。亚米契斯写的小说。我读了这本小说，从中悟了一个道理——世界需要爱，我们要把爱献给这个世界。</w:t>
      </w:r>
      <w:r>
        <w:rPr>
          <w:lang w:eastAsia="zh-CN"/>
        </w:rPr>
        <w:br/>
      </w:r>
      <w:r>
        <w:rPr>
          <w:lang w:eastAsia="zh-CN"/>
        </w:rPr>
        <w:t>　　《爱的教育》以一个小学生日记形式来写的，描写了主人公恩里科三年级时的所见所闻和感想。通过大量的人物形象刻画、心理活动描写，以及富有激情的叙事，讴歌了爱的崇高和心灵的纯洁，教育青少年爱祖国、爱军队、爱自然、爱学习、爱劳动，希望学生更加团结友爱，互相帮助，尊敬师长，孝敬父母。</w:t>
      </w:r>
      <w:r>
        <w:rPr>
          <w:lang w:eastAsia="zh-CN"/>
        </w:rPr>
        <w:br/>
      </w:r>
      <w:r>
        <w:rPr>
          <w:lang w:eastAsia="zh-CN"/>
        </w:rPr>
        <w:t>　　作为二十一世纪的小学生来说，《爱的教育》不仅仅是一本小说，而是对我们的一种爱的教育。作为独生子女，我们都是被爱得多，而付出得少。这个世界需要爱，需要我们去爱，去付出，而不是坐享其成，作为学生，我们应该从小要爱祖国，立志为祖国的繁荣富强而努力学习：我们应该尊敬老师和父母，努力学习，以实际行动回报老师和父母对我们的爱;我们应该团结同学，互相帮助，做亲如兄弟姐妹的好朋友……。我相信如果每个人都献出自己的爱，我们的世界会更加美好!</w:t>
      </w:r>
      <w:r>
        <w:rPr>
          <w:lang w:eastAsia="zh-CN"/>
        </w:rPr>
        <w:br/>
      </w:r>
      <w:r>
        <w:rPr>
          <w:lang w:eastAsia="zh-CN"/>
        </w:rPr>
        <w:t>　　读了《爱的教育》这本书，让我受益匪浅!它讲述的一个个小故事中，处处让我体会到人与人之间的爱，有亲情间的，有朋友间的，还有师生间的……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所有的故事中，令我印象最深，最令我感动的是《佛罗伦萨的小抄写员》。这个故事讲述的是一个12岁的男孩叙利奥，因为家境不富裕，他的父亲为了养活一大家子的人，每天夜里还要帮杂志社写封条来增加收入，叙利奥看着父亲这么辛苦，就每天等父亲睡下后，悄悄起来帮父亲抄写封条，可就因为这样，叙利奥白天上课就总打瞌睡，他的父亲对他越来越失望，直到有一天，叙利奥在抄写时，本子不小心掉到了地上，吵醒了父亲，父亲这才知道事情的真相，非常懊悔。</w:t>
      </w:r>
      <w:r>
        <w:rPr>
          <w:lang w:eastAsia="zh-CN"/>
        </w:rPr>
        <w:br/>
      </w:r>
      <w:r>
        <w:rPr>
          <w:lang w:eastAsia="zh-CN"/>
        </w:rPr>
        <w:t>　　通过这个故事，让我体会到了叙利奥和父亲之间最朴实的爱。12岁的叙利奥能够懂得去关心爸爸，帮助爸爸。而我也已经10岁了，可却还总是要惹爸爸妈妈生气。虽然，我也一样爱着自己的爸爸妈妈，可是我却希望从他们那里得到更多的爱，而不是给予他们，想想自己太不应该了，这种爱显得太自私了。我决心，从今以后，要向叙利奥一样，学会关心他人，关爱父母，做一个真正会爱的、懂爱的孩子。</w:t>
      </w:r>
      <w:r>
        <w:rPr>
          <w:lang w:eastAsia="zh-CN"/>
        </w:rPr>
        <w:br/>
      </w:r>
      <w:r>
        <w:rPr>
          <w:lang w:eastAsia="zh-CN"/>
        </w:rPr>
        <w:t xml:space="preserve">    爱的教育读后心得 篇3 </w:t>
      </w:r>
      <w:r>
        <w:rPr>
          <w:lang w:eastAsia="zh-CN"/>
        </w:rPr>
        <w:br/>
      </w:r>
      <w:r>
        <w:rPr>
          <w:lang w:eastAsia="zh-CN"/>
        </w:rPr>
        <w:t>　　《爱的教育》中，把爱用点点滴滴的小事完美地体现了出来。书中平凡但细腻的文字淋漓尽致表达了亲子之爱、师生之情、朋友之宜、乡国之恋······书中处处洋溢着爱和真情。</w:t>
      </w:r>
      <w:r>
        <w:rPr>
          <w:lang w:eastAsia="zh-CN"/>
        </w:rPr>
        <w:br/>
      </w:r>
      <w:r>
        <w:rPr>
          <w:lang w:eastAsia="zh-CN"/>
        </w:rPr>
        <w:t>　　首先《爱的教育》这个书名就值得我们的思考，爱究竟是什么?一个意大利小学生一年的日记，告诉我们，“爱”的意义深远，小到同学之间的一声问候，老师对我们的鼓励，父母的关爱，还有萍水相逢的人们的一个微笑，大到献血、捐献骨髓，希望工程，还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其中让我最感动的是一篇每月故事《三千里寻母记》，主人公马尔可仅有十三岁，为了寻找母亲，他不怕路途遥远，每天睡在干草堆上，只吃一点面包，忍受饥饿的折磨。鞋底磨穿了，脚底板长起了血泡，再加上往日的奔波，使他病倒了。最后马尔可终于找到了他的母亲，一家人团聚了。</w:t>
      </w:r>
      <w:r>
        <w:rPr>
          <w:lang w:eastAsia="zh-CN"/>
        </w:rPr>
        <w:br/>
      </w:r>
      <w:r>
        <w:rPr>
          <w:lang w:eastAsia="zh-CN"/>
        </w:rPr>
        <w:t>　　我们就生活在一个充满爱的世界里，家里既有爸爸妈妈的关爱，又有爷爷奶奶的关爱。在学校里，老师、同学中也充满着爱。我们每天都被浓浓的爱包围着，沐浴在爱的海洋里，相对于故事中的有些小主人公，我们是多么幸福啊!我们要好好学习，天天向上，不要辜负这浓浓的爱!</w:t>
      </w:r>
      <w:r>
        <w:rPr>
          <w:lang w:eastAsia="zh-CN"/>
        </w:rPr>
        <w:br/>
      </w:r>
      <w:r>
        <w:rPr>
          <w:lang w:eastAsia="zh-CN"/>
        </w:rPr>
        <w:t>　　泰戈尔曾说：“爱是亘古长明的灯塔，它定晴望着风暴却兀不为动，爱就是充实了的生命，正如盛满了酒的酒杯。”是啊，爱是一个灯塔，如果你迷路了，那就顺着它的光线，走向温暖的港湾吧，它会为你抚平创伤，制造出一个平静的港湾。</w:t>
      </w:r>
      <w:r>
        <w:rPr>
          <w:lang w:eastAsia="zh-CN"/>
        </w:rPr>
        <w:br/>
      </w:r>
      <w:r>
        <w:rPr>
          <w:lang w:eastAsia="zh-CN"/>
        </w:rPr>
        <w:t xml:space="preserve">    爱的教育读后心得 篇4 </w:t>
      </w:r>
      <w:r>
        <w:rPr>
          <w:lang w:eastAsia="zh-CN"/>
        </w:rPr>
        <w:br/>
      </w:r>
      <w:r>
        <w:rPr>
          <w:lang w:eastAsia="zh-CN"/>
        </w:rPr>
        <w:t>　　爱，这个熟悉的字眼深深刻刻映在了我和每个人的心里，在每个人的心中都有一份爱，一份纯洁的爱，一份真诚的爱，一份无私的爱，一份博大的爱。而我读了《爱的教育》这本书，我才深深的感受到什么是真正的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以前，买了这本书总是翻了翻几页就不看了，放在书架上的这本《爱的教育》一直没有被整体翻阅过。直到暑假的一天，我走进书房，无意中发现了那本“孤独的”《爱的教育》，“以前我总是没有好好看，现在是暑假，就放怀的看吧!”我心里想着。我轻轻地吹了口气，抹了抹书上的灰尘，坐在了椅子上。静静地看着这本书——《爱的教育》。这本书原本是艾得蒙多·德·亚米契斯的儿子在小时候写的一篇日记，是由艾得蒙多·德·亚米契斯在1886年改编成的一部儿童小说，原名命名为：《一名意大利小学生的日记》，直到后来才改编成的这本《爱的教育》。</w:t>
      </w:r>
      <w:r>
        <w:rPr>
          <w:lang w:eastAsia="zh-CN"/>
        </w:rPr>
        <w:br/>
      </w:r>
      <w:r>
        <w:rPr>
          <w:lang w:eastAsia="zh-CN"/>
        </w:rPr>
        <w:t>　　有人问：“爱像什么?”我认为：爱，就像空气。它时时刻刻都在我们的身边，它一直陪伴着我们。譬如：从小看着我们长大的母亲;做错事时提醒我们的老师;摔倒了扶起我们的朋友;爱和你开玩笑的哥哥姐姐……很多，很多……或许有时候，你和他们会闹变扭。或许有时候，你会和他们吵吵小架。到现在，反过来想想，他们一直在细心照顾你，一直在默默关心你。</w:t>
      </w:r>
      <w:r>
        <w:rPr>
          <w:lang w:eastAsia="zh-CN"/>
        </w:rPr>
        <w:br/>
      </w:r>
      <w:r>
        <w:rPr>
          <w:lang w:eastAsia="zh-CN"/>
        </w:rPr>
        <w:t>　　做作业时，怕你饿，给你送来面包;出去玩时，怕你摔跤，对你千叮咛万嘱咐;独自出门，怕你遇难，让你早点回家……怕你饿，怕你渴，怕你出事，怕你闯祸，怕你生病，怕你生气，怕你难过，怕你会捣乱……无数个“怕”，说出了对你的爱。</w:t>
      </w:r>
      <w:r>
        <w:rPr>
          <w:lang w:eastAsia="zh-CN"/>
        </w:rPr>
        <w:br/>
      </w:r>
      <w:r>
        <w:rPr>
          <w:lang w:eastAsia="zh-CN"/>
        </w:rPr>
        <w:t>　　还记得那次地震吗?或许你还记得那个保护孩子的妈妈吧!对!那次事发，他们从废墟中找到了那位伟大的妈妈，她腰弓起，双膝跪倒，原来她护着一位孩子，孩子的衣服上藏着一部手机，上面写着：亲爱的宝贝，如果你还活着，请你记住，我爱你!这是一位伟大的妈妈，她那巨大的母爱，抗拒了一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我说不出爱到底像什么，但是，我永远都知道，爱是无限的。亲子之爱，师生之情、朋友之谊、乡国之恋……这本处处洋溢着爱的小说，令我感动，令我流泪。</w:t>
      </w:r>
      <w:r>
        <w:rPr>
          <w:lang w:eastAsia="zh-CN"/>
        </w:rPr>
        <w:br/>
      </w:r>
      <w:r>
        <w:rPr>
          <w:lang w:eastAsia="zh-CN"/>
        </w:rPr>
        <w:t xml:space="preserve">    爱的教育读后心得 篇5 </w:t>
      </w:r>
      <w:r>
        <w:rPr>
          <w:lang w:eastAsia="zh-CN"/>
        </w:rPr>
        <w:br/>
      </w:r>
      <w:r>
        <w:rPr>
          <w:lang w:eastAsia="zh-CN"/>
        </w:rPr>
        <w:t>　　《爱的教育》这本书，让我感受许多充满爱的故事。每个故事里的主人公都正直。勇敢。善良。他们所做的第一件小事都让人感动。</w:t>
      </w:r>
      <w:r>
        <w:rPr>
          <w:lang w:eastAsia="zh-CN"/>
        </w:rPr>
        <w:br/>
      </w:r>
      <w:r>
        <w:rPr>
          <w:lang w:eastAsia="zh-CN"/>
        </w:rPr>
        <w:t>　　耐利和卡隆里，卡隆力气大，但他从不打好人，而是帮助需要帮助的耐利。小抄写员，里的朱里奥，在父亲不知情的情况下，替父亲抄写文件，想替家里多赚几个铜板，不但影响学习，还被父亲骂，但他仍然默默地坚持抄写，直到被父亲发现的那一天。罗佩蒂为了救一年级的小同学，脚骨都被马车压碎了。在救人之前，他明明知道会对自己不利，甚至会受伤牺牲生命，他仍然选择毫不犹豫去救那个小同学，他这种奋不顾身的精神值得我们每一个人去学习。</w:t>
      </w:r>
      <w:r>
        <w:rPr>
          <w:lang w:eastAsia="zh-CN"/>
        </w:rPr>
        <w:br/>
      </w:r>
      <w:r>
        <w:rPr>
          <w:lang w:eastAsia="zh-CN"/>
        </w:rPr>
        <w:t>　　铁匠的儿子波列科西，波列科西的父亲每次喝好酒后总是无缘无缘的打他，但他从不抱怨，学习还特别用功，他真是一个懂事善良的好孩子，希望他的父亲不要再打他了。《西西里的勇敢少年》西西里岛的勇敢少年马里奥，他虽然是个孤儿，却勇敢坚强，在危险的情况下，把可以活下来的机会让给女孩朱列塔，而牺牲自己……</w:t>
      </w:r>
      <w:r>
        <w:rPr>
          <w:lang w:eastAsia="zh-CN"/>
        </w:rPr>
        <w:br/>
      </w:r>
      <w:r>
        <w:rPr>
          <w:lang w:eastAsia="zh-CN"/>
        </w:rPr>
        <w:t>　　爱是无私的，爱就在我们身边，尽自己最大的力量去帮助那些有困难，需要帮助的人吧！爱就像沙漠里的一杯水，你每喝一口就会多一些走出沙漠的信心！</w:t>
      </w:r>
      <w:r>
        <w:rPr>
          <w:lang w:eastAsia="zh-CN"/>
        </w:rPr>
        <w:br/>
      </w:r>
      <w:r>
        <w:rPr>
          <w:lang w:eastAsia="zh-CN"/>
        </w:rPr>
        <w:t xml:space="preserve">    爱的教育读后心得 篇6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在这学期，我读了《爱的教育》，这本书是由亚米契斯写的，让我知道了很多关于教育的故事，爱和爱。</w:t>
      </w:r>
      <w:r>
        <w:rPr>
          <w:lang w:eastAsia="zh-CN"/>
        </w:rPr>
        <w:br/>
      </w:r>
      <w:r>
        <w:rPr>
          <w:lang w:eastAsia="zh-CN"/>
        </w:rPr>
        <w:t>　　“爱的教育”描述了一群精力充沛、积极进取的青少年。有些是贫穷的，有些是残疾的，有些是沉浸在幸福之中。从出生到性格，他们都有共同之处——对祖国意大利的热爱。真诚地爱亲朋好友。我们不可能忽视老师每个月给小组朗读的“心理演讲”。这个小故事不仅使书中的人物得到了启迪，也使读者产生了强烈的情感。在我们的教育面前，爱应该是教育力量的源泉，它是教育成功的基础。</w:t>
      </w:r>
      <w:r>
        <w:rPr>
          <w:lang w:eastAsia="zh-CN"/>
        </w:rPr>
        <w:br/>
      </w:r>
      <w:r>
        <w:rPr>
          <w:lang w:eastAsia="zh-CN"/>
        </w:rPr>
        <w:t>　　阅读爱的教育，我进入了Enrico的生活，看到了他们是如何学习、生活和被爱的。在运动中，我发现爱情涉及到对生活的追求。夏季米安先生在《恋爱教育》翻译中说：“时间”教育没有情感，没有爱情，就像没有水的池塘。没有水，没有池塘，没有爱的教育。“在爱的教育中，它不止于此。”我想，“什么是爱？”“没有明确的答案，但我知道爱是没有限制的。”当他说：“我在世界上没有别的家庭，但是你，我没有可爱的人！”你是我的儿子，我爱你，请快乐！我不想惩罚你，请告诉我你的诚意！请在你们班做一个家庭，给我安慰和荣誉！所有的学生都被这些话说服了。虽然我对这位先生不太诚实，但我不知道我是否看到所有的学生都是同样的眼睛。两个学生同时犯错误，有时我凭直觉判断，然后毫不留情地批评我心中的坏人。但我不知道，受害的学生都哭了。也许在他们眼里，我不再是一个好老师。宽容和尊重学生，“只要你有勇气承认自己的错误，我就不会怪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这是安利柯的先生们给的我另一个启示。无论是表扬还是批评学生，我们的目的是教育学生，只要目的达到，又何必在意学生是否接受了惩罚。</w:t>
      </w:r>
      <w:r>
        <w:rPr>
          <w:lang w:eastAsia="zh-CN"/>
        </w:rPr>
        <w:br/>
      </w:r>
      <w:r>
        <w:rPr>
          <w:lang w:eastAsia="zh-CN"/>
        </w:rPr>
        <w:t>　　爱是一种感觉，是一种信念，是一种追求，是不能用准确的词语来描述爱的定义，但我知道，谁有爱，爱的心，生活必须充实，没有汉。同样，我们对学生的爱，不应该是居高临下的“平易近人”，应该是对我灵魂的爱，这种爱的表达是一丝不苟的，是真实的感情。当我们自然地给予学生爱的时候。学生不仅要把我们当成老师，还要当作朋友、兄弟、父母。离开情感，所有的教育都是不可能的，感情不能代替教育，当然，但是教育必须是感性的。</w:t>
      </w:r>
      <w:r>
        <w:rPr>
          <w:lang w:eastAsia="zh-CN"/>
        </w:rPr>
        <w:br/>
      </w:r>
      <w:r>
        <w:rPr>
          <w:lang w:eastAsia="zh-CN"/>
        </w:rPr>
        <w:t>　　简而言之，爱的教育是治疗创伤的良药，是开启学生心灵的钥匙。被爱的人知道爱，爱给人力量，给人温暖，也给人美丽的心灵和情感。让孩子们心中有爱，许多问题可能在爱的温暖的水中溶解。我想传达给我的是一位温柔而温和的老师，他对我们的学生很严格，热爱语言。</w:t>
      </w:r>
      <w:r>
        <w:rPr>
          <w:lang w:eastAsia="zh-CN"/>
        </w:rPr>
        <w:br/>
      </w:r>
      <w:r>
        <w:rPr>
          <w:lang w:eastAsia="zh-CN"/>
        </w:rPr>
        <w:t xml:space="preserve">    爱的教育读后心得 篇7 </w:t>
      </w:r>
      <w:r>
        <w:rPr>
          <w:lang w:eastAsia="zh-CN"/>
        </w:rPr>
        <w:br/>
      </w:r>
      <w:r>
        <w:rPr>
          <w:lang w:eastAsia="zh-CN"/>
        </w:rPr>
        <w:t>　　《爱的教育》这是怎样的一本书呢?我怀着好奇的心情，迫不及待地打开书本读了起来。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这本书实际上是作者亚米契斯对儿子的日记进行改编而成。它以一个四年级男生恩里克的口吻，讲述了从10月份开学的第一天到第二年7月份在校内外的所见、所闻和所感，其间还包括父母为他写的许多劝诫性的、具有启发意义的文章，以及老师在课堂上宣读的一个个感人的每月故事。整篇小说以“爱”为主题，在最平实的字里行间，融汇着种种人世间最伟大的爱：师生之爱、父母之爱、儿女之爱、同学之爱……这些爱虽不是惊天动地的，但却感人肺腑。</w:t>
      </w:r>
      <w:r>
        <w:rPr>
          <w:lang w:eastAsia="zh-CN"/>
        </w:rPr>
        <w:br/>
      </w:r>
      <w:r>
        <w:rPr>
          <w:lang w:eastAsia="zh-CN"/>
        </w:rPr>
        <w:t>　　读完这本书，我被书中浓浓的爱的氛围所笼住了。我不禁深刻反省自己为自己的某些行为感到内疚和羞愧。比如：当我看到可怜的乞丐向我伸出手要钱时，我无动于衷，冷冷地朝他看了一眼;当我看到一名弱小的孩子被大的孩子欺负时，我漠不关心、袖手旁观;当妈妈生病时，我只顾自己玩，没有一句问候、一杯热水……我觉得自己缺少同情，对别人不够关心，应该要努力改正缺点，试着去同情需要帮助的人，关心弱小、关心亲人，在带给别人快乐的时候，自己也该是多么地快乐呀!</w:t>
      </w:r>
      <w:r>
        <w:rPr>
          <w:lang w:eastAsia="zh-CN"/>
        </w:rPr>
        <w:br/>
      </w:r>
      <w:r>
        <w:rPr>
          <w:lang w:eastAsia="zh-CN"/>
        </w:rPr>
        <w:t>　　读完此书，我也明白了一个道理：爱的内涵是很丰富的，除了平常的人与人之间的关爱之外，还有一种崇高的爱，那就是为民族、为国家利益而不惜牺牲生命的那种高尚的爱。这种高尚、无私的爱像一颗颗璀璨的明珠，永放光芒。</w:t>
      </w:r>
      <w:r>
        <w:rPr>
          <w:lang w:eastAsia="zh-CN"/>
        </w:rPr>
        <w:br/>
      </w:r>
      <w:r>
        <w:rPr>
          <w:lang w:eastAsia="zh-CN"/>
        </w:rPr>
        <w:t xml:space="preserve">    爱的教育读后心得 篇8 </w:t>
      </w:r>
      <w:r>
        <w:rPr>
          <w:lang w:eastAsia="zh-CN"/>
        </w:rPr>
        <w:br/>
      </w:r>
      <w:r>
        <w:rPr>
          <w:lang w:eastAsia="zh-CN"/>
        </w:rPr>
        <w:t>　　其实我早就想要有这本书了，这本书的书名很吸引我。我想看看，这爱的教育是一种什么教育。</w:t>
      </w:r>
      <w:r>
        <w:rPr>
          <w:lang w:eastAsia="zh-CN"/>
        </w:rPr>
        <w:br/>
      </w:r>
      <w:r>
        <w:rPr>
          <w:lang w:eastAsia="zh-CN"/>
        </w:rPr>
        <w:t>　　带着这个疑问，我得到了这一本书。</w:t>
      </w:r>
      <w:r>
        <w:rPr>
          <w:lang w:eastAsia="zh-CN"/>
        </w:rPr>
        <w:br/>
      </w:r>
      <w:r>
        <w:rPr>
          <w:lang w:eastAsia="zh-CN"/>
        </w:rPr>
        <w:t>　　这本书中记录着一个意大利小学生每天所过的生活与接触到的人，发生了许多动人的故事。描写了他们对祖国和人民，对父母和兄弟，对老师和同学深厚真挚的爱……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我最喜欢的是这本书中的“卖炭人和绅士”，它里面写了：人和人都是同等的，没有贫富之分。不能因为一点小小的差距而贬低他人的等级。就算是再富有的人也犯错，而不能因为他富有就纵容他。文中诺比士的父亲就是一个不因为富有而欺负穷人的绅士。只有你去尊重他人，他人就会尊重你。要养成尊重他人理解他人的世界和生活，是其生长过程中必不可少的一课。</w:t>
      </w:r>
      <w:r>
        <w:rPr>
          <w:lang w:eastAsia="zh-CN"/>
        </w:rPr>
        <w:br/>
      </w:r>
      <w:r>
        <w:rPr>
          <w:lang w:eastAsia="zh-CN"/>
        </w:rPr>
        <w:t>　　爱，是一种很好的教育方法。它并不是来逼迫你去什么，而是一种加以行动上的教育。没有了烦恼，没有的精神上的脆弱。这就是爱的教育，这是我的理解。但是，这个问题是解决了，我又有了一个值得我思考的问题：爱，是什么呢?有人说被爱是一种幸福，有人说爱是一种动力……到底爱是什么呢?我以前从来没有思考过这个问题，只是知道我是爸爸妈妈爱着的，而未对他们说过我爱你们。我不知道我对爸爸妈妈的爱是什么?学习上，我有对老师的爱;友情上，我有对朋友的爱;亲情上，我有对远在天国的爷爷的思念的爱……但是我对爸爸妈妈的爱是什么呢?是空虚的吗?</w:t>
      </w:r>
      <w:r>
        <w:rPr>
          <w:lang w:eastAsia="zh-CN"/>
        </w:rPr>
        <w:br/>
      </w:r>
      <w:r>
        <w:rPr>
          <w:lang w:eastAsia="zh-CN"/>
        </w:rPr>
        <w:t>　　空虚的爱，又是什么呢?没有想到，一本小小的书，会给我极大的思考，这应该是我读完后的感受吧。读完这本书后，我感觉自己沉浸在爱的海洋中。从中，我领悟了;再坏，再可怕的人也会被爱融化。当伸出救援之手。爱能挽救一切，爱是黑暗中的一束阳光。只要你愿意付出，得到的就是惊人的收获。</w:t>
      </w:r>
      <w:r>
        <w:rPr>
          <w:lang w:eastAsia="zh-CN"/>
        </w:rPr>
        <w:br/>
      </w:r>
      <w:r>
        <w:rPr>
          <w:lang w:eastAsia="zh-CN"/>
        </w:rPr>
        <w:t xml:space="preserve">    爱的教育读后心得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有爱，这个世界才会完美，关爱热爱友爱……如果人人都有爱，我们世界将会变成生命的乐园。</w:t>
      </w:r>
      <w:r>
        <w:rPr>
          <w:lang w:eastAsia="zh-CN"/>
        </w:rPr>
        <w:br/>
      </w:r>
      <w:r>
        <w:rPr>
          <w:lang w:eastAsia="zh-CN"/>
        </w:rPr>
        <w:t>　　有一个扫烟筒的少年，他扫了好几处烟筒，才仅赚得了一点钱，却弄丢了，当他在伤心地哭泣时，几个有爱的女孩子关心地问明了原委，立即将她们自己剩余的所有的钱给了个小男孩，虽然少，没有爱肯定是做不到的，体现了她们无私的爱心，她们又继续向认识的朋友讲这件事，更多的有爱心的孩子们来了，就连一年级的小女孩也把她们看得很贵重的一个铜板拿来了出来，她们听说校长来了，就像一群小鸟一样突然受到惊扰似的，纷纷向四处逃散，大概是不愿意让校长发现是她们做的这种善事，也可能是怕难为情吧！</w:t>
      </w:r>
      <w:r>
        <w:rPr>
          <w:lang w:eastAsia="zh-CN"/>
        </w:rPr>
        <w:br/>
      </w:r>
      <w:r>
        <w:rPr>
          <w:lang w:eastAsia="zh-CN"/>
        </w:rPr>
        <w:t>　　这些女孩子们并不是什么大人物，可她们的.爱心和同情心大人物却不一定有。</w:t>
      </w:r>
      <w:r>
        <w:rPr>
          <w:lang w:eastAsia="zh-CN"/>
        </w:rPr>
        <w:br/>
      </w:r>
      <w:r>
        <w:rPr>
          <w:lang w:eastAsia="zh-CN"/>
        </w:rPr>
        <w:t>　　一天早晨，诺比士和裴迪吵了一架，诺比士因为吵不过裴迪，就对裴迪的父亲说了失礼的话，第二天诺比士的父亲和裴迪的父亲刚好都来到了教室，当他得知自己的儿子对的同学的父亲说了无礼的话，便立刻要儿子向同学的爸爸道歉，并请求相互握手，虽然他们地位相差很大。</w:t>
      </w:r>
      <w:r>
        <w:rPr>
          <w:lang w:eastAsia="zh-CN"/>
        </w:rPr>
        <w:br/>
      </w:r>
      <w:r>
        <w:rPr>
          <w:lang w:eastAsia="zh-CN"/>
        </w:rPr>
        <w:t>　　一个人有没发自内心的爱，能不能平等地尊重任何人，是非常重要的，因为这两点体现了一个人的素质，表现了一个人心灵是美还是丑。学会尊重是非常重要的。</w:t>
      </w:r>
      <w:r>
        <w:rPr>
          <w:lang w:eastAsia="zh-CN"/>
        </w:rPr>
        <w:br/>
      </w:r>
      <w:r>
        <w:rPr>
          <w:lang w:eastAsia="zh-CN"/>
        </w:rPr>
        <w:t xml:space="preserve">    爱的教育读后心得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《爱的教育》这本书令我十分感动，因为里面有许多伤感的日记和为国争光的故事。这些大部分都是对爱的教育，所以书的名字就叫《爱的教育》。</w:t>
      </w:r>
      <w:r>
        <w:rPr>
          <w:lang w:eastAsia="zh-CN"/>
        </w:rPr>
        <w:br/>
      </w:r>
      <w:r>
        <w:rPr>
          <w:lang w:eastAsia="zh-CN"/>
        </w:rPr>
        <w:t>　　读了这本书，我阅读到了许多救人和爱国的精神，所以，有的人因为保护别人而牺牲了自己。</w:t>
      </w:r>
      <w:r>
        <w:rPr>
          <w:lang w:eastAsia="zh-CN"/>
        </w:rPr>
        <w:br/>
      </w:r>
      <w:r>
        <w:rPr>
          <w:lang w:eastAsia="zh-CN"/>
        </w:rPr>
        <w:t>　　这几个故事值得我们学习，《勇敢的`罗伯弟》，一个二年级的学生，他为了不让一年级的小朋友被马车轧伤，结果把自己给轧伤了，真勇敢；《好友卡罗纳》，卡罗纳喜欢帮助别人，无论是铅笔、橡皮、纸张和小刀，他都肯借出去或赠予，真是乐于助人；《伦巴第的小哨兵》，这个少年为了观战的任务而为祖国牺牲了，真不怕苦；《撒丁岛的少年鼓手》，这个少年为了完成上尉的任务，也是军队的任务，把一张纸条交给他们的军队，结果把腿给打伤了，但他还是重新站了起来，完成了上尉的任务，因为腿被打中了，所以只能截肢了，但是他没有一滴眼泪，也没有呻吟一声，真是一名英雄……</w:t>
      </w:r>
      <w:r>
        <w:rPr>
          <w:lang w:eastAsia="zh-CN"/>
        </w:rPr>
        <w:br/>
      </w:r>
      <w:r>
        <w:rPr>
          <w:lang w:eastAsia="zh-CN"/>
        </w:rPr>
        <w:t>　　这本书不但有这么多故事值得我们学习，我还读到了许多阅读启示，比如：《高尚行为》，欺负弱小者是一种卑劣的行为，并不能显示自己的强大，相反会暴露自己修养的低下。相比而言，文中的卡罗纳同情弱小，这心胸宽广的美好品质，值得我们敬佩和学习。</w:t>
      </w:r>
      <w:r>
        <w:rPr>
          <w:lang w:eastAsia="zh-CN"/>
        </w:rPr>
        <w:br/>
      </w:r>
      <w:r>
        <w:rPr>
          <w:lang w:eastAsia="zh-CN"/>
        </w:rPr>
        <w:t>　　《爱的教育》是意大利作家亚米契斯根据他儿子恩利的日记改编而成，我非常感谢作者编成了这本书，也谢谢恩利科把学校里的事情记录下来写成日记。</w:t>
      </w:r>
      <w:r>
        <w:rPr>
          <w:lang w:eastAsia="zh-CN"/>
        </w:rPr>
        <w:br/>
      </w:r>
      <w:r>
        <w:rPr>
          <w:lang w:eastAsia="zh-CN"/>
        </w:rPr>
        <w:t xml:space="preserve">    爱的教育读后心得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这本书是意大利人：德。亚米契斯写的，本书讲的是教师要把体育课从室内移到室外，让学生做器材运动。因为书中的`主人公由于身体不舒服，所以不能参加体育运动，所以他的母亲就去学校申请不让他上体育课进行体育活动。但是主人公克服困难，并在朋友和同学的支持和帮助下去操场上完体育课的故事。</w:t>
      </w:r>
      <w:r>
        <w:rPr>
          <w:lang w:eastAsia="zh-CN"/>
        </w:rPr>
        <w:br/>
      </w:r>
      <w:r>
        <w:rPr>
          <w:lang w:eastAsia="zh-CN"/>
        </w:rPr>
        <w:t>　　读这本书让我懂得了就算遇到了困难也不要退缩。更要努力加油、坚持不懈，才能获得成功。然后就是你的朋友还是身边的人遇到困难或者是有什么难言之隐，你都一定要支持他，关键的时候要站在他身边去帮助他。</w:t>
      </w:r>
      <w:r>
        <w:rPr>
          <w:lang w:eastAsia="zh-CN"/>
        </w:rPr>
        <w:br/>
      </w:r>
      <w:r>
        <w:rPr>
          <w:lang w:eastAsia="zh-CN"/>
        </w:rPr>
        <w:t>　　其实这样的例子我们身边也有，对于我来说参加工作半年了，体育课也上了半年了，碰到的学生也是不一样的。有的学生开朗，而有的学生就相对内向，个别的还很少和其他同学一起玩，作为老师的我都看在了眼里，我觉得应该给他们更多的关心和帮助。他们现在还小，心理还很单纯，我应该更多的去鼓励，让他们知道体育能带来快乐，也让其他同学去和他玩。我觉得不管是什么学科的课，都应该是有爱，学生是课的主体，让学生喜欢上课才能是一节好的课，爱的教育才能更好。</w:t>
      </w:r>
      <w:r>
        <w:rPr>
          <w:lang w:eastAsia="zh-CN"/>
        </w:rPr>
        <w:br/>
      </w:r>
      <w:r>
        <w:rPr>
          <w:lang w:eastAsia="zh-CN"/>
        </w:rPr>
        <w:t xml:space="preserve">    爱的教育读后心得 篇12 </w:t>
      </w:r>
      <w:r>
        <w:rPr>
          <w:lang w:eastAsia="zh-CN"/>
        </w:rPr>
        <w:br/>
      </w:r>
      <w:r>
        <w:rPr>
          <w:lang w:eastAsia="zh-CN"/>
        </w:rPr>
        <w:t>　　《爱的教育》向人们展示的是这样一个“爱”的世界，我在读完这本书时，不由地发出这样的感叹：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但愿我们自己、以及环绕于我们周围的人，都能够成为像书中那些人们一样高尚、可爱！但愿我们能有一颗像他们一样的温柔善感的心！但愿我们能够度过一个虽然不尽如意，但却充满了‘真情’的幸福、美满的人生！”这本书中所体现出来的“尘世天国”的理想，以及闪耀于其中的“爱”的光芒。在二十一世纪的天空依然灿若一颗启明的星辰，一个在黑暗中踟蹰的孩子，将望着它找到自己的路！孩子不再孤独了，因为有它一直陪着这个孩子回家，他脸上的神情不再是害怕，而是一种发自内心的微笑……</w:t>
      </w:r>
      <w:r>
        <w:rPr>
          <w:lang w:eastAsia="zh-CN"/>
        </w:rPr>
        <w:br/>
      </w:r>
      <w:r>
        <w:rPr>
          <w:lang w:eastAsia="zh-CN"/>
        </w:rPr>
        <w:t>　　这本书中的《争吵》一文令我印象最深。主要的内容是：可莱蒂不小心弄脏了“我”的本子，却微笑地道歉，使“我”非常生气，所以“我”故意弄脏回他的本子，但可莱蒂却在放学后跟“我”和解了。“我”把这件事告诉了父亲，本以为父亲也会像自己一样高兴，但是父亲却严厉地教育“我”——要学会宽容。其实父亲向“我”折的并不只是一把戒尺，他只是想让“我”明白，不能向一位比自己更加高尚的人举起戒尺，更何况那位是“我”的好朋友。父亲真正的想法是让“我”学会原谅他人，宽容他人。因为，只有自己更宽容别人、原谅别人，自已才能感到快乐。</w:t>
      </w:r>
      <w:r>
        <w:rPr>
          <w:lang w:eastAsia="zh-CN"/>
        </w:rPr>
        <w:br/>
      </w:r>
      <w:r>
        <w:rPr>
          <w:lang w:eastAsia="zh-CN"/>
        </w:rPr>
        <w:t>　　而我真正感受到的是：蔚蓝的天空虽比蓝晶的大海广阔，但人的心胸却比蔚蓝的天空更宽大。因为宽容是一种快乐，宽容是一种幸福，它总有一股神奇的力量在灌注于我们。让我们觉得那是你对他的一种爱，一种不分彼此的爱，它会慢慢地进入我们的心田，所以你一定要学会宽容。</w:t>
      </w:r>
      <w:r>
        <w:rPr>
          <w:lang w:eastAsia="zh-CN"/>
        </w:rPr>
        <w:br/>
      </w:r>
      <w:r>
        <w:rPr>
          <w:lang w:eastAsia="zh-CN"/>
        </w:rPr>
        <w:t xml:space="preserve">    爱的教育读后心得 篇13 </w:t>
      </w:r>
      <w:r>
        <w:rPr>
          <w:lang w:eastAsia="zh-CN"/>
        </w:rPr>
        <w:br/>
      </w:r>
      <w:r>
        <w:rPr>
          <w:lang w:eastAsia="zh-CN"/>
        </w:rPr>
        <w:t>　　《爱的教育》自二十年代被夏丐尊先生译介来后，被誉为著名的儿童读物。为教育界及一般人士所喜读。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这是一部小书，这是一部巨著。意大利的文学在中华的译介，除了但丁那部著名的《神曲》，多少华章，尚不及这部小书对无数人的益处。</w:t>
      </w:r>
      <w:r>
        <w:rPr>
          <w:lang w:eastAsia="zh-CN"/>
        </w:rPr>
        <w:br/>
      </w:r>
      <w:r>
        <w:rPr>
          <w:lang w:eastAsia="zh-CN"/>
        </w:rPr>
        <w:t>　　我是在高中一年级读到这本书的，安立柯这个小孩子的所行所为、所思所想，让一个初经启蒙的少年胸中似乎有火焰在燃烧。那些书中的故事让我把它居为奇书一部，拿书中的章节向多少同学炫耀。</w:t>
      </w:r>
      <w:r>
        <w:rPr>
          <w:lang w:eastAsia="zh-CN"/>
        </w:rPr>
        <w:br/>
      </w:r>
      <w:r>
        <w:rPr>
          <w:lang w:eastAsia="zh-CN"/>
        </w:rPr>
        <w:t>　　《爱的教育》其实包含了两个部分，即《爱的教育》和《续爱的教育》。前者是丐尊先生据日译本翻译，后者是亚米契斯的朋友所著，也是据三浦关造的译本来的，对前者是一个合适的补充。</w:t>
      </w:r>
      <w:r>
        <w:rPr>
          <w:lang w:eastAsia="zh-CN"/>
        </w:rPr>
        <w:br/>
      </w:r>
      <w:r>
        <w:rPr>
          <w:lang w:eastAsia="zh-CN"/>
        </w:rPr>
        <w:t>　　这个补充体现在哪里呢?体现在二者的分别与心理进展的连续性上。《爱的教育》是安立柯做小学生的心理记述，主人公是安立柯及其父母，续集则是他做中学生时的记述，主人公是他的舅父白契。正像译者所说的，可以看到，亚米契斯的《爱的教育》是感情教育，软教育，而续集所写的却是意志教育，硬教育、《爱的教育》中含有多量的感伤性，而续集中却含有较多的兴奋性。</w:t>
      </w:r>
      <w:r>
        <w:rPr>
          <w:lang w:eastAsia="zh-CN"/>
        </w:rPr>
        <w:br/>
      </w:r>
      <w:r>
        <w:rPr>
          <w:lang w:eastAsia="zh-CN"/>
        </w:rPr>
        <w:t>　　夏先生的话比什么都能说明问题：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在四年前始得此书的日译本，记得曾流了泪三日夜读毕，就是后来在翻译或随便阅读时，还深深地感到刺激，不觉眼睛润湿。这不是悲哀的眼泪，乃是惭愧和感激的眼泪。除了人的资格以外，我在家中早已是二子二女的父亲，在教育界是执过十余年的教鞭的教师。平日为人为父为师的态度，读了这书好像丑女见了美人，自己难堪起来，不觉惭愧了流泪。书中叙述亲子之爱，师生之情，朋友之谊，乡国之感，社会之同情，都已近于理想的世界，虽是幻影，使人读了觉到理想世界的情味，以为世间要如此才好。于是不觉就感激了流泪。</w:t>
      </w:r>
      <w:r>
        <w:rPr>
          <w:lang w:eastAsia="zh-CN"/>
        </w:rPr>
        <w:br/>
      </w:r>
      <w:r>
        <w:rPr>
          <w:lang w:eastAsia="zh-CN"/>
        </w:rPr>
        <w:t>　　这书一般被认为是有名的儿童读物，但我以为不但儿童应读，实可作为普通的读物。特别地应介绍给与儿童有直接关系的父母教师们，叫大家流些惭愧或感激之泪。”</w:t>
      </w:r>
      <w:r>
        <w:rPr>
          <w:lang w:eastAsia="zh-CN"/>
        </w:rPr>
        <w:br/>
      </w:r>
      <w:r>
        <w:rPr>
          <w:lang w:eastAsia="zh-CN"/>
        </w:rPr>
        <w:t>　　然而就是这部能让大家“流些惭愧或感激之泪”的作品，在很长一段时间里不能仅仅作为一种儿童读物继续地广泛阅读下去。这不能说不是一种遗憾。</w:t>
      </w:r>
      <w:r>
        <w:rPr>
          <w:lang w:eastAsia="zh-CN"/>
        </w:rPr>
        <w:br/>
      </w:r>
      <w:r>
        <w:rPr>
          <w:lang w:eastAsia="zh-CN"/>
        </w:rPr>
        <w:t>　　在我们的中小学教育中，“爱的教育”这四个字，说来容易，做起来又何其难!在教育的整体认识上，作为一个完整教育过程的学校教育，它永远不是也不可能是以儿童为目的的，它首先考虑的是现实社会中各种矛盾的存在和社会本身的发展，是一代代的儿童将成长为什么样的人的问题。在这一点上，教育不仅仅是自由的，也是强制的。集体教学的形式一经奠定，所谓“因材施教”只能是一个需要不断努力的目标。</w:t>
      </w:r>
      <w:r>
        <w:rPr>
          <w:lang w:eastAsia="zh-CN"/>
        </w:rPr>
        <w:br/>
      </w:r>
      <w:r>
        <w:rPr>
          <w:lang w:eastAsia="zh-CN"/>
        </w:rPr>
        <w:t>　　从这一点上来说，《爱的教育》也在用成人的标准要求一种教育，我们毕竟不能与儿童一样生活在儿童的世界中，儿童也在成长，他们也不会永远地停留在儿童的标准上。这也是为什么我们看到安立柯进入中学后没有任何的惊诧，而是觉得顺理成章的缘由。</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说到这里，我又想起书中关于儿童爱国的那些故事来，那时我常常想起法国作家都德的《最后一课》，觉得在精神上有着惊人的相似。在历史进展的过程中，民族主义和爱国主义曾联系得如此紧密，这不是小丸子她们可以说明的一种东西。而国家，正处在惊人的变动中。</w:t>
      </w:r>
      <w:r>
        <w:rPr>
          <w:lang w:eastAsia="zh-CN"/>
        </w:rPr>
        <w:br/>
      </w:r>
      <w:r>
        <w:rPr>
          <w:lang w:eastAsia="zh-CN"/>
        </w:rPr>
        <w:t>　　这就是我为什么要写写这本曾经影响过很多人，但现在已波澜不惊的《爱的教育》的原因。不仅仅因为我短暂的教师经历，也因为在采访中我看到的那些贫穷的儿童和深受伤害的幼稚心灵。</w:t>
      </w:r>
      <w:r>
        <w:rPr>
          <w:lang w:eastAsia="zh-CN"/>
        </w:rPr>
        <w:br/>
      </w:r>
      <w:r>
        <w:rPr>
          <w:lang w:eastAsia="zh-CN"/>
        </w:rPr>
        <w:t xml:space="preserve">    爱的教育读后心得 篇14 </w:t>
      </w:r>
      <w:r>
        <w:rPr>
          <w:lang w:eastAsia="zh-CN"/>
        </w:rPr>
        <w:br/>
      </w:r>
      <w:r>
        <w:rPr>
          <w:lang w:eastAsia="zh-CN"/>
        </w:rPr>
        <w:t>　　这本书以日记的形式讲述一个叫安利柯的小男孩成长的故事，通过四年级小学生安利柯的视角观察他所在的班级，老师，同学，家长及社会环境，把师生之爱、父子之爱、同学之爱、对祖国的爱用笔尖将其渲染得淋漓尽致，那些充满人间温情的小故事常常催人泪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以爱编成的教育令我学会不少。其中最令我感动的还是小故事：《爱国少年》，这篇文章讲的是一名意大利少年，他的父母又病又贫，他们为了生存，将孩子卖给了马戏团，他经受了非人的折磨，巨大的侮辱，终于有一天逃离了这人间地狱踏上回国邮轮。可是他身无分文，几天没有进食，很快引起了几个外国人的注意，他们知道了这位少年的身世，深表同情，纷纷捐钱献爱心，少年心头涌上真真感激之情，思量着父母一定会高兴。到了晚上，这位少年无意间听见了几位“好心人”的谈话，得知他们在侮辱自己的祖国，感激之情顿时消散得无影无踪，怒气滔滔不绝得自心底发出，流遍全身，毫不畏惧的将那些铜币用力砸向那几个“好心人”。</w:t>
      </w:r>
      <w:r>
        <w:rPr>
          <w:lang w:eastAsia="zh-CN"/>
        </w:rPr>
        <w:br/>
      </w:r>
      <w:r>
        <w:rPr>
          <w:lang w:eastAsia="zh-CN"/>
        </w:rPr>
        <w:t>　　这就是所谓的人穷志不穷，他宁可饿死也不要这些人的钱财，尽管势单力薄，却毫不退缩，深爱自己的祖国，自己的民族，不惜失去生命也不愿为祖国为民族抹黑，如同维护生命班维护自己的国家，这是多么伟大的一个人呀。</w:t>
      </w:r>
      <w:r>
        <w:rPr>
          <w:lang w:eastAsia="zh-CN"/>
        </w:rPr>
        <w:br/>
      </w:r>
      <w:r>
        <w:rPr>
          <w:lang w:eastAsia="zh-CN"/>
        </w:rPr>
        <w:t>　　我想，看完了这本书，我理解了爱不会是一种标准答案，但不管怎样的爱，都是伟大的，都是神圣的。</w:t>
      </w:r>
      <w:r>
        <w:rPr>
          <w:lang w:eastAsia="zh-CN"/>
        </w:rPr>
        <w:br/>
      </w:r>
      <w:r>
        <w:rPr>
          <w:lang w:eastAsia="zh-CN"/>
        </w:rPr>
        <w:t>　　我们做人应该随时心怀一份爱，这样，也许人类方才能生存下去。</w:t>
      </w:r>
      <w:r>
        <w:rPr>
          <w:lang w:eastAsia="zh-CN"/>
        </w:rPr>
        <w:br/>
      </w:r>
      <w:r>
        <w:rPr>
          <w:lang w:eastAsia="zh-CN"/>
        </w:rPr>
        <w:t xml:space="preserve">    爱的教育读后心得 篇15 </w:t>
      </w:r>
      <w:r>
        <w:rPr>
          <w:lang w:eastAsia="zh-CN"/>
        </w:rPr>
        <w:br/>
      </w:r>
      <w:r>
        <w:rPr>
          <w:lang w:eastAsia="zh-CN"/>
        </w:rPr>
        <w:t>　　假期里，我看了一本意大利亚米契斯着的《爱的教育》，爱，一个多么熟悉的字眼，在每个人的心目中都有一份纯洁的爱，爱是无私的，爱是博大的，只有生活在爱的海洋里，才会享受爱。而我读了《爱的教育》这本书后，我才真正领悟了爱的境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爱的教育》介绍了意大利小孩安利柯在一个学年十个月中所记的日记，包含了同学之间的爱，姐弟之间的爱，子女与父母间的爱，师生之间的爱，对祖国的爱，使人读之犹如在爱的怀抱中成长。”爱的教育“这四个字，说来容易，做起来又何其难！在安利柯的生活中，父母老师如此细腻的用行动教会孩子怎样去爱。《爱的教育》中，作者把爱比成很多东西。的确是这样又不仅仅是这些。我想：”爱是什么“不会有明确的答案，但我知道，爱，是无处不在的。我们一出生，就沉浸在爱的海洋里，有父母的爱和爷爷奶奶外公外婆的爱。渐渐长大了，上学了，又有老师的爱，同学们的爱。爱就如空气一般，我们身边到处都是爱，我们从未离开它。爱可以使人绝处逢生，爱可以使浪子回头，爱又可以激发人无穷的力量。</w:t>
      </w:r>
      <w:r>
        <w:rPr>
          <w:lang w:eastAsia="zh-CN"/>
        </w:rPr>
        <w:br/>
      </w:r>
      <w:r>
        <w:rPr>
          <w:lang w:eastAsia="zh-CN"/>
        </w:rPr>
        <w:t>　　透过安利柯的描述，我了解到什么样的师爱才最让学生感到温暖：把学生当亲人的老师！当安利柯的老师说道：”你们以外，我没有别的家属在世界上，除了你们，我没有可爱的人！你们是我的儿子、女儿；我爱你们，请你们也喜欢我！你们之中，我一个都不愿责罚，请将你们的`真心给我看看！让我们全班成为一家，给我慰藉，给我荣耀！“先生的这些话，让所有的学生都信服于他，这位老师的坦诚深深地打动了我！他让我们意识到，老师或家长用平等的目光看待孩子是多么重要！</w:t>
      </w:r>
      <w:r>
        <w:rPr>
          <w:lang w:eastAsia="zh-CN"/>
        </w:rPr>
        <w:br/>
      </w:r>
      <w:r>
        <w:rPr>
          <w:lang w:eastAsia="zh-CN"/>
        </w:rPr>
        <w:t>　　这本书教会我们要真正的把爱心，献给需要的人，应当从点滴的小事做起，从换位思考做起，学会理解、谅解和宽容。这不仅是大人们的事，我们逐渐长大了，很多事，同样也需要去理解辛辛苦苦教我们的老师，和养育我们的父母。</w:t>
      </w:r>
      <w:r>
        <w:rPr>
          <w:lang w:eastAsia="zh-CN"/>
        </w:rPr>
        <w:br/>
      </w:r>
      <w:r>
        <w:rPr>
          <w:lang w:eastAsia="zh-CN"/>
        </w:rPr>
        <w:t>　　世界那么大，但是关爱他人的人还是很多的，比如，近期我看的一本书，名叫《爱的教育》，书中就曾提到这样的人物，接下来我就为大家介绍一下这本书吧！《爱的教育》这本书的作者是艾德蒙多·德·亚米契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小说以意大利四年级小学生安利柯日记的形式，记录了从十月开学第一天，到第二年七月发生在其身上的感人的小故事。这本书中有很多地方让我深有感触，尤其是那一篇《聋哑学校》，这一篇讲的是聋哑学校中有几位老师每天都辛苦的教着聋哑学生知识，让他们发声。老师虽然知道这很辛苦，但他们为了祖国的未来，为了这些学生依然坚持不懈，没有放弃。</w:t>
      </w:r>
      <w:r>
        <w:rPr>
          <w:lang w:eastAsia="zh-CN"/>
        </w:rPr>
        <w:br/>
      </w:r>
      <w:r>
        <w:rPr>
          <w:lang w:eastAsia="zh-CN"/>
        </w:rPr>
        <w:t>　　从这些老师身上，我看到了爱，看到了无私，看到了许多许多，这些用文字是无法表述的。他们用自己宝贵的青春为那些聋哑学生们送去了希望，送去了信心和勇气，使那些聋哑学生变的乐观、坚强。看着这些老师的无私，又不禁使我看向自己的身边。现实生活中不也有这样的人们吗？有的人举行慈善拍卖会，将所得的钱数捐给那些贫困的地区，帮助了那些人们。我建议大家来读读这本书吧，读一读这本能给你启迪的书，你一定会有所收获的。</w:t>
      </w:r>
      <w:r>
        <w:rPr>
          <w:lang w:eastAsia="zh-CN"/>
        </w:rPr>
        <w:br/>
      </w:r>
      <w:r>
        <w:rPr>
          <w:lang w:eastAsia="zh-CN"/>
        </w:rPr>
        <w:t xml:space="preserve">    爱的教育读后心得 篇16 </w:t>
      </w:r>
      <w:r>
        <w:rPr>
          <w:lang w:eastAsia="zh-CN"/>
        </w:rPr>
        <w:br/>
      </w:r>
      <w:r>
        <w:rPr>
          <w:lang w:eastAsia="zh-CN"/>
        </w:rPr>
        <w:t>　　爱，像空气一样，每天都在我们身边；爱是打开灵魂的金钥匙；爱情是一本生动的人生教科书.看了风靡全球，让全世界亿万人落泪的巨作《爱的教育》，我的内心被深深震撼了，仿佛一次又一次地接受了爱情的洗礼。</w:t>
      </w:r>
      <w:r>
        <w:rPr>
          <w:lang w:eastAsia="zh-CN"/>
        </w:rPr>
        <w:br/>
      </w:r>
      <w:r>
        <w:rPr>
          <w:lang w:eastAsia="zh-CN"/>
        </w:rPr>
        <w:t>　　《爱的教育》这本书的故事很触动我，让我突然意识到爱情是那么神圣，高贵，深沉。这里的爱包括对国家和民族的爱，对父母和朋友的爱，甚至是陌生人之间的爱，处处令人激动和感动。每一个爱情故事都可以激励人，告诉我们一种爱的哲学。</w:t>
      </w:r>
      <w:r>
        <w:rPr>
          <w:lang w:eastAsia="zh-CN"/>
        </w:rPr>
        <w:br/>
      </w:r>
      <w:r>
        <w:rPr>
          <w:lang w:eastAsia="zh-CN"/>
        </w:rPr>
        <w:t>　　恩里科的同学卡洛费在玩雪的.时候不小心弄伤了一个老职员的眼睛。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他当时很害怕，但在同学卡隆的鼓励下，他勇敢地承认了错误，来到了伤者家里。他强忍着眼泪，拿着自己最喜欢的集邮册作为礼物，报答老人对他的原谅。但出乎意料的是，老员工痊愈后，他们亲自去了卡罗菲的学校，把集邮册还给卡罗菲，并送给他三张期待已久的珍贵邮票。</w:t>
      </w:r>
      <w:r>
        <w:rPr>
          <w:lang w:eastAsia="zh-CN"/>
        </w:rPr>
        <w:br/>
      </w:r>
      <w:r>
        <w:rPr>
          <w:lang w:eastAsia="zh-CN"/>
        </w:rPr>
        <w:t>　　没错，这就是爱！是同学的爱让卡洛菲勇敢的认错。没有卡隆的耐心和鼓励，卡洛菲无论如何也不会站出来，这样一个无辜的人就成了替罪羊。没有校长对学生的爱，卡洛费再也不会去老教工家道歉了。因为这个动作，老工作人员退回了集邮品，赠送了邮票，表达了对卡洛菲的爱，让爱在几代人之间得以延续和发展。于是，我想到了自己，想到了所有认识和不认识的同龄人。爱情能在我们这一代发光吗？《寒窗》几十年，除了书本上的知识，我们还在学什么？我们习惯了很多想当然的事情：我们带的学习用品是自己用的，即使别人向自己借，有时候也会编好理由不借；爸爸妈妈要为我们准备好一切，因为这是他们的责任和义务；老师应该对我们有说服力，因为这是老师的工作.心中没有感恩，就失去了美好的前提。其他人，无论多么优秀，看上去依然苍白无力。</w:t>
      </w:r>
      <w:r>
        <w:rPr>
          <w:lang w:eastAsia="zh-CN"/>
        </w:rPr>
        <w:br/>
      </w:r>
      <w:r>
        <w:rPr>
          <w:lang w:eastAsia="zh-CN"/>
        </w:rPr>
        <w:t>　　我们应该爱的不仅仅是身边的亲人朋友，还有更多等着我们去爱的人。</w:t>
      </w:r>
      <w:r>
        <w:rPr>
          <w:lang w:eastAsia="zh-CN"/>
        </w:rPr>
        <w:br/>
      </w:r>
      <w:r>
        <w:rPr>
          <w:lang w:eastAsia="zh-CN"/>
        </w:rPr>
        <w:t>　　爱情的美妙之处在于它不选择拥抱所有美好的事物。爱情，这个世界会更加绚烂！</w:t>
      </w:r>
      <w:r>
        <w:rPr>
          <w:lang w:eastAsia="zh-CN"/>
        </w:rPr>
        <w:br/>
      </w:r>
      <w:r>
        <w:rPr>
          <w:lang w:eastAsia="zh-CN"/>
        </w:rPr>
        <w:t xml:space="preserve">    爱的教育读后心得 篇17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“有一种生活，没有经历过就不知道其中的艰辛；有一种艰辛，没有体会过就不知道其中的快乐。”离开三里岗小学已经将近两个月的时间，然而，那儿生活的点点滴滴却犹如昨日刚刚发生，时时浮现于眼前。</w:t>
      </w:r>
      <w:r>
        <w:rPr>
          <w:lang w:eastAsia="zh-CN"/>
        </w:rPr>
        <w:br/>
      </w:r>
      <w:r>
        <w:rPr>
          <w:lang w:eastAsia="zh-CN"/>
        </w:rPr>
        <w:t>　　三里岗小学地处天台山山腰，海拔220米，长期以来，三里岗小学全体师生仅靠不到20立方米的水坑和水窑里的水解决饮水的问题，稍遇干旱，只能到3公里以外的马河镇拖水度日。学校有160多人，站在教学第一线的教师只有8人，其中有80名学生在校住宿，住宿和生活条件都比较艰苦，教师和学生都住在古朴简陋的瓦房里，就是在这样一所规模不是很大条件艰苦的校园里，就是这一群敬业爱岗的教师，他们那甘于平凡的人生观与他们对教育教学的那份认真与执着，总是一次次地令我感动和佩服。在三里岗小学，学校安排我任教一年级数学并担任一年级班主任，我所带的班级有44名学生，我是一名普通的教师，在这一年中，我感动着，学习着，我更在成长收获着。</w:t>
      </w:r>
      <w:r>
        <w:rPr>
          <w:lang w:eastAsia="zh-CN"/>
        </w:rPr>
        <w:br/>
      </w:r>
      <w:r>
        <w:rPr>
          <w:lang w:eastAsia="zh-CN"/>
        </w:rPr>
        <w:t>　　我感动着……</w:t>
      </w:r>
      <w:r>
        <w:rPr>
          <w:lang w:eastAsia="zh-CN"/>
        </w:rPr>
        <w:br/>
      </w:r>
      <w:r>
        <w:rPr>
          <w:lang w:eastAsia="zh-CN"/>
        </w:rPr>
        <w:t>　　让我感动的，是三里岗小学老教师们那兢兢业业的奉献精神。</w:t>
      </w:r>
    </w:p>
    <w:p w:rsidR="001B1F19" w14:textId="27C3F48A">
      <w:pPr>
        <w:rPr>
          <w:rFonts w:hint="eastAsia"/>
          <w:lang w:eastAsia="zh-CN"/>
        </w:rPr>
      </w:pPr>
      <w:r>
        <w:rPr>
          <w:lang w:eastAsia="zh-CN"/>
        </w:rPr>
        <w:t xml:space="preserve"> 一直以来，总认为自己师德还算不错，对学生还算关爱有加，对工作是尽职尽责。可来到三里岗小学后，看到所在学校里的教师们在恶劣的环境里勤勤恳恳，任劳任怨，体验到他们工作的艰辛，才意识到自己过去的职业情感还有缺陷，才体会到他们的不易。三里岗小学的冬日，是晒太阳的黄金宝地，然而，我却看不到这些老教师的身影。每天中午，那些老教师总是坐在办公室里，把后进生叫到自己身边补差；空闲时间，老教师戴着老花镜，一笔一划认真地批改作业。其中，给我印象最深的还要算吴运广老师，他真的可以算是一头老黄牛了。他不仅负责学校的安全卫生工作，还是学校的后承主任及采购员，也担着三年级的语文及其班主任工作，一共18课时的课。学校的书本运来时，他是搬运工；食堂开火时，他还是伙头工。如此繁忙，他却从来不叫苦，不叫累。全校九位教师，个个都身兼多职，每们教师都平均有二十节课，空堂休息时间极少，他们一个个都任劳任怨，都在兢兢业业地工作。一年支教下来，我觉得自己爱岗敬岗、教书育人的职业情感得到了升华，相信这将让我终生受益。</w:t>
      </w:r>
      <w:r>
        <w:rPr>
          <w:lang w:eastAsia="zh-CN"/>
        </w:rPr>
        <w:br/>
      </w:r>
      <w:r>
        <w:rPr>
          <w:lang w:eastAsia="zh-CN"/>
        </w:rPr>
        <w:t>　　让我感动的，是当地的各级领导对我们支教者非常重视，给予了我以莫大的关心和无微不至的'照顾。生活中、工作上他们都尽可能的为我们提供方便，使我们倍感温暖。从来到三里岗小学的第一天起我就一直被这种关怀和重视围绕着、感动着……很清晰的记得当我们刚来到这里的时候，学校女老师亲自为我打扫寝室，铺床单整理被套及行李。学校的领导、老师就就很热情的向我介绍这里的工作和生活的情况。平常的日子里，我也总是可以感受到来自方方面面的关怀。教育局、乡政府的领导也在百忙之中抽空来学校看望、慰问我，真的是令我感动不已。</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https://d.book118.com/828044000133006041</w:t>
        </w:r>
      </w:hyperlink>
    </w:p>
    <w:p w:rsidR="001B1F19">
      <w:pPr>
        <w:rPr>
          <w:rFonts w:hint="eastAsia"/>
          <w:lang w:eastAsia="zh-CN"/>
        </w:rPr>
      </w:pPr>
    </w:p>
    <w:sectPr>
      <w:type w:val="nextPage"/>
      <w:pgSz w:w="11906" w:h="16838"/>
      <w:pgMar w:top="1440" w:right="1800" w:bottom="1440" w:left="1800" w:header="851" w:footer="992" w:gutter="0"/>
      <w:pgNumType w:start="2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2804400013300604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